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C24" w:rsidRDefault="003E5A5B" w:rsidP="003E5A5B">
      <w:pPr>
        <w:jc w:val="right"/>
      </w:pPr>
      <w:r>
        <w:rPr>
          <w:b/>
          <w:sz w:val="20"/>
        </w:rPr>
        <w:t>Приложение 2</w:t>
      </w:r>
    </w:p>
    <w:p w:rsidR="00655C24" w:rsidRDefault="003E5A5B">
      <w:pPr>
        <w:jc w:val="center"/>
      </w:pPr>
      <w:r>
        <w:rPr>
          <w:b/>
          <w:sz w:val="28"/>
        </w:rPr>
        <w:t>ТЕХНИЧЕСКАЯ СПЕЦИФИКАЦИЯ</w:t>
      </w:r>
    </w:p>
    <w:p w:rsidR="00655C24" w:rsidRPr="003E5A5B" w:rsidRDefault="003E5A5B">
      <w:pPr>
        <w:jc w:val="center"/>
        <w:rPr>
          <w:lang w:val="ru-RU"/>
        </w:rPr>
      </w:pPr>
      <w:r w:rsidRPr="003E5A5B">
        <w:rPr>
          <w:b/>
          <w:sz w:val="24"/>
          <w:lang w:val="ru-RU"/>
        </w:rPr>
        <w:t>услуги по повышению квалификации</w:t>
      </w:r>
    </w:p>
    <w:p w:rsidR="00655C24" w:rsidRPr="003E5A5B" w:rsidRDefault="003E5A5B">
      <w:pPr>
        <w:jc w:val="center"/>
        <w:rPr>
          <w:lang w:val="ru-RU"/>
        </w:rPr>
      </w:pPr>
      <w:r w:rsidRPr="003E5A5B">
        <w:rPr>
          <w:b/>
          <w:sz w:val="24"/>
          <w:lang w:val="ru-RU"/>
        </w:rPr>
        <w:t>Тема: «Клиническая электрокардиография»</w:t>
      </w:r>
    </w:p>
    <w:p w:rsidR="00655C24" w:rsidRPr="003E5A5B" w:rsidRDefault="003E5A5B">
      <w:pPr>
        <w:spacing w:after="80"/>
        <w:rPr>
          <w:lang w:val="ru-RU"/>
        </w:rPr>
      </w:pPr>
      <w:r w:rsidRPr="003E5A5B">
        <w:rPr>
          <w:lang w:val="ru-RU"/>
        </w:rPr>
        <w:t xml:space="preserve">Заказчик: ГКП на ПХВ «Областная станция скорой медицинской помощи» при управлении здравоохранения </w:t>
      </w:r>
      <w:proofErr w:type="spellStart"/>
      <w:r w:rsidRPr="003E5A5B">
        <w:rPr>
          <w:lang w:val="ru-RU"/>
        </w:rPr>
        <w:t>Акмолинской</w:t>
      </w:r>
      <w:proofErr w:type="spellEnd"/>
      <w:r w:rsidRPr="003E5A5B">
        <w:rPr>
          <w:lang w:val="ru-RU"/>
        </w:rPr>
        <w:t xml:space="preserve"> области.</w:t>
      </w:r>
    </w:p>
    <w:p w:rsidR="00655C24" w:rsidRPr="003E5A5B" w:rsidRDefault="003E5A5B">
      <w:pPr>
        <w:spacing w:after="80"/>
        <w:rPr>
          <w:lang w:val="ru-RU"/>
        </w:rPr>
      </w:pPr>
      <w:r w:rsidRPr="003E5A5B">
        <w:rPr>
          <w:lang w:val="ru-RU"/>
        </w:rPr>
        <w:t xml:space="preserve">Вид услуги: повышение </w:t>
      </w:r>
      <w:r w:rsidRPr="003E5A5B">
        <w:rPr>
          <w:lang w:val="ru-RU"/>
        </w:rPr>
        <w:t>квалификации.</w:t>
      </w:r>
    </w:p>
    <w:p w:rsidR="00655C24" w:rsidRPr="003E5A5B" w:rsidRDefault="003E5A5B">
      <w:pPr>
        <w:spacing w:after="80"/>
        <w:rPr>
          <w:lang w:val="ru-RU"/>
        </w:rPr>
      </w:pPr>
      <w:r w:rsidRPr="003E5A5B">
        <w:rPr>
          <w:lang w:val="ru-RU"/>
        </w:rPr>
        <w:t>Тема обучения: «Клиническая электрокардиография».</w:t>
      </w:r>
    </w:p>
    <w:p w:rsidR="00655C24" w:rsidRPr="003E5A5B" w:rsidRDefault="003E5A5B">
      <w:pPr>
        <w:spacing w:after="80"/>
        <w:rPr>
          <w:lang w:val="ru-RU"/>
        </w:rPr>
      </w:pPr>
      <w:r w:rsidRPr="003E5A5B">
        <w:rPr>
          <w:lang w:val="ru-RU"/>
        </w:rPr>
        <w:t>Количество часов: 120 часов / 4 кредита.</w:t>
      </w:r>
    </w:p>
    <w:p w:rsidR="00655C24" w:rsidRPr="003E5A5B" w:rsidRDefault="003E5A5B">
      <w:pPr>
        <w:spacing w:after="80"/>
        <w:rPr>
          <w:lang w:val="ru-RU"/>
        </w:rPr>
      </w:pPr>
      <w:r w:rsidRPr="003E5A5B">
        <w:rPr>
          <w:lang w:val="ru-RU"/>
        </w:rPr>
        <w:t>Количество обучаемых: 30 человек.</w:t>
      </w:r>
    </w:p>
    <w:p w:rsidR="00655C24" w:rsidRPr="003E5A5B" w:rsidRDefault="003E5A5B">
      <w:pPr>
        <w:spacing w:after="80"/>
        <w:rPr>
          <w:lang w:val="ru-RU"/>
        </w:rPr>
      </w:pPr>
      <w:r w:rsidRPr="003E5A5B">
        <w:rPr>
          <w:lang w:val="ru-RU"/>
        </w:rPr>
        <w:t>Вид обучения: очная форма.</w:t>
      </w:r>
    </w:p>
    <w:p w:rsidR="00655C24" w:rsidRPr="003E5A5B" w:rsidRDefault="003E5A5B">
      <w:pPr>
        <w:spacing w:after="80"/>
        <w:rPr>
          <w:lang w:val="ru-RU"/>
        </w:rPr>
      </w:pPr>
      <w:r w:rsidRPr="003E5A5B">
        <w:rPr>
          <w:lang w:val="ru-RU"/>
        </w:rPr>
        <w:t>Срок оказания услуги: в течение 16</w:t>
      </w:r>
      <w:r w:rsidRPr="003E5A5B">
        <w:rPr>
          <w:lang w:val="ru-RU"/>
        </w:rPr>
        <w:t xml:space="preserve"> (шестнадцати) календарных дней с момента подписания договора, с учетом срока оказания услуги, установленного договором.</w:t>
      </w:r>
    </w:p>
    <w:p w:rsidR="00655C24" w:rsidRPr="003E5A5B" w:rsidRDefault="003E5A5B">
      <w:pPr>
        <w:spacing w:after="80"/>
        <w:rPr>
          <w:lang w:val="ru-RU"/>
        </w:rPr>
      </w:pPr>
      <w:r w:rsidRPr="003E5A5B">
        <w:rPr>
          <w:lang w:val="ru-RU"/>
        </w:rPr>
        <w:t>Требования к оказанию услуги:</w:t>
      </w:r>
    </w:p>
    <w:p w:rsidR="00655C24" w:rsidRPr="003E5A5B" w:rsidRDefault="003E5A5B">
      <w:pPr>
        <w:spacing w:after="80"/>
        <w:rPr>
          <w:lang w:val="ru-RU"/>
        </w:rPr>
      </w:pPr>
      <w:r w:rsidRPr="003E5A5B">
        <w:rPr>
          <w:lang w:val="ru-RU"/>
        </w:rPr>
        <w:t>1. Обучение должно быть проведено по теме «Клиническая электрокардиография» в объеме 120 часов / 4 кредит</w:t>
      </w:r>
      <w:r w:rsidRPr="003E5A5B">
        <w:rPr>
          <w:lang w:val="ru-RU"/>
        </w:rPr>
        <w:t>а для 30 медицинских работников Заказчика.</w:t>
      </w:r>
    </w:p>
    <w:p w:rsidR="00655C24" w:rsidRPr="003E5A5B" w:rsidRDefault="003E5A5B">
      <w:pPr>
        <w:spacing w:after="80"/>
        <w:rPr>
          <w:lang w:val="ru-RU"/>
        </w:rPr>
      </w:pPr>
      <w:r w:rsidRPr="003E5A5B">
        <w:rPr>
          <w:lang w:val="ru-RU"/>
        </w:rPr>
        <w:t>2. Обучение проводится в очной форме.</w:t>
      </w:r>
    </w:p>
    <w:p w:rsidR="00655C24" w:rsidRPr="003E5A5B" w:rsidRDefault="003E5A5B">
      <w:pPr>
        <w:spacing w:after="80"/>
        <w:rPr>
          <w:lang w:val="ru-RU"/>
        </w:rPr>
      </w:pPr>
      <w:r w:rsidRPr="003E5A5B">
        <w:rPr>
          <w:lang w:val="ru-RU"/>
        </w:rPr>
        <w:t>3. Поставщик должен соответствовать требованиям Приказа Министра здравоохранения Республики Казахстан от 21 декабря 2020 года № ҚР ДСМ-303/2020 «О дополнительном и неформально</w:t>
      </w:r>
      <w:r w:rsidRPr="003E5A5B">
        <w:rPr>
          <w:lang w:val="ru-RU"/>
        </w:rPr>
        <w:t>м образовании специалистов в области здравоохранения, правилах признания результатов обучения, полученных специалистами в области здравоохранения университетских больниц, реализующих образовательные программы дополнительного и (или) неформального образован</w:t>
      </w:r>
      <w:r w:rsidRPr="003E5A5B">
        <w:rPr>
          <w:lang w:val="ru-RU"/>
        </w:rPr>
        <w:t>ия, и правилах признания результатов обучения, полученных специалистами в области здравоохранения».</w:t>
      </w:r>
    </w:p>
    <w:p w:rsidR="00655C24" w:rsidRPr="003E5A5B" w:rsidRDefault="003E5A5B">
      <w:pPr>
        <w:spacing w:after="80"/>
        <w:rPr>
          <w:lang w:val="ru-RU"/>
        </w:rPr>
      </w:pPr>
      <w:r w:rsidRPr="003E5A5B">
        <w:rPr>
          <w:lang w:val="ru-RU"/>
        </w:rPr>
        <w:t>4. По результатам оказания услуги Поставщик выдает каждому слушателю документ установленного образца, подтверждающий факт прохождения обучения.</w:t>
      </w:r>
    </w:p>
    <w:p w:rsidR="00655C24" w:rsidRPr="003E5A5B" w:rsidRDefault="003E5A5B">
      <w:pPr>
        <w:spacing w:after="80"/>
        <w:rPr>
          <w:lang w:val="ru-RU"/>
        </w:rPr>
      </w:pPr>
      <w:r w:rsidRPr="003E5A5B">
        <w:rPr>
          <w:lang w:val="ru-RU"/>
        </w:rPr>
        <w:t>5. Образоват</w:t>
      </w:r>
      <w:r w:rsidRPr="003E5A5B">
        <w:rPr>
          <w:lang w:val="ru-RU"/>
        </w:rPr>
        <w:t xml:space="preserve">ельная организация должна иметь право осуществлять соответствующее дополнительное и (или) неформальное образование в области здравоохранения и, в случаях, предусмотренных законодательством Республики Казахстан, пройти институциональную аккредитацию в </w:t>
      </w:r>
      <w:proofErr w:type="spellStart"/>
      <w:r w:rsidRPr="003E5A5B">
        <w:rPr>
          <w:lang w:val="ru-RU"/>
        </w:rPr>
        <w:t>аккре</w:t>
      </w:r>
      <w:r w:rsidRPr="003E5A5B">
        <w:rPr>
          <w:lang w:val="ru-RU"/>
        </w:rPr>
        <w:t>дитационных</w:t>
      </w:r>
      <w:proofErr w:type="spellEnd"/>
      <w:r w:rsidRPr="003E5A5B">
        <w:rPr>
          <w:lang w:val="ru-RU"/>
        </w:rPr>
        <w:t xml:space="preserve"> органах, включенных в реестр признанных </w:t>
      </w:r>
      <w:proofErr w:type="spellStart"/>
      <w:r w:rsidRPr="003E5A5B">
        <w:rPr>
          <w:lang w:val="ru-RU"/>
        </w:rPr>
        <w:t>аккредитационных</w:t>
      </w:r>
      <w:proofErr w:type="spellEnd"/>
      <w:r w:rsidRPr="003E5A5B">
        <w:rPr>
          <w:lang w:val="ru-RU"/>
        </w:rPr>
        <w:t xml:space="preserve"> органов.</w:t>
      </w:r>
    </w:p>
    <w:p w:rsidR="00655C24" w:rsidRPr="003E5A5B" w:rsidRDefault="003E5A5B">
      <w:pPr>
        <w:spacing w:after="80"/>
        <w:rPr>
          <w:lang w:val="ru-RU"/>
        </w:rPr>
      </w:pPr>
      <w:r w:rsidRPr="003E5A5B">
        <w:rPr>
          <w:lang w:val="ru-RU"/>
        </w:rPr>
        <w:t>Документы, подтверждающие оказание услуги: документы установленного образца, подтверждающие прохождение обучения слушателями.</w:t>
      </w:r>
    </w:p>
    <w:p w:rsidR="00655C24" w:rsidRPr="003E5A5B" w:rsidRDefault="003E5A5B">
      <w:pPr>
        <w:rPr>
          <w:lang w:val="ru-RU"/>
        </w:rPr>
      </w:pPr>
      <w:r w:rsidRPr="003E5A5B">
        <w:rPr>
          <w:lang w:val="ru-RU"/>
        </w:rPr>
        <w:br w:type="page"/>
      </w:r>
    </w:p>
    <w:p w:rsidR="00655C24" w:rsidRPr="003E5A5B" w:rsidRDefault="003E5A5B" w:rsidP="003E5A5B">
      <w:pPr>
        <w:jc w:val="right"/>
        <w:rPr>
          <w:lang w:val="ru-RU"/>
        </w:rPr>
      </w:pPr>
      <w:r w:rsidRPr="003E5A5B">
        <w:rPr>
          <w:b/>
          <w:sz w:val="20"/>
          <w:lang w:val="ru-RU"/>
        </w:rPr>
        <w:lastRenderedPageBreak/>
        <w:t>2-қосымша</w:t>
      </w:r>
    </w:p>
    <w:p w:rsidR="00655C24" w:rsidRPr="003E5A5B" w:rsidRDefault="003E5A5B">
      <w:pPr>
        <w:jc w:val="center"/>
        <w:rPr>
          <w:lang w:val="ru-RU"/>
        </w:rPr>
      </w:pPr>
      <w:r w:rsidRPr="003E5A5B">
        <w:rPr>
          <w:b/>
          <w:sz w:val="28"/>
          <w:lang w:val="ru-RU"/>
        </w:rPr>
        <w:t>ТЕХНИКАЛЫҚ ЕРЕКШЕЛІК</w:t>
      </w:r>
    </w:p>
    <w:p w:rsidR="00655C24" w:rsidRPr="003E5A5B" w:rsidRDefault="003E5A5B">
      <w:pPr>
        <w:jc w:val="center"/>
        <w:rPr>
          <w:lang w:val="ru-RU"/>
        </w:rPr>
      </w:pPr>
      <w:proofErr w:type="spellStart"/>
      <w:r w:rsidRPr="003E5A5B">
        <w:rPr>
          <w:b/>
          <w:sz w:val="24"/>
          <w:lang w:val="ru-RU"/>
        </w:rPr>
        <w:t>біліктілікті</w:t>
      </w:r>
      <w:proofErr w:type="spellEnd"/>
      <w:r w:rsidRPr="003E5A5B">
        <w:rPr>
          <w:b/>
          <w:sz w:val="24"/>
          <w:lang w:val="ru-RU"/>
        </w:rPr>
        <w:t xml:space="preserve"> </w:t>
      </w:r>
      <w:proofErr w:type="spellStart"/>
      <w:r w:rsidRPr="003E5A5B">
        <w:rPr>
          <w:b/>
          <w:sz w:val="24"/>
          <w:lang w:val="ru-RU"/>
        </w:rPr>
        <w:t>арттыр</w:t>
      </w:r>
      <w:r w:rsidRPr="003E5A5B">
        <w:rPr>
          <w:b/>
          <w:sz w:val="24"/>
          <w:lang w:val="ru-RU"/>
        </w:rPr>
        <w:t>у</w:t>
      </w:r>
      <w:proofErr w:type="spellEnd"/>
      <w:r w:rsidRPr="003E5A5B">
        <w:rPr>
          <w:b/>
          <w:sz w:val="24"/>
          <w:lang w:val="ru-RU"/>
        </w:rPr>
        <w:t xml:space="preserve"> қызметі</w:t>
      </w:r>
    </w:p>
    <w:p w:rsidR="00655C24" w:rsidRPr="003E5A5B" w:rsidRDefault="003E5A5B">
      <w:pPr>
        <w:jc w:val="center"/>
        <w:rPr>
          <w:lang w:val="ru-RU"/>
        </w:rPr>
      </w:pPr>
      <w:r w:rsidRPr="003E5A5B">
        <w:rPr>
          <w:b/>
          <w:sz w:val="24"/>
          <w:lang w:val="ru-RU"/>
        </w:rPr>
        <w:t>Тақырыбы: «Клиникалық электрокардиография»</w:t>
      </w:r>
    </w:p>
    <w:p w:rsidR="00655C24" w:rsidRPr="003E5A5B" w:rsidRDefault="003E5A5B">
      <w:pPr>
        <w:spacing w:after="80"/>
        <w:rPr>
          <w:lang w:val="ru-RU"/>
        </w:rPr>
      </w:pPr>
      <w:proofErr w:type="spellStart"/>
      <w:r w:rsidRPr="003E5A5B">
        <w:rPr>
          <w:lang w:val="ru-RU"/>
        </w:rPr>
        <w:t>Тапсырыс</w:t>
      </w:r>
      <w:proofErr w:type="spellEnd"/>
      <w:r w:rsidRPr="003E5A5B">
        <w:rPr>
          <w:lang w:val="ru-RU"/>
        </w:rPr>
        <w:t xml:space="preserve"> </w:t>
      </w:r>
      <w:proofErr w:type="spellStart"/>
      <w:r w:rsidRPr="003E5A5B">
        <w:rPr>
          <w:lang w:val="ru-RU"/>
        </w:rPr>
        <w:t>беруші</w:t>
      </w:r>
      <w:proofErr w:type="spellEnd"/>
      <w:r w:rsidRPr="003E5A5B">
        <w:rPr>
          <w:lang w:val="ru-RU"/>
        </w:rPr>
        <w:t xml:space="preserve">: Ақмола </w:t>
      </w:r>
      <w:proofErr w:type="spellStart"/>
      <w:r w:rsidRPr="003E5A5B">
        <w:rPr>
          <w:lang w:val="ru-RU"/>
        </w:rPr>
        <w:t>облысы</w:t>
      </w:r>
      <w:proofErr w:type="spellEnd"/>
      <w:r w:rsidRPr="003E5A5B">
        <w:rPr>
          <w:lang w:val="ru-RU"/>
        </w:rPr>
        <w:t xml:space="preserve"> денсаулық сақтау басқармасы жанындағы «Облыстық </w:t>
      </w:r>
      <w:proofErr w:type="spellStart"/>
      <w:r w:rsidRPr="003E5A5B">
        <w:rPr>
          <w:lang w:val="ru-RU"/>
        </w:rPr>
        <w:t>жедел</w:t>
      </w:r>
      <w:proofErr w:type="spellEnd"/>
      <w:r w:rsidRPr="003E5A5B">
        <w:rPr>
          <w:lang w:val="ru-RU"/>
        </w:rPr>
        <w:t xml:space="preserve"> медициналық жәрдем </w:t>
      </w:r>
      <w:proofErr w:type="spellStart"/>
      <w:r w:rsidRPr="003E5A5B">
        <w:rPr>
          <w:lang w:val="ru-RU"/>
        </w:rPr>
        <w:t>станциясы</w:t>
      </w:r>
      <w:proofErr w:type="spellEnd"/>
      <w:r w:rsidRPr="003E5A5B">
        <w:rPr>
          <w:lang w:val="ru-RU"/>
        </w:rPr>
        <w:t>» ШЖҚ МКК.</w:t>
      </w:r>
    </w:p>
    <w:p w:rsidR="00655C24" w:rsidRPr="003E5A5B" w:rsidRDefault="003E5A5B">
      <w:pPr>
        <w:spacing w:after="80"/>
        <w:rPr>
          <w:lang w:val="ru-RU"/>
        </w:rPr>
      </w:pPr>
      <w:r w:rsidRPr="003E5A5B">
        <w:rPr>
          <w:lang w:val="ru-RU"/>
        </w:rPr>
        <w:t xml:space="preserve">Қызмет түрі: </w:t>
      </w:r>
      <w:proofErr w:type="spellStart"/>
      <w:r w:rsidRPr="003E5A5B">
        <w:rPr>
          <w:lang w:val="ru-RU"/>
        </w:rPr>
        <w:t>біліктілікті</w:t>
      </w:r>
      <w:proofErr w:type="spellEnd"/>
      <w:r w:rsidRPr="003E5A5B">
        <w:rPr>
          <w:lang w:val="ru-RU"/>
        </w:rPr>
        <w:t xml:space="preserve"> </w:t>
      </w:r>
      <w:proofErr w:type="spellStart"/>
      <w:r w:rsidRPr="003E5A5B">
        <w:rPr>
          <w:lang w:val="ru-RU"/>
        </w:rPr>
        <w:t>арттыру</w:t>
      </w:r>
      <w:proofErr w:type="spellEnd"/>
      <w:r w:rsidRPr="003E5A5B">
        <w:rPr>
          <w:lang w:val="ru-RU"/>
        </w:rPr>
        <w:t>.</w:t>
      </w:r>
    </w:p>
    <w:p w:rsidR="00655C24" w:rsidRPr="003E5A5B" w:rsidRDefault="003E5A5B">
      <w:pPr>
        <w:spacing w:after="80"/>
        <w:rPr>
          <w:lang w:val="ru-RU"/>
        </w:rPr>
      </w:pPr>
      <w:r w:rsidRPr="003E5A5B">
        <w:rPr>
          <w:lang w:val="ru-RU"/>
        </w:rPr>
        <w:t>Оқыту тақырыбы: «Клиникалық электрокардиогра</w:t>
      </w:r>
      <w:r w:rsidRPr="003E5A5B">
        <w:rPr>
          <w:lang w:val="ru-RU"/>
        </w:rPr>
        <w:t>фия».</w:t>
      </w:r>
    </w:p>
    <w:p w:rsidR="00655C24" w:rsidRPr="003E5A5B" w:rsidRDefault="003E5A5B">
      <w:pPr>
        <w:spacing w:after="80"/>
        <w:rPr>
          <w:lang w:val="ru-RU"/>
        </w:rPr>
      </w:pPr>
      <w:r w:rsidRPr="003E5A5B">
        <w:rPr>
          <w:lang w:val="ru-RU"/>
        </w:rPr>
        <w:t>Сағат саны: 120 сағат / 4 кредит.</w:t>
      </w:r>
    </w:p>
    <w:p w:rsidR="00655C24" w:rsidRPr="003E5A5B" w:rsidRDefault="003E5A5B">
      <w:pPr>
        <w:spacing w:after="80"/>
        <w:rPr>
          <w:lang w:val="ru-RU"/>
        </w:rPr>
      </w:pPr>
      <w:r w:rsidRPr="003E5A5B">
        <w:rPr>
          <w:lang w:val="ru-RU"/>
        </w:rPr>
        <w:t xml:space="preserve">Оқытылатын </w:t>
      </w:r>
      <w:proofErr w:type="spellStart"/>
      <w:r w:rsidRPr="003E5A5B">
        <w:rPr>
          <w:lang w:val="ru-RU"/>
        </w:rPr>
        <w:t>адамдар</w:t>
      </w:r>
      <w:proofErr w:type="spellEnd"/>
      <w:r w:rsidRPr="003E5A5B">
        <w:rPr>
          <w:lang w:val="ru-RU"/>
        </w:rPr>
        <w:t xml:space="preserve"> саны: 30 </w:t>
      </w:r>
      <w:proofErr w:type="spellStart"/>
      <w:r w:rsidRPr="003E5A5B">
        <w:rPr>
          <w:lang w:val="ru-RU"/>
        </w:rPr>
        <w:t>адам</w:t>
      </w:r>
      <w:proofErr w:type="spellEnd"/>
      <w:r w:rsidRPr="003E5A5B">
        <w:rPr>
          <w:lang w:val="ru-RU"/>
        </w:rPr>
        <w:t>.</w:t>
      </w:r>
    </w:p>
    <w:p w:rsidR="00655C24" w:rsidRPr="003E5A5B" w:rsidRDefault="003E5A5B">
      <w:pPr>
        <w:spacing w:after="80"/>
        <w:rPr>
          <w:lang w:val="ru-RU"/>
        </w:rPr>
      </w:pPr>
      <w:r w:rsidRPr="003E5A5B">
        <w:rPr>
          <w:lang w:val="ru-RU"/>
        </w:rPr>
        <w:t>Оқыту түрі: күндізгі (</w:t>
      </w:r>
      <w:proofErr w:type="spellStart"/>
      <w:r w:rsidRPr="003E5A5B">
        <w:rPr>
          <w:lang w:val="ru-RU"/>
        </w:rPr>
        <w:t>бетпе-бет</w:t>
      </w:r>
      <w:proofErr w:type="spellEnd"/>
      <w:r w:rsidRPr="003E5A5B">
        <w:rPr>
          <w:lang w:val="ru-RU"/>
        </w:rPr>
        <w:t>).</w:t>
      </w:r>
    </w:p>
    <w:p w:rsidR="00655C24" w:rsidRPr="003E5A5B" w:rsidRDefault="003E5A5B">
      <w:pPr>
        <w:spacing w:after="80"/>
        <w:rPr>
          <w:lang w:val="ru-RU"/>
        </w:rPr>
      </w:pPr>
      <w:r w:rsidRPr="003E5A5B">
        <w:rPr>
          <w:lang w:val="ru-RU"/>
        </w:rPr>
        <w:t xml:space="preserve">Қызмет көрсету </w:t>
      </w:r>
      <w:proofErr w:type="spellStart"/>
      <w:r w:rsidRPr="003E5A5B">
        <w:rPr>
          <w:lang w:val="ru-RU"/>
        </w:rPr>
        <w:t>мерзімі</w:t>
      </w:r>
      <w:proofErr w:type="spellEnd"/>
      <w:r w:rsidRPr="003E5A5B">
        <w:rPr>
          <w:lang w:val="ru-RU"/>
        </w:rPr>
        <w:t xml:space="preserve">: шартқа қол қойылған сәттен </w:t>
      </w:r>
      <w:proofErr w:type="spellStart"/>
      <w:r w:rsidRPr="003E5A5B">
        <w:rPr>
          <w:lang w:val="ru-RU"/>
        </w:rPr>
        <w:t>бастап</w:t>
      </w:r>
      <w:proofErr w:type="spellEnd"/>
      <w:r w:rsidRPr="003E5A5B">
        <w:rPr>
          <w:lang w:val="ru-RU"/>
        </w:rPr>
        <w:t xml:space="preserve"> 16 (он </w:t>
      </w:r>
      <w:proofErr w:type="spellStart"/>
      <w:r w:rsidRPr="003E5A5B">
        <w:rPr>
          <w:lang w:val="ru-RU"/>
        </w:rPr>
        <w:t>алты</w:t>
      </w:r>
      <w:proofErr w:type="spellEnd"/>
      <w:r w:rsidRPr="003E5A5B">
        <w:rPr>
          <w:lang w:val="ru-RU"/>
        </w:rPr>
        <w:t xml:space="preserve">) күнтізбелік күн </w:t>
      </w:r>
      <w:proofErr w:type="spellStart"/>
      <w:r w:rsidRPr="003E5A5B">
        <w:rPr>
          <w:lang w:val="ru-RU"/>
        </w:rPr>
        <w:t>ішінде</w:t>
      </w:r>
      <w:proofErr w:type="spellEnd"/>
      <w:r w:rsidRPr="003E5A5B">
        <w:rPr>
          <w:lang w:val="ru-RU"/>
        </w:rPr>
        <w:t xml:space="preserve">, </w:t>
      </w:r>
      <w:proofErr w:type="spellStart"/>
      <w:r w:rsidRPr="003E5A5B">
        <w:rPr>
          <w:lang w:val="ru-RU"/>
        </w:rPr>
        <w:t>шартта</w:t>
      </w:r>
      <w:proofErr w:type="spellEnd"/>
      <w:r w:rsidRPr="003E5A5B">
        <w:rPr>
          <w:lang w:val="ru-RU"/>
        </w:rPr>
        <w:t xml:space="preserve"> </w:t>
      </w:r>
      <w:proofErr w:type="spellStart"/>
      <w:r w:rsidRPr="003E5A5B">
        <w:rPr>
          <w:lang w:val="ru-RU"/>
        </w:rPr>
        <w:t>белгіленген</w:t>
      </w:r>
      <w:proofErr w:type="spellEnd"/>
      <w:r w:rsidRPr="003E5A5B">
        <w:rPr>
          <w:lang w:val="ru-RU"/>
        </w:rPr>
        <w:t xml:space="preserve"> қызмет көрсету </w:t>
      </w:r>
      <w:proofErr w:type="spellStart"/>
      <w:r w:rsidRPr="003E5A5B">
        <w:rPr>
          <w:lang w:val="ru-RU"/>
        </w:rPr>
        <w:t>мерзімін</w:t>
      </w:r>
      <w:proofErr w:type="spellEnd"/>
      <w:r w:rsidRPr="003E5A5B">
        <w:rPr>
          <w:lang w:val="ru-RU"/>
        </w:rPr>
        <w:t xml:space="preserve"> </w:t>
      </w:r>
      <w:proofErr w:type="spellStart"/>
      <w:r w:rsidRPr="003E5A5B">
        <w:rPr>
          <w:lang w:val="ru-RU"/>
        </w:rPr>
        <w:t>ескере</w:t>
      </w:r>
      <w:proofErr w:type="spellEnd"/>
      <w:r w:rsidRPr="003E5A5B">
        <w:rPr>
          <w:lang w:val="ru-RU"/>
        </w:rPr>
        <w:t xml:space="preserve"> </w:t>
      </w:r>
      <w:proofErr w:type="spellStart"/>
      <w:r w:rsidRPr="003E5A5B">
        <w:rPr>
          <w:lang w:val="ru-RU"/>
        </w:rPr>
        <w:t>отырып</w:t>
      </w:r>
      <w:proofErr w:type="spellEnd"/>
      <w:r w:rsidRPr="003E5A5B">
        <w:rPr>
          <w:lang w:val="ru-RU"/>
        </w:rPr>
        <w:t>.</w:t>
      </w:r>
    </w:p>
    <w:p w:rsidR="00655C24" w:rsidRPr="003E5A5B" w:rsidRDefault="003E5A5B">
      <w:pPr>
        <w:spacing w:after="80"/>
        <w:rPr>
          <w:lang w:val="ru-RU"/>
        </w:rPr>
      </w:pPr>
      <w:r w:rsidRPr="003E5A5B">
        <w:rPr>
          <w:lang w:val="ru-RU"/>
        </w:rPr>
        <w:t xml:space="preserve">Қызмет көрсетуге қойылатын </w:t>
      </w:r>
      <w:proofErr w:type="spellStart"/>
      <w:r w:rsidRPr="003E5A5B">
        <w:rPr>
          <w:lang w:val="ru-RU"/>
        </w:rPr>
        <w:t>талаптар</w:t>
      </w:r>
      <w:proofErr w:type="spellEnd"/>
      <w:r w:rsidRPr="003E5A5B">
        <w:rPr>
          <w:lang w:val="ru-RU"/>
        </w:rPr>
        <w:t>:</w:t>
      </w:r>
    </w:p>
    <w:p w:rsidR="00655C24" w:rsidRPr="003E5A5B" w:rsidRDefault="003E5A5B">
      <w:pPr>
        <w:spacing w:after="80"/>
        <w:rPr>
          <w:lang w:val="ru-RU"/>
        </w:rPr>
      </w:pPr>
      <w:r w:rsidRPr="003E5A5B">
        <w:rPr>
          <w:lang w:val="ru-RU"/>
        </w:rPr>
        <w:t xml:space="preserve">1. </w:t>
      </w:r>
      <w:proofErr w:type="spellStart"/>
      <w:r w:rsidRPr="003E5A5B">
        <w:rPr>
          <w:lang w:val="ru-RU"/>
        </w:rPr>
        <w:t>Тапсырыс</w:t>
      </w:r>
      <w:proofErr w:type="spellEnd"/>
      <w:r w:rsidRPr="003E5A5B">
        <w:rPr>
          <w:lang w:val="ru-RU"/>
        </w:rPr>
        <w:t xml:space="preserve"> берушінің 30 медицина қызметкеріне «Клиникалық электрокардиография» тақырыбы </w:t>
      </w:r>
      <w:proofErr w:type="spellStart"/>
      <w:r w:rsidRPr="003E5A5B">
        <w:rPr>
          <w:lang w:val="ru-RU"/>
        </w:rPr>
        <w:t>бойынша</w:t>
      </w:r>
      <w:proofErr w:type="spellEnd"/>
      <w:r w:rsidRPr="003E5A5B">
        <w:rPr>
          <w:lang w:val="ru-RU"/>
        </w:rPr>
        <w:t xml:space="preserve"> 120 сағат / 4 кредит көлемінде оқы</w:t>
      </w:r>
      <w:r w:rsidRPr="003E5A5B">
        <w:rPr>
          <w:lang w:val="ru-RU"/>
        </w:rPr>
        <w:t xml:space="preserve">ту жүргізілуі </w:t>
      </w:r>
      <w:proofErr w:type="spellStart"/>
      <w:r w:rsidRPr="003E5A5B">
        <w:rPr>
          <w:lang w:val="ru-RU"/>
        </w:rPr>
        <w:t>тиіс</w:t>
      </w:r>
      <w:proofErr w:type="spellEnd"/>
      <w:r w:rsidRPr="003E5A5B">
        <w:rPr>
          <w:lang w:val="ru-RU"/>
        </w:rPr>
        <w:t>.</w:t>
      </w:r>
    </w:p>
    <w:p w:rsidR="00655C24" w:rsidRPr="003E5A5B" w:rsidRDefault="003E5A5B">
      <w:pPr>
        <w:spacing w:after="80"/>
        <w:rPr>
          <w:lang w:val="ru-RU"/>
        </w:rPr>
      </w:pPr>
      <w:r w:rsidRPr="003E5A5B">
        <w:rPr>
          <w:lang w:val="ru-RU"/>
        </w:rPr>
        <w:t>2. Оқыту күндізгі (</w:t>
      </w:r>
      <w:proofErr w:type="spellStart"/>
      <w:r w:rsidRPr="003E5A5B">
        <w:rPr>
          <w:lang w:val="ru-RU"/>
        </w:rPr>
        <w:t>бетпе-бет</w:t>
      </w:r>
      <w:proofErr w:type="spellEnd"/>
      <w:r w:rsidRPr="003E5A5B">
        <w:rPr>
          <w:lang w:val="ru-RU"/>
        </w:rPr>
        <w:t xml:space="preserve">) </w:t>
      </w:r>
      <w:proofErr w:type="spellStart"/>
      <w:r w:rsidRPr="003E5A5B">
        <w:rPr>
          <w:lang w:val="ru-RU"/>
        </w:rPr>
        <w:t>нысанда</w:t>
      </w:r>
      <w:proofErr w:type="spellEnd"/>
      <w:r w:rsidRPr="003E5A5B">
        <w:rPr>
          <w:lang w:val="ru-RU"/>
        </w:rPr>
        <w:t xml:space="preserve"> өткізіледі.</w:t>
      </w:r>
    </w:p>
    <w:p w:rsidR="00655C24" w:rsidRPr="003E5A5B" w:rsidRDefault="003E5A5B">
      <w:pPr>
        <w:spacing w:after="80"/>
        <w:rPr>
          <w:lang w:val="ru-RU"/>
        </w:rPr>
      </w:pPr>
      <w:r w:rsidRPr="003E5A5B">
        <w:rPr>
          <w:lang w:val="ru-RU"/>
        </w:rPr>
        <w:t xml:space="preserve">3. Өнім </w:t>
      </w:r>
      <w:proofErr w:type="spellStart"/>
      <w:r w:rsidRPr="003E5A5B">
        <w:rPr>
          <w:lang w:val="ru-RU"/>
        </w:rPr>
        <w:t>беруші</w:t>
      </w:r>
      <w:proofErr w:type="spellEnd"/>
      <w:r w:rsidRPr="003E5A5B">
        <w:rPr>
          <w:lang w:val="ru-RU"/>
        </w:rPr>
        <w:t xml:space="preserve"> Қазақстан </w:t>
      </w:r>
      <w:proofErr w:type="spellStart"/>
      <w:r w:rsidRPr="003E5A5B">
        <w:rPr>
          <w:lang w:val="ru-RU"/>
        </w:rPr>
        <w:t>Республикасы</w:t>
      </w:r>
      <w:proofErr w:type="spellEnd"/>
      <w:r w:rsidRPr="003E5A5B">
        <w:rPr>
          <w:lang w:val="ru-RU"/>
        </w:rPr>
        <w:t xml:space="preserve"> Денсаулық сақтау министрінің 2020 жылғы 21 желтоқсандағы № ҚР ДСМ-303/2020 «Денсаулық сақтау саласындағы мамандарға қосымша және </w:t>
      </w:r>
      <w:proofErr w:type="spellStart"/>
      <w:r w:rsidRPr="003E5A5B">
        <w:rPr>
          <w:lang w:val="ru-RU"/>
        </w:rPr>
        <w:t>бейресми</w:t>
      </w:r>
      <w:proofErr w:type="spellEnd"/>
      <w:r w:rsidRPr="003E5A5B">
        <w:rPr>
          <w:lang w:val="ru-RU"/>
        </w:rPr>
        <w:t xml:space="preserve"> </w:t>
      </w:r>
      <w:proofErr w:type="spellStart"/>
      <w:r w:rsidRPr="003E5A5B">
        <w:rPr>
          <w:lang w:val="ru-RU"/>
        </w:rPr>
        <w:t>білім</w:t>
      </w:r>
      <w:proofErr w:type="spellEnd"/>
      <w:r w:rsidRPr="003E5A5B">
        <w:rPr>
          <w:lang w:val="ru-RU"/>
        </w:rPr>
        <w:t xml:space="preserve"> беру</w:t>
      </w:r>
      <w:r w:rsidRPr="003E5A5B">
        <w:rPr>
          <w:lang w:val="ru-RU"/>
        </w:rPr>
        <w:t xml:space="preserve">, денсаулық сақтау саласындағы мамандардың </w:t>
      </w:r>
      <w:proofErr w:type="spellStart"/>
      <w:r w:rsidRPr="003E5A5B">
        <w:rPr>
          <w:lang w:val="ru-RU"/>
        </w:rPr>
        <w:t>университеттік</w:t>
      </w:r>
      <w:proofErr w:type="spellEnd"/>
      <w:r w:rsidRPr="003E5A5B">
        <w:rPr>
          <w:lang w:val="ru-RU"/>
        </w:rPr>
        <w:t xml:space="preserve"> </w:t>
      </w:r>
      <w:proofErr w:type="spellStart"/>
      <w:r w:rsidRPr="003E5A5B">
        <w:rPr>
          <w:lang w:val="ru-RU"/>
        </w:rPr>
        <w:t>ауруханаларда</w:t>
      </w:r>
      <w:proofErr w:type="spellEnd"/>
      <w:r w:rsidRPr="003E5A5B">
        <w:rPr>
          <w:lang w:val="ru-RU"/>
        </w:rPr>
        <w:t xml:space="preserve"> алынған оқыту нәтижелерін тану қағидалары </w:t>
      </w:r>
      <w:proofErr w:type="spellStart"/>
      <w:r w:rsidRPr="003E5A5B">
        <w:rPr>
          <w:lang w:val="ru-RU"/>
        </w:rPr>
        <w:t>туралы</w:t>
      </w:r>
      <w:proofErr w:type="spellEnd"/>
      <w:r w:rsidRPr="003E5A5B">
        <w:rPr>
          <w:lang w:val="ru-RU"/>
        </w:rPr>
        <w:t xml:space="preserve">» бұйрығының </w:t>
      </w:r>
      <w:proofErr w:type="spellStart"/>
      <w:r w:rsidRPr="003E5A5B">
        <w:rPr>
          <w:lang w:val="ru-RU"/>
        </w:rPr>
        <w:t>талаптарына</w:t>
      </w:r>
      <w:proofErr w:type="spellEnd"/>
      <w:r w:rsidRPr="003E5A5B">
        <w:rPr>
          <w:lang w:val="ru-RU"/>
        </w:rPr>
        <w:t xml:space="preserve"> сәйкес </w:t>
      </w:r>
      <w:proofErr w:type="spellStart"/>
      <w:r w:rsidRPr="003E5A5B">
        <w:rPr>
          <w:lang w:val="ru-RU"/>
        </w:rPr>
        <w:t>болуы</w:t>
      </w:r>
      <w:proofErr w:type="spellEnd"/>
      <w:r w:rsidRPr="003E5A5B">
        <w:rPr>
          <w:lang w:val="ru-RU"/>
        </w:rPr>
        <w:t xml:space="preserve"> </w:t>
      </w:r>
      <w:proofErr w:type="spellStart"/>
      <w:r w:rsidRPr="003E5A5B">
        <w:rPr>
          <w:lang w:val="ru-RU"/>
        </w:rPr>
        <w:t>тиіс</w:t>
      </w:r>
      <w:proofErr w:type="spellEnd"/>
      <w:r w:rsidRPr="003E5A5B">
        <w:rPr>
          <w:lang w:val="ru-RU"/>
        </w:rPr>
        <w:t>.</w:t>
      </w:r>
    </w:p>
    <w:p w:rsidR="00655C24" w:rsidRPr="003E5A5B" w:rsidRDefault="003E5A5B">
      <w:pPr>
        <w:spacing w:after="80"/>
        <w:rPr>
          <w:lang w:val="ru-RU"/>
        </w:rPr>
      </w:pPr>
      <w:r w:rsidRPr="003E5A5B">
        <w:rPr>
          <w:lang w:val="ru-RU"/>
        </w:rPr>
        <w:t xml:space="preserve">4. Қызмет көрсету нәтижелері </w:t>
      </w:r>
      <w:proofErr w:type="spellStart"/>
      <w:r w:rsidRPr="003E5A5B">
        <w:rPr>
          <w:lang w:val="ru-RU"/>
        </w:rPr>
        <w:t>бойынша</w:t>
      </w:r>
      <w:proofErr w:type="spellEnd"/>
      <w:r w:rsidRPr="003E5A5B">
        <w:rPr>
          <w:lang w:val="ru-RU"/>
        </w:rPr>
        <w:t xml:space="preserve"> Өнім </w:t>
      </w:r>
      <w:proofErr w:type="spellStart"/>
      <w:r w:rsidRPr="003E5A5B">
        <w:rPr>
          <w:lang w:val="ru-RU"/>
        </w:rPr>
        <w:t>беруші</w:t>
      </w:r>
      <w:proofErr w:type="spellEnd"/>
      <w:r w:rsidRPr="003E5A5B">
        <w:rPr>
          <w:lang w:val="ru-RU"/>
        </w:rPr>
        <w:t xml:space="preserve"> әрбір тыңдаушыға оқудан өткенін </w:t>
      </w:r>
      <w:proofErr w:type="spellStart"/>
      <w:r w:rsidRPr="003E5A5B">
        <w:rPr>
          <w:lang w:val="ru-RU"/>
        </w:rPr>
        <w:t>растайтын</w:t>
      </w:r>
      <w:proofErr w:type="spellEnd"/>
      <w:r w:rsidRPr="003E5A5B">
        <w:rPr>
          <w:lang w:val="ru-RU"/>
        </w:rPr>
        <w:t xml:space="preserve"> </w:t>
      </w:r>
      <w:proofErr w:type="spellStart"/>
      <w:r w:rsidRPr="003E5A5B">
        <w:rPr>
          <w:lang w:val="ru-RU"/>
        </w:rPr>
        <w:t>б</w:t>
      </w:r>
      <w:r w:rsidRPr="003E5A5B">
        <w:rPr>
          <w:lang w:val="ru-RU"/>
        </w:rPr>
        <w:t>елгіленген</w:t>
      </w:r>
      <w:proofErr w:type="spellEnd"/>
      <w:r w:rsidRPr="003E5A5B">
        <w:rPr>
          <w:lang w:val="ru-RU"/>
        </w:rPr>
        <w:t xml:space="preserve"> үлгідегі құжат </w:t>
      </w:r>
      <w:proofErr w:type="spellStart"/>
      <w:r w:rsidRPr="003E5A5B">
        <w:rPr>
          <w:lang w:val="ru-RU"/>
        </w:rPr>
        <w:t>береді</w:t>
      </w:r>
      <w:proofErr w:type="spellEnd"/>
      <w:r w:rsidRPr="003E5A5B">
        <w:rPr>
          <w:lang w:val="ru-RU"/>
        </w:rPr>
        <w:t>.</w:t>
      </w:r>
    </w:p>
    <w:p w:rsidR="00655C24" w:rsidRPr="003E5A5B" w:rsidRDefault="003E5A5B">
      <w:pPr>
        <w:spacing w:after="80"/>
        <w:rPr>
          <w:lang w:val="ru-RU"/>
        </w:rPr>
      </w:pPr>
      <w:r w:rsidRPr="003E5A5B">
        <w:rPr>
          <w:lang w:val="ru-RU"/>
        </w:rPr>
        <w:t xml:space="preserve">5. </w:t>
      </w:r>
      <w:proofErr w:type="spellStart"/>
      <w:r w:rsidRPr="003E5A5B">
        <w:rPr>
          <w:lang w:val="ru-RU"/>
        </w:rPr>
        <w:t>Білім</w:t>
      </w:r>
      <w:proofErr w:type="spellEnd"/>
      <w:r w:rsidRPr="003E5A5B">
        <w:rPr>
          <w:lang w:val="ru-RU"/>
        </w:rPr>
        <w:t xml:space="preserve"> беру ұйымы денсаулық сақтау </w:t>
      </w:r>
      <w:proofErr w:type="spellStart"/>
      <w:r w:rsidRPr="003E5A5B">
        <w:rPr>
          <w:lang w:val="ru-RU"/>
        </w:rPr>
        <w:t>саласында</w:t>
      </w:r>
      <w:proofErr w:type="spellEnd"/>
      <w:r w:rsidRPr="003E5A5B">
        <w:rPr>
          <w:lang w:val="ru-RU"/>
        </w:rPr>
        <w:t xml:space="preserve"> </w:t>
      </w:r>
      <w:proofErr w:type="spellStart"/>
      <w:r w:rsidRPr="003E5A5B">
        <w:rPr>
          <w:lang w:val="ru-RU"/>
        </w:rPr>
        <w:t>тиісті</w:t>
      </w:r>
      <w:proofErr w:type="spellEnd"/>
      <w:r w:rsidRPr="003E5A5B">
        <w:rPr>
          <w:lang w:val="ru-RU"/>
        </w:rPr>
        <w:t xml:space="preserve"> қосымша және (</w:t>
      </w:r>
      <w:proofErr w:type="spellStart"/>
      <w:r w:rsidRPr="003E5A5B">
        <w:rPr>
          <w:lang w:val="ru-RU"/>
        </w:rPr>
        <w:t>немесе</w:t>
      </w:r>
      <w:proofErr w:type="spellEnd"/>
      <w:r w:rsidRPr="003E5A5B">
        <w:rPr>
          <w:lang w:val="ru-RU"/>
        </w:rPr>
        <w:t xml:space="preserve">) </w:t>
      </w:r>
      <w:proofErr w:type="spellStart"/>
      <w:r w:rsidRPr="003E5A5B">
        <w:rPr>
          <w:lang w:val="ru-RU"/>
        </w:rPr>
        <w:t>бейресми</w:t>
      </w:r>
      <w:proofErr w:type="spellEnd"/>
      <w:r w:rsidRPr="003E5A5B">
        <w:rPr>
          <w:lang w:val="ru-RU"/>
        </w:rPr>
        <w:t xml:space="preserve"> </w:t>
      </w:r>
      <w:proofErr w:type="spellStart"/>
      <w:r w:rsidRPr="003E5A5B">
        <w:rPr>
          <w:lang w:val="ru-RU"/>
        </w:rPr>
        <w:t>білім</w:t>
      </w:r>
      <w:proofErr w:type="spellEnd"/>
      <w:r w:rsidRPr="003E5A5B">
        <w:rPr>
          <w:lang w:val="ru-RU"/>
        </w:rPr>
        <w:t xml:space="preserve"> беру қызметін жүзеге асыруға құқылы </w:t>
      </w:r>
      <w:proofErr w:type="spellStart"/>
      <w:r w:rsidRPr="003E5A5B">
        <w:rPr>
          <w:lang w:val="ru-RU"/>
        </w:rPr>
        <w:t>болуы</w:t>
      </w:r>
      <w:proofErr w:type="spellEnd"/>
      <w:r w:rsidRPr="003E5A5B">
        <w:rPr>
          <w:lang w:val="ru-RU"/>
        </w:rPr>
        <w:t xml:space="preserve"> және Қазақстан Республикасының заңнамасында көзделген жағдайларда танылған </w:t>
      </w:r>
      <w:proofErr w:type="spellStart"/>
      <w:r w:rsidRPr="003E5A5B">
        <w:rPr>
          <w:lang w:val="ru-RU"/>
        </w:rPr>
        <w:t>аккредиттеу</w:t>
      </w:r>
      <w:proofErr w:type="spellEnd"/>
      <w:r w:rsidRPr="003E5A5B">
        <w:rPr>
          <w:lang w:val="ru-RU"/>
        </w:rPr>
        <w:t xml:space="preserve"> ор</w:t>
      </w:r>
      <w:r w:rsidRPr="003E5A5B">
        <w:rPr>
          <w:lang w:val="ru-RU"/>
        </w:rPr>
        <w:t xml:space="preserve">гандарының </w:t>
      </w:r>
      <w:proofErr w:type="spellStart"/>
      <w:r w:rsidRPr="003E5A5B">
        <w:rPr>
          <w:lang w:val="ru-RU"/>
        </w:rPr>
        <w:t>тізіліміне</w:t>
      </w:r>
      <w:proofErr w:type="spellEnd"/>
      <w:r w:rsidRPr="003E5A5B">
        <w:rPr>
          <w:lang w:val="ru-RU"/>
        </w:rPr>
        <w:t xml:space="preserve"> </w:t>
      </w:r>
      <w:proofErr w:type="spellStart"/>
      <w:r w:rsidRPr="003E5A5B">
        <w:rPr>
          <w:lang w:val="ru-RU"/>
        </w:rPr>
        <w:t>енгізілген</w:t>
      </w:r>
      <w:proofErr w:type="spellEnd"/>
      <w:r w:rsidRPr="003E5A5B">
        <w:rPr>
          <w:lang w:val="ru-RU"/>
        </w:rPr>
        <w:t xml:space="preserve"> </w:t>
      </w:r>
      <w:proofErr w:type="spellStart"/>
      <w:r w:rsidRPr="003E5A5B">
        <w:rPr>
          <w:lang w:val="ru-RU"/>
        </w:rPr>
        <w:t>аккредиттеу</w:t>
      </w:r>
      <w:proofErr w:type="spellEnd"/>
      <w:r w:rsidRPr="003E5A5B">
        <w:rPr>
          <w:lang w:val="ru-RU"/>
        </w:rPr>
        <w:t xml:space="preserve"> </w:t>
      </w:r>
      <w:proofErr w:type="spellStart"/>
      <w:r w:rsidRPr="003E5A5B">
        <w:rPr>
          <w:lang w:val="ru-RU"/>
        </w:rPr>
        <w:t>органдарында</w:t>
      </w:r>
      <w:proofErr w:type="spellEnd"/>
      <w:r w:rsidRPr="003E5A5B">
        <w:rPr>
          <w:lang w:val="ru-RU"/>
        </w:rPr>
        <w:t xml:space="preserve"> институционалдық </w:t>
      </w:r>
      <w:proofErr w:type="spellStart"/>
      <w:r w:rsidRPr="003E5A5B">
        <w:rPr>
          <w:lang w:val="ru-RU"/>
        </w:rPr>
        <w:t>аккредиттеуден</w:t>
      </w:r>
      <w:proofErr w:type="spellEnd"/>
      <w:r w:rsidRPr="003E5A5B">
        <w:rPr>
          <w:lang w:val="ru-RU"/>
        </w:rPr>
        <w:t xml:space="preserve"> өтуі </w:t>
      </w:r>
      <w:proofErr w:type="spellStart"/>
      <w:r w:rsidRPr="003E5A5B">
        <w:rPr>
          <w:lang w:val="ru-RU"/>
        </w:rPr>
        <w:t>тиіс</w:t>
      </w:r>
      <w:proofErr w:type="spellEnd"/>
      <w:r w:rsidRPr="003E5A5B">
        <w:rPr>
          <w:lang w:val="ru-RU"/>
        </w:rPr>
        <w:t>.</w:t>
      </w:r>
    </w:p>
    <w:p w:rsidR="00655C24" w:rsidRPr="003E5A5B" w:rsidRDefault="003E5A5B">
      <w:pPr>
        <w:spacing w:after="80"/>
        <w:rPr>
          <w:lang w:val="ru-RU"/>
        </w:rPr>
      </w:pPr>
      <w:r w:rsidRPr="003E5A5B">
        <w:rPr>
          <w:lang w:val="ru-RU"/>
        </w:rPr>
        <w:t xml:space="preserve">Қызмет көрсетілгенін </w:t>
      </w:r>
      <w:proofErr w:type="spellStart"/>
      <w:r w:rsidRPr="003E5A5B">
        <w:rPr>
          <w:lang w:val="ru-RU"/>
        </w:rPr>
        <w:t>растайтын</w:t>
      </w:r>
      <w:proofErr w:type="spellEnd"/>
      <w:r w:rsidRPr="003E5A5B">
        <w:rPr>
          <w:lang w:val="ru-RU"/>
        </w:rPr>
        <w:t xml:space="preserve"> құжаттар: тыңдаушылардың оқудан өткенін </w:t>
      </w:r>
      <w:proofErr w:type="spellStart"/>
      <w:r w:rsidRPr="003E5A5B">
        <w:rPr>
          <w:lang w:val="ru-RU"/>
        </w:rPr>
        <w:t>растайтын</w:t>
      </w:r>
      <w:proofErr w:type="spellEnd"/>
      <w:r w:rsidRPr="003E5A5B">
        <w:rPr>
          <w:lang w:val="ru-RU"/>
        </w:rPr>
        <w:t xml:space="preserve"> </w:t>
      </w:r>
      <w:proofErr w:type="spellStart"/>
      <w:r w:rsidRPr="003E5A5B">
        <w:rPr>
          <w:lang w:val="ru-RU"/>
        </w:rPr>
        <w:t>белгіленген</w:t>
      </w:r>
      <w:proofErr w:type="spellEnd"/>
      <w:r w:rsidRPr="003E5A5B">
        <w:rPr>
          <w:lang w:val="ru-RU"/>
        </w:rPr>
        <w:t xml:space="preserve"> үлгідегі құжаттар.</w:t>
      </w:r>
    </w:p>
    <w:sectPr w:rsidR="00655C24" w:rsidRPr="003E5A5B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characterSpacingControl w:val="doNotCompress"/>
  <w:compat>
    <w:useFELayout/>
  </w:compat>
  <w:rsids>
    <w:rsidRoot w:val="00B47730"/>
    <w:rsid w:val="00034616"/>
    <w:rsid w:val="0006063C"/>
    <w:rsid w:val="0015074B"/>
    <w:rsid w:val="0029639D"/>
    <w:rsid w:val="00326F90"/>
    <w:rsid w:val="003E5A5B"/>
    <w:rsid w:val="00655C24"/>
    <w:rsid w:val="00AA1D8D"/>
    <w:rsid w:val="00B47730"/>
    <w:rsid w:val="00CB0664"/>
    <w:rsid w:val="00FC69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eastAsia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545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3647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Гос Закуп2</cp:lastModifiedBy>
  <cp:revision>2</cp:revision>
  <dcterms:created xsi:type="dcterms:W3CDTF">2013-12-23T23:15:00Z</dcterms:created>
  <dcterms:modified xsi:type="dcterms:W3CDTF">2026-10-15T13:04:00Z</dcterms:modified>
  <cp:category/>
</cp:coreProperties>
</file>