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38B599" w14:textId="77777777" w:rsidR="008879E0" w:rsidRDefault="00A34C83">
      <w:pPr>
        <w:jc w:val="center"/>
      </w:pPr>
      <w:proofErr w:type="spellStart"/>
      <w:r>
        <w:rPr>
          <w:b/>
          <w:sz w:val="28"/>
        </w:rPr>
        <w:t>Техникалық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ерекшелік</w:t>
      </w:r>
      <w:proofErr w:type="spellEnd"/>
      <w:r>
        <w:rPr>
          <w:b/>
          <w:sz w:val="28"/>
        </w:rPr>
        <w:t>.</w:t>
      </w:r>
    </w:p>
    <w:p w14:paraId="3E9B984E" w14:textId="77777777" w:rsidR="008879E0" w:rsidRDefault="00A34C83">
      <w:pPr>
        <w:jc w:val="center"/>
      </w:pPr>
      <w:proofErr w:type="spellStart"/>
      <w:r>
        <w:rPr>
          <w:b/>
        </w:rPr>
        <w:t>Қызметтің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атауы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Бейнеаналитика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жүйесін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сүйемелдеу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және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техникалық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қолдау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көрсету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қызметтері</w:t>
      </w:r>
      <w:proofErr w:type="spellEnd"/>
      <w:r>
        <w:rPr>
          <w:b/>
        </w:rPr>
        <w:t>.</w:t>
      </w:r>
    </w:p>
    <w:p w14:paraId="722ECD90" w14:textId="77777777" w:rsidR="008879E0" w:rsidRDefault="008879E0"/>
    <w:p w14:paraId="0890F65E" w14:textId="608BB989" w:rsidR="008879E0" w:rsidRDefault="00A34C83">
      <w:pPr>
        <w:spacing w:after="80"/>
        <w:ind w:firstLine="567"/>
        <w:jc w:val="both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тіркелген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r w:rsidR="002A1B67" w:rsidRPr="00336F04">
        <w:t>30</w:t>
      </w:r>
      <w:r>
        <w:t xml:space="preserve">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</w:t>
      </w:r>
      <w:proofErr w:type="spellEnd"/>
      <w:r>
        <w:t>.</w:t>
      </w:r>
    </w:p>
    <w:p w14:paraId="3C481ABD" w14:textId="77777777" w:rsidR="008879E0" w:rsidRDefault="008879E0"/>
    <w:p w14:paraId="35368D0B" w14:textId="77777777" w:rsidR="008879E0" w:rsidRDefault="00A34C83">
      <w:pPr>
        <w:spacing w:before="160" w:after="80"/>
      </w:pPr>
      <w:r>
        <w:rPr>
          <w:b/>
        </w:rPr>
        <w:t xml:space="preserve">1. </w:t>
      </w:r>
      <w:proofErr w:type="spellStart"/>
      <w:r>
        <w:rPr>
          <w:b/>
        </w:rPr>
        <w:t>Жалпы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сипаттама</w:t>
      </w:r>
      <w:proofErr w:type="spellEnd"/>
      <w:r>
        <w:rPr>
          <w:b/>
        </w:rPr>
        <w:t>.</w:t>
      </w:r>
    </w:p>
    <w:p w14:paraId="08CDA44F" w14:textId="77777777" w:rsidR="008879E0" w:rsidRDefault="00A34C83">
      <w:pPr>
        <w:spacing w:after="80"/>
        <w:ind w:firstLine="567"/>
        <w:jc w:val="both"/>
      </w:pPr>
      <w:proofErr w:type="spellStart"/>
      <w:r>
        <w:t>Осы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объектісіндегі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деңгейін</w:t>
      </w:r>
      <w:proofErr w:type="spellEnd"/>
      <w:r>
        <w:t xml:space="preserve"> </w:t>
      </w:r>
      <w:proofErr w:type="spellStart"/>
      <w:r>
        <w:t>арттыру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мекемесінің</w:t>
      </w:r>
      <w:proofErr w:type="spellEnd"/>
      <w:r>
        <w:t xml:space="preserve"> </w:t>
      </w:r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жаңғырту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әзірленді</w:t>
      </w:r>
      <w:proofErr w:type="spellEnd"/>
      <w:r>
        <w:t xml:space="preserve">. </w:t>
      </w:r>
      <w:proofErr w:type="spellStart"/>
      <w:r>
        <w:t>Шешім</w:t>
      </w:r>
      <w:proofErr w:type="spellEnd"/>
      <w:r>
        <w:t xml:space="preserve"> </w:t>
      </w:r>
      <w:proofErr w:type="spellStart"/>
      <w:r>
        <w:t>жасанды</w:t>
      </w:r>
      <w:proofErr w:type="spellEnd"/>
      <w:r>
        <w:t xml:space="preserve"> </w:t>
      </w:r>
      <w:proofErr w:type="spellStart"/>
      <w:r>
        <w:t>интеллект</w:t>
      </w:r>
      <w:proofErr w:type="spellEnd"/>
      <w:r>
        <w:t xml:space="preserve"> </w:t>
      </w:r>
      <w:proofErr w:type="spellStart"/>
      <w:r>
        <w:t>технологияларын</w:t>
      </w:r>
      <w:proofErr w:type="spellEnd"/>
      <w:r>
        <w:t xml:space="preserve"> </w:t>
      </w:r>
      <w:proofErr w:type="spellStart"/>
      <w:r>
        <w:t>қолдана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бейнедеректерді</w:t>
      </w:r>
      <w:proofErr w:type="spellEnd"/>
      <w:r>
        <w:t xml:space="preserve"> </w:t>
      </w:r>
      <w:proofErr w:type="spellStart"/>
      <w:r>
        <w:t>өңдеудің</w:t>
      </w:r>
      <w:proofErr w:type="spellEnd"/>
      <w:r>
        <w:t xml:space="preserve"> </w:t>
      </w:r>
      <w:proofErr w:type="spellStart"/>
      <w:r>
        <w:t>заманауи</w:t>
      </w:r>
      <w:proofErr w:type="spellEnd"/>
      <w:r>
        <w:t xml:space="preserve"> </w:t>
      </w:r>
      <w:proofErr w:type="spellStart"/>
      <w:r>
        <w:t>талдамалық</w:t>
      </w:r>
      <w:proofErr w:type="spellEnd"/>
      <w:r>
        <w:t xml:space="preserve"> </w:t>
      </w:r>
      <w:proofErr w:type="spellStart"/>
      <w:r>
        <w:t>платформасын</w:t>
      </w:r>
      <w:proofErr w:type="spellEnd"/>
      <w:r>
        <w:t xml:space="preserve"> </w:t>
      </w:r>
      <w:proofErr w:type="spellStart"/>
      <w:r>
        <w:t>енгізуді</w:t>
      </w:r>
      <w:proofErr w:type="spellEnd"/>
      <w:r>
        <w:t xml:space="preserve"> </w:t>
      </w:r>
      <w:proofErr w:type="spellStart"/>
      <w:r>
        <w:t>көздеуге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Платформа</w:t>
      </w:r>
      <w:proofErr w:type="spellEnd"/>
      <w:r>
        <w:t xml:space="preserve"> </w:t>
      </w:r>
      <w:proofErr w:type="spellStart"/>
      <w:r>
        <w:t>ықтимал</w:t>
      </w:r>
      <w:proofErr w:type="spellEnd"/>
      <w:r>
        <w:t xml:space="preserve"> </w:t>
      </w:r>
      <w:proofErr w:type="spellStart"/>
      <w:r>
        <w:t>агрессивті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қауіпті</w:t>
      </w:r>
      <w:proofErr w:type="spellEnd"/>
      <w:r>
        <w:t xml:space="preserve"> </w:t>
      </w:r>
      <w:proofErr w:type="spellStart"/>
      <w:r>
        <w:t>мінез-құлыққа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оқиғаларды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төбелес</w:t>
      </w:r>
      <w:proofErr w:type="spellEnd"/>
      <w:r>
        <w:t xml:space="preserve">, </w:t>
      </w:r>
      <w:proofErr w:type="spellStart"/>
      <w:r>
        <w:t>құлау</w:t>
      </w:r>
      <w:proofErr w:type="spellEnd"/>
      <w:r>
        <w:t xml:space="preserve">, </w:t>
      </w:r>
      <w:proofErr w:type="spellStart"/>
      <w:r>
        <w:t>күрт</w:t>
      </w:r>
      <w:proofErr w:type="spellEnd"/>
      <w:r>
        <w:t xml:space="preserve"> </w:t>
      </w:r>
      <w:proofErr w:type="spellStart"/>
      <w:r>
        <w:t>физикалық</w:t>
      </w:r>
      <w:proofErr w:type="spellEnd"/>
      <w:r>
        <w:t xml:space="preserve"> </w:t>
      </w:r>
      <w:proofErr w:type="spellStart"/>
      <w:r>
        <w:t>әсер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,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көтеру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</w:t>
      </w:r>
      <w:proofErr w:type="spellStart"/>
      <w:r>
        <w:t>де</w:t>
      </w:r>
      <w:proofErr w:type="spellEnd"/>
      <w:r>
        <w:t xml:space="preserve"> </w:t>
      </w:r>
      <w:proofErr w:type="spellStart"/>
      <w:r>
        <w:t>инциденттерді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анықтауды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тіркеуді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14:paraId="54251ED9" w14:textId="77777777" w:rsidR="008879E0" w:rsidRDefault="00A34C83">
      <w:pPr>
        <w:spacing w:after="80"/>
        <w:ind w:firstLine="567"/>
        <w:jc w:val="both"/>
      </w:pPr>
      <w:proofErr w:type="spellStart"/>
      <w:r>
        <w:t>Енгізілетін</w:t>
      </w:r>
      <w:proofErr w:type="spellEnd"/>
      <w:r>
        <w:t xml:space="preserve"> </w:t>
      </w:r>
      <w:proofErr w:type="spellStart"/>
      <w:r>
        <w:t>жүйе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уақыт</w:t>
      </w:r>
      <w:proofErr w:type="spellEnd"/>
      <w:r>
        <w:t xml:space="preserve"> </w:t>
      </w:r>
      <w:proofErr w:type="spellStart"/>
      <w:r>
        <w:t>режимінде</w:t>
      </w:r>
      <w:proofErr w:type="spellEnd"/>
      <w:r>
        <w:t xml:space="preserve"> </w:t>
      </w:r>
      <w:proofErr w:type="spellStart"/>
      <w:r>
        <w:t>жағдайды</w:t>
      </w:r>
      <w:proofErr w:type="spellEnd"/>
      <w:r>
        <w:t xml:space="preserve"> </w:t>
      </w:r>
      <w:proofErr w:type="spellStart"/>
      <w:r>
        <w:t>үздіксіз</w:t>
      </w:r>
      <w:proofErr w:type="spellEnd"/>
      <w:r>
        <w:t xml:space="preserve"> </w:t>
      </w:r>
      <w:proofErr w:type="spellStart"/>
      <w:r>
        <w:t>мониторингтеуді</w:t>
      </w:r>
      <w:proofErr w:type="spellEnd"/>
      <w:r>
        <w:t xml:space="preserve">, </w:t>
      </w:r>
      <w:proofErr w:type="spellStart"/>
      <w:r>
        <w:t>бейнеаналитика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инциденттерді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анықтауды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жіктеуді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уақтылы</w:t>
      </w:r>
      <w:proofErr w:type="spellEnd"/>
      <w:r>
        <w:t xml:space="preserve"> </w:t>
      </w:r>
      <w:proofErr w:type="spellStart"/>
      <w:r>
        <w:t>ден</w:t>
      </w:r>
      <w:proofErr w:type="spellEnd"/>
      <w:r>
        <w:t xml:space="preserve"> </w:t>
      </w:r>
      <w:proofErr w:type="spellStart"/>
      <w:r>
        <w:t>қою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жедел</w:t>
      </w:r>
      <w:proofErr w:type="spellEnd"/>
      <w:r>
        <w:t xml:space="preserve"> </w:t>
      </w:r>
      <w:proofErr w:type="spellStart"/>
      <w:r>
        <w:t>хабардар</w:t>
      </w:r>
      <w:proofErr w:type="spellEnd"/>
      <w:r>
        <w:t xml:space="preserve"> </w:t>
      </w:r>
      <w:proofErr w:type="spellStart"/>
      <w:r>
        <w:t>етуді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Шешім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іс-қимылын</w:t>
      </w:r>
      <w:proofErr w:type="spellEnd"/>
      <w:r>
        <w:t xml:space="preserve"> </w:t>
      </w:r>
      <w:proofErr w:type="spellStart"/>
      <w:r>
        <w:t>үйлестіру</w:t>
      </w:r>
      <w:proofErr w:type="spellEnd"/>
      <w:r>
        <w:t xml:space="preserve"> </w:t>
      </w:r>
      <w:proofErr w:type="spellStart"/>
      <w:r>
        <w:t>тиімділігін</w:t>
      </w:r>
      <w:proofErr w:type="spellEnd"/>
      <w:r>
        <w:t xml:space="preserve"> </w:t>
      </w:r>
      <w:proofErr w:type="spellStart"/>
      <w:r>
        <w:t>арттыруға</w:t>
      </w:r>
      <w:proofErr w:type="spellEnd"/>
      <w:r>
        <w:t xml:space="preserve">, </w:t>
      </w:r>
      <w:proofErr w:type="spellStart"/>
      <w:r>
        <w:t>талдамалық</w:t>
      </w:r>
      <w:proofErr w:type="spellEnd"/>
      <w:r>
        <w:t xml:space="preserve"> </w:t>
      </w:r>
      <w:proofErr w:type="spellStart"/>
      <w:r>
        <w:t>ақпаратты</w:t>
      </w:r>
      <w:proofErr w:type="spellEnd"/>
      <w:r>
        <w:t xml:space="preserve"> </w:t>
      </w:r>
      <w:proofErr w:type="spellStart"/>
      <w:r>
        <w:t>орталықтандырылған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жинауға</w:t>
      </w:r>
      <w:proofErr w:type="spellEnd"/>
      <w:r>
        <w:t xml:space="preserve">, </w:t>
      </w:r>
      <w:proofErr w:type="spellStart"/>
      <w:r>
        <w:t>өңдеуге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сақтауға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жүйе</w:t>
      </w:r>
      <w:proofErr w:type="spellEnd"/>
      <w:r>
        <w:t xml:space="preserve"> </w:t>
      </w:r>
      <w:proofErr w:type="spellStart"/>
      <w:r>
        <w:t>қалыптастыратын</w:t>
      </w:r>
      <w:proofErr w:type="spellEnd"/>
      <w:r>
        <w:t xml:space="preserve"> </w:t>
      </w:r>
      <w:proofErr w:type="spellStart"/>
      <w:r>
        <w:t>деректер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құқық</w:t>
      </w:r>
      <w:proofErr w:type="spellEnd"/>
      <w:r>
        <w:t xml:space="preserve"> </w:t>
      </w:r>
      <w:proofErr w:type="spellStart"/>
      <w:r>
        <w:t>бұзушылықтардың</w:t>
      </w:r>
      <w:proofErr w:type="spellEnd"/>
      <w:r>
        <w:t xml:space="preserve"> </w:t>
      </w:r>
      <w:proofErr w:type="spellStart"/>
      <w:r>
        <w:t>салдарын</w:t>
      </w:r>
      <w:proofErr w:type="spellEnd"/>
      <w:r>
        <w:t xml:space="preserve"> </w:t>
      </w:r>
      <w:proofErr w:type="spellStart"/>
      <w:r>
        <w:t>жоюды</w:t>
      </w:r>
      <w:proofErr w:type="spellEnd"/>
      <w:r>
        <w:t xml:space="preserve"> </w:t>
      </w:r>
      <w:proofErr w:type="spellStart"/>
      <w:r>
        <w:t>бақылауға</w:t>
      </w:r>
      <w:proofErr w:type="spellEnd"/>
      <w:r>
        <w:t xml:space="preserve"> </w:t>
      </w:r>
      <w:proofErr w:type="spellStart"/>
      <w:r>
        <w:t>бағытталған</w:t>
      </w:r>
      <w:proofErr w:type="spellEnd"/>
      <w:r>
        <w:t>.</w:t>
      </w:r>
    </w:p>
    <w:p w14:paraId="2F1D54DB" w14:textId="77777777" w:rsidR="008879E0" w:rsidRDefault="00A34C83">
      <w:pPr>
        <w:spacing w:after="80"/>
        <w:ind w:firstLine="567"/>
        <w:jc w:val="both"/>
      </w:pPr>
      <w:proofErr w:type="spellStart"/>
      <w:r>
        <w:t>Платформа</w:t>
      </w:r>
      <w:proofErr w:type="spellEnd"/>
      <w:r>
        <w:t xml:space="preserve"> </w:t>
      </w:r>
      <w:proofErr w:type="spellStart"/>
      <w:r>
        <w:t>бірыңғай</w:t>
      </w:r>
      <w:proofErr w:type="spellEnd"/>
      <w:r>
        <w:t xml:space="preserve"> </w:t>
      </w:r>
      <w:proofErr w:type="spellStart"/>
      <w:r>
        <w:t>функционалдық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технологиялық</w:t>
      </w:r>
      <w:proofErr w:type="spellEnd"/>
      <w:r>
        <w:t xml:space="preserve"> </w:t>
      </w:r>
      <w:proofErr w:type="spellStart"/>
      <w:r>
        <w:t>стандарттарға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асырылуға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</w:t>
      </w:r>
      <w:proofErr w:type="spellStart"/>
      <w:r>
        <w:t>жүргізуді</w:t>
      </w:r>
      <w:proofErr w:type="spellEnd"/>
      <w:r>
        <w:t xml:space="preserve">, </w:t>
      </w:r>
      <w:proofErr w:type="spellStart"/>
      <w:r>
        <w:t>құқық</w:t>
      </w:r>
      <w:proofErr w:type="spellEnd"/>
      <w:r>
        <w:t xml:space="preserve"> </w:t>
      </w:r>
      <w:proofErr w:type="spellStart"/>
      <w:r>
        <w:t>бұзушылықтардың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spellStart"/>
      <w:r>
        <w:t>алуды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қауіпсіздікке</w:t>
      </w:r>
      <w:proofErr w:type="spellEnd"/>
      <w:r>
        <w:t xml:space="preserve"> </w:t>
      </w:r>
      <w:proofErr w:type="spellStart"/>
      <w:r>
        <w:t>төнетін</w:t>
      </w:r>
      <w:proofErr w:type="spellEnd"/>
      <w:r>
        <w:t xml:space="preserve"> </w:t>
      </w:r>
      <w:proofErr w:type="spellStart"/>
      <w:r>
        <w:t>қатерлердің</w:t>
      </w:r>
      <w:proofErr w:type="spellEnd"/>
      <w:r>
        <w:t xml:space="preserve"> </w:t>
      </w:r>
      <w:proofErr w:type="spellStart"/>
      <w:r>
        <w:t>туындау</w:t>
      </w:r>
      <w:proofErr w:type="spellEnd"/>
      <w:r>
        <w:t xml:space="preserve"> </w:t>
      </w:r>
      <w:proofErr w:type="spellStart"/>
      <w:r>
        <w:t>тәуекелдерін</w:t>
      </w:r>
      <w:proofErr w:type="spellEnd"/>
      <w:r>
        <w:t xml:space="preserve"> </w:t>
      </w:r>
      <w:proofErr w:type="spellStart"/>
      <w:r>
        <w:t>азайтуды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кешенді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жүйені</w:t>
      </w:r>
      <w:proofErr w:type="spellEnd"/>
      <w:r>
        <w:t xml:space="preserve"> </w:t>
      </w:r>
      <w:proofErr w:type="spellStart"/>
      <w:r>
        <w:t>білдіруге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134D303A" w14:textId="77777777" w:rsidR="008879E0" w:rsidRDefault="00A34C83">
      <w:pPr>
        <w:spacing w:after="80"/>
        <w:ind w:firstLine="567"/>
        <w:jc w:val="both"/>
      </w:pPr>
      <w:proofErr w:type="spellStart"/>
      <w:r>
        <w:t>Қосымша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жүйені</w:t>
      </w:r>
      <w:proofErr w:type="spellEnd"/>
      <w:r>
        <w:t xml:space="preserve"> </w:t>
      </w:r>
      <w:proofErr w:type="spellStart"/>
      <w:r>
        <w:t>енгізу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алушылардың</w:t>
      </w:r>
      <w:proofErr w:type="spellEnd"/>
      <w:r>
        <w:t xml:space="preserve">, </w:t>
      </w:r>
      <w:proofErr w:type="spellStart"/>
      <w:r>
        <w:t>қызметкерлердің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келушілердің</w:t>
      </w:r>
      <w:proofErr w:type="spellEnd"/>
      <w:r>
        <w:t xml:space="preserve"> </w:t>
      </w:r>
      <w:proofErr w:type="spellStart"/>
      <w:r>
        <w:t>құқыққа</w:t>
      </w:r>
      <w:proofErr w:type="spellEnd"/>
      <w:r>
        <w:t xml:space="preserve"> </w:t>
      </w:r>
      <w:proofErr w:type="spellStart"/>
      <w:r>
        <w:t>бағынушылық</w:t>
      </w:r>
      <w:proofErr w:type="spellEnd"/>
      <w:r>
        <w:t xml:space="preserve"> </w:t>
      </w:r>
      <w:proofErr w:type="spellStart"/>
      <w:r>
        <w:t>мінез-құлық</w:t>
      </w:r>
      <w:proofErr w:type="spellEnd"/>
      <w:r>
        <w:t xml:space="preserve"> </w:t>
      </w:r>
      <w:proofErr w:type="spellStart"/>
      <w:r>
        <w:t>мәдениетін</w:t>
      </w:r>
      <w:proofErr w:type="spellEnd"/>
      <w:r>
        <w:t xml:space="preserve"> </w:t>
      </w:r>
      <w:proofErr w:type="spellStart"/>
      <w:r>
        <w:t>қалыптастыруға</w:t>
      </w:r>
      <w:proofErr w:type="spellEnd"/>
      <w:r>
        <w:t xml:space="preserve"> </w:t>
      </w:r>
      <w:proofErr w:type="spellStart"/>
      <w:r>
        <w:t>бағытталады</w:t>
      </w:r>
      <w:proofErr w:type="spellEnd"/>
      <w:r>
        <w:t xml:space="preserve">.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құқық</w:t>
      </w:r>
      <w:proofErr w:type="spellEnd"/>
      <w:r>
        <w:t xml:space="preserve"> </w:t>
      </w:r>
      <w:proofErr w:type="spellStart"/>
      <w:r>
        <w:t>бұзушылықтар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ықтимал</w:t>
      </w:r>
      <w:proofErr w:type="spellEnd"/>
      <w:r>
        <w:t xml:space="preserve"> </w:t>
      </w:r>
      <w:proofErr w:type="spellStart"/>
      <w:r>
        <w:t>қауіпті</w:t>
      </w:r>
      <w:proofErr w:type="spellEnd"/>
      <w:r>
        <w:t xml:space="preserve"> </w:t>
      </w:r>
      <w:proofErr w:type="spellStart"/>
      <w:r>
        <w:t>жағдайларды</w:t>
      </w:r>
      <w:proofErr w:type="spellEnd"/>
      <w:r>
        <w:t xml:space="preserve"> </w:t>
      </w:r>
      <w:proofErr w:type="spellStart"/>
      <w:r>
        <w:t>жедел</w:t>
      </w:r>
      <w:proofErr w:type="spellEnd"/>
      <w:r>
        <w:t xml:space="preserve"> </w:t>
      </w:r>
      <w:proofErr w:type="spellStart"/>
      <w:r>
        <w:t>режимде</w:t>
      </w:r>
      <w:proofErr w:type="spellEnd"/>
      <w:r>
        <w:t xml:space="preserve"> </w:t>
      </w:r>
      <w:proofErr w:type="spellStart"/>
      <w:r>
        <w:t>анықтауға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тіркеуге</w:t>
      </w:r>
      <w:proofErr w:type="spellEnd"/>
      <w:r>
        <w:t xml:space="preserve"> </w:t>
      </w:r>
      <w:proofErr w:type="spellStart"/>
      <w:r>
        <w:t>мүмкіндік</w:t>
      </w:r>
      <w:proofErr w:type="spellEnd"/>
      <w:r>
        <w:t xml:space="preserve"> </w:t>
      </w:r>
      <w:proofErr w:type="spellStart"/>
      <w:r>
        <w:t>беретін</w:t>
      </w:r>
      <w:proofErr w:type="spellEnd"/>
      <w:r>
        <w:t xml:space="preserve"> </w:t>
      </w:r>
      <w:proofErr w:type="spellStart"/>
      <w:r>
        <w:t>цифрлық</w:t>
      </w:r>
      <w:proofErr w:type="spellEnd"/>
      <w:r>
        <w:t xml:space="preserve"> </w:t>
      </w:r>
      <w:proofErr w:type="spellStart"/>
      <w:r>
        <w:t>технологиялардың</w:t>
      </w:r>
      <w:proofErr w:type="spellEnd"/>
      <w:r>
        <w:t xml:space="preserve"> </w:t>
      </w:r>
      <w:proofErr w:type="spellStart"/>
      <w:r>
        <w:t>қолданылатынын</w:t>
      </w:r>
      <w:proofErr w:type="spellEnd"/>
      <w:r>
        <w:t xml:space="preserve"> </w:t>
      </w:r>
      <w:proofErr w:type="spellStart"/>
      <w:r>
        <w:t>түсіну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етіледі</w:t>
      </w:r>
      <w:proofErr w:type="spellEnd"/>
      <w:r>
        <w:t>.</w:t>
      </w:r>
    </w:p>
    <w:p w14:paraId="133FCC4F" w14:textId="77777777" w:rsidR="008879E0" w:rsidRPr="00FD2520" w:rsidRDefault="00A34C83">
      <w:pPr>
        <w:spacing w:before="160" w:after="80"/>
        <w:rPr>
          <w:lang w:val="ru-RU"/>
        </w:rPr>
      </w:pPr>
      <w:r w:rsidRPr="00FD2520">
        <w:rPr>
          <w:b/>
          <w:lang w:val="ru-RU"/>
        </w:rPr>
        <w:t xml:space="preserve">2. </w:t>
      </w:r>
      <w:proofErr w:type="spellStart"/>
      <w:r w:rsidRPr="00FD2520">
        <w:rPr>
          <w:b/>
          <w:lang w:val="ru-RU"/>
        </w:rPr>
        <w:t>Функционалдық</w:t>
      </w:r>
      <w:proofErr w:type="spellEnd"/>
      <w:r w:rsidRPr="00FD2520">
        <w:rPr>
          <w:b/>
          <w:lang w:val="ru-RU"/>
        </w:rPr>
        <w:t xml:space="preserve"> </w:t>
      </w:r>
      <w:proofErr w:type="spellStart"/>
      <w:r w:rsidRPr="00FD2520">
        <w:rPr>
          <w:b/>
          <w:lang w:val="ru-RU"/>
        </w:rPr>
        <w:t>және</w:t>
      </w:r>
      <w:proofErr w:type="spellEnd"/>
      <w:r w:rsidRPr="00FD2520">
        <w:rPr>
          <w:b/>
          <w:lang w:val="ru-RU"/>
        </w:rPr>
        <w:t xml:space="preserve"> </w:t>
      </w:r>
      <w:proofErr w:type="spellStart"/>
      <w:r w:rsidRPr="00FD2520">
        <w:rPr>
          <w:b/>
          <w:lang w:val="ru-RU"/>
        </w:rPr>
        <w:t>техникалық</w:t>
      </w:r>
      <w:proofErr w:type="spellEnd"/>
      <w:r w:rsidRPr="00FD2520">
        <w:rPr>
          <w:b/>
          <w:lang w:val="ru-RU"/>
        </w:rPr>
        <w:t xml:space="preserve"> </w:t>
      </w:r>
      <w:proofErr w:type="spellStart"/>
      <w:r w:rsidRPr="00FD2520">
        <w:rPr>
          <w:b/>
          <w:lang w:val="ru-RU"/>
        </w:rPr>
        <w:t>сипаттамаларға</w:t>
      </w:r>
      <w:proofErr w:type="spellEnd"/>
      <w:r w:rsidRPr="00FD2520">
        <w:rPr>
          <w:b/>
          <w:lang w:val="ru-RU"/>
        </w:rPr>
        <w:t xml:space="preserve"> </w:t>
      </w:r>
      <w:proofErr w:type="spellStart"/>
      <w:r w:rsidRPr="00FD2520">
        <w:rPr>
          <w:b/>
          <w:lang w:val="ru-RU"/>
        </w:rPr>
        <w:t>қойылатын</w:t>
      </w:r>
      <w:proofErr w:type="spellEnd"/>
      <w:r w:rsidRPr="00FD2520">
        <w:rPr>
          <w:b/>
          <w:lang w:val="ru-RU"/>
        </w:rPr>
        <w:t xml:space="preserve"> </w:t>
      </w:r>
      <w:proofErr w:type="spellStart"/>
      <w:r w:rsidRPr="00FD2520">
        <w:rPr>
          <w:b/>
          <w:lang w:val="ru-RU"/>
        </w:rPr>
        <w:t>талаптар</w:t>
      </w:r>
      <w:proofErr w:type="spellEnd"/>
      <w:r w:rsidRPr="00FD2520">
        <w:rPr>
          <w:b/>
          <w:lang w:val="ru-RU"/>
        </w:rPr>
        <w:t>.</w:t>
      </w:r>
    </w:p>
    <w:p w14:paraId="118D9EC3" w14:textId="77777777" w:rsidR="008879E0" w:rsidRPr="00FD2520" w:rsidRDefault="00A34C83">
      <w:pPr>
        <w:spacing w:after="80"/>
        <w:ind w:firstLine="567"/>
        <w:jc w:val="both"/>
        <w:rPr>
          <w:lang w:val="ru-RU"/>
        </w:rPr>
      </w:pPr>
      <w:proofErr w:type="spellStart"/>
      <w:r w:rsidRPr="00FD2520">
        <w:rPr>
          <w:lang w:val="ru-RU"/>
        </w:rPr>
        <w:t>Әлеуетті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өнім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беруші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ұсынылатын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жүйе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өндірушісінен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Тапсырыс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берушінің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атына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жеткізу</w:t>
      </w:r>
      <w:proofErr w:type="spellEnd"/>
      <w:r w:rsidRPr="00FD2520">
        <w:rPr>
          <w:lang w:val="ru-RU"/>
        </w:rPr>
        <w:t xml:space="preserve">, </w:t>
      </w:r>
      <w:proofErr w:type="spellStart"/>
      <w:r w:rsidRPr="00FD2520">
        <w:rPr>
          <w:lang w:val="ru-RU"/>
        </w:rPr>
        <w:t>енгізу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және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техникалық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қолдау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көрсету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құқығын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растайтын</w:t>
      </w:r>
      <w:proofErr w:type="spellEnd"/>
      <w:r w:rsidRPr="00FD2520">
        <w:rPr>
          <w:lang w:val="ru-RU"/>
        </w:rPr>
        <w:t xml:space="preserve">, конкурс </w:t>
      </w:r>
      <w:proofErr w:type="spellStart"/>
      <w:r w:rsidRPr="00FD2520">
        <w:rPr>
          <w:lang w:val="ru-RU"/>
        </w:rPr>
        <w:t>нөмірі</w:t>
      </w:r>
      <w:proofErr w:type="spellEnd"/>
      <w:r w:rsidRPr="00FD2520">
        <w:rPr>
          <w:lang w:val="ru-RU"/>
        </w:rPr>
        <w:t xml:space="preserve">, лот </w:t>
      </w:r>
      <w:proofErr w:type="spellStart"/>
      <w:r w:rsidRPr="00FD2520">
        <w:rPr>
          <w:lang w:val="ru-RU"/>
        </w:rPr>
        <w:t>және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атауы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көрсетілген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авторизациялық</w:t>
      </w:r>
      <w:proofErr w:type="spellEnd"/>
      <w:r w:rsidRPr="00FD2520">
        <w:rPr>
          <w:lang w:val="ru-RU"/>
        </w:rPr>
        <w:t xml:space="preserve"> хат </w:t>
      </w:r>
      <w:proofErr w:type="spellStart"/>
      <w:r w:rsidRPr="00FD2520">
        <w:rPr>
          <w:lang w:val="ru-RU"/>
        </w:rPr>
        <w:t>ұсынуға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тиіс</w:t>
      </w:r>
      <w:proofErr w:type="spellEnd"/>
      <w:r w:rsidRPr="00FD2520">
        <w:rPr>
          <w:lang w:val="ru-RU"/>
        </w:rPr>
        <w:t>.</w:t>
      </w:r>
    </w:p>
    <w:p w14:paraId="01104AD4" w14:textId="77777777" w:rsidR="008879E0" w:rsidRPr="00FD2520" w:rsidRDefault="00A34C83">
      <w:pPr>
        <w:spacing w:after="80"/>
        <w:ind w:firstLine="567"/>
        <w:jc w:val="both"/>
        <w:rPr>
          <w:lang w:val="ru-RU"/>
        </w:rPr>
      </w:pPr>
      <w:proofErr w:type="spellStart"/>
      <w:r w:rsidRPr="00FD2520">
        <w:rPr>
          <w:lang w:val="ru-RU"/>
        </w:rPr>
        <w:t>Жүйе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мынадай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ең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төменгі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сипаттамаларға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сәйкес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келуге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тиіс</w:t>
      </w:r>
      <w:proofErr w:type="spellEnd"/>
      <w:r w:rsidRPr="00FD2520">
        <w:rPr>
          <w:lang w:val="ru-RU"/>
        </w:rPr>
        <w:t>:</w:t>
      </w:r>
    </w:p>
    <w:p w14:paraId="69134C07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әлеуметтік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білім</w:t>
      </w:r>
      <w:proofErr w:type="spellEnd"/>
      <w:r w:rsidRPr="00FD2520">
        <w:rPr>
          <w:sz w:val="22"/>
          <w:lang w:val="ru-RU"/>
        </w:rPr>
        <w:t xml:space="preserve"> беру </w:t>
      </w:r>
      <w:proofErr w:type="spellStart"/>
      <w:r w:rsidRPr="00FD2520">
        <w:rPr>
          <w:sz w:val="22"/>
          <w:lang w:val="ru-RU"/>
        </w:rPr>
        <w:t>мекемелерінде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жасанды</w:t>
      </w:r>
      <w:proofErr w:type="spellEnd"/>
      <w:r w:rsidRPr="00FD2520">
        <w:rPr>
          <w:sz w:val="22"/>
          <w:lang w:val="ru-RU"/>
        </w:rPr>
        <w:t xml:space="preserve"> интеллект </w:t>
      </w:r>
      <w:proofErr w:type="spellStart"/>
      <w:r w:rsidRPr="00FD2520">
        <w:rPr>
          <w:sz w:val="22"/>
          <w:lang w:val="ru-RU"/>
        </w:rPr>
        <w:t>технологиясын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қолдана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отырып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агрессивті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әрекеттерді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алдын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алу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мақсатында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нақты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режимінде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бейнеағынды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талдауға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арналған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бағдарламалық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етудің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>;</w:t>
      </w:r>
    </w:p>
    <w:p w14:paraId="24589E69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lastRenderedPageBreak/>
        <w:t xml:space="preserve">– </w:t>
      </w:r>
      <w:proofErr w:type="spellStart"/>
      <w:r w:rsidRPr="00FD2520">
        <w:rPr>
          <w:sz w:val="22"/>
          <w:lang w:val="ru-RU"/>
        </w:rPr>
        <w:t>бағдарламалық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жинақталған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деректер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негізінде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инциденттерді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сапасын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жетілдіруге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беретін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оқытылатын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жасанды</w:t>
      </w:r>
      <w:proofErr w:type="spellEnd"/>
      <w:r w:rsidRPr="00FD2520">
        <w:rPr>
          <w:sz w:val="22"/>
          <w:lang w:val="ru-RU"/>
        </w:rPr>
        <w:t xml:space="preserve"> интеллект </w:t>
      </w:r>
      <w:proofErr w:type="spellStart"/>
      <w:r w:rsidRPr="00FD2520">
        <w:rPr>
          <w:sz w:val="22"/>
          <w:lang w:val="ru-RU"/>
        </w:rPr>
        <w:t>модельдерін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</w:t>
      </w:r>
      <w:proofErr w:type="spellEnd"/>
      <w:r w:rsidRPr="00FD2520">
        <w:rPr>
          <w:sz w:val="22"/>
          <w:lang w:val="ru-RU"/>
        </w:rPr>
        <w:t>;</w:t>
      </w:r>
    </w:p>
    <w:p w14:paraId="76C1D65E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бағдарламалық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шарттың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қолданылу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мерзіміне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Тапсырыс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берушіге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серверлік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жабдықты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ұсыну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арқылы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енгізілуі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</w:t>
      </w:r>
      <w:proofErr w:type="spellEnd"/>
      <w:r w:rsidRPr="00FD2520">
        <w:rPr>
          <w:sz w:val="22"/>
          <w:lang w:val="ru-RU"/>
        </w:rPr>
        <w:t>;</w:t>
      </w:r>
    </w:p>
    <w:p w14:paraId="0549C525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бағдарламалық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әлеуметтік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білім</w:t>
      </w:r>
      <w:proofErr w:type="spellEnd"/>
      <w:r w:rsidRPr="00FD2520">
        <w:rPr>
          <w:sz w:val="22"/>
          <w:lang w:val="ru-RU"/>
        </w:rPr>
        <w:t xml:space="preserve"> беру </w:t>
      </w:r>
      <w:proofErr w:type="spellStart"/>
      <w:r w:rsidRPr="00FD2520">
        <w:rPr>
          <w:sz w:val="22"/>
          <w:lang w:val="ru-RU"/>
        </w:rPr>
        <w:t>мекемелерінің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әртүрлі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жүйелерінен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ақпаратты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жинау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өңдеу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сақтау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функциясын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камерасының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нақты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өндірушісіне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немесе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моделіне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тәуелсіз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орындауға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7A1CCC9E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инциденттерді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жіктеу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өңдеу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кідірісі</w:t>
      </w:r>
      <w:proofErr w:type="spellEnd"/>
      <w:r w:rsidRPr="00FD2520">
        <w:rPr>
          <w:sz w:val="22"/>
          <w:lang w:val="ru-RU"/>
        </w:rPr>
        <w:t xml:space="preserve"> 1-2 </w:t>
      </w:r>
      <w:proofErr w:type="spellStart"/>
      <w:r w:rsidRPr="00FD2520">
        <w:rPr>
          <w:sz w:val="22"/>
          <w:lang w:val="ru-RU"/>
        </w:rPr>
        <w:t>секундтан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аспай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жүзеге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асырылуы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3DE2C1BC" w14:textId="20CCBF69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мезгілде</w:t>
      </w:r>
      <w:proofErr w:type="spellEnd"/>
      <w:r w:rsidRPr="00FD2520">
        <w:rPr>
          <w:sz w:val="22"/>
          <w:lang w:val="ru-RU"/>
        </w:rPr>
        <w:t xml:space="preserve"> </w:t>
      </w:r>
      <w:r w:rsidR="00336F04">
        <w:rPr>
          <w:sz w:val="22"/>
          <w:lang w:val="ru-RU"/>
        </w:rPr>
        <w:t>2</w:t>
      </w:r>
      <w:r w:rsidRPr="00FD2520">
        <w:rPr>
          <w:sz w:val="22"/>
          <w:lang w:val="ru-RU"/>
        </w:rPr>
        <w:t xml:space="preserve">0-ға </w:t>
      </w:r>
      <w:proofErr w:type="spellStart"/>
      <w:r w:rsidRPr="00FD2520">
        <w:rPr>
          <w:sz w:val="22"/>
          <w:lang w:val="ru-RU"/>
        </w:rPr>
        <w:t>дейін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бейнеарнаны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өңдеу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талдау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</w:t>
      </w:r>
      <w:proofErr w:type="spellEnd"/>
      <w:r w:rsidRPr="00FD2520">
        <w:rPr>
          <w:sz w:val="22"/>
          <w:lang w:val="ru-RU"/>
        </w:rPr>
        <w:t>;</w:t>
      </w:r>
    </w:p>
    <w:p w14:paraId="3F2F1859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ұзақтығы</w:t>
      </w:r>
      <w:proofErr w:type="spellEnd"/>
      <w:r w:rsidRPr="00FD2520">
        <w:rPr>
          <w:sz w:val="22"/>
          <w:lang w:val="ru-RU"/>
        </w:rPr>
        <w:t xml:space="preserve"> 4-10 секунд </w:t>
      </w:r>
      <w:proofErr w:type="spellStart"/>
      <w:r w:rsidRPr="00FD2520">
        <w:rPr>
          <w:sz w:val="22"/>
          <w:lang w:val="ru-RU"/>
        </w:rPr>
        <w:t>болатын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инциденттерді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Орындаушының</w:t>
      </w:r>
      <w:proofErr w:type="spellEnd"/>
      <w:r w:rsidRPr="00FD2520">
        <w:rPr>
          <w:sz w:val="22"/>
          <w:lang w:val="ru-RU"/>
        </w:rPr>
        <w:t xml:space="preserve"> веб-</w:t>
      </w:r>
      <w:proofErr w:type="spellStart"/>
      <w:r w:rsidRPr="00FD2520">
        <w:rPr>
          <w:sz w:val="22"/>
          <w:lang w:val="ru-RU"/>
        </w:rPr>
        <w:t>платформасында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жасанды</w:t>
      </w:r>
      <w:proofErr w:type="spellEnd"/>
      <w:r w:rsidRPr="00FD2520">
        <w:rPr>
          <w:sz w:val="22"/>
          <w:lang w:val="ru-RU"/>
        </w:rPr>
        <w:t xml:space="preserve"> интеллект </w:t>
      </w:r>
      <w:proofErr w:type="spellStart"/>
      <w:r w:rsidRPr="00FD2520">
        <w:rPr>
          <w:sz w:val="22"/>
          <w:lang w:val="ru-RU"/>
        </w:rPr>
        <w:t>анықтаған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сәттен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бастап</w:t>
      </w:r>
      <w:proofErr w:type="spellEnd"/>
      <w:r w:rsidRPr="00FD2520">
        <w:rPr>
          <w:sz w:val="22"/>
          <w:lang w:val="ru-RU"/>
        </w:rPr>
        <w:t xml:space="preserve"> 1-2 секунд </w:t>
      </w:r>
      <w:proofErr w:type="spellStart"/>
      <w:r w:rsidRPr="00FD2520">
        <w:rPr>
          <w:sz w:val="22"/>
          <w:lang w:val="ru-RU"/>
        </w:rPr>
        <w:t>ішінде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көрсету</w:t>
      </w:r>
      <w:proofErr w:type="spellEnd"/>
      <w:r w:rsidRPr="00FD2520">
        <w:rPr>
          <w:sz w:val="22"/>
          <w:lang w:val="ru-RU"/>
        </w:rPr>
        <w:t>;</w:t>
      </w:r>
    </w:p>
    <w:p w14:paraId="0CC5DA03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Орындаушының</w:t>
      </w:r>
      <w:proofErr w:type="spellEnd"/>
      <w:r w:rsidRPr="00FD2520">
        <w:rPr>
          <w:sz w:val="22"/>
          <w:lang w:val="ru-RU"/>
        </w:rPr>
        <w:t xml:space="preserve"> веб-</w:t>
      </w:r>
      <w:proofErr w:type="spellStart"/>
      <w:r w:rsidRPr="00FD2520">
        <w:rPr>
          <w:sz w:val="22"/>
          <w:lang w:val="ru-RU"/>
        </w:rPr>
        <w:t>платформасына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шектеусіз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санына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қолжетімділік</w:t>
      </w:r>
      <w:proofErr w:type="spellEnd"/>
      <w:r w:rsidRPr="00FD2520">
        <w:rPr>
          <w:sz w:val="22"/>
          <w:lang w:val="ru-RU"/>
        </w:rPr>
        <w:t xml:space="preserve"> беру;</w:t>
      </w:r>
    </w:p>
    <w:p w14:paraId="1D496A1A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кадрда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қару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белгілері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кезде</w:t>
      </w:r>
      <w:proofErr w:type="spellEnd"/>
      <w:r w:rsidRPr="00FD2520">
        <w:rPr>
          <w:sz w:val="22"/>
          <w:lang w:val="ru-RU"/>
        </w:rPr>
        <w:t xml:space="preserve"> инцидент </w:t>
      </w:r>
      <w:proofErr w:type="spellStart"/>
      <w:r w:rsidRPr="00FD2520">
        <w:rPr>
          <w:sz w:val="22"/>
          <w:lang w:val="ru-RU"/>
        </w:rPr>
        <w:t>қалыптастыра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отырып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нақты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режимінде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бейнеағында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қаруды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модулінің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>;</w:t>
      </w:r>
    </w:p>
    <w:p w14:paraId="24782616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пайдаланушының</w:t>
      </w:r>
      <w:proofErr w:type="spellEnd"/>
      <w:r w:rsidRPr="00FD2520">
        <w:rPr>
          <w:sz w:val="22"/>
          <w:lang w:val="ru-RU"/>
        </w:rPr>
        <w:t xml:space="preserve"> «</w:t>
      </w:r>
      <w:proofErr w:type="spellStart"/>
      <w:r w:rsidRPr="00FD2520">
        <w:rPr>
          <w:sz w:val="22"/>
          <w:lang w:val="ru-RU"/>
        </w:rPr>
        <w:t>қару</w:t>
      </w:r>
      <w:proofErr w:type="spellEnd"/>
      <w:r w:rsidRPr="00FD2520">
        <w:rPr>
          <w:sz w:val="22"/>
          <w:lang w:val="ru-RU"/>
        </w:rPr>
        <w:t xml:space="preserve">» </w:t>
      </w:r>
      <w:proofErr w:type="spellStart"/>
      <w:r w:rsidRPr="00FD2520">
        <w:rPr>
          <w:sz w:val="22"/>
          <w:lang w:val="ru-RU"/>
        </w:rPr>
        <w:t>инцидентін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верификациялау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</w:t>
      </w:r>
      <w:proofErr w:type="spellEnd"/>
      <w:r w:rsidRPr="00FD2520">
        <w:rPr>
          <w:sz w:val="22"/>
          <w:lang w:val="ru-RU"/>
        </w:rPr>
        <w:t xml:space="preserve"> (</w:t>
      </w:r>
      <w:proofErr w:type="spellStart"/>
      <w:r w:rsidRPr="00FD2520">
        <w:rPr>
          <w:sz w:val="22"/>
          <w:lang w:val="ru-RU"/>
        </w:rPr>
        <w:t>растау</w:t>
      </w:r>
      <w:proofErr w:type="spellEnd"/>
      <w:r w:rsidRPr="00FD2520">
        <w:rPr>
          <w:sz w:val="22"/>
          <w:lang w:val="ru-RU"/>
        </w:rPr>
        <w:t>/</w:t>
      </w:r>
      <w:proofErr w:type="spellStart"/>
      <w:r w:rsidRPr="00FD2520">
        <w:rPr>
          <w:sz w:val="22"/>
          <w:lang w:val="ru-RU"/>
        </w:rPr>
        <w:t>қабылдамау</w:t>
      </w:r>
      <w:proofErr w:type="spellEnd"/>
      <w:r w:rsidRPr="00FD2520">
        <w:rPr>
          <w:sz w:val="22"/>
          <w:lang w:val="ru-RU"/>
        </w:rPr>
        <w:t xml:space="preserve">)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қажет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жағдайда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жүйеде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нәтижені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сақтай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отырып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сыныбын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нақтылау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</w:t>
      </w:r>
      <w:proofErr w:type="spellEnd"/>
      <w:r w:rsidRPr="00FD2520">
        <w:rPr>
          <w:sz w:val="22"/>
          <w:lang w:val="ru-RU"/>
        </w:rPr>
        <w:t xml:space="preserve"> (</w:t>
      </w:r>
      <w:proofErr w:type="spellStart"/>
      <w:r w:rsidRPr="00FD2520">
        <w:rPr>
          <w:sz w:val="22"/>
          <w:lang w:val="ru-RU"/>
        </w:rPr>
        <w:t>мысалы</w:t>
      </w:r>
      <w:proofErr w:type="spellEnd"/>
      <w:r w:rsidRPr="00FD2520">
        <w:rPr>
          <w:sz w:val="22"/>
          <w:lang w:val="ru-RU"/>
        </w:rPr>
        <w:t xml:space="preserve">: </w:t>
      </w:r>
      <w:proofErr w:type="spellStart"/>
      <w:r w:rsidRPr="00FD2520">
        <w:rPr>
          <w:sz w:val="22"/>
          <w:lang w:val="ru-RU"/>
        </w:rPr>
        <w:t>атыс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қаруы</w:t>
      </w:r>
      <w:proofErr w:type="spellEnd"/>
      <w:r w:rsidRPr="00FD2520">
        <w:rPr>
          <w:sz w:val="22"/>
          <w:lang w:val="ru-RU"/>
        </w:rPr>
        <w:t>/</w:t>
      </w:r>
      <w:proofErr w:type="spellStart"/>
      <w:r w:rsidRPr="00FD2520">
        <w:rPr>
          <w:sz w:val="22"/>
          <w:lang w:val="ru-RU"/>
        </w:rPr>
        <w:t>суық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қару</w:t>
      </w:r>
      <w:proofErr w:type="spellEnd"/>
      <w:r w:rsidRPr="00FD2520">
        <w:rPr>
          <w:sz w:val="22"/>
          <w:lang w:val="ru-RU"/>
        </w:rPr>
        <w:t>/</w:t>
      </w:r>
      <w:proofErr w:type="spellStart"/>
      <w:r w:rsidRPr="00FD2520">
        <w:rPr>
          <w:sz w:val="22"/>
          <w:lang w:val="ru-RU"/>
        </w:rPr>
        <w:t>анықталмаған</w:t>
      </w:r>
      <w:proofErr w:type="spellEnd"/>
      <w:r w:rsidRPr="00FD2520">
        <w:rPr>
          <w:sz w:val="22"/>
          <w:lang w:val="ru-RU"/>
        </w:rPr>
        <w:t>);</w:t>
      </w:r>
    </w:p>
    <w:p w14:paraId="3059EE23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кадрда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түтін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кезде</w:t>
      </w:r>
      <w:proofErr w:type="spellEnd"/>
      <w:r w:rsidRPr="00FD2520">
        <w:rPr>
          <w:sz w:val="22"/>
          <w:lang w:val="ru-RU"/>
        </w:rPr>
        <w:t xml:space="preserve"> инцидент </w:t>
      </w:r>
      <w:proofErr w:type="spellStart"/>
      <w:r w:rsidRPr="00FD2520">
        <w:rPr>
          <w:sz w:val="22"/>
          <w:lang w:val="ru-RU"/>
        </w:rPr>
        <w:t>қалыптастыра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отырып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нақты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режимінде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бейнеағында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түтінді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модулінің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>;</w:t>
      </w:r>
    </w:p>
    <w:p w14:paraId="05118DE2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кадрда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өрт</w:t>
      </w:r>
      <w:proofErr w:type="spellEnd"/>
      <w:r w:rsidRPr="00FD2520">
        <w:rPr>
          <w:sz w:val="22"/>
          <w:lang w:val="ru-RU"/>
        </w:rPr>
        <w:t>/</w:t>
      </w:r>
      <w:proofErr w:type="spellStart"/>
      <w:r w:rsidRPr="00FD2520">
        <w:rPr>
          <w:sz w:val="22"/>
          <w:lang w:val="ru-RU"/>
        </w:rPr>
        <w:t>ашық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жалын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кезде</w:t>
      </w:r>
      <w:proofErr w:type="spellEnd"/>
      <w:r w:rsidRPr="00FD2520">
        <w:rPr>
          <w:sz w:val="22"/>
          <w:lang w:val="ru-RU"/>
        </w:rPr>
        <w:t xml:space="preserve"> инцидент </w:t>
      </w:r>
      <w:proofErr w:type="spellStart"/>
      <w:r w:rsidRPr="00FD2520">
        <w:rPr>
          <w:sz w:val="22"/>
          <w:lang w:val="ru-RU"/>
        </w:rPr>
        <w:t>қалыптастыра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отырып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нақты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режимінде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бейнеағында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отты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модулінің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>;</w:t>
      </w:r>
    </w:p>
    <w:p w14:paraId="0D7CD06D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камерасының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кескінінде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тыйым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салынған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аймақтарды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белгілеу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модулінің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аймақ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геометриясын</w:t>
      </w:r>
      <w:proofErr w:type="spellEnd"/>
      <w:r w:rsidRPr="00FD2520">
        <w:rPr>
          <w:sz w:val="22"/>
          <w:lang w:val="ru-RU"/>
        </w:rPr>
        <w:t xml:space="preserve"> (полигон/</w:t>
      </w:r>
      <w:proofErr w:type="spellStart"/>
      <w:r w:rsidRPr="00FD2520">
        <w:rPr>
          <w:sz w:val="22"/>
          <w:lang w:val="ru-RU"/>
        </w:rPr>
        <w:t>аймақ</w:t>
      </w:r>
      <w:proofErr w:type="spellEnd"/>
      <w:r w:rsidRPr="00FD2520">
        <w:rPr>
          <w:sz w:val="22"/>
          <w:lang w:val="ru-RU"/>
        </w:rPr>
        <w:t xml:space="preserve">)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атауын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белгілеу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мүмкіндігімен</w:t>
      </w:r>
      <w:proofErr w:type="spellEnd"/>
      <w:r w:rsidRPr="00FD2520">
        <w:rPr>
          <w:sz w:val="22"/>
          <w:lang w:val="ru-RU"/>
        </w:rPr>
        <w:t>;</w:t>
      </w:r>
    </w:p>
    <w:p w14:paraId="0854975B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адам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>/</w:t>
      </w:r>
      <w:proofErr w:type="spellStart"/>
      <w:r w:rsidRPr="00FD2520">
        <w:rPr>
          <w:sz w:val="22"/>
          <w:lang w:val="ru-RU"/>
        </w:rPr>
        <w:t>немесе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</w:t>
      </w:r>
      <w:proofErr w:type="spellEnd"/>
      <w:r w:rsidRPr="00FD2520">
        <w:rPr>
          <w:sz w:val="22"/>
          <w:lang w:val="ru-RU"/>
        </w:rPr>
        <w:t xml:space="preserve"> де </w:t>
      </w:r>
      <w:proofErr w:type="spellStart"/>
      <w:r w:rsidRPr="00FD2520">
        <w:rPr>
          <w:sz w:val="22"/>
          <w:lang w:val="ru-RU"/>
        </w:rPr>
        <w:t>белгіленген</w:t>
      </w:r>
      <w:proofErr w:type="spellEnd"/>
      <w:r w:rsidRPr="00FD2520">
        <w:rPr>
          <w:sz w:val="22"/>
          <w:lang w:val="ru-RU"/>
        </w:rPr>
        <w:t xml:space="preserve"> объект </w:t>
      </w:r>
      <w:proofErr w:type="spellStart"/>
      <w:r w:rsidRPr="00FD2520">
        <w:rPr>
          <w:sz w:val="22"/>
          <w:lang w:val="ru-RU"/>
        </w:rPr>
        <w:t>тыйым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салынған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аймаққа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кірген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кезде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уақытын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камераны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аймақ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атауын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ықтималдық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пайызын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тіркей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отырып</w:t>
      </w:r>
      <w:proofErr w:type="spellEnd"/>
      <w:r w:rsidRPr="00FD2520">
        <w:rPr>
          <w:sz w:val="22"/>
          <w:lang w:val="ru-RU"/>
        </w:rPr>
        <w:t xml:space="preserve"> инцидент </w:t>
      </w:r>
      <w:proofErr w:type="spellStart"/>
      <w:r w:rsidRPr="00FD2520">
        <w:rPr>
          <w:sz w:val="22"/>
          <w:lang w:val="ru-RU"/>
        </w:rPr>
        <w:t>қалыптастыру</w:t>
      </w:r>
      <w:proofErr w:type="spellEnd"/>
      <w:r w:rsidRPr="00FD2520">
        <w:rPr>
          <w:sz w:val="22"/>
          <w:lang w:val="ru-RU"/>
        </w:rPr>
        <w:t>;</w:t>
      </w:r>
    </w:p>
    <w:p w14:paraId="303F228D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камерасының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кескінінде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сызықтарын</w:t>
      </w:r>
      <w:proofErr w:type="spellEnd"/>
      <w:r w:rsidRPr="00FD2520">
        <w:rPr>
          <w:sz w:val="22"/>
          <w:lang w:val="ru-RU"/>
        </w:rPr>
        <w:t xml:space="preserve"> (</w:t>
      </w:r>
      <w:proofErr w:type="spellStart"/>
      <w:r w:rsidRPr="00FD2520">
        <w:rPr>
          <w:sz w:val="22"/>
          <w:lang w:val="ru-RU"/>
        </w:rPr>
        <w:t>кесіп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өту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сызықтарын</w:t>
      </w:r>
      <w:proofErr w:type="spellEnd"/>
      <w:r w:rsidRPr="00FD2520">
        <w:rPr>
          <w:sz w:val="22"/>
          <w:lang w:val="ru-RU"/>
        </w:rPr>
        <w:t xml:space="preserve">) </w:t>
      </w:r>
      <w:proofErr w:type="spellStart"/>
      <w:r w:rsidRPr="00FD2520">
        <w:rPr>
          <w:sz w:val="22"/>
          <w:lang w:val="ru-RU"/>
        </w:rPr>
        <w:t>белгілеу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модулінің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сызық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геометриясын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атауын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қажет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жағдайда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бағытын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белгілеу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мүмкіндігімен</w:t>
      </w:r>
      <w:proofErr w:type="spellEnd"/>
      <w:r w:rsidRPr="00FD2520">
        <w:rPr>
          <w:sz w:val="22"/>
          <w:lang w:val="ru-RU"/>
        </w:rPr>
        <w:t>;</w:t>
      </w:r>
    </w:p>
    <w:p w14:paraId="011D4050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анықталған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инциденттер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туралы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хабарламаларды</w:t>
      </w:r>
      <w:proofErr w:type="spellEnd"/>
      <w:r w:rsidRPr="00FD2520">
        <w:rPr>
          <w:sz w:val="22"/>
          <w:lang w:val="ru-RU"/>
        </w:rPr>
        <w:t xml:space="preserve"> </w:t>
      </w:r>
      <w:r>
        <w:rPr>
          <w:sz w:val="22"/>
        </w:rPr>
        <w:t>iOS</w:t>
      </w:r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r>
        <w:rPr>
          <w:sz w:val="22"/>
        </w:rPr>
        <w:t>Android</w:t>
      </w:r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операциялық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жүйелерімен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үйлесімді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қосымшадағы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Тапсырыс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берушінің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есептік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жазбасына</w:t>
      </w:r>
      <w:proofErr w:type="spellEnd"/>
      <w:r w:rsidRPr="00FD2520">
        <w:rPr>
          <w:sz w:val="22"/>
          <w:lang w:val="ru-RU"/>
        </w:rPr>
        <w:t xml:space="preserve"> 60 секунд </w:t>
      </w:r>
      <w:proofErr w:type="spellStart"/>
      <w:r w:rsidRPr="00FD2520">
        <w:rPr>
          <w:sz w:val="22"/>
          <w:lang w:val="ru-RU"/>
        </w:rPr>
        <w:t>ішінде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жедел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жіберу</w:t>
      </w:r>
      <w:proofErr w:type="spellEnd"/>
      <w:r w:rsidRPr="00FD2520">
        <w:rPr>
          <w:sz w:val="22"/>
          <w:lang w:val="ru-RU"/>
        </w:rPr>
        <w:t>;</w:t>
      </w:r>
    </w:p>
    <w:p w14:paraId="5A38DC4E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барлық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хабарламалар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қорғалған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байланыс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арналары</w:t>
      </w:r>
      <w:proofErr w:type="spellEnd"/>
      <w:r w:rsidRPr="00FD2520">
        <w:rPr>
          <w:sz w:val="22"/>
          <w:lang w:val="ru-RU"/>
        </w:rPr>
        <w:t xml:space="preserve"> (</w:t>
      </w:r>
      <w:r>
        <w:rPr>
          <w:sz w:val="22"/>
        </w:rPr>
        <w:t>SSL</w:t>
      </w:r>
      <w:r w:rsidRPr="00FD2520">
        <w:rPr>
          <w:sz w:val="22"/>
          <w:lang w:val="ru-RU"/>
        </w:rPr>
        <w:t>/</w:t>
      </w:r>
      <w:r>
        <w:rPr>
          <w:sz w:val="22"/>
        </w:rPr>
        <w:t>TLS</w:t>
      </w:r>
      <w:r w:rsidRPr="00FD2520">
        <w:rPr>
          <w:sz w:val="22"/>
          <w:lang w:val="ru-RU"/>
        </w:rPr>
        <w:t xml:space="preserve">) </w:t>
      </w:r>
      <w:proofErr w:type="spellStart"/>
      <w:r w:rsidRPr="00FD2520">
        <w:rPr>
          <w:sz w:val="22"/>
          <w:lang w:val="ru-RU"/>
        </w:rPr>
        <w:t>арқылы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жіберілуге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526892B9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>– веб-</w:t>
      </w:r>
      <w:proofErr w:type="spellStart"/>
      <w:r w:rsidRPr="00FD2520">
        <w:rPr>
          <w:sz w:val="22"/>
          <w:lang w:val="ru-RU"/>
        </w:rPr>
        <w:t>платформаға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қолжетімділік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үшін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пайдаланушыларды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екі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факторлы</w:t>
      </w:r>
      <w:proofErr w:type="spellEnd"/>
      <w:r w:rsidRPr="00FD2520">
        <w:rPr>
          <w:sz w:val="22"/>
          <w:lang w:val="ru-RU"/>
        </w:rPr>
        <w:t xml:space="preserve"> аутентификация </w:t>
      </w:r>
      <w:proofErr w:type="spellStart"/>
      <w:r w:rsidRPr="00FD2520">
        <w:rPr>
          <w:sz w:val="22"/>
          <w:lang w:val="ru-RU"/>
        </w:rPr>
        <w:t>арқылы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верификациялау</w:t>
      </w:r>
      <w:proofErr w:type="spellEnd"/>
      <w:r w:rsidRPr="00FD2520">
        <w:rPr>
          <w:sz w:val="22"/>
          <w:lang w:val="ru-RU"/>
        </w:rPr>
        <w:t xml:space="preserve"> (</w:t>
      </w:r>
      <w:proofErr w:type="spellStart"/>
      <w:r w:rsidRPr="00FD2520">
        <w:rPr>
          <w:sz w:val="22"/>
          <w:lang w:val="ru-RU"/>
        </w:rPr>
        <w:t>бірегей</w:t>
      </w:r>
      <w:proofErr w:type="spellEnd"/>
      <w:r w:rsidRPr="00FD2520">
        <w:rPr>
          <w:sz w:val="22"/>
          <w:lang w:val="ru-RU"/>
        </w:rPr>
        <w:t xml:space="preserve"> логин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пароль);</w:t>
      </w:r>
    </w:p>
    <w:p w14:paraId="10D1A837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деректерді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нақты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режимінде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визуализациялау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есептер</w:t>
      </w:r>
      <w:proofErr w:type="spellEnd"/>
      <w:r w:rsidRPr="00FD2520">
        <w:rPr>
          <w:sz w:val="22"/>
          <w:lang w:val="ru-RU"/>
        </w:rPr>
        <w:t xml:space="preserve"> мен </w:t>
      </w:r>
      <w:proofErr w:type="spellStart"/>
      <w:r w:rsidRPr="00FD2520">
        <w:rPr>
          <w:sz w:val="22"/>
          <w:lang w:val="ru-RU"/>
        </w:rPr>
        <w:t>дашбордтар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құру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мүмкіндігімен</w:t>
      </w:r>
      <w:proofErr w:type="spellEnd"/>
      <w:r w:rsidRPr="00FD2520">
        <w:rPr>
          <w:sz w:val="22"/>
          <w:lang w:val="ru-RU"/>
        </w:rPr>
        <w:t>;</w:t>
      </w:r>
    </w:p>
    <w:p w14:paraId="562EF3C3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мониторингтің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басты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панелінде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мекеме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кезеңнің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басталу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күні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кезеңнің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аяқталу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күні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міндетті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сүзгілер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сондай-ақ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сүзгілерді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қолдануға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арналған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жеке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батырма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624A5901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басты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панельде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таңдалған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кезеңдегі</w:t>
      </w:r>
      <w:proofErr w:type="spellEnd"/>
      <w:r w:rsidRPr="00FD2520">
        <w:rPr>
          <w:sz w:val="22"/>
          <w:lang w:val="ru-RU"/>
        </w:rPr>
        <w:t xml:space="preserve"> басым эмоция, </w:t>
      </w:r>
      <w:proofErr w:type="spellStart"/>
      <w:r w:rsidRPr="00FD2520">
        <w:rPr>
          <w:sz w:val="22"/>
          <w:lang w:val="ru-RU"/>
        </w:rPr>
        <w:t>аталған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көрсеткіштің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салыстырмалы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өзгерісі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камералардың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жалпы</w:t>
      </w:r>
      <w:proofErr w:type="spellEnd"/>
      <w:r w:rsidRPr="00FD2520">
        <w:rPr>
          <w:sz w:val="22"/>
          <w:lang w:val="ru-RU"/>
        </w:rPr>
        <w:t xml:space="preserve"> саны, </w:t>
      </w:r>
      <w:proofErr w:type="spellStart"/>
      <w:r w:rsidRPr="00FD2520">
        <w:rPr>
          <w:sz w:val="22"/>
          <w:lang w:val="ru-RU"/>
        </w:rPr>
        <w:t>белсенді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камералар</w:t>
      </w:r>
      <w:proofErr w:type="spellEnd"/>
      <w:r w:rsidRPr="00FD2520">
        <w:rPr>
          <w:sz w:val="22"/>
          <w:lang w:val="ru-RU"/>
        </w:rPr>
        <w:t xml:space="preserve"> саны, </w:t>
      </w:r>
      <w:proofErr w:type="spellStart"/>
      <w:r w:rsidRPr="00FD2520">
        <w:rPr>
          <w:sz w:val="22"/>
          <w:lang w:val="ru-RU"/>
        </w:rPr>
        <w:t>қосылған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аккаунттар</w:t>
      </w:r>
      <w:proofErr w:type="spellEnd"/>
      <w:r w:rsidRPr="00FD2520">
        <w:rPr>
          <w:sz w:val="22"/>
          <w:lang w:val="ru-RU"/>
        </w:rPr>
        <w:t xml:space="preserve"> саны, </w:t>
      </w:r>
      <w:proofErr w:type="spellStart"/>
      <w:r w:rsidRPr="00FD2520">
        <w:rPr>
          <w:sz w:val="22"/>
          <w:lang w:val="ru-RU"/>
        </w:rPr>
        <w:t>танылатын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тұлғалар</w:t>
      </w:r>
      <w:proofErr w:type="spellEnd"/>
      <w:r w:rsidRPr="00FD2520">
        <w:rPr>
          <w:sz w:val="22"/>
          <w:lang w:val="ru-RU"/>
        </w:rPr>
        <w:t xml:space="preserve"> саны, </w:t>
      </w:r>
      <w:proofErr w:type="spellStart"/>
      <w:r w:rsidRPr="00FD2520">
        <w:rPr>
          <w:sz w:val="22"/>
          <w:lang w:val="ru-RU"/>
        </w:rPr>
        <w:t>топтар</w:t>
      </w:r>
      <w:proofErr w:type="spellEnd"/>
      <w:r w:rsidRPr="00FD2520">
        <w:rPr>
          <w:sz w:val="22"/>
          <w:lang w:val="ru-RU"/>
        </w:rPr>
        <w:t xml:space="preserve"> саны, </w:t>
      </w:r>
      <w:proofErr w:type="spellStart"/>
      <w:r w:rsidRPr="00FD2520">
        <w:rPr>
          <w:sz w:val="22"/>
          <w:lang w:val="ru-RU"/>
        </w:rPr>
        <w:t>қалаусыз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тұлғалар</w:t>
      </w:r>
      <w:proofErr w:type="spellEnd"/>
      <w:r w:rsidRPr="00FD2520">
        <w:rPr>
          <w:sz w:val="22"/>
          <w:lang w:val="ru-RU"/>
        </w:rPr>
        <w:t xml:space="preserve"> саны, </w:t>
      </w:r>
      <w:proofErr w:type="spellStart"/>
      <w:r w:rsidRPr="00FD2520">
        <w:rPr>
          <w:sz w:val="22"/>
          <w:lang w:val="ru-RU"/>
        </w:rPr>
        <w:t>қатысу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көрсеткіштері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ағымдағы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сәтте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объектіде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жүрген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тұлғалар</w:t>
      </w:r>
      <w:proofErr w:type="spellEnd"/>
      <w:r w:rsidRPr="00FD2520">
        <w:rPr>
          <w:sz w:val="22"/>
          <w:lang w:val="ru-RU"/>
        </w:rPr>
        <w:t xml:space="preserve"> саны </w:t>
      </w:r>
      <w:proofErr w:type="spellStart"/>
      <w:r w:rsidRPr="00FD2520">
        <w:rPr>
          <w:sz w:val="22"/>
          <w:lang w:val="ru-RU"/>
        </w:rPr>
        <w:t>сияқты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жедел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көрсеткіштердің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жиынтық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карточкалары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59455B0C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басты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панельде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түрлері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бөлінуі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эмоциялардың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бөлінуі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тәуекел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аймағындағы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тізбесі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сондай-ақ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талдамалық</w:t>
      </w:r>
      <w:proofErr w:type="spellEnd"/>
      <w:r w:rsidRPr="00FD2520">
        <w:rPr>
          <w:sz w:val="22"/>
          <w:lang w:val="ru-RU"/>
        </w:rPr>
        <w:t xml:space="preserve"> блок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қысқаша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қорытынды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көрсеткіштер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қамтылған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визуалды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талдамалық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блоктар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54C2B379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lastRenderedPageBreak/>
        <w:t xml:space="preserve">– </w:t>
      </w:r>
      <w:proofErr w:type="spellStart"/>
      <w:r w:rsidRPr="00FD2520">
        <w:rPr>
          <w:sz w:val="22"/>
          <w:lang w:val="ru-RU"/>
        </w:rPr>
        <w:t>оқиғалар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бөлімі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үшін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жалпы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санын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түрінің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үлесін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сынып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мәтіндік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аңызды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көрсететін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дөңгелек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сақиналы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немесе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соған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баламалы</w:t>
      </w:r>
      <w:proofErr w:type="spellEnd"/>
      <w:r w:rsidRPr="00FD2520">
        <w:rPr>
          <w:sz w:val="22"/>
          <w:lang w:val="ru-RU"/>
        </w:rPr>
        <w:t xml:space="preserve"> диаграмма </w:t>
      </w:r>
      <w:proofErr w:type="spellStart"/>
      <w:r w:rsidRPr="00FD2520">
        <w:rPr>
          <w:sz w:val="22"/>
          <w:lang w:val="ru-RU"/>
        </w:rPr>
        <w:t>көзделуге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4C6C1A2C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эмоциялар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бөлімі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үшін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таңдалған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мекеме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таңдалған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кезеңдегі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эмоциялардың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бөлінуін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көрсететін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бағандық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сызықтық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немесе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соған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баламалы</w:t>
      </w:r>
      <w:proofErr w:type="spellEnd"/>
      <w:r w:rsidRPr="00FD2520">
        <w:rPr>
          <w:sz w:val="22"/>
          <w:lang w:val="ru-RU"/>
        </w:rPr>
        <w:t xml:space="preserve"> диаграмма, </w:t>
      </w:r>
      <w:proofErr w:type="spellStart"/>
      <w:r w:rsidRPr="00FD2520">
        <w:rPr>
          <w:sz w:val="22"/>
          <w:lang w:val="ru-RU"/>
        </w:rPr>
        <w:t>сондай-ақ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жиі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тіркелетін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эмоцияны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жағымсыз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эмоциялар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санын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бөлек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көзделуге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6A34F56E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басты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панельде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тәуекел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аймағындағы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басым </w:t>
      </w:r>
      <w:proofErr w:type="spellStart"/>
      <w:r w:rsidRPr="00FD2520">
        <w:rPr>
          <w:sz w:val="22"/>
          <w:lang w:val="ru-RU"/>
        </w:rPr>
        <w:t>эмоциялардың</w:t>
      </w:r>
      <w:proofErr w:type="spellEnd"/>
      <w:r w:rsidRPr="00FD2520">
        <w:rPr>
          <w:sz w:val="22"/>
          <w:lang w:val="ru-RU"/>
        </w:rPr>
        <w:t xml:space="preserve"> топ-</w:t>
      </w:r>
      <w:proofErr w:type="spellStart"/>
      <w:r w:rsidRPr="00FD2520">
        <w:rPr>
          <w:sz w:val="22"/>
          <w:lang w:val="ru-RU"/>
        </w:rPr>
        <w:t>тізімі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көзделуге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0CB868F0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талдамалық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функцияның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: </w:t>
      </w:r>
      <w:proofErr w:type="spellStart"/>
      <w:r w:rsidRPr="00FD2520">
        <w:rPr>
          <w:sz w:val="22"/>
          <w:lang w:val="ru-RU"/>
        </w:rPr>
        <w:t>уақыттық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қатарлар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инциденттердің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сыныбы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бөлінісіндегі</w:t>
      </w:r>
      <w:proofErr w:type="spellEnd"/>
      <w:r w:rsidRPr="00FD2520">
        <w:rPr>
          <w:sz w:val="22"/>
          <w:lang w:val="ru-RU"/>
        </w:rPr>
        <w:t xml:space="preserve"> статистика;</w:t>
      </w:r>
    </w:p>
    <w:p w14:paraId="199E68DA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анықталған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инциденттерді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ұзақ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мерзімді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сақтау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үшін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бұлттық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қойманың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>;</w:t>
      </w:r>
    </w:p>
    <w:p w14:paraId="6D29265E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пайдаланушы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әрекеттерін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журналдау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тетігінің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әрекет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түрі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әрекетті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жасаған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әрекет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 xml:space="preserve">. </w:t>
      </w:r>
      <w:proofErr w:type="spellStart"/>
      <w:r w:rsidRPr="00FD2520">
        <w:rPr>
          <w:sz w:val="22"/>
          <w:lang w:val="ru-RU"/>
        </w:rPr>
        <w:t>Журналданатын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әрекеттердің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мынадай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түрлері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көзделуі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қажет</w:t>
      </w:r>
      <w:proofErr w:type="spellEnd"/>
      <w:r w:rsidRPr="00FD2520">
        <w:rPr>
          <w:sz w:val="22"/>
          <w:lang w:val="ru-RU"/>
        </w:rPr>
        <w:t xml:space="preserve">: </w:t>
      </w:r>
      <w:proofErr w:type="spellStart"/>
      <w:r w:rsidRPr="00FD2520">
        <w:rPr>
          <w:sz w:val="22"/>
          <w:lang w:val="ru-RU"/>
        </w:rPr>
        <w:t>жүйеге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кіру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жүйеден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шығу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деректерді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редакциялау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деректерді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қосу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деректерді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жою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деректерді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жүктеп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алу</w:t>
      </w:r>
      <w:proofErr w:type="spellEnd"/>
      <w:r w:rsidRPr="00FD2520">
        <w:rPr>
          <w:sz w:val="22"/>
          <w:lang w:val="ru-RU"/>
        </w:rPr>
        <w:t>;</w:t>
      </w:r>
    </w:p>
    <w:p w14:paraId="5EB1E6AC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пайдаланушы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интерфейсінде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көзделген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барлық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функционалдық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бөлімдерде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іздеу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сүзгілеу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беттеу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қолдау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табуға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69EB3E81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пайдаланушының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авторизацияға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оқиғалар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карточкаларын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қарауға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сыныбын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өзгертуге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ескертпелер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қосуға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деректерді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экспорттауға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пайдаланушылар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қосуға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</w:t>
      </w:r>
      <w:proofErr w:type="spellEnd"/>
      <w:r w:rsidRPr="00FD2520">
        <w:rPr>
          <w:sz w:val="22"/>
          <w:lang w:val="ru-RU"/>
        </w:rPr>
        <w:t xml:space="preserve"> де </w:t>
      </w:r>
      <w:proofErr w:type="spellStart"/>
      <w:r w:rsidRPr="00FD2520">
        <w:rPr>
          <w:sz w:val="22"/>
          <w:lang w:val="ru-RU"/>
        </w:rPr>
        <w:t>маңызды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операцияларға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байланысты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барлық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әрекеттері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әрекеттер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журналында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күні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уақыты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операция </w:t>
      </w:r>
      <w:proofErr w:type="spellStart"/>
      <w:r w:rsidRPr="00FD2520">
        <w:rPr>
          <w:sz w:val="22"/>
          <w:lang w:val="ru-RU"/>
        </w:rPr>
        <w:t>түрі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отырып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тіркелуге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00C9DBE5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жүйе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мекеме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кезең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түрі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тұлға</w:t>
      </w:r>
      <w:proofErr w:type="spellEnd"/>
      <w:r w:rsidRPr="00FD2520">
        <w:rPr>
          <w:sz w:val="22"/>
          <w:lang w:val="ru-RU"/>
        </w:rPr>
        <w:t xml:space="preserve">, топ, камера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интерфейсінде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қолжетімді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</w:t>
      </w:r>
      <w:proofErr w:type="spellEnd"/>
      <w:r w:rsidRPr="00FD2520">
        <w:rPr>
          <w:sz w:val="22"/>
          <w:lang w:val="ru-RU"/>
        </w:rPr>
        <w:t xml:space="preserve"> де </w:t>
      </w:r>
      <w:proofErr w:type="spellStart"/>
      <w:r w:rsidRPr="00FD2520">
        <w:rPr>
          <w:sz w:val="22"/>
          <w:lang w:val="ru-RU"/>
        </w:rPr>
        <w:t>мәндер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бөлінісінде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басқарушылық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қызметтік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есептілікті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қалыптастыру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5B058B6C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инцидентте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тіркелген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камерасы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туралы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ақпарат</w:t>
      </w:r>
      <w:proofErr w:type="spellEnd"/>
      <w:r w:rsidRPr="00FD2520">
        <w:rPr>
          <w:sz w:val="22"/>
          <w:lang w:val="ru-RU"/>
        </w:rPr>
        <w:t xml:space="preserve">: </w:t>
      </w:r>
      <w:proofErr w:type="spellStart"/>
      <w:r w:rsidRPr="00FD2520">
        <w:rPr>
          <w:sz w:val="22"/>
          <w:lang w:val="ru-RU"/>
        </w:rPr>
        <w:t>атауы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уақыты</w:t>
      </w:r>
      <w:proofErr w:type="spellEnd"/>
      <w:r w:rsidRPr="00FD2520">
        <w:rPr>
          <w:sz w:val="22"/>
          <w:lang w:val="ru-RU"/>
        </w:rPr>
        <w:t xml:space="preserve"> мен </w:t>
      </w:r>
      <w:proofErr w:type="spellStart"/>
      <w:r w:rsidRPr="00FD2520">
        <w:rPr>
          <w:sz w:val="22"/>
          <w:lang w:val="ru-RU"/>
        </w:rPr>
        <w:t>күні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оқиғаның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ықтималдық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пайызы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қамтылуға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7EC2A704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қолданыстағы</w:t>
      </w:r>
      <w:proofErr w:type="spellEnd"/>
      <w:r w:rsidRPr="00FD2520">
        <w:rPr>
          <w:sz w:val="22"/>
          <w:lang w:val="ru-RU"/>
        </w:rPr>
        <w:t xml:space="preserve"> </w:t>
      </w:r>
      <w:r>
        <w:rPr>
          <w:sz w:val="22"/>
        </w:rPr>
        <w:t>IP</w:t>
      </w:r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аналогтық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камераларға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бейнетіркегіштер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стандартты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хаттамалар</w:t>
      </w:r>
      <w:proofErr w:type="spellEnd"/>
      <w:r w:rsidRPr="00FD2520">
        <w:rPr>
          <w:sz w:val="22"/>
          <w:lang w:val="ru-RU"/>
        </w:rPr>
        <w:t xml:space="preserve"> (</w:t>
      </w:r>
      <w:r>
        <w:rPr>
          <w:sz w:val="22"/>
        </w:rPr>
        <w:t>RTSP</w:t>
      </w:r>
      <w:r w:rsidRPr="00FD2520">
        <w:rPr>
          <w:sz w:val="22"/>
          <w:lang w:val="ru-RU"/>
        </w:rPr>
        <w:t>/</w:t>
      </w:r>
      <w:r>
        <w:rPr>
          <w:sz w:val="22"/>
        </w:rPr>
        <w:t>ONVIF</w:t>
      </w:r>
      <w:r w:rsidRPr="00FD2520">
        <w:rPr>
          <w:sz w:val="22"/>
          <w:lang w:val="ru-RU"/>
        </w:rPr>
        <w:t xml:space="preserve">) </w:t>
      </w:r>
      <w:proofErr w:type="spellStart"/>
      <w:r w:rsidRPr="00FD2520">
        <w:rPr>
          <w:sz w:val="22"/>
          <w:lang w:val="ru-RU"/>
        </w:rPr>
        <w:t>арқылы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қосылуды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қолдау</w:t>
      </w:r>
      <w:proofErr w:type="spellEnd"/>
      <w:r w:rsidRPr="00FD2520">
        <w:rPr>
          <w:sz w:val="22"/>
          <w:lang w:val="ru-RU"/>
        </w:rPr>
        <w:t>;</w:t>
      </w:r>
    </w:p>
    <w:p w14:paraId="0C8E48A1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камералар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бөлімі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камераларды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карточкалық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көріністе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алдын</w:t>
      </w:r>
      <w:proofErr w:type="spellEnd"/>
      <w:r w:rsidRPr="00FD2520">
        <w:rPr>
          <w:sz w:val="22"/>
          <w:lang w:val="ru-RU"/>
        </w:rPr>
        <w:t xml:space="preserve"> ала </w:t>
      </w:r>
      <w:proofErr w:type="spellStart"/>
      <w:r w:rsidRPr="00FD2520">
        <w:rPr>
          <w:sz w:val="22"/>
          <w:lang w:val="ru-RU"/>
        </w:rPr>
        <w:t>қарау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кескінімен</w:t>
      </w:r>
      <w:proofErr w:type="spellEnd"/>
      <w:r w:rsidRPr="00FD2520">
        <w:rPr>
          <w:sz w:val="22"/>
          <w:lang w:val="ru-RU"/>
        </w:rPr>
        <w:t xml:space="preserve">, камера </w:t>
      </w:r>
      <w:proofErr w:type="spellStart"/>
      <w:r w:rsidRPr="00FD2520">
        <w:rPr>
          <w:sz w:val="22"/>
          <w:lang w:val="ru-RU"/>
        </w:rPr>
        <w:t>мәртебесімен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топтың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немесе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үй-жайдың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атауымен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сондай-ақ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бейнеағынның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соңғы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жаңартылған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туралы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белгімен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көрсетуді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49850BD9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камера </w:t>
      </w:r>
      <w:proofErr w:type="spellStart"/>
      <w:r w:rsidRPr="00FD2520">
        <w:rPr>
          <w:sz w:val="22"/>
          <w:lang w:val="ru-RU"/>
        </w:rPr>
        <w:t>үшін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кемінде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екі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күйдегі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мәртебе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көрсетілуі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: «</w:t>
      </w:r>
      <w:proofErr w:type="spellStart"/>
      <w:r w:rsidRPr="00FD2520">
        <w:rPr>
          <w:sz w:val="22"/>
          <w:lang w:val="ru-RU"/>
        </w:rPr>
        <w:t>белсенді</w:t>
      </w:r>
      <w:proofErr w:type="spellEnd"/>
      <w:r w:rsidRPr="00FD2520">
        <w:rPr>
          <w:sz w:val="22"/>
          <w:lang w:val="ru-RU"/>
        </w:rPr>
        <w:t xml:space="preserve">»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«</w:t>
      </w:r>
      <w:proofErr w:type="spellStart"/>
      <w:r w:rsidRPr="00FD2520">
        <w:rPr>
          <w:sz w:val="22"/>
          <w:lang w:val="ru-RU"/>
        </w:rPr>
        <w:t>белсенді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емес</w:t>
      </w:r>
      <w:proofErr w:type="spellEnd"/>
      <w:r w:rsidRPr="00FD2520">
        <w:rPr>
          <w:sz w:val="22"/>
          <w:lang w:val="ru-RU"/>
        </w:rPr>
        <w:t xml:space="preserve">». </w:t>
      </w:r>
      <w:proofErr w:type="spellStart"/>
      <w:r w:rsidRPr="00FD2520">
        <w:rPr>
          <w:sz w:val="22"/>
          <w:lang w:val="ru-RU"/>
        </w:rPr>
        <w:t>Күй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визуалды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түрде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ажыратылатын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камера </w:t>
      </w:r>
      <w:proofErr w:type="spellStart"/>
      <w:r w:rsidRPr="00FD2520">
        <w:rPr>
          <w:sz w:val="22"/>
          <w:lang w:val="ru-RU"/>
        </w:rPr>
        <w:t>карточкасында</w:t>
      </w:r>
      <w:proofErr w:type="spellEnd"/>
      <w:r w:rsidRPr="00FD2520">
        <w:rPr>
          <w:sz w:val="22"/>
          <w:lang w:val="ru-RU"/>
        </w:rPr>
        <w:t xml:space="preserve"> да, </w:t>
      </w:r>
      <w:proofErr w:type="spellStart"/>
      <w:r w:rsidRPr="00FD2520">
        <w:rPr>
          <w:sz w:val="22"/>
          <w:lang w:val="ru-RU"/>
        </w:rPr>
        <w:t>бөлім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сүзгілерінде</w:t>
      </w:r>
      <w:proofErr w:type="spellEnd"/>
      <w:r w:rsidRPr="00FD2520">
        <w:rPr>
          <w:sz w:val="22"/>
          <w:lang w:val="ru-RU"/>
        </w:rPr>
        <w:t xml:space="preserve"> де </w:t>
      </w:r>
      <w:proofErr w:type="spellStart"/>
      <w:r w:rsidRPr="00FD2520">
        <w:rPr>
          <w:sz w:val="22"/>
          <w:lang w:val="ru-RU"/>
        </w:rPr>
        <w:t>қолданылуы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қажет</w:t>
      </w:r>
      <w:proofErr w:type="spellEnd"/>
      <w:r w:rsidRPr="00FD2520">
        <w:rPr>
          <w:sz w:val="22"/>
          <w:lang w:val="ru-RU"/>
        </w:rPr>
        <w:t>;</w:t>
      </w:r>
    </w:p>
    <w:p w14:paraId="102468FD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кәмелетке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толмағандардың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жыныстық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тиіспеушілігіне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қарсы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қылмыстар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жасағаны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үшін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қылмыстық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жауаптылыққа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тартылған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базасына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қолжетімділіктің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мекемесінің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аумағында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кезде</w:t>
      </w:r>
      <w:proofErr w:type="spellEnd"/>
      <w:r w:rsidRPr="00FD2520">
        <w:rPr>
          <w:sz w:val="22"/>
          <w:lang w:val="ru-RU"/>
        </w:rPr>
        <w:t xml:space="preserve"> веб-</w:t>
      </w:r>
      <w:proofErr w:type="spellStart"/>
      <w:r w:rsidRPr="00FD2520">
        <w:rPr>
          <w:sz w:val="22"/>
          <w:lang w:val="ru-RU"/>
        </w:rPr>
        <w:t>интерфейске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хабарлама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жіберу</w:t>
      </w:r>
      <w:proofErr w:type="spellEnd"/>
      <w:r w:rsidRPr="00FD2520">
        <w:rPr>
          <w:sz w:val="22"/>
          <w:lang w:val="ru-RU"/>
        </w:rPr>
        <w:t>;</w:t>
      </w:r>
    </w:p>
    <w:p w14:paraId="5FDC6DA0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камералардың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жалпы</w:t>
      </w:r>
      <w:proofErr w:type="spellEnd"/>
      <w:r w:rsidRPr="00FD2520">
        <w:rPr>
          <w:sz w:val="22"/>
          <w:lang w:val="ru-RU"/>
        </w:rPr>
        <w:t xml:space="preserve"> саны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белсенді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камералар</w:t>
      </w:r>
      <w:proofErr w:type="spellEnd"/>
      <w:r w:rsidRPr="00FD2520">
        <w:rPr>
          <w:sz w:val="22"/>
          <w:lang w:val="ru-RU"/>
        </w:rPr>
        <w:t xml:space="preserve"> саны </w:t>
      </w:r>
      <w:proofErr w:type="spellStart"/>
      <w:r w:rsidRPr="00FD2520">
        <w:rPr>
          <w:sz w:val="22"/>
          <w:lang w:val="ru-RU"/>
        </w:rPr>
        <w:t>бөлімнің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жоғарғы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бөлігінде</w:t>
      </w:r>
      <w:proofErr w:type="spellEnd"/>
      <w:r w:rsidRPr="00FD2520">
        <w:rPr>
          <w:sz w:val="22"/>
          <w:lang w:val="ru-RU"/>
        </w:rPr>
        <w:t xml:space="preserve"> не </w:t>
      </w:r>
      <w:proofErr w:type="spellStart"/>
      <w:r w:rsidRPr="00FD2520">
        <w:rPr>
          <w:sz w:val="22"/>
          <w:lang w:val="ru-RU"/>
        </w:rPr>
        <w:t>жеке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ақпараттық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блокта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26668A6A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Тапсырыс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берушінің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анонимизацияланған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жергілікті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деректері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негізінде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модельдерді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қауіпсіз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қайта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оқыту</w:t>
      </w:r>
      <w:proofErr w:type="spellEnd"/>
      <w:r w:rsidRPr="00FD2520">
        <w:rPr>
          <w:sz w:val="22"/>
          <w:lang w:val="ru-RU"/>
        </w:rPr>
        <w:t>/</w:t>
      </w:r>
      <w:proofErr w:type="spellStart"/>
      <w:r w:rsidRPr="00FD2520">
        <w:rPr>
          <w:sz w:val="22"/>
          <w:lang w:val="ru-RU"/>
        </w:rPr>
        <w:t>нақты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баптау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</w:t>
      </w:r>
      <w:proofErr w:type="spellEnd"/>
      <w:r w:rsidRPr="00FD2520">
        <w:rPr>
          <w:sz w:val="22"/>
          <w:lang w:val="ru-RU"/>
        </w:rPr>
        <w:t>;</w:t>
      </w:r>
    </w:p>
    <w:p w14:paraId="46D8BE94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жүйе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танылатын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тұлғалар</w:t>
      </w:r>
      <w:proofErr w:type="spellEnd"/>
      <w:r w:rsidRPr="00FD2520">
        <w:rPr>
          <w:sz w:val="22"/>
          <w:lang w:val="ru-RU"/>
        </w:rPr>
        <w:t xml:space="preserve"> мен </w:t>
      </w:r>
      <w:proofErr w:type="spellStart"/>
      <w:r w:rsidRPr="00FD2520">
        <w:rPr>
          <w:sz w:val="22"/>
          <w:lang w:val="ru-RU"/>
        </w:rPr>
        <w:t>жеке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топтар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анықтамалығын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жүргізуді</w:t>
      </w:r>
      <w:proofErr w:type="spellEnd"/>
      <w:r w:rsidRPr="00FD2520">
        <w:rPr>
          <w:sz w:val="22"/>
          <w:lang w:val="ru-RU"/>
        </w:rPr>
        <w:t>, «</w:t>
      </w:r>
      <w:proofErr w:type="spellStart"/>
      <w:r w:rsidRPr="00FD2520">
        <w:rPr>
          <w:sz w:val="22"/>
          <w:lang w:val="ru-RU"/>
        </w:rPr>
        <w:t>Тұлғалар</w:t>
      </w:r>
      <w:proofErr w:type="spellEnd"/>
      <w:r w:rsidRPr="00FD2520">
        <w:rPr>
          <w:sz w:val="22"/>
          <w:lang w:val="ru-RU"/>
        </w:rPr>
        <w:t xml:space="preserve">»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«</w:t>
      </w:r>
      <w:proofErr w:type="spellStart"/>
      <w:r w:rsidRPr="00FD2520">
        <w:rPr>
          <w:sz w:val="22"/>
          <w:lang w:val="ru-RU"/>
        </w:rPr>
        <w:t>Топтар</w:t>
      </w:r>
      <w:proofErr w:type="spellEnd"/>
      <w:r w:rsidRPr="00FD2520">
        <w:rPr>
          <w:sz w:val="22"/>
          <w:lang w:val="ru-RU"/>
        </w:rPr>
        <w:t xml:space="preserve">» </w:t>
      </w:r>
      <w:proofErr w:type="spellStart"/>
      <w:r w:rsidRPr="00FD2520">
        <w:rPr>
          <w:sz w:val="22"/>
          <w:lang w:val="ru-RU"/>
        </w:rPr>
        <w:t>қойындылары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арасында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ауысуды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041404D8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тұлғалар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бөлімі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үшін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кемінде</w:t>
      </w:r>
      <w:proofErr w:type="spellEnd"/>
      <w:r w:rsidRPr="00FD2520">
        <w:rPr>
          <w:sz w:val="22"/>
          <w:lang w:val="ru-RU"/>
        </w:rPr>
        <w:t xml:space="preserve"> Т.А.Ә.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идентификатор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іздеу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сондай-ақ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мекеме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топ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сүзгілеу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көзделуге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0F0A741D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lastRenderedPageBreak/>
        <w:t xml:space="preserve">–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жазбасы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болған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жағдайда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фотосурет</w:t>
      </w:r>
      <w:proofErr w:type="spellEnd"/>
      <w:r w:rsidRPr="00FD2520">
        <w:rPr>
          <w:sz w:val="22"/>
          <w:lang w:val="ru-RU"/>
        </w:rPr>
        <w:t xml:space="preserve">, Т.А.Ә., </w:t>
      </w:r>
      <w:proofErr w:type="spellStart"/>
      <w:r w:rsidRPr="00FD2520">
        <w:rPr>
          <w:sz w:val="22"/>
          <w:lang w:val="ru-RU"/>
        </w:rPr>
        <w:t>мекеме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атауы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топқа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тиесілілігі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қосылған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күні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1F15455E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интерфейс </w:t>
      </w:r>
      <w:proofErr w:type="spellStart"/>
      <w:r w:rsidRPr="00FD2520">
        <w:rPr>
          <w:sz w:val="22"/>
          <w:lang w:val="ru-RU"/>
        </w:rPr>
        <w:t>жаңа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қосу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жазба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деректерін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редакциялау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тұлғаны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белгілі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топқа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жатқызу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рөлімен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көзделген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</w:t>
      </w:r>
      <w:proofErr w:type="spellEnd"/>
      <w:r w:rsidRPr="00FD2520">
        <w:rPr>
          <w:sz w:val="22"/>
          <w:lang w:val="ru-RU"/>
        </w:rPr>
        <w:t xml:space="preserve"> де </w:t>
      </w:r>
      <w:proofErr w:type="spellStart"/>
      <w:r w:rsidRPr="00FD2520">
        <w:rPr>
          <w:sz w:val="22"/>
          <w:lang w:val="ru-RU"/>
        </w:rPr>
        <w:t>әрекеттерді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орындау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қарастыруға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0E12EFE8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кестелік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нысанда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егер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мұндай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әрекеттер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қолжетімділік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деңгейімен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рұқсат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етілсе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немесе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бірнеше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жазбаны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таңдап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рұқсат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етілген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топтық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әрекеттерді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орындау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көзделуге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078A5912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камералардың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аймағындағы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адамдардың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эмоционалдық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жай-күйін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мониторингтеу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талдау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модулі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ол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жасанды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интеллектті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отырып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қуаныш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мұң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бейтараптық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қорқыныш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ашу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эмоцияларын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анықтайды</w:t>
      </w:r>
      <w:proofErr w:type="spellEnd"/>
      <w:r w:rsidRPr="00FD2520">
        <w:rPr>
          <w:sz w:val="22"/>
          <w:lang w:val="ru-RU"/>
        </w:rPr>
        <w:t>;</w:t>
      </w:r>
    </w:p>
    <w:p w14:paraId="6187CD72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кәмелетке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толмағандардың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жыныстық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тиіспеушілігіне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қарсы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қылмыстар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жасағаны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үшін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қылмыстық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жауаптылыққа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тартылған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тұлғаларды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модулінің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>;</w:t>
      </w:r>
    </w:p>
    <w:p w14:paraId="31E17A50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жүйе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Қазақстан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Республикасының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қолданыстағы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заңнамасы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талаптары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деректерге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қолжетімділік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режимі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сақталған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жағдайда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кәмелетке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толмағандардың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жыныстық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тиіспеушілігіне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қарсы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қылмыстар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жасағаны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үшін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қылмыстық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жауаптылыққа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тартылған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базасымен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жұмыс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істеуге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арналған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жеке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бөлімді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321E181E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аталған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бөлім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өңірі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іздеуді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жазбалардың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жалпы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санын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көрсетуді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картографиялық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визуализацияны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сондай-ақ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облыстар</w:t>
      </w:r>
      <w:proofErr w:type="spellEnd"/>
      <w:r w:rsidRPr="00FD2520">
        <w:rPr>
          <w:sz w:val="22"/>
          <w:lang w:val="ru-RU"/>
        </w:rPr>
        <w:t xml:space="preserve"> мен </w:t>
      </w:r>
      <w:proofErr w:type="spellStart"/>
      <w:r w:rsidRPr="00FD2520">
        <w:rPr>
          <w:sz w:val="22"/>
          <w:lang w:val="ru-RU"/>
        </w:rPr>
        <w:t>аудандар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талдамалық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жиынтықтарды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4790148F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бөлімнің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кестелік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бөлігінде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кемінде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мынадай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деректемелер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 xml:space="preserve">: Т.А.Ә., </w:t>
      </w:r>
      <w:proofErr w:type="spellStart"/>
      <w:r w:rsidRPr="00FD2520">
        <w:rPr>
          <w:sz w:val="22"/>
          <w:lang w:val="ru-RU"/>
        </w:rPr>
        <w:t>облыс</w:t>
      </w:r>
      <w:proofErr w:type="spellEnd"/>
      <w:r w:rsidRPr="00FD2520">
        <w:rPr>
          <w:sz w:val="22"/>
          <w:lang w:val="ru-RU"/>
        </w:rPr>
        <w:t xml:space="preserve">, ЖСН, </w:t>
      </w:r>
      <w:proofErr w:type="spellStart"/>
      <w:r w:rsidRPr="00FD2520">
        <w:rPr>
          <w:sz w:val="22"/>
          <w:lang w:val="ru-RU"/>
        </w:rPr>
        <w:t>туған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күні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аудан</w:t>
      </w:r>
      <w:proofErr w:type="spellEnd"/>
      <w:r w:rsidRPr="00FD2520">
        <w:rPr>
          <w:sz w:val="22"/>
          <w:lang w:val="ru-RU"/>
        </w:rPr>
        <w:t>;</w:t>
      </w:r>
    </w:p>
    <w:p w14:paraId="7D718DBC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бейнебақылау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камералары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негізінде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жасанды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интеллектті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отырып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қатысуды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есепке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алуды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жүргізу</w:t>
      </w:r>
      <w:proofErr w:type="spellEnd"/>
      <w:r w:rsidRPr="00FD2520">
        <w:rPr>
          <w:sz w:val="22"/>
          <w:lang w:val="ru-RU"/>
        </w:rPr>
        <w:t xml:space="preserve">. </w:t>
      </w:r>
      <w:proofErr w:type="spellStart"/>
      <w:r w:rsidRPr="00FD2520">
        <w:rPr>
          <w:sz w:val="22"/>
          <w:lang w:val="ru-RU"/>
        </w:rPr>
        <w:t>Оқушылар</w:t>
      </w:r>
      <w:proofErr w:type="spellEnd"/>
      <w:r w:rsidRPr="00FD2520">
        <w:rPr>
          <w:sz w:val="22"/>
          <w:lang w:val="ru-RU"/>
        </w:rPr>
        <w:t xml:space="preserve"> мен </w:t>
      </w:r>
      <w:proofErr w:type="spellStart"/>
      <w:r w:rsidRPr="00FD2520">
        <w:rPr>
          <w:sz w:val="22"/>
          <w:lang w:val="ru-RU"/>
        </w:rPr>
        <w:t>қызметкерлердің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келуі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кетуі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талдаманы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ұсыну</w:t>
      </w:r>
      <w:proofErr w:type="spellEnd"/>
      <w:r w:rsidRPr="00FD2520">
        <w:rPr>
          <w:sz w:val="22"/>
          <w:lang w:val="ru-RU"/>
        </w:rPr>
        <w:t>;</w:t>
      </w:r>
    </w:p>
    <w:p w14:paraId="085752B2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жүйе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камераларынан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тану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модульдерінен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алынған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деректер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негізінде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қатысу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бөлімін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қалыптастыруды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190C31A3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қатысу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журналында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кемінде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мынадай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мәліметтер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көрсетілуі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 xml:space="preserve">: Т.А.Ә. </w:t>
      </w:r>
      <w:proofErr w:type="spellStart"/>
      <w:r w:rsidRPr="00FD2520">
        <w:rPr>
          <w:sz w:val="22"/>
          <w:lang w:val="ru-RU"/>
        </w:rPr>
        <w:t>немесе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қысқартылған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аты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алғашқы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кіру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соңғы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шығу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жалпы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қатысу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уақыты</w:t>
      </w:r>
      <w:proofErr w:type="spellEnd"/>
      <w:r w:rsidRPr="00FD2520">
        <w:rPr>
          <w:sz w:val="22"/>
          <w:lang w:val="ru-RU"/>
        </w:rPr>
        <w:t>;</w:t>
      </w:r>
    </w:p>
    <w:p w14:paraId="03D8EBD2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интерфейстің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жағында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немесе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</w:t>
      </w:r>
      <w:proofErr w:type="spellEnd"/>
      <w:r w:rsidRPr="00FD2520">
        <w:rPr>
          <w:sz w:val="22"/>
          <w:lang w:val="ru-RU"/>
        </w:rPr>
        <w:t xml:space="preserve"> де </w:t>
      </w:r>
      <w:proofErr w:type="spellStart"/>
      <w:r w:rsidRPr="00FD2520">
        <w:rPr>
          <w:sz w:val="22"/>
          <w:lang w:val="ru-RU"/>
        </w:rPr>
        <w:t>бөлінген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бөлігінде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жалпы</w:t>
      </w:r>
      <w:proofErr w:type="spellEnd"/>
      <w:r w:rsidRPr="00FD2520">
        <w:rPr>
          <w:sz w:val="22"/>
          <w:lang w:val="ru-RU"/>
        </w:rPr>
        <w:t xml:space="preserve"> саны, </w:t>
      </w:r>
      <w:proofErr w:type="spellStart"/>
      <w:r w:rsidRPr="00FD2520">
        <w:rPr>
          <w:sz w:val="22"/>
          <w:lang w:val="ru-RU"/>
        </w:rPr>
        <w:t>қатысу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пайызы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келудің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орташа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кетудің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орташа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ағымдағы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сәтте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объектіде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жүрген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тұлғалар</w:t>
      </w:r>
      <w:proofErr w:type="spellEnd"/>
      <w:r w:rsidRPr="00FD2520">
        <w:rPr>
          <w:sz w:val="22"/>
          <w:lang w:val="ru-RU"/>
        </w:rPr>
        <w:t xml:space="preserve"> саны </w:t>
      </w:r>
      <w:proofErr w:type="spellStart"/>
      <w:r w:rsidRPr="00FD2520">
        <w:rPr>
          <w:sz w:val="22"/>
          <w:lang w:val="ru-RU"/>
        </w:rPr>
        <w:t>сияқты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жиынтық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көрсеткіштер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33DB9435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қатысу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жиынтық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көрсеткіштерді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есептеу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алгоритмі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интерфейсінде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экспортталатын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есептерде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бірізді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қолданылуға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09D18295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карточкаларын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немесе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туралы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барлық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ақпарат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есепті</w:t>
      </w:r>
      <w:proofErr w:type="spellEnd"/>
      <w:r w:rsidRPr="00FD2520">
        <w:rPr>
          <w:sz w:val="22"/>
          <w:lang w:val="ru-RU"/>
        </w:rPr>
        <w:t xml:space="preserve"> </w:t>
      </w:r>
      <w:r>
        <w:rPr>
          <w:sz w:val="22"/>
        </w:rPr>
        <w:t>PDF</w:t>
      </w:r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форматында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жүктеп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шығару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</w:t>
      </w:r>
      <w:proofErr w:type="spellEnd"/>
      <w:r w:rsidRPr="00FD2520">
        <w:rPr>
          <w:sz w:val="22"/>
          <w:lang w:val="ru-RU"/>
        </w:rPr>
        <w:t>;</w:t>
      </w:r>
    </w:p>
    <w:p w14:paraId="458B52FD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>– «</w:t>
      </w:r>
      <w:proofErr w:type="spellStart"/>
      <w:r w:rsidRPr="00FD2520">
        <w:rPr>
          <w:sz w:val="22"/>
          <w:lang w:val="ru-RU"/>
        </w:rPr>
        <w:t>Оқиғалар</w:t>
      </w:r>
      <w:proofErr w:type="spellEnd"/>
      <w:r w:rsidRPr="00FD2520">
        <w:rPr>
          <w:sz w:val="22"/>
          <w:lang w:val="ru-RU"/>
        </w:rPr>
        <w:t xml:space="preserve">» </w:t>
      </w:r>
      <w:proofErr w:type="spellStart"/>
      <w:r w:rsidRPr="00FD2520">
        <w:rPr>
          <w:sz w:val="22"/>
          <w:lang w:val="ru-RU"/>
        </w:rPr>
        <w:t>бөлімі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жүйеде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тіркелген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журналын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орын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кезеңнің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басталу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күні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кезеңнің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аяқталу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күні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инцидент </w:t>
      </w:r>
      <w:proofErr w:type="spellStart"/>
      <w:r w:rsidRPr="00FD2520">
        <w:rPr>
          <w:sz w:val="22"/>
          <w:lang w:val="ru-RU"/>
        </w:rPr>
        <w:t>түрі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міндетті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сүзгілер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қажет</w:t>
      </w:r>
      <w:proofErr w:type="spellEnd"/>
      <w:r w:rsidRPr="00FD2520">
        <w:rPr>
          <w:sz w:val="22"/>
          <w:lang w:val="ru-RU"/>
        </w:rPr>
        <w:t>;</w:t>
      </w:r>
    </w:p>
    <w:p w14:paraId="0CFB8AFB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журналдағы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тіркелген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орны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күні</w:t>
      </w:r>
      <w:proofErr w:type="spellEnd"/>
      <w:r w:rsidRPr="00FD2520">
        <w:rPr>
          <w:sz w:val="22"/>
          <w:lang w:val="ru-RU"/>
        </w:rPr>
        <w:t xml:space="preserve"> мен </w:t>
      </w:r>
      <w:proofErr w:type="spellStart"/>
      <w:r w:rsidRPr="00FD2520">
        <w:rPr>
          <w:sz w:val="22"/>
          <w:lang w:val="ru-RU"/>
        </w:rPr>
        <w:t>уақыты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түрі</w:t>
      </w:r>
      <w:proofErr w:type="spellEnd"/>
      <w:r w:rsidRPr="00FD2520">
        <w:rPr>
          <w:sz w:val="22"/>
          <w:lang w:val="ru-RU"/>
        </w:rPr>
        <w:t xml:space="preserve">, камера </w:t>
      </w:r>
      <w:proofErr w:type="spellStart"/>
      <w:r w:rsidRPr="00FD2520">
        <w:rPr>
          <w:sz w:val="22"/>
          <w:lang w:val="ru-RU"/>
        </w:rPr>
        <w:t>атауы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егжей-тегжейлі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карточкасына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өту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әрекеті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290F7535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бөлім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сүзгіленген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тізбесін</w:t>
      </w:r>
      <w:proofErr w:type="spellEnd"/>
      <w:r w:rsidRPr="00FD2520">
        <w:rPr>
          <w:sz w:val="22"/>
          <w:lang w:val="ru-RU"/>
        </w:rPr>
        <w:t xml:space="preserve"> </w:t>
      </w:r>
      <w:r>
        <w:rPr>
          <w:sz w:val="22"/>
        </w:rPr>
        <w:t>Excel</w:t>
      </w:r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форматында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жүктеп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шығаруды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51104AAB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журналда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интерфейсте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есептілікте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көрсетілетін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кемінде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мынадай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түрлері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қолдау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табуға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 xml:space="preserve">: агрессия, </w:t>
      </w:r>
      <w:proofErr w:type="spellStart"/>
      <w:r w:rsidRPr="00FD2520">
        <w:rPr>
          <w:sz w:val="22"/>
          <w:lang w:val="ru-RU"/>
        </w:rPr>
        <w:t>өрт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түтін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қару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сызықты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кесіп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өту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тыйым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салынған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аймаққа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кіру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сондай-ақ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жүйе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модельдері</w:t>
      </w:r>
      <w:proofErr w:type="spellEnd"/>
      <w:r w:rsidRPr="00FD2520">
        <w:rPr>
          <w:sz w:val="22"/>
          <w:lang w:val="ru-RU"/>
        </w:rPr>
        <w:t xml:space="preserve"> мен </w:t>
      </w:r>
      <w:proofErr w:type="spellStart"/>
      <w:r w:rsidRPr="00FD2520">
        <w:rPr>
          <w:sz w:val="22"/>
          <w:lang w:val="ru-RU"/>
        </w:rPr>
        <w:t>анықтамалықтарында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көзделген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</w:t>
      </w:r>
      <w:proofErr w:type="spellEnd"/>
      <w:r w:rsidRPr="00FD2520">
        <w:rPr>
          <w:sz w:val="22"/>
          <w:lang w:val="ru-RU"/>
        </w:rPr>
        <w:t xml:space="preserve"> де инцидент </w:t>
      </w:r>
      <w:proofErr w:type="spellStart"/>
      <w:r w:rsidRPr="00FD2520">
        <w:rPr>
          <w:sz w:val="22"/>
          <w:lang w:val="ru-RU"/>
        </w:rPr>
        <w:t>сыныптары</w:t>
      </w:r>
      <w:proofErr w:type="spellEnd"/>
      <w:r w:rsidRPr="00FD2520">
        <w:rPr>
          <w:sz w:val="22"/>
          <w:lang w:val="ru-RU"/>
        </w:rPr>
        <w:t>;</w:t>
      </w:r>
    </w:p>
    <w:p w14:paraId="790D68D8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карточкасының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ақпараттық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блогында</w:t>
      </w:r>
      <w:proofErr w:type="spellEnd"/>
      <w:r w:rsidRPr="00FD2520">
        <w:rPr>
          <w:sz w:val="22"/>
          <w:lang w:val="ru-RU"/>
        </w:rPr>
        <w:t xml:space="preserve"> камера </w:t>
      </w:r>
      <w:proofErr w:type="spellStart"/>
      <w:r w:rsidRPr="00FD2520">
        <w:rPr>
          <w:sz w:val="22"/>
          <w:lang w:val="ru-RU"/>
        </w:rPr>
        <w:t>атауы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күні</w:t>
      </w:r>
      <w:proofErr w:type="spellEnd"/>
      <w:r w:rsidRPr="00FD2520">
        <w:rPr>
          <w:sz w:val="22"/>
          <w:lang w:val="ru-RU"/>
        </w:rPr>
        <w:t xml:space="preserve"> мен </w:t>
      </w:r>
      <w:proofErr w:type="spellStart"/>
      <w:r w:rsidRPr="00FD2520">
        <w:rPr>
          <w:sz w:val="22"/>
          <w:lang w:val="ru-RU"/>
        </w:rPr>
        <w:t>уақыты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орналасқан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жері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түрі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оқиғаның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ағымдағы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сыныбы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сондай-ақ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жүйеге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қолжетімді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</w:t>
      </w:r>
      <w:proofErr w:type="spellEnd"/>
      <w:r w:rsidRPr="00FD2520">
        <w:rPr>
          <w:sz w:val="22"/>
          <w:lang w:val="ru-RU"/>
        </w:rPr>
        <w:t xml:space="preserve"> де </w:t>
      </w:r>
      <w:proofErr w:type="spellStart"/>
      <w:r w:rsidRPr="00FD2520">
        <w:rPr>
          <w:sz w:val="22"/>
          <w:lang w:val="ru-RU"/>
        </w:rPr>
        <w:t>контекстік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метадеректер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127C27CC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lastRenderedPageBreak/>
        <w:t xml:space="preserve">– </w:t>
      </w:r>
      <w:proofErr w:type="spellStart"/>
      <w:r w:rsidRPr="00FD2520">
        <w:rPr>
          <w:sz w:val="22"/>
          <w:lang w:val="ru-RU"/>
        </w:rPr>
        <w:t>уәкілетті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үшін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ашылмалы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тізім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немесе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интерфейстік</w:t>
      </w:r>
      <w:proofErr w:type="spellEnd"/>
      <w:r w:rsidRPr="00FD2520">
        <w:rPr>
          <w:sz w:val="22"/>
          <w:lang w:val="ru-RU"/>
        </w:rPr>
        <w:t xml:space="preserve"> элемент </w:t>
      </w:r>
      <w:proofErr w:type="spellStart"/>
      <w:r w:rsidRPr="00FD2520">
        <w:rPr>
          <w:sz w:val="22"/>
          <w:lang w:val="ru-RU"/>
        </w:rPr>
        <w:t>арқылы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сыныбын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өзгерту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нәтижені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жүйеде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сақтау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көзделуге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400F845E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карточкасында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қызметтік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ескертпе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түсініктеме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немесе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тексеру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нәтижесін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енгізуге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арналған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өріс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 xml:space="preserve">. </w:t>
      </w:r>
      <w:proofErr w:type="spellStart"/>
      <w:r w:rsidRPr="00FD2520">
        <w:rPr>
          <w:sz w:val="22"/>
          <w:lang w:val="ru-RU"/>
        </w:rPr>
        <w:t>Ескертпенің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сақталуы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әрекеттері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журналында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тіркелуі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қажет</w:t>
      </w:r>
      <w:proofErr w:type="spellEnd"/>
      <w:r w:rsidRPr="00FD2520">
        <w:rPr>
          <w:sz w:val="22"/>
          <w:lang w:val="ru-RU"/>
        </w:rPr>
        <w:t>;</w:t>
      </w:r>
    </w:p>
    <w:p w14:paraId="2E55DA06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оқиғаны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қолмен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верификациялау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нәтижесі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ішінде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сыныпты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өзгерту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кейінгі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есептер</w:t>
      </w:r>
      <w:proofErr w:type="spellEnd"/>
      <w:r w:rsidRPr="00FD2520">
        <w:rPr>
          <w:sz w:val="22"/>
          <w:lang w:val="ru-RU"/>
        </w:rPr>
        <w:t xml:space="preserve"> мен </w:t>
      </w:r>
      <w:proofErr w:type="spellStart"/>
      <w:r w:rsidRPr="00FD2520">
        <w:rPr>
          <w:sz w:val="22"/>
          <w:lang w:val="ru-RU"/>
        </w:rPr>
        <w:t>талдаманы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қалыптастыру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кезінде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жүйемен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ескерілуге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2E99E3C9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нақты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режимінде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хабарламалар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алу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анықталатын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оқиғаларды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белгілеу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үшін</w:t>
      </w:r>
      <w:proofErr w:type="spellEnd"/>
      <w:r w:rsidRPr="00FD2520">
        <w:rPr>
          <w:sz w:val="22"/>
          <w:lang w:val="ru-RU"/>
        </w:rPr>
        <w:t xml:space="preserve"> </w:t>
      </w:r>
      <w:r>
        <w:rPr>
          <w:sz w:val="22"/>
        </w:rPr>
        <w:t>iOS</w:t>
      </w:r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r>
        <w:rPr>
          <w:sz w:val="22"/>
        </w:rPr>
        <w:t>Android</w:t>
      </w:r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жүйелеріне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арналған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толық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әзірленген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жұмыс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істейтін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мобильдік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қосымшаның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сондай-ақ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мессенджерге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хабарлама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жіберу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</w:t>
      </w:r>
      <w:proofErr w:type="spellEnd"/>
      <w:r w:rsidRPr="00FD2520">
        <w:rPr>
          <w:sz w:val="22"/>
          <w:lang w:val="ru-RU"/>
        </w:rPr>
        <w:t xml:space="preserve">. </w:t>
      </w:r>
      <w:proofErr w:type="spellStart"/>
      <w:r w:rsidRPr="00FD2520">
        <w:rPr>
          <w:sz w:val="22"/>
          <w:lang w:val="ru-RU"/>
        </w:rPr>
        <w:t>Қосымша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нативті</w:t>
      </w:r>
      <w:proofErr w:type="spellEnd"/>
      <w:r w:rsidRPr="00FD2520">
        <w:rPr>
          <w:sz w:val="22"/>
          <w:lang w:val="ru-RU"/>
        </w:rPr>
        <w:t xml:space="preserve"> </w:t>
      </w:r>
      <w:r>
        <w:rPr>
          <w:sz w:val="22"/>
        </w:rPr>
        <w:t>iOS</w:t>
      </w:r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r>
        <w:rPr>
          <w:sz w:val="22"/>
        </w:rPr>
        <w:t>Android</w:t>
      </w:r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немесе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кроссплатформалық</w:t>
      </w:r>
      <w:proofErr w:type="spellEnd"/>
      <w:r w:rsidRPr="00FD2520">
        <w:rPr>
          <w:sz w:val="22"/>
          <w:lang w:val="ru-RU"/>
        </w:rPr>
        <w:t xml:space="preserve"> (</w:t>
      </w:r>
      <w:r>
        <w:rPr>
          <w:sz w:val="22"/>
        </w:rPr>
        <w:t>Flutter</w:t>
      </w:r>
      <w:r w:rsidRPr="00FD2520">
        <w:rPr>
          <w:sz w:val="22"/>
          <w:lang w:val="ru-RU"/>
        </w:rPr>
        <w:t>/</w:t>
      </w:r>
      <w:r>
        <w:rPr>
          <w:sz w:val="22"/>
        </w:rPr>
        <w:t>React</w:t>
      </w:r>
      <w:r w:rsidRPr="00FD2520">
        <w:rPr>
          <w:sz w:val="22"/>
          <w:lang w:val="ru-RU"/>
        </w:rPr>
        <w:t xml:space="preserve"> </w:t>
      </w:r>
      <w:r>
        <w:rPr>
          <w:sz w:val="22"/>
        </w:rPr>
        <w:t>Native</w:t>
      </w:r>
      <w:r w:rsidRPr="00FD2520">
        <w:rPr>
          <w:sz w:val="22"/>
          <w:lang w:val="ru-RU"/>
        </w:rPr>
        <w:t xml:space="preserve">)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</w:t>
      </w:r>
      <w:proofErr w:type="spellEnd"/>
      <w:r w:rsidRPr="00FD2520">
        <w:rPr>
          <w:sz w:val="22"/>
          <w:lang w:val="ru-RU"/>
        </w:rPr>
        <w:t xml:space="preserve">. </w:t>
      </w:r>
      <w:r>
        <w:rPr>
          <w:sz w:val="22"/>
        </w:rPr>
        <w:t>Push</w:t>
      </w:r>
      <w:r w:rsidRPr="00FD2520">
        <w:rPr>
          <w:sz w:val="22"/>
          <w:lang w:val="ru-RU"/>
        </w:rPr>
        <w:t>-</w:t>
      </w:r>
      <w:proofErr w:type="spellStart"/>
      <w:r w:rsidRPr="00FD2520">
        <w:rPr>
          <w:sz w:val="22"/>
          <w:lang w:val="ru-RU"/>
        </w:rPr>
        <w:t>хабарламалар</w:t>
      </w:r>
      <w:proofErr w:type="spellEnd"/>
      <w:r w:rsidRPr="00FD2520">
        <w:rPr>
          <w:sz w:val="22"/>
          <w:lang w:val="ru-RU"/>
        </w:rPr>
        <w:t xml:space="preserve"> (</w:t>
      </w:r>
      <w:r>
        <w:rPr>
          <w:sz w:val="22"/>
        </w:rPr>
        <w:t>APNs</w:t>
      </w:r>
      <w:r w:rsidRPr="00FD2520">
        <w:rPr>
          <w:sz w:val="22"/>
          <w:lang w:val="ru-RU"/>
        </w:rPr>
        <w:t xml:space="preserve">, </w:t>
      </w:r>
      <w:r>
        <w:rPr>
          <w:sz w:val="22"/>
        </w:rPr>
        <w:t>FCM</w:t>
      </w:r>
      <w:r w:rsidRPr="00FD2520">
        <w:rPr>
          <w:sz w:val="22"/>
          <w:lang w:val="ru-RU"/>
        </w:rPr>
        <w:t xml:space="preserve">) </w:t>
      </w:r>
      <w:proofErr w:type="spellStart"/>
      <w:r w:rsidRPr="00FD2520">
        <w:rPr>
          <w:sz w:val="22"/>
          <w:lang w:val="ru-RU"/>
        </w:rPr>
        <w:t>қолдау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табуы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қажет</w:t>
      </w:r>
      <w:proofErr w:type="spellEnd"/>
      <w:r w:rsidRPr="00FD2520">
        <w:rPr>
          <w:sz w:val="22"/>
          <w:lang w:val="ru-RU"/>
        </w:rPr>
        <w:t>;</w:t>
      </w:r>
    </w:p>
    <w:p w14:paraId="60C4540F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анықтау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туралы</w:t>
      </w:r>
      <w:proofErr w:type="spellEnd"/>
      <w:r w:rsidRPr="00FD2520">
        <w:rPr>
          <w:sz w:val="22"/>
          <w:lang w:val="ru-RU"/>
        </w:rPr>
        <w:t xml:space="preserve"> </w:t>
      </w:r>
      <w:r>
        <w:rPr>
          <w:sz w:val="22"/>
        </w:rPr>
        <w:t>push</w:t>
      </w:r>
      <w:r w:rsidRPr="00FD2520">
        <w:rPr>
          <w:sz w:val="22"/>
          <w:lang w:val="ru-RU"/>
        </w:rPr>
        <w:t>-</w:t>
      </w:r>
      <w:proofErr w:type="spellStart"/>
      <w:r w:rsidRPr="00FD2520">
        <w:rPr>
          <w:sz w:val="22"/>
          <w:lang w:val="ru-RU"/>
        </w:rPr>
        <w:t>хабарлама</w:t>
      </w:r>
      <w:proofErr w:type="spellEnd"/>
      <w:r w:rsidRPr="00FD2520">
        <w:rPr>
          <w:sz w:val="22"/>
          <w:lang w:val="ru-RU"/>
        </w:rPr>
        <w:t xml:space="preserve"> ≤60 секунд </w:t>
      </w:r>
      <w:proofErr w:type="spellStart"/>
      <w:r w:rsidRPr="00FD2520">
        <w:rPr>
          <w:sz w:val="22"/>
          <w:lang w:val="ru-RU"/>
        </w:rPr>
        <w:t>ішінде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жіберілуге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 xml:space="preserve">; </w:t>
      </w:r>
      <w:proofErr w:type="spellStart"/>
      <w:r w:rsidRPr="00FD2520">
        <w:rPr>
          <w:sz w:val="22"/>
          <w:lang w:val="ru-RU"/>
        </w:rPr>
        <w:t>қосымшада</w:t>
      </w:r>
      <w:proofErr w:type="spellEnd"/>
      <w:r w:rsidRPr="00FD2520">
        <w:rPr>
          <w:sz w:val="22"/>
          <w:lang w:val="ru-RU"/>
        </w:rPr>
        <w:t xml:space="preserve"> инцидент </w:t>
      </w:r>
      <w:proofErr w:type="spellStart"/>
      <w:r w:rsidRPr="00FD2520">
        <w:rPr>
          <w:sz w:val="22"/>
          <w:lang w:val="ru-RU"/>
        </w:rPr>
        <w:t>карточкасын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ашу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4-10 </w:t>
      </w:r>
      <w:proofErr w:type="spellStart"/>
      <w:r w:rsidRPr="00FD2520">
        <w:rPr>
          <w:sz w:val="22"/>
          <w:lang w:val="ru-RU"/>
        </w:rPr>
        <w:t>секундтық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клипті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анықталған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сәттен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бастап</w:t>
      </w:r>
      <w:proofErr w:type="spellEnd"/>
      <w:r w:rsidRPr="00FD2520">
        <w:rPr>
          <w:sz w:val="22"/>
          <w:lang w:val="ru-RU"/>
        </w:rPr>
        <w:t xml:space="preserve"> ≤2 </w:t>
      </w:r>
      <w:proofErr w:type="spellStart"/>
      <w:r w:rsidRPr="00FD2520">
        <w:rPr>
          <w:sz w:val="22"/>
          <w:lang w:val="ru-RU"/>
        </w:rPr>
        <w:t>секундтық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кідіріс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шегінде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жүзеге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асырылуы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қажет</w:t>
      </w:r>
      <w:proofErr w:type="spellEnd"/>
      <w:r w:rsidRPr="00FD2520">
        <w:rPr>
          <w:sz w:val="22"/>
          <w:lang w:val="ru-RU"/>
        </w:rPr>
        <w:t>;</w:t>
      </w:r>
    </w:p>
    <w:p w14:paraId="66D9AC92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белгілеу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верификациялау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</w:t>
      </w:r>
      <w:proofErr w:type="spellEnd"/>
      <w:r w:rsidRPr="00FD2520">
        <w:rPr>
          <w:sz w:val="22"/>
          <w:lang w:val="ru-RU"/>
        </w:rPr>
        <w:t xml:space="preserve">. </w:t>
      </w:r>
      <w:proofErr w:type="spellStart"/>
      <w:r w:rsidRPr="00FD2520">
        <w:rPr>
          <w:sz w:val="22"/>
          <w:lang w:val="ru-RU"/>
        </w:rPr>
        <w:t>Батырмалар</w:t>
      </w:r>
      <w:proofErr w:type="spellEnd"/>
      <w:r w:rsidRPr="00FD2520">
        <w:rPr>
          <w:sz w:val="22"/>
          <w:lang w:val="ru-RU"/>
        </w:rPr>
        <w:t>: «</w:t>
      </w:r>
      <w:proofErr w:type="spellStart"/>
      <w:r w:rsidRPr="00FD2520">
        <w:rPr>
          <w:sz w:val="22"/>
          <w:lang w:val="ru-RU"/>
        </w:rPr>
        <w:t>растау</w:t>
      </w:r>
      <w:proofErr w:type="spellEnd"/>
      <w:r w:rsidRPr="00FD2520">
        <w:rPr>
          <w:sz w:val="22"/>
          <w:lang w:val="ru-RU"/>
        </w:rPr>
        <w:t>», «</w:t>
      </w:r>
      <w:proofErr w:type="spellStart"/>
      <w:r w:rsidRPr="00FD2520">
        <w:rPr>
          <w:sz w:val="22"/>
          <w:lang w:val="ru-RU"/>
        </w:rPr>
        <w:t>қабылдамау</w:t>
      </w:r>
      <w:proofErr w:type="spellEnd"/>
      <w:r w:rsidRPr="00FD2520">
        <w:rPr>
          <w:sz w:val="22"/>
          <w:lang w:val="ru-RU"/>
        </w:rPr>
        <w:t xml:space="preserve">»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</w:t>
      </w:r>
      <w:proofErr w:type="spellEnd"/>
      <w:r w:rsidRPr="00FD2520">
        <w:rPr>
          <w:sz w:val="22"/>
          <w:lang w:val="ru-RU"/>
        </w:rPr>
        <w:t xml:space="preserve"> де </w:t>
      </w:r>
      <w:proofErr w:type="spellStart"/>
      <w:r w:rsidRPr="00FD2520">
        <w:rPr>
          <w:sz w:val="22"/>
          <w:lang w:val="ru-RU"/>
        </w:rPr>
        <w:t>әртүрлі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сыныптар</w:t>
      </w:r>
      <w:proofErr w:type="spellEnd"/>
      <w:r w:rsidRPr="00FD2520">
        <w:rPr>
          <w:sz w:val="22"/>
          <w:lang w:val="ru-RU"/>
        </w:rPr>
        <w:t xml:space="preserve"> (</w:t>
      </w:r>
      <w:proofErr w:type="spellStart"/>
      <w:r w:rsidRPr="00FD2520">
        <w:rPr>
          <w:sz w:val="22"/>
          <w:lang w:val="ru-RU"/>
        </w:rPr>
        <w:t>буллинг</w:t>
      </w:r>
      <w:proofErr w:type="spellEnd"/>
      <w:r w:rsidRPr="00FD2520">
        <w:rPr>
          <w:sz w:val="22"/>
          <w:lang w:val="ru-RU"/>
        </w:rPr>
        <w:t>, спорт);</w:t>
      </w:r>
    </w:p>
    <w:p w14:paraId="47BE572C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инцидент </w:t>
      </w:r>
      <w:proofErr w:type="spellStart"/>
      <w:r w:rsidRPr="00FD2520">
        <w:rPr>
          <w:sz w:val="22"/>
          <w:lang w:val="ru-RU"/>
        </w:rPr>
        <w:t>карточкасы</w:t>
      </w:r>
      <w:proofErr w:type="spellEnd"/>
      <w:r w:rsidRPr="00FD2520">
        <w:rPr>
          <w:sz w:val="22"/>
          <w:lang w:val="ru-RU"/>
        </w:rPr>
        <w:t xml:space="preserve">: камера, </w:t>
      </w:r>
      <w:proofErr w:type="spellStart"/>
      <w:r w:rsidRPr="00FD2520">
        <w:rPr>
          <w:sz w:val="22"/>
          <w:lang w:val="ru-RU"/>
        </w:rPr>
        <w:t>сынып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ықтималдық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уақыт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белгісі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бейнеклип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контекстік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метадеректер</w:t>
      </w:r>
      <w:proofErr w:type="spellEnd"/>
      <w:r w:rsidRPr="00FD2520">
        <w:rPr>
          <w:sz w:val="22"/>
          <w:lang w:val="ru-RU"/>
        </w:rPr>
        <w:t>;</w:t>
      </w:r>
    </w:p>
    <w:p w14:paraId="6C230FAB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өңірдегі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барлық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мекемелер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мониторинг </w:t>
      </w:r>
      <w:proofErr w:type="spellStart"/>
      <w:r w:rsidRPr="00FD2520">
        <w:rPr>
          <w:sz w:val="22"/>
          <w:lang w:val="ru-RU"/>
        </w:rPr>
        <w:t>жүргізу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үшін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супераккаунттар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құру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</w:t>
      </w:r>
      <w:proofErr w:type="spellEnd"/>
      <w:r w:rsidRPr="00FD2520">
        <w:rPr>
          <w:sz w:val="22"/>
          <w:lang w:val="ru-RU"/>
        </w:rPr>
        <w:t>;</w:t>
      </w:r>
    </w:p>
    <w:p w14:paraId="181D076A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жүйе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пайдаланушыларды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әкімшілендіру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бөлімін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онда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пайдаланушыны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іздеу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жаңа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қосу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құрылған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есептік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жазбалар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тізбесін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қарау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қажет</w:t>
      </w:r>
      <w:proofErr w:type="spellEnd"/>
      <w:r w:rsidRPr="00FD2520">
        <w:rPr>
          <w:sz w:val="22"/>
          <w:lang w:val="ru-RU"/>
        </w:rPr>
        <w:t>;</w:t>
      </w:r>
    </w:p>
    <w:p w14:paraId="2CB21D63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есептік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жазба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бойынша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аты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рөлі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есептік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жазба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мәртебесі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соңғы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кіру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уақыты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көрсетілуге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481E3B6D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пайдаланушылардың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рөлдері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жүйе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бөлімдеріне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қолжетімділікті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деректерді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өзгерту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функцияларын</w:t>
      </w:r>
      <w:proofErr w:type="spellEnd"/>
      <w:r w:rsidRPr="00FD2520">
        <w:rPr>
          <w:sz w:val="22"/>
          <w:lang w:val="ru-RU"/>
        </w:rPr>
        <w:t xml:space="preserve">, экспорт </w:t>
      </w:r>
      <w:proofErr w:type="spellStart"/>
      <w:r w:rsidRPr="00FD2520">
        <w:rPr>
          <w:sz w:val="22"/>
          <w:lang w:val="ru-RU"/>
        </w:rPr>
        <w:t>функцияларын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сондай-ақ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әкімшілік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операцияларға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қолжетімділікті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айқындауға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4ADAA3FB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бағдарламалық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етудің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пайдаланушы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интерфейсі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арналған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құжаттама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орыс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қазақ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ағылшын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тілдерінде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орындалуға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40D1B6CA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бағдарламалық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</w:t>
      </w:r>
      <w:proofErr w:type="spellEnd"/>
      <w:r w:rsidRPr="00FD2520">
        <w:rPr>
          <w:sz w:val="22"/>
          <w:lang w:val="ru-RU"/>
        </w:rPr>
        <w:t xml:space="preserve"> </w:t>
      </w:r>
      <w:r>
        <w:rPr>
          <w:sz w:val="22"/>
        </w:rPr>
        <w:t>H</w:t>
      </w:r>
      <w:r w:rsidRPr="00FD2520">
        <w:rPr>
          <w:sz w:val="22"/>
          <w:lang w:val="ru-RU"/>
        </w:rPr>
        <w:t xml:space="preserve">264, </w:t>
      </w:r>
      <w:r>
        <w:rPr>
          <w:sz w:val="22"/>
        </w:rPr>
        <w:t>H</w:t>
      </w:r>
      <w:r w:rsidRPr="00FD2520">
        <w:rPr>
          <w:sz w:val="22"/>
          <w:lang w:val="ru-RU"/>
        </w:rPr>
        <w:t xml:space="preserve">265, </w:t>
      </w:r>
      <w:r>
        <w:rPr>
          <w:sz w:val="22"/>
        </w:rPr>
        <w:t>MJPEG</w:t>
      </w:r>
      <w:r w:rsidRPr="00FD2520">
        <w:rPr>
          <w:sz w:val="22"/>
          <w:lang w:val="ru-RU"/>
        </w:rPr>
        <w:t xml:space="preserve">, </w:t>
      </w:r>
      <w:r>
        <w:rPr>
          <w:sz w:val="22"/>
        </w:rPr>
        <w:t>MPEG</w:t>
      </w:r>
      <w:r w:rsidRPr="00FD2520">
        <w:rPr>
          <w:sz w:val="22"/>
          <w:lang w:val="ru-RU"/>
        </w:rPr>
        <w:t xml:space="preserve">1 </w:t>
      </w:r>
      <w:proofErr w:type="spellStart"/>
      <w:r w:rsidRPr="00FD2520">
        <w:rPr>
          <w:sz w:val="22"/>
          <w:lang w:val="ru-RU"/>
        </w:rPr>
        <w:t>сияқты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әртүрлі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бейнекодектермен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сығылған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бейнеағынды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өңдей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485E3EB8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бағдарламалық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камерасының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маркасы</w:t>
      </w:r>
      <w:proofErr w:type="spellEnd"/>
      <w:r w:rsidRPr="00FD2520">
        <w:rPr>
          <w:sz w:val="22"/>
          <w:lang w:val="ru-RU"/>
        </w:rPr>
        <w:t>/</w:t>
      </w:r>
      <w:proofErr w:type="spellStart"/>
      <w:r w:rsidRPr="00FD2520">
        <w:rPr>
          <w:sz w:val="22"/>
          <w:lang w:val="ru-RU"/>
        </w:rPr>
        <w:t>моделі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туралы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ақпаратты</w:t>
      </w:r>
      <w:proofErr w:type="spellEnd"/>
      <w:r w:rsidRPr="00FD2520">
        <w:rPr>
          <w:sz w:val="22"/>
          <w:lang w:val="ru-RU"/>
        </w:rPr>
        <w:t xml:space="preserve"> ала </w:t>
      </w:r>
      <w:proofErr w:type="spellStart"/>
      <w:r w:rsidRPr="00FD2520">
        <w:rPr>
          <w:sz w:val="22"/>
          <w:lang w:val="ru-RU"/>
        </w:rPr>
        <w:t>алуы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629902CA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бағдарламалық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камерасының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желілік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баптаулары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туралы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ақпаратты</w:t>
      </w:r>
      <w:proofErr w:type="spellEnd"/>
      <w:r w:rsidRPr="00FD2520">
        <w:rPr>
          <w:sz w:val="22"/>
          <w:lang w:val="ru-RU"/>
        </w:rPr>
        <w:t xml:space="preserve"> ала </w:t>
      </w:r>
      <w:proofErr w:type="spellStart"/>
      <w:r w:rsidRPr="00FD2520">
        <w:rPr>
          <w:sz w:val="22"/>
          <w:lang w:val="ru-RU"/>
        </w:rPr>
        <w:t>алуы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230CF971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бағдарламалық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</w:t>
      </w:r>
      <w:proofErr w:type="spellEnd"/>
      <w:r w:rsidRPr="00FD2520">
        <w:rPr>
          <w:sz w:val="22"/>
          <w:lang w:val="ru-RU"/>
        </w:rPr>
        <w:t xml:space="preserve"> </w:t>
      </w:r>
      <w:r>
        <w:rPr>
          <w:sz w:val="22"/>
        </w:rPr>
        <w:t>ONVIF</w:t>
      </w:r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сияқты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әмбебап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хаттамалар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арқылы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камерасына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қосылып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оның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баптауларын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алу</w:t>
      </w:r>
      <w:proofErr w:type="spellEnd"/>
      <w:r w:rsidRPr="00FD2520">
        <w:rPr>
          <w:sz w:val="22"/>
          <w:lang w:val="ru-RU"/>
        </w:rPr>
        <w:t>/</w:t>
      </w:r>
      <w:proofErr w:type="spellStart"/>
      <w:r w:rsidRPr="00FD2520">
        <w:rPr>
          <w:sz w:val="22"/>
          <w:lang w:val="ru-RU"/>
        </w:rPr>
        <w:t>редакциялау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мүмкіндігіне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ие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болуы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43CA39C5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бағдарламалық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қамтамасыз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ету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бейнеағын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баптауларын</w:t>
      </w:r>
      <w:proofErr w:type="spellEnd"/>
      <w:r w:rsidRPr="00FD2520">
        <w:rPr>
          <w:sz w:val="22"/>
          <w:lang w:val="ru-RU"/>
        </w:rPr>
        <w:t xml:space="preserve">: кодек, </w:t>
      </w:r>
      <w:proofErr w:type="spellStart"/>
      <w:r w:rsidRPr="00FD2520">
        <w:rPr>
          <w:sz w:val="22"/>
          <w:lang w:val="ru-RU"/>
        </w:rPr>
        <w:t>ажыратымдылық</w:t>
      </w:r>
      <w:proofErr w:type="spellEnd"/>
      <w:r w:rsidRPr="00FD2520">
        <w:rPr>
          <w:sz w:val="22"/>
          <w:lang w:val="ru-RU"/>
        </w:rPr>
        <w:t xml:space="preserve">, </w:t>
      </w:r>
      <w:proofErr w:type="spellStart"/>
      <w:r w:rsidRPr="00FD2520">
        <w:rPr>
          <w:sz w:val="22"/>
          <w:lang w:val="ru-RU"/>
        </w:rPr>
        <w:t>битрейтті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өзгерте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алуы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40170C9D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бейнеаналитика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модулі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тіркеген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әрбір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оқиғада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оқиға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тіркелген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камерасы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және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бейнебақылау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камерасының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мекенжайы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туралы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ақпарат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қамтылуға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;</w:t>
      </w:r>
    </w:p>
    <w:p w14:paraId="4F4BB8E7" w14:textId="77777777" w:rsidR="008879E0" w:rsidRPr="00FD2520" w:rsidRDefault="00A34C83">
      <w:pPr>
        <w:spacing w:after="40" w:line="264" w:lineRule="auto"/>
        <w:ind w:left="454" w:hanging="227"/>
        <w:rPr>
          <w:lang w:val="ru-RU"/>
        </w:rPr>
      </w:pPr>
      <w:r w:rsidRPr="00FD2520">
        <w:rPr>
          <w:sz w:val="22"/>
          <w:lang w:val="ru-RU"/>
        </w:rPr>
        <w:t xml:space="preserve">– </w:t>
      </w:r>
      <w:proofErr w:type="spellStart"/>
      <w:r w:rsidRPr="00FD2520">
        <w:rPr>
          <w:sz w:val="22"/>
          <w:lang w:val="ru-RU"/>
        </w:rPr>
        <w:t>деректер</w:t>
      </w:r>
      <w:proofErr w:type="spellEnd"/>
      <w:r w:rsidRPr="00FD2520">
        <w:rPr>
          <w:sz w:val="22"/>
          <w:lang w:val="ru-RU"/>
        </w:rPr>
        <w:t xml:space="preserve"> беру </w:t>
      </w:r>
      <w:proofErr w:type="spellStart"/>
      <w:r w:rsidRPr="00FD2520">
        <w:rPr>
          <w:sz w:val="22"/>
          <w:lang w:val="ru-RU"/>
        </w:rPr>
        <w:t>процесінде</w:t>
      </w:r>
      <w:proofErr w:type="spellEnd"/>
      <w:r w:rsidRPr="00FD2520">
        <w:rPr>
          <w:sz w:val="22"/>
          <w:lang w:val="ru-RU"/>
        </w:rPr>
        <w:t xml:space="preserve"> де, </w:t>
      </w:r>
      <w:proofErr w:type="spellStart"/>
      <w:r w:rsidRPr="00FD2520">
        <w:rPr>
          <w:sz w:val="22"/>
          <w:lang w:val="ru-RU"/>
        </w:rPr>
        <w:t>сақтау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кезінде</w:t>
      </w:r>
      <w:proofErr w:type="spellEnd"/>
      <w:r w:rsidRPr="00FD2520">
        <w:rPr>
          <w:sz w:val="22"/>
          <w:lang w:val="ru-RU"/>
        </w:rPr>
        <w:t xml:space="preserve"> де </w:t>
      </w:r>
      <w:proofErr w:type="spellStart"/>
      <w:r w:rsidRPr="00FD2520">
        <w:rPr>
          <w:sz w:val="22"/>
          <w:lang w:val="ru-RU"/>
        </w:rPr>
        <w:t>шифрлануға</w:t>
      </w:r>
      <w:proofErr w:type="spellEnd"/>
      <w:r w:rsidRPr="00FD2520">
        <w:rPr>
          <w:sz w:val="22"/>
          <w:lang w:val="ru-RU"/>
        </w:rPr>
        <w:t xml:space="preserve"> </w:t>
      </w:r>
      <w:proofErr w:type="spellStart"/>
      <w:r w:rsidRPr="00FD2520">
        <w:rPr>
          <w:sz w:val="22"/>
          <w:lang w:val="ru-RU"/>
        </w:rPr>
        <w:t>тиіс</w:t>
      </w:r>
      <w:proofErr w:type="spellEnd"/>
      <w:r w:rsidRPr="00FD2520">
        <w:rPr>
          <w:sz w:val="22"/>
          <w:lang w:val="ru-RU"/>
        </w:rPr>
        <w:t>.</w:t>
      </w:r>
    </w:p>
    <w:p w14:paraId="270155E7" w14:textId="26B15631" w:rsidR="008879E0" w:rsidRPr="00FD2520" w:rsidRDefault="00A34C83">
      <w:pPr>
        <w:spacing w:after="80"/>
        <w:ind w:firstLine="567"/>
        <w:jc w:val="both"/>
        <w:rPr>
          <w:lang w:val="ru-RU"/>
        </w:rPr>
      </w:pPr>
      <w:proofErr w:type="spellStart"/>
      <w:r w:rsidRPr="00FD2520">
        <w:rPr>
          <w:lang w:val="ru-RU"/>
        </w:rPr>
        <w:t>Ұсынылатын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бейнеаналитика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жүйесі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ақпараттық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қауіпсіздік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талаптарына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сәйкес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келуге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және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бейнеаналитика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жүйесі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бойынша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мынадай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растаушы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құжаттарға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ие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болуға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тиіс</w:t>
      </w:r>
      <w:proofErr w:type="spellEnd"/>
      <w:r w:rsidRPr="00FD2520">
        <w:rPr>
          <w:lang w:val="ru-RU"/>
        </w:rPr>
        <w:t xml:space="preserve">: </w:t>
      </w:r>
      <w:proofErr w:type="spellStart"/>
      <w:r w:rsidRPr="00FD2520">
        <w:rPr>
          <w:lang w:val="ru-RU"/>
        </w:rPr>
        <w:t>бастапқы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кодты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талдау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хаттамасы</w:t>
      </w:r>
      <w:proofErr w:type="spellEnd"/>
      <w:r w:rsidRPr="00FD2520">
        <w:rPr>
          <w:lang w:val="ru-RU"/>
        </w:rPr>
        <w:t xml:space="preserve">; </w:t>
      </w:r>
      <w:proofErr w:type="spellStart"/>
      <w:r w:rsidRPr="00FD2520">
        <w:rPr>
          <w:lang w:val="ru-RU"/>
        </w:rPr>
        <w:t>ақпараттық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қауіпсіздік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функцияларын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сынау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хаттамасы</w:t>
      </w:r>
      <w:proofErr w:type="spellEnd"/>
      <w:r w:rsidRPr="00FD2520">
        <w:rPr>
          <w:lang w:val="ru-RU"/>
        </w:rPr>
        <w:t xml:space="preserve">; </w:t>
      </w:r>
      <w:proofErr w:type="spellStart"/>
      <w:r w:rsidRPr="00FD2520">
        <w:rPr>
          <w:lang w:val="ru-RU"/>
        </w:rPr>
        <w:t>жүктемелік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сынақтар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хаттамасы</w:t>
      </w:r>
      <w:proofErr w:type="spellEnd"/>
      <w:r w:rsidRPr="00FD2520">
        <w:rPr>
          <w:lang w:val="ru-RU"/>
        </w:rPr>
        <w:t xml:space="preserve">; </w:t>
      </w:r>
      <w:proofErr w:type="spellStart"/>
      <w:r w:rsidRPr="00FD2520">
        <w:rPr>
          <w:lang w:val="ru-RU"/>
        </w:rPr>
        <w:t>ақпараттық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қауіпсіздікті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қамтамасыз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ету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процестерін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тексеру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lastRenderedPageBreak/>
        <w:t>хаттамасы</w:t>
      </w:r>
      <w:proofErr w:type="spellEnd"/>
      <w:r w:rsidRPr="00FD2520">
        <w:rPr>
          <w:lang w:val="ru-RU"/>
        </w:rPr>
        <w:t xml:space="preserve">; </w:t>
      </w:r>
      <w:proofErr w:type="spellStart"/>
      <w:r w:rsidRPr="00FD2520">
        <w:rPr>
          <w:lang w:val="ru-RU"/>
        </w:rPr>
        <w:t>желілік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инфрақұрылымды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тексеру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хаттамасы</w:t>
      </w:r>
      <w:proofErr w:type="spellEnd"/>
      <w:r w:rsidRPr="00FD2520">
        <w:rPr>
          <w:lang w:val="ru-RU"/>
        </w:rPr>
        <w:t xml:space="preserve">. </w:t>
      </w:r>
      <w:proofErr w:type="spellStart"/>
      <w:r w:rsidRPr="00FD2520">
        <w:rPr>
          <w:lang w:val="ru-RU"/>
        </w:rPr>
        <w:t>Ұсынылған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құжаттар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жүйенің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ақпаратты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қорғау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саласындағы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белгіленген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талаптарға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сәйкестігін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растауға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және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конкурстық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өтінім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құрамында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ұсынылуға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тиіс</w:t>
      </w:r>
      <w:proofErr w:type="spellEnd"/>
      <w:r w:rsidRPr="00FD2520">
        <w:rPr>
          <w:lang w:val="ru-RU"/>
        </w:rPr>
        <w:t xml:space="preserve">. </w:t>
      </w:r>
      <w:proofErr w:type="spellStart"/>
      <w:r w:rsidRPr="00FD2520">
        <w:rPr>
          <w:lang w:val="ru-RU"/>
        </w:rPr>
        <w:t>Бағдарламалық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қамтамасыз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ету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Қазақстан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Республикасында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жергілікті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әзірленген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өнім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болуы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қажет</w:t>
      </w:r>
      <w:proofErr w:type="spellEnd"/>
      <w:r w:rsidRPr="00FD2520">
        <w:rPr>
          <w:lang w:val="ru-RU"/>
        </w:rPr>
        <w:t xml:space="preserve">. </w:t>
      </w:r>
    </w:p>
    <w:p w14:paraId="79494C8A" w14:textId="77777777" w:rsidR="008879E0" w:rsidRPr="00FD2520" w:rsidRDefault="00A34C83">
      <w:pPr>
        <w:spacing w:after="80"/>
        <w:ind w:firstLine="567"/>
        <w:jc w:val="both"/>
        <w:rPr>
          <w:lang w:val="ru-RU"/>
        </w:rPr>
      </w:pPr>
      <w:proofErr w:type="spellStart"/>
      <w:r w:rsidRPr="00FD2520">
        <w:rPr>
          <w:lang w:val="ru-RU"/>
        </w:rPr>
        <w:t>Серверлік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жабдыққа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қойылатын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ең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төменгі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техникалық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талаптар</w:t>
      </w:r>
      <w:proofErr w:type="spellEnd"/>
      <w:r w:rsidRPr="00FD2520">
        <w:rPr>
          <w:lang w:val="ru-RU"/>
        </w:rPr>
        <w:t xml:space="preserve">: процессор: </w:t>
      </w:r>
      <w:proofErr w:type="spellStart"/>
      <w:r w:rsidRPr="00FD2520">
        <w:rPr>
          <w:lang w:val="ru-RU"/>
        </w:rPr>
        <w:t>кемінде</w:t>
      </w:r>
      <w:proofErr w:type="spellEnd"/>
      <w:r w:rsidRPr="00FD2520">
        <w:rPr>
          <w:lang w:val="ru-RU"/>
        </w:rPr>
        <w:t xml:space="preserve"> 8 ядро, </w:t>
      </w:r>
      <w:proofErr w:type="spellStart"/>
      <w:r w:rsidRPr="00FD2520">
        <w:rPr>
          <w:lang w:val="ru-RU"/>
        </w:rPr>
        <w:t>көпағындылықты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қолдау</w:t>
      </w:r>
      <w:proofErr w:type="spellEnd"/>
      <w:r w:rsidRPr="00FD2520">
        <w:rPr>
          <w:lang w:val="ru-RU"/>
        </w:rPr>
        <w:t xml:space="preserve">, </w:t>
      </w:r>
      <w:proofErr w:type="spellStart"/>
      <w:r w:rsidRPr="00FD2520">
        <w:rPr>
          <w:lang w:val="ru-RU"/>
        </w:rPr>
        <w:t>жиілігі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кемінде</w:t>
      </w:r>
      <w:proofErr w:type="spellEnd"/>
      <w:r w:rsidRPr="00FD2520">
        <w:rPr>
          <w:lang w:val="ru-RU"/>
        </w:rPr>
        <w:t xml:space="preserve"> 3.0 ГГц; </w:t>
      </w:r>
      <w:proofErr w:type="spellStart"/>
      <w:r w:rsidRPr="00FD2520">
        <w:rPr>
          <w:lang w:val="ru-RU"/>
        </w:rPr>
        <w:t>жедел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жад</w:t>
      </w:r>
      <w:proofErr w:type="spellEnd"/>
      <w:r w:rsidRPr="00FD2520">
        <w:rPr>
          <w:lang w:val="ru-RU"/>
        </w:rPr>
        <w:t xml:space="preserve"> (</w:t>
      </w:r>
      <w:r>
        <w:t>RAM</w:t>
      </w:r>
      <w:r w:rsidRPr="00FD2520">
        <w:rPr>
          <w:lang w:val="ru-RU"/>
        </w:rPr>
        <w:t xml:space="preserve">): </w:t>
      </w:r>
      <w:proofErr w:type="spellStart"/>
      <w:r w:rsidRPr="00FD2520">
        <w:rPr>
          <w:lang w:val="ru-RU"/>
        </w:rPr>
        <w:t>кемінде</w:t>
      </w:r>
      <w:proofErr w:type="spellEnd"/>
      <w:r w:rsidRPr="00FD2520">
        <w:rPr>
          <w:lang w:val="ru-RU"/>
        </w:rPr>
        <w:t xml:space="preserve"> 32 ГБ </w:t>
      </w:r>
      <w:r>
        <w:t>DDR</w:t>
      </w:r>
      <w:r w:rsidRPr="00FD2520">
        <w:rPr>
          <w:lang w:val="ru-RU"/>
        </w:rPr>
        <w:t xml:space="preserve">4; </w:t>
      </w:r>
      <w:proofErr w:type="spellStart"/>
      <w:r w:rsidRPr="00FD2520">
        <w:rPr>
          <w:lang w:val="ru-RU"/>
        </w:rPr>
        <w:t>қатты</w:t>
      </w:r>
      <w:proofErr w:type="spellEnd"/>
      <w:r w:rsidRPr="00FD2520">
        <w:rPr>
          <w:lang w:val="ru-RU"/>
        </w:rPr>
        <w:t xml:space="preserve"> диск: </w:t>
      </w:r>
      <w:proofErr w:type="spellStart"/>
      <w:r w:rsidRPr="00FD2520">
        <w:rPr>
          <w:lang w:val="ru-RU"/>
        </w:rPr>
        <w:t>көлемі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кемінде</w:t>
      </w:r>
      <w:proofErr w:type="spellEnd"/>
      <w:r w:rsidRPr="00FD2520">
        <w:rPr>
          <w:lang w:val="ru-RU"/>
        </w:rPr>
        <w:t xml:space="preserve"> 500 ГБ </w:t>
      </w:r>
      <w:r>
        <w:t>SSD</w:t>
      </w:r>
      <w:r w:rsidRPr="00FD2520">
        <w:rPr>
          <w:lang w:val="ru-RU"/>
        </w:rPr>
        <w:t xml:space="preserve"> </w:t>
      </w:r>
      <w:proofErr w:type="spellStart"/>
      <w:r>
        <w:t>NVMe</w:t>
      </w:r>
      <w:proofErr w:type="spellEnd"/>
      <w:r w:rsidRPr="00FD2520">
        <w:rPr>
          <w:lang w:val="ru-RU"/>
        </w:rPr>
        <w:t xml:space="preserve">; </w:t>
      </w:r>
      <w:proofErr w:type="spellStart"/>
      <w:r w:rsidRPr="00FD2520">
        <w:rPr>
          <w:lang w:val="ru-RU"/>
        </w:rPr>
        <w:t>графикалық</w:t>
      </w:r>
      <w:proofErr w:type="spellEnd"/>
      <w:r w:rsidRPr="00FD2520">
        <w:rPr>
          <w:lang w:val="ru-RU"/>
        </w:rPr>
        <w:t xml:space="preserve"> процессор (</w:t>
      </w:r>
      <w:r>
        <w:t>GPU</w:t>
      </w:r>
      <w:r w:rsidRPr="00FD2520">
        <w:rPr>
          <w:lang w:val="ru-RU"/>
        </w:rPr>
        <w:t xml:space="preserve">): </w:t>
      </w:r>
      <w:r>
        <w:t>NVIDIA</w:t>
      </w:r>
      <w:r w:rsidRPr="00FD2520">
        <w:rPr>
          <w:lang w:val="ru-RU"/>
        </w:rPr>
        <w:t xml:space="preserve"> </w:t>
      </w:r>
      <w:r>
        <w:t>CUDA</w:t>
      </w:r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қолдауы</w:t>
      </w:r>
      <w:proofErr w:type="spellEnd"/>
      <w:r w:rsidRPr="00FD2520">
        <w:rPr>
          <w:lang w:val="ru-RU"/>
        </w:rPr>
        <w:t xml:space="preserve">, </w:t>
      </w:r>
      <w:proofErr w:type="spellStart"/>
      <w:r w:rsidRPr="00FD2520">
        <w:rPr>
          <w:lang w:val="ru-RU"/>
        </w:rPr>
        <w:t>кемінде</w:t>
      </w:r>
      <w:proofErr w:type="spellEnd"/>
      <w:r w:rsidRPr="00FD2520">
        <w:rPr>
          <w:lang w:val="ru-RU"/>
        </w:rPr>
        <w:t xml:space="preserve"> 8 ГБ </w:t>
      </w:r>
      <w:proofErr w:type="spellStart"/>
      <w:r w:rsidRPr="00FD2520">
        <w:rPr>
          <w:lang w:val="ru-RU"/>
        </w:rPr>
        <w:t>бейнежад</w:t>
      </w:r>
      <w:proofErr w:type="spellEnd"/>
      <w:r w:rsidRPr="00FD2520">
        <w:rPr>
          <w:lang w:val="ru-RU"/>
        </w:rPr>
        <w:t xml:space="preserve"> (</w:t>
      </w:r>
      <w:proofErr w:type="spellStart"/>
      <w:r w:rsidRPr="00FD2520">
        <w:rPr>
          <w:lang w:val="ru-RU"/>
        </w:rPr>
        <w:t>мысалы</w:t>
      </w:r>
      <w:proofErr w:type="spellEnd"/>
      <w:r w:rsidRPr="00FD2520">
        <w:rPr>
          <w:lang w:val="ru-RU"/>
        </w:rPr>
        <w:t xml:space="preserve">, </w:t>
      </w:r>
      <w:proofErr w:type="spellStart"/>
      <w:r w:rsidRPr="00FD2520">
        <w:rPr>
          <w:lang w:val="ru-RU"/>
        </w:rPr>
        <w:t>кемінде</w:t>
      </w:r>
      <w:proofErr w:type="spellEnd"/>
      <w:r w:rsidRPr="00FD2520">
        <w:rPr>
          <w:lang w:val="ru-RU"/>
        </w:rPr>
        <w:t xml:space="preserve"> </w:t>
      </w:r>
      <w:r>
        <w:t>NVIDIA</w:t>
      </w:r>
      <w:r w:rsidRPr="00FD2520">
        <w:rPr>
          <w:lang w:val="ru-RU"/>
        </w:rPr>
        <w:t xml:space="preserve"> </w:t>
      </w:r>
      <w:r>
        <w:t>RTX</w:t>
      </w:r>
      <w:r w:rsidRPr="00FD2520">
        <w:rPr>
          <w:lang w:val="ru-RU"/>
        </w:rPr>
        <w:t xml:space="preserve"> 3060); </w:t>
      </w:r>
      <w:proofErr w:type="spellStart"/>
      <w:r w:rsidRPr="00FD2520">
        <w:rPr>
          <w:lang w:val="ru-RU"/>
        </w:rPr>
        <w:t>желілік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адаптерлер</w:t>
      </w:r>
      <w:proofErr w:type="spellEnd"/>
      <w:r w:rsidRPr="00FD2520">
        <w:rPr>
          <w:lang w:val="ru-RU"/>
        </w:rPr>
        <w:t xml:space="preserve">: </w:t>
      </w:r>
      <w:proofErr w:type="spellStart"/>
      <w:r w:rsidRPr="00FD2520">
        <w:rPr>
          <w:lang w:val="ru-RU"/>
        </w:rPr>
        <w:t>кемінде</w:t>
      </w:r>
      <w:proofErr w:type="spellEnd"/>
      <w:r w:rsidRPr="00FD2520">
        <w:rPr>
          <w:lang w:val="ru-RU"/>
        </w:rPr>
        <w:t xml:space="preserve"> 10 </w:t>
      </w:r>
      <w:r>
        <w:t>Gigabit</w:t>
      </w:r>
      <w:r w:rsidRPr="00FD2520">
        <w:rPr>
          <w:lang w:val="ru-RU"/>
        </w:rPr>
        <w:t xml:space="preserve"> </w:t>
      </w:r>
      <w:r>
        <w:t>Ethernet</w:t>
      </w:r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желілерін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қолдау</w:t>
      </w:r>
      <w:proofErr w:type="spellEnd"/>
      <w:r w:rsidRPr="00FD2520">
        <w:rPr>
          <w:lang w:val="ru-RU"/>
        </w:rPr>
        <w:t>.</w:t>
      </w:r>
    </w:p>
    <w:p w14:paraId="0C0A513B" w14:textId="77777777" w:rsidR="008879E0" w:rsidRPr="00FD2520" w:rsidRDefault="00A34C83">
      <w:pPr>
        <w:spacing w:after="80"/>
        <w:ind w:firstLine="567"/>
        <w:jc w:val="both"/>
        <w:rPr>
          <w:lang w:val="ru-RU"/>
        </w:rPr>
      </w:pPr>
      <w:proofErr w:type="spellStart"/>
      <w:r w:rsidRPr="00FD2520">
        <w:rPr>
          <w:lang w:val="ru-RU"/>
        </w:rPr>
        <w:t>Жүйенің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жұмысы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Орындаушының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Тапсырыс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берушіге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шарттың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қолданылу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кезеңіне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серверлік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жабдықты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ұсынуы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арқылы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жүзеге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асырылады</w:t>
      </w:r>
      <w:proofErr w:type="spellEnd"/>
      <w:r w:rsidRPr="00FD2520">
        <w:rPr>
          <w:lang w:val="ru-RU"/>
        </w:rPr>
        <w:t xml:space="preserve">. </w:t>
      </w:r>
      <w:proofErr w:type="spellStart"/>
      <w:r w:rsidRPr="00FD2520">
        <w:rPr>
          <w:lang w:val="ru-RU"/>
        </w:rPr>
        <w:t>Аталған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жабдықта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Тапсырыс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беруші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объектісінің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байланыс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арналарына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түсетін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жүктемені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азайту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мақсатында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алдын</w:t>
      </w:r>
      <w:proofErr w:type="spellEnd"/>
      <w:r w:rsidRPr="00FD2520">
        <w:rPr>
          <w:lang w:val="ru-RU"/>
        </w:rPr>
        <w:t xml:space="preserve"> ала </w:t>
      </w:r>
      <w:proofErr w:type="spellStart"/>
      <w:r w:rsidRPr="00FD2520">
        <w:rPr>
          <w:lang w:val="ru-RU"/>
        </w:rPr>
        <w:t>орнатылған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жасанды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нейрондық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желі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моделі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арқылы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агрессивті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сипаттағы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оқиғаларды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өңдеу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және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анықтау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іске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асырылады</w:t>
      </w:r>
      <w:proofErr w:type="spellEnd"/>
      <w:r w:rsidRPr="00FD2520">
        <w:rPr>
          <w:lang w:val="ru-RU"/>
        </w:rPr>
        <w:t>.</w:t>
      </w:r>
    </w:p>
    <w:p w14:paraId="3D3B3E9E" w14:textId="77777777" w:rsidR="000B141E" w:rsidRDefault="000B141E">
      <w:pPr>
        <w:spacing w:before="160" w:after="80"/>
        <w:rPr>
          <w:lang w:val="ru-RU"/>
        </w:rPr>
      </w:pPr>
      <w:proofErr w:type="spellStart"/>
      <w:r w:rsidRPr="000B141E">
        <w:rPr>
          <w:lang w:val="ru-RU"/>
        </w:rPr>
        <w:t>Бейнеаналитика</w:t>
      </w:r>
      <w:proofErr w:type="spellEnd"/>
      <w:r w:rsidRPr="000B141E">
        <w:rPr>
          <w:lang w:val="ru-RU"/>
        </w:rPr>
        <w:t xml:space="preserve"> </w:t>
      </w:r>
      <w:proofErr w:type="spellStart"/>
      <w:r w:rsidRPr="000B141E">
        <w:rPr>
          <w:lang w:val="ru-RU"/>
        </w:rPr>
        <w:t>бағдарламалық</w:t>
      </w:r>
      <w:proofErr w:type="spellEnd"/>
      <w:r w:rsidRPr="000B141E">
        <w:rPr>
          <w:lang w:val="ru-RU"/>
        </w:rPr>
        <w:t xml:space="preserve"> </w:t>
      </w:r>
      <w:proofErr w:type="spellStart"/>
      <w:r w:rsidRPr="000B141E">
        <w:rPr>
          <w:lang w:val="ru-RU"/>
        </w:rPr>
        <w:t>жасақтамасын</w:t>
      </w:r>
      <w:proofErr w:type="spellEnd"/>
      <w:r w:rsidRPr="000B141E">
        <w:rPr>
          <w:lang w:val="ru-RU"/>
        </w:rPr>
        <w:t xml:space="preserve"> </w:t>
      </w:r>
      <w:proofErr w:type="spellStart"/>
      <w:r w:rsidRPr="000B141E">
        <w:rPr>
          <w:lang w:val="ru-RU"/>
        </w:rPr>
        <w:t>пайдалану</w:t>
      </w:r>
      <w:proofErr w:type="spellEnd"/>
      <w:r w:rsidRPr="000B141E">
        <w:rPr>
          <w:lang w:val="ru-RU"/>
        </w:rPr>
        <w:t xml:space="preserve"> </w:t>
      </w:r>
      <w:proofErr w:type="spellStart"/>
      <w:r w:rsidRPr="000B141E">
        <w:rPr>
          <w:lang w:val="ru-RU"/>
        </w:rPr>
        <w:t>және</w:t>
      </w:r>
      <w:proofErr w:type="spellEnd"/>
      <w:r w:rsidRPr="000B141E">
        <w:rPr>
          <w:lang w:val="ru-RU"/>
        </w:rPr>
        <w:t xml:space="preserve"> </w:t>
      </w:r>
      <w:proofErr w:type="spellStart"/>
      <w:r w:rsidRPr="000B141E">
        <w:rPr>
          <w:lang w:val="ru-RU"/>
        </w:rPr>
        <w:t>оған</w:t>
      </w:r>
      <w:proofErr w:type="spellEnd"/>
      <w:r w:rsidRPr="000B141E">
        <w:rPr>
          <w:lang w:val="ru-RU"/>
        </w:rPr>
        <w:t xml:space="preserve"> </w:t>
      </w:r>
      <w:proofErr w:type="spellStart"/>
      <w:r w:rsidRPr="000B141E">
        <w:rPr>
          <w:lang w:val="ru-RU"/>
        </w:rPr>
        <w:t>қолжетімділік</w:t>
      </w:r>
      <w:proofErr w:type="spellEnd"/>
      <w:r w:rsidRPr="000B141E">
        <w:rPr>
          <w:lang w:val="ru-RU"/>
        </w:rPr>
        <w:t xml:space="preserve"> </w:t>
      </w:r>
      <w:proofErr w:type="spellStart"/>
      <w:r w:rsidRPr="000B141E">
        <w:rPr>
          <w:lang w:val="ru-RU"/>
        </w:rPr>
        <w:t>құқығының</w:t>
      </w:r>
      <w:proofErr w:type="spellEnd"/>
      <w:r w:rsidRPr="000B141E">
        <w:rPr>
          <w:lang w:val="ru-RU"/>
        </w:rPr>
        <w:t xml:space="preserve"> </w:t>
      </w:r>
      <w:proofErr w:type="spellStart"/>
      <w:r w:rsidRPr="000B141E">
        <w:rPr>
          <w:lang w:val="ru-RU"/>
        </w:rPr>
        <w:t>мерзімі</w:t>
      </w:r>
      <w:proofErr w:type="spellEnd"/>
      <w:r w:rsidRPr="000B141E">
        <w:rPr>
          <w:lang w:val="ru-RU"/>
        </w:rPr>
        <w:t xml:space="preserve"> 12 </w:t>
      </w:r>
      <w:proofErr w:type="spellStart"/>
      <w:r w:rsidRPr="000B141E">
        <w:rPr>
          <w:lang w:val="ru-RU"/>
        </w:rPr>
        <w:t>айды</w:t>
      </w:r>
      <w:proofErr w:type="spellEnd"/>
      <w:r w:rsidRPr="000B141E">
        <w:rPr>
          <w:lang w:val="ru-RU"/>
        </w:rPr>
        <w:t xml:space="preserve"> </w:t>
      </w:r>
      <w:proofErr w:type="spellStart"/>
      <w:r w:rsidRPr="000B141E">
        <w:rPr>
          <w:lang w:val="ru-RU"/>
        </w:rPr>
        <w:t>құрайды</w:t>
      </w:r>
      <w:proofErr w:type="spellEnd"/>
      <w:r w:rsidRPr="000B141E">
        <w:rPr>
          <w:lang w:val="ru-RU"/>
        </w:rPr>
        <w:t>.</w:t>
      </w:r>
    </w:p>
    <w:p w14:paraId="28455636" w14:textId="405CA538" w:rsidR="008879E0" w:rsidRPr="00FD2520" w:rsidRDefault="00A34C83">
      <w:pPr>
        <w:spacing w:before="160" w:after="80"/>
        <w:rPr>
          <w:lang w:val="ru-RU"/>
        </w:rPr>
      </w:pPr>
      <w:bookmarkStart w:id="0" w:name="_GoBack"/>
      <w:bookmarkEnd w:id="0"/>
      <w:r w:rsidRPr="00FD2520">
        <w:rPr>
          <w:b/>
          <w:lang w:val="ru-RU"/>
        </w:rPr>
        <w:t xml:space="preserve">3. </w:t>
      </w:r>
      <w:proofErr w:type="spellStart"/>
      <w:r w:rsidRPr="00FD2520">
        <w:rPr>
          <w:b/>
          <w:lang w:val="ru-RU"/>
        </w:rPr>
        <w:t>Орындаушыға</w:t>
      </w:r>
      <w:proofErr w:type="spellEnd"/>
      <w:r w:rsidRPr="00FD2520">
        <w:rPr>
          <w:b/>
          <w:lang w:val="ru-RU"/>
        </w:rPr>
        <w:t xml:space="preserve"> </w:t>
      </w:r>
      <w:proofErr w:type="spellStart"/>
      <w:r w:rsidRPr="00FD2520">
        <w:rPr>
          <w:b/>
          <w:lang w:val="ru-RU"/>
        </w:rPr>
        <w:t>қойылатын</w:t>
      </w:r>
      <w:proofErr w:type="spellEnd"/>
      <w:r w:rsidRPr="00FD2520">
        <w:rPr>
          <w:b/>
          <w:lang w:val="ru-RU"/>
        </w:rPr>
        <w:t xml:space="preserve"> </w:t>
      </w:r>
      <w:proofErr w:type="spellStart"/>
      <w:r w:rsidRPr="00FD2520">
        <w:rPr>
          <w:b/>
          <w:lang w:val="ru-RU"/>
        </w:rPr>
        <w:t>талаптар</w:t>
      </w:r>
      <w:proofErr w:type="spellEnd"/>
      <w:r w:rsidRPr="00FD2520">
        <w:rPr>
          <w:b/>
          <w:lang w:val="ru-RU"/>
        </w:rPr>
        <w:t>:</w:t>
      </w:r>
    </w:p>
    <w:p w14:paraId="07091BD5" w14:textId="77777777" w:rsidR="008879E0" w:rsidRPr="00FD2520" w:rsidRDefault="00A34C83">
      <w:pPr>
        <w:spacing w:after="80"/>
        <w:ind w:firstLine="567"/>
        <w:jc w:val="both"/>
        <w:rPr>
          <w:lang w:val="ru-RU"/>
        </w:rPr>
      </w:pPr>
      <w:proofErr w:type="spellStart"/>
      <w:r w:rsidRPr="00FD2520">
        <w:rPr>
          <w:lang w:val="ru-RU"/>
        </w:rPr>
        <w:t>Орындаушы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шартқа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қол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қойылған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сәттен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бастап</w:t>
      </w:r>
      <w:proofErr w:type="spellEnd"/>
      <w:r w:rsidRPr="00FD2520">
        <w:rPr>
          <w:lang w:val="ru-RU"/>
        </w:rPr>
        <w:t xml:space="preserve"> 3 (</w:t>
      </w:r>
      <w:proofErr w:type="spellStart"/>
      <w:r w:rsidRPr="00FD2520">
        <w:rPr>
          <w:lang w:val="ru-RU"/>
        </w:rPr>
        <w:t>үш</w:t>
      </w:r>
      <w:proofErr w:type="spellEnd"/>
      <w:r w:rsidRPr="00FD2520">
        <w:rPr>
          <w:lang w:val="ru-RU"/>
        </w:rPr>
        <w:t xml:space="preserve">) </w:t>
      </w:r>
      <w:proofErr w:type="spellStart"/>
      <w:r w:rsidRPr="00FD2520">
        <w:rPr>
          <w:lang w:val="ru-RU"/>
        </w:rPr>
        <w:t>жұмыс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күні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ішінде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Тапсырыс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берушіге</w:t>
      </w:r>
      <w:proofErr w:type="spellEnd"/>
      <w:r w:rsidRPr="00FD2520">
        <w:rPr>
          <w:lang w:val="ru-RU"/>
        </w:rPr>
        <w:t xml:space="preserve"> «</w:t>
      </w:r>
      <w:proofErr w:type="spellStart"/>
      <w:r w:rsidRPr="00FD2520">
        <w:rPr>
          <w:lang w:val="ru-RU"/>
        </w:rPr>
        <w:t>Ақпараттандыру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туралы</w:t>
      </w:r>
      <w:proofErr w:type="spellEnd"/>
      <w:r w:rsidRPr="00FD2520">
        <w:rPr>
          <w:lang w:val="ru-RU"/>
        </w:rPr>
        <w:t xml:space="preserve">» </w:t>
      </w:r>
      <w:proofErr w:type="spellStart"/>
      <w:r w:rsidRPr="00FD2520">
        <w:rPr>
          <w:lang w:val="ru-RU"/>
        </w:rPr>
        <w:t>Қазақстан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Республикасының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Заңына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сәйкес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бейнеаналитика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жүйесінің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бағдарламалық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қамтамасыз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етуінің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ақпараттық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қауіпсіздік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талаптарына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сәйкестігін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растайтын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құжаттарды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ұсынуға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міндетті</w:t>
      </w:r>
      <w:proofErr w:type="spellEnd"/>
      <w:r w:rsidRPr="00FD2520">
        <w:rPr>
          <w:lang w:val="ru-RU"/>
        </w:rPr>
        <w:t>.</w:t>
      </w:r>
    </w:p>
    <w:p w14:paraId="037D6611" w14:textId="77777777" w:rsidR="008879E0" w:rsidRPr="00FD2520" w:rsidRDefault="00A34C83">
      <w:pPr>
        <w:spacing w:after="80"/>
        <w:ind w:firstLine="567"/>
        <w:jc w:val="both"/>
        <w:rPr>
          <w:lang w:val="ru-RU"/>
        </w:rPr>
      </w:pPr>
      <w:proofErr w:type="spellStart"/>
      <w:r w:rsidRPr="00FD2520">
        <w:rPr>
          <w:lang w:val="ru-RU"/>
        </w:rPr>
        <w:t>Орындаушы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Тапсырыс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берушінің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өтінімі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бойынша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ұсынылатын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жүйенің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Тапсырыс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беруші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мекемесінде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орнатылған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ақпараттық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жүйемен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интеграциялануын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қамтамасыз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етуге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тиіс</w:t>
      </w:r>
      <w:proofErr w:type="spellEnd"/>
      <w:r w:rsidRPr="00FD2520">
        <w:rPr>
          <w:lang w:val="ru-RU"/>
        </w:rPr>
        <w:t>.</w:t>
      </w:r>
    </w:p>
    <w:p w14:paraId="7CC149AD" w14:textId="77777777" w:rsidR="008879E0" w:rsidRPr="00FD2520" w:rsidRDefault="00A34C83">
      <w:pPr>
        <w:spacing w:before="160" w:after="80"/>
        <w:rPr>
          <w:lang w:val="ru-RU"/>
        </w:rPr>
      </w:pPr>
      <w:r w:rsidRPr="00FD2520">
        <w:rPr>
          <w:b/>
          <w:lang w:val="ru-RU"/>
        </w:rPr>
        <w:t xml:space="preserve">4. </w:t>
      </w:r>
      <w:proofErr w:type="spellStart"/>
      <w:r w:rsidRPr="00FD2520">
        <w:rPr>
          <w:b/>
          <w:lang w:val="ru-RU"/>
        </w:rPr>
        <w:t>Техникалық</w:t>
      </w:r>
      <w:proofErr w:type="spellEnd"/>
      <w:r w:rsidRPr="00FD2520">
        <w:rPr>
          <w:b/>
          <w:lang w:val="ru-RU"/>
        </w:rPr>
        <w:t xml:space="preserve"> </w:t>
      </w:r>
      <w:proofErr w:type="spellStart"/>
      <w:r w:rsidRPr="00FD2520">
        <w:rPr>
          <w:b/>
          <w:lang w:val="ru-RU"/>
        </w:rPr>
        <w:t>сүйемелдеу</w:t>
      </w:r>
      <w:proofErr w:type="spellEnd"/>
    </w:p>
    <w:p w14:paraId="1E347832" w14:textId="77777777" w:rsidR="008879E0" w:rsidRPr="00FD2520" w:rsidRDefault="00A34C83">
      <w:pPr>
        <w:spacing w:after="80"/>
        <w:ind w:firstLine="567"/>
        <w:jc w:val="both"/>
        <w:rPr>
          <w:lang w:val="ru-RU"/>
        </w:rPr>
      </w:pPr>
      <w:proofErr w:type="spellStart"/>
      <w:r w:rsidRPr="00FD2520">
        <w:rPr>
          <w:lang w:val="ru-RU"/>
        </w:rPr>
        <w:t>Техникалық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қолдау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пайдаланушылардың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өтініштерін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өңдеу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үшін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Орындаушы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арнайы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бөлген</w:t>
      </w:r>
      <w:proofErr w:type="spellEnd"/>
      <w:r w:rsidRPr="00FD2520">
        <w:rPr>
          <w:lang w:val="ru-RU"/>
        </w:rPr>
        <w:t xml:space="preserve"> телефон </w:t>
      </w:r>
      <w:proofErr w:type="spellStart"/>
      <w:r w:rsidRPr="00FD2520">
        <w:rPr>
          <w:lang w:val="ru-RU"/>
        </w:rPr>
        <w:t>және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мессенджерлер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арқылы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өтініш</w:t>
      </w:r>
      <w:proofErr w:type="spellEnd"/>
      <w:r w:rsidRPr="00FD2520">
        <w:rPr>
          <w:lang w:val="ru-RU"/>
        </w:rPr>
        <w:t xml:space="preserve"> беру </w:t>
      </w:r>
      <w:proofErr w:type="spellStart"/>
      <w:r w:rsidRPr="00FD2520">
        <w:rPr>
          <w:lang w:val="ru-RU"/>
        </w:rPr>
        <w:t>қағидаты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бойынша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жүзеге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асырылуға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тиіс</w:t>
      </w:r>
      <w:proofErr w:type="spellEnd"/>
      <w:r w:rsidRPr="00FD2520">
        <w:rPr>
          <w:lang w:val="ru-RU"/>
        </w:rPr>
        <w:t xml:space="preserve">. </w:t>
      </w:r>
      <w:proofErr w:type="spellStart"/>
      <w:r w:rsidRPr="00FD2520">
        <w:rPr>
          <w:lang w:val="ru-RU"/>
        </w:rPr>
        <w:t>Техникалық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қолдау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пайдаланушыларға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консультациялық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сүйемелдеуді</w:t>
      </w:r>
      <w:proofErr w:type="spellEnd"/>
      <w:r w:rsidRPr="00FD2520">
        <w:rPr>
          <w:lang w:val="ru-RU"/>
        </w:rPr>
        <w:t xml:space="preserve">, </w:t>
      </w:r>
      <w:proofErr w:type="spellStart"/>
      <w:r w:rsidRPr="00FD2520">
        <w:rPr>
          <w:lang w:val="ru-RU"/>
        </w:rPr>
        <w:t>инциденттерді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жоюға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көмектесуді</w:t>
      </w:r>
      <w:proofErr w:type="spellEnd"/>
      <w:r w:rsidRPr="00FD2520">
        <w:rPr>
          <w:lang w:val="ru-RU"/>
        </w:rPr>
        <w:t xml:space="preserve">, </w:t>
      </w:r>
      <w:proofErr w:type="spellStart"/>
      <w:r w:rsidRPr="00FD2520">
        <w:rPr>
          <w:lang w:val="ru-RU"/>
        </w:rPr>
        <w:t>сондай-ақ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жүйе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пайдалануға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енгізілген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күннен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бастап</w:t>
      </w:r>
      <w:proofErr w:type="spellEnd"/>
      <w:r w:rsidRPr="00FD2520">
        <w:rPr>
          <w:lang w:val="ru-RU"/>
        </w:rPr>
        <w:t xml:space="preserve"> 12 (он </w:t>
      </w:r>
      <w:proofErr w:type="spellStart"/>
      <w:r w:rsidRPr="00FD2520">
        <w:rPr>
          <w:lang w:val="ru-RU"/>
        </w:rPr>
        <w:t>екі</w:t>
      </w:r>
      <w:proofErr w:type="spellEnd"/>
      <w:r w:rsidRPr="00FD2520">
        <w:rPr>
          <w:lang w:val="ru-RU"/>
        </w:rPr>
        <w:t xml:space="preserve">) ай </w:t>
      </w:r>
      <w:proofErr w:type="spellStart"/>
      <w:r w:rsidRPr="00FD2520">
        <w:rPr>
          <w:lang w:val="ru-RU"/>
        </w:rPr>
        <w:t>ішінде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бағдарламалық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қамтамасыз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етудің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жаңартуларын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ұсынуды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қамтиды</w:t>
      </w:r>
      <w:proofErr w:type="spellEnd"/>
      <w:r w:rsidRPr="00FD2520">
        <w:rPr>
          <w:lang w:val="ru-RU"/>
        </w:rPr>
        <w:t>.</w:t>
      </w:r>
    </w:p>
    <w:p w14:paraId="5DF3E3DD" w14:textId="77777777" w:rsidR="008879E0" w:rsidRPr="00FD2520" w:rsidRDefault="00A34C83">
      <w:pPr>
        <w:spacing w:after="80"/>
        <w:ind w:firstLine="567"/>
        <w:jc w:val="both"/>
        <w:rPr>
          <w:lang w:val="ru-RU"/>
        </w:rPr>
      </w:pPr>
      <w:proofErr w:type="spellStart"/>
      <w:r w:rsidRPr="00FD2520">
        <w:rPr>
          <w:lang w:val="ru-RU"/>
        </w:rPr>
        <w:t>Орындаушы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бейнебақылау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және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бейнеаналитика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бағдарламалық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қамтамасыз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етуіне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байланысты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себептерден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туындаған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пайдаланушы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мәселесін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шешуге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өтініш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түскен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сәттен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бастап</w:t>
      </w:r>
      <w:proofErr w:type="spellEnd"/>
      <w:r w:rsidRPr="00FD2520">
        <w:rPr>
          <w:lang w:val="ru-RU"/>
        </w:rPr>
        <w:t xml:space="preserve"> 1 (</w:t>
      </w:r>
      <w:proofErr w:type="spellStart"/>
      <w:r w:rsidRPr="00FD2520">
        <w:rPr>
          <w:lang w:val="ru-RU"/>
        </w:rPr>
        <w:t>бір</w:t>
      </w:r>
      <w:proofErr w:type="spellEnd"/>
      <w:r w:rsidRPr="00FD2520">
        <w:rPr>
          <w:lang w:val="ru-RU"/>
        </w:rPr>
        <w:t xml:space="preserve">) </w:t>
      </w:r>
      <w:proofErr w:type="spellStart"/>
      <w:r w:rsidRPr="00FD2520">
        <w:rPr>
          <w:lang w:val="ru-RU"/>
        </w:rPr>
        <w:t>күнтізбелік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күн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ішінде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кірісуге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және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техникалық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мәселені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өтініш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беруші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жүгінген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сәттен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бастап</w:t>
      </w:r>
      <w:proofErr w:type="spellEnd"/>
      <w:r w:rsidRPr="00FD2520">
        <w:rPr>
          <w:lang w:val="ru-RU"/>
        </w:rPr>
        <w:t xml:space="preserve"> 7 (</w:t>
      </w:r>
      <w:proofErr w:type="spellStart"/>
      <w:r w:rsidRPr="00FD2520">
        <w:rPr>
          <w:lang w:val="ru-RU"/>
        </w:rPr>
        <w:t>жеті</w:t>
      </w:r>
      <w:proofErr w:type="spellEnd"/>
      <w:r w:rsidRPr="00FD2520">
        <w:rPr>
          <w:lang w:val="ru-RU"/>
        </w:rPr>
        <w:t xml:space="preserve">) </w:t>
      </w:r>
      <w:proofErr w:type="spellStart"/>
      <w:r w:rsidRPr="00FD2520">
        <w:rPr>
          <w:lang w:val="ru-RU"/>
        </w:rPr>
        <w:t>күнтізбелік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күн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ішінде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жоюға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тиіс</w:t>
      </w:r>
      <w:proofErr w:type="spellEnd"/>
      <w:r w:rsidRPr="00FD2520">
        <w:rPr>
          <w:lang w:val="ru-RU"/>
        </w:rPr>
        <w:t xml:space="preserve">. </w:t>
      </w:r>
      <w:proofErr w:type="spellStart"/>
      <w:r w:rsidRPr="00FD2520">
        <w:rPr>
          <w:lang w:val="ru-RU"/>
        </w:rPr>
        <w:t>Мәселені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жою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үшін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көрсетілген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мерзімді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ұзартуды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талап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ететін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жағдай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анықталған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жағдайда</w:t>
      </w:r>
      <w:proofErr w:type="spellEnd"/>
      <w:r w:rsidRPr="00FD2520">
        <w:rPr>
          <w:lang w:val="ru-RU"/>
        </w:rPr>
        <w:t xml:space="preserve">, </w:t>
      </w:r>
      <w:proofErr w:type="spellStart"/>
      <w:r w:rsidRPr="00FD2520">
        <w:rPr>
          <w:lang w:val="ru-RU"/>
        </w:rPr>
        <w:t>Орындаушы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мәселені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жоюдың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қосымша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мерзімін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Тапсырыс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берушімен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келіседі</w:t>
      </w:r>
      <w:proofErr w:type="spellEnd"/>
      <w:r w:rsidRPr="00FD2520">
        <w:rPr>
          <w:lang w:val="ru-RU"/>
        </w:rPr>
        <w:t>.</w:t>
      </w:r>
    </w:p>
    <w:p w14:paraId="70797CFC" w14:textId="77777777" w:rsidR="008879E0" w:rsidRPr="00FD2520" w:rsidRDefault="00A34C83">
      <w:pPr>
        <w:spacing w:after="80"/>
        <w:ind w:firstLine="567"/>
        <w:jc w:val="both"/>
        <w:rPr>
          <w:lang w:val="ru-RU"/>
        </w:rPr>
      </w:pPr>
      <w:proofErr w:type="spellStart"/>
      <w:r w:rsidRPr="00FD2520">
        <w:rPr>
          <w:lang w:val="ru-RU"/>
        </w:rPr>
        <w:t>Орындаушы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қауіпсіздік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жүйесін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тұрақты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түрде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жаңартуды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және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функционалдылықты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жақсартуды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жүзеге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асырады</w:t>
      </w:r>
      <w:proofErr w:type="spellEnd"/>
      <w:r w:rsidRPr="00FD2520">
        <w:rPr>
          <w:lang w:val="ru-RU"/>
        </w:rPr>
        <w:t xml:space="preserve">, </w:t>
      </w:r>
      <w:proofErr w:type="spellStart"/>
      <w:r w:rsidRPr="00FD2520">
        <w:rPr>
          <w:lang w:val="ru-RU"/>
        </w:rPr>
        <w:t>осалдықтарды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жою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бойынша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жоспарларды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қалыптастырады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және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іске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асырады</w:t>
      </w:r>
      <w:proofErr w:type="spellEnd"/>
      <w:r w:rsidRPr="00FD2520">
        <w:rPr>
          <w:lang w:val="ru-RU"/>
        </w:rPr>
        <w:t xml:space="preserve">, </w:t>
      </w:r>
      <w:proofErr w:type="spellStart"/>
      <w:r w:rsidRPr="00FD2520">
        <w:rPr>
          <w:lang w:val="ru-RU"/>
        </w:rPr>
        <w:t>сондай-ақ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жабдықтың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жаңа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нұсқаларымен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үйлесімділікті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қамтамасыз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lastRenderedPageBreak/>
        <w:t>етеді</w:t>
      </w:r>
      <w:proofErr w:type="spellEnd"/>
      <w:r w:rsidRPr="00FD2520">
        <w:rPr>
          <w:lang w:val="ru-RU"/>
        </w:rPr>
        <w:t xml:space="preserve">. </w:t>
      </w:r>
      <w:proofErr w:type="spellStart"/>
      <w:r w:rsidRPr="00FD2520">
        <w:rPr>
          <w:lang w:val="ru-RU"/>
        </w:rPr>
        <w:t>Орындаушы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бағдарламалық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қамтамасыз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етуді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пысықтау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және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жақсарту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бойынша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Тапсырыс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берушіден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ұсыныстарды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тұрақты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негізде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жинайды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және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өңдейді</w:t>
      </w:r>
      <w:proofErr w:type="spellEnd"/>
      <w:r w:rsidRPr="00FD2520">
        <w:rPr>
          <w:lang w:val="ru-RU"/>
        </w:rPr>
        <w:t>.</w:t>
      </w:r>
    </w:p>
    <w:p w14:paraId="7FBCB85E" w14:textId="77777777" w:rsidR="008879E0" w:rsidRPr="00FD2520" w:rsidRDefault="00A34C83">
      <w:pPr>
        <w:spacing w:after="80"/>
        <w:ind w:firstLine="567"/>
        <w:jc w:val="both"/>
        <w:rPr>
          <w:lang w:val="ru-RU"/>
        </w:rPr>
      </w:pPr>
      <w:proofErr w:type="spellStart"/>
      <w:r w:rsidRPr="00FD2520">
        <w:rPr>
          <w:lang w:val="ru-RU"/>
        </w:rPr>
        <w:t>Тапсырыс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берушінің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сұрауы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бойынша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Орындаушы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шарттың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қолданылу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мерзімі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ішінде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пайдаланушыларға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қосымша</w:t>
      </w:r>
      <w:proofErr w:type="spellEnd"/>
      <w:r w:rsidRPr="00FD2520">
        <w:rPr>
          <w:lang w:val="ru-RU"/>
        </w:rPr>
        <w:t xml:space="preserve"> офлайн </w:t>
      </w:r>
      <w:proofErr w:type="spellStart"/>
      <w:r w:rsidRPr="00FD2520">
        <w:rPr>
          <w:lang w:val="ru-RU"/>
        </w:rPr>
        <w:t>немесе</w:t>
      </w:r>
      <w:proofErr w:type="spellEnd"/>
      <w:r w:rsidRPr="00FD2520">
        <w:rPr>
          <w:lang w:val="ru-RU"/>
        </w:rPr>
        <w:t xml:space="preserve"> онлайн </w:t>
      </w:r>
      <w:proofErr w:type="spellStart"/>
      <w:r w:rsidRPr="00FD2520">
        <w:rPr>
          <w:lang w:val="ru-RU"/>
        </w:rPr>
        <w:t>оқыту</w:t>
      </w:r>
      <w:proofErr w:type="spellEnd"/>
      <w:r w:rsidRPr="00FD2520">
        <w:rPr>
          <w:lang w:val="ru-RU"/>
        </w:rPr>
        <w:t xml:space="preserve"> </w:t>
      </w:r>
      <w:proofErr w:type="spellStart"/>
      <w:r w:rsidRPr="00FD2520">
        <w:rPr>
          <w:lang w:val="ru-RU"/>
        </w:rPr>
        <w:t>жүргізеді</w:t>
      </w:r>
      <w:proofErr w:type="spellEnd"/>
      <w:r w:rsidRPr="00FD2520">
        <w:rPr>
          <w:lang w:val="ru-RU"/>
        </w:rPr>
        <w:t>.</w:t>
      </w:r>
    </w:p>
    <w:sectPr w:rsidR="008879E0" w:rsidRPr="00FD2520" w:rsidSect="00034616">
      <w:pgSz w:w="12240" w:h="15840"/>
      <w:pgMar w:top="1134" w:right="102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5113"/>
    <w:rsid w:val="00034616"/>
    <w:rsid w:val="0006063C"/>
    <w:rsid w:val="000B141E"/>
    <w:rsid w:val="0015074B"/>
    <w:rsid w:val="0029639D"/>
    <w:rsid w:val="002A1B67"/>
    <w:rsid w:val="00326F90"/>
    <w:rsid w:val="00336F04"/>
    <w:rsid w:val="007B6926"/>
    <w:rsid w:val="008879E0"/>
    <w:rsid w:val="00A34C83"/>
    <w:rsid w:val="00AA1D8D"/>
    <w:rsid w:val="00B47730"/>
    <w:rsid w:val="00CB0664"/>
    <w:rsid w:val="00FC693F"/>
    <w:rsid w:val="00FD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9C696B"/>
  <w14:defaultImageDpi w14:val="300"/>
  <w15:docId w15:val="{D7E8A0B7-C322-41E4-A388-4D08E7C8F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0A558E-0CA2-4131-A244-B880EF720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2798</Words>
  <Characters>15950</Characters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18711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2013-12-23T23:15:00Z</dcterms:created>
  <dcterms:modified xsi:type="dcterms:W3CDTF">2026-07-14T04:27:00Z</dcterms:modified>
  <cp:category/>
</cp:coreProperties>
</file>