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4A5187" w14:textId="77777777" w:rsidR="007322FA" w:rsidRDefault="00E91743">
      <w:pPr>
        <w:pStyle w:val="aa"/>
        <w:jc w:val="center"/>
      </w:pPr>
      <w:r>
        <w:rPr>
          <w:rFonts w:ascii="Arial" w:hAnsi="Arial"/>
          <w:sz w:val="30"/>
        </w:rPr>
        <w:t>ТЕХНИКАЛЫҚ СИПАТТАМА</w:t>
      </w:r>
    </w:p>
    <w:p w14:paraId="5C267E82" w14:textId="243E2010" w:rsidR="007322FA" w:rsidRDefault="007322FA" w:rsidP="00D85F89"/>
    <w:tbl>
      <w:tblPr>
        <w:tblW w:w="0" w:type="auto"/>
        <w:tblBorders>
          <w:top w:val="single" w:sz="6" w:space="0" w:color="D9D9D9"/>
          <w:left w:val="single" w:sz="6" w:space="0" w:color="D9D9D9"/>
          <w:bottom w:val="single" w:sz="6" w:space="0" w:color="D9D9D9"/>
          <w:right w:val="single" w:sz="6" w:space="0" w:color="D9D9D9"/>
          <w:insideH w:val="single" w:sz="6" w:space="0" w:color="D9D9D9"/>
          <w:insideV w:val="single" w:sz="6" w:space="0" w:color="D9D9D9"/>
        </w:tblBorders>
        <w:tblLayout w:type="fixed"/>
        <w:tblLook w:val="04A0" w:firstRow="1" w:lastRow="0" w:firstColumn="1" w:lastColumn="0" w:noHBand="0" w:noVBand="1"/>
      </w:tblPr>
      <w:tblGrid>
        <w:gridCol w:w="638"/>
        <w:gridCol w:w="3637"/>
        <w:gridCol w:w="1659"/>
        <w:gridCol w:w="4468"/>
      </w:tblGrid>
      <w:tr w:rsidR="007322FA" w14:paraId="64066871" w14:textId="77777777" w:rsidTr="00D85F89">
        <w:trPr>
          <w:trHeight w:val="260"/>
        </w:trPr>
        <w:tc>
          <w:tcPr>
            <w:tcW w:w="638" w:type="dxa"/>
            <w:shd w:val="clear" w:color="auto" w:fill="24557A"/>
            <w:tcMar>
              <w:top w:w="85" w:type="dxa"/>
              <w:left w:w="85" w:type="dxa"/>
              <w:bottom w:w="85" w:type="dxa"/>
              <w:right w:w="85" w:type="dxa"/>
            </w:tcMar>
            <w:vAlign w:val="center"/>
          </w:tcPr>
          <w:p w14:paraId="4BD03298" w14:textId="77777777" w:rsidR="007322FA" w:rsidRDefault="00E91743">
            <w:pPr>
              <w:jc w:val="center"/>
            </w:pPr>
            <w:r>
              <w:rPr>
                <w:b/>
                <w:color w:val="FFFFFF"/>
                <w:sz w:val="16"/>
              </w:rPr>
              <w:t>№</w:t>
            </w:r>
          </w:p>
        </w:tc>
        <w:tc>
          <w:tcPr>
            <w:tcW w:w="3637" w:type="dxa"/>
            <w:shd w:val="clear" w:color="auto" w:fill="24557A"/>
            <w:tcMar>
              <w:top w:w="85" w:type="dxa"/>
              <w:left w:w="85" w:type="dxa"/>
              <w:bottom w:w="85" w:type="dxa"/>
              <w:right w:w="85" w:type="dxa"/>
            </w:tcMar>
            <w:vAlign w:val="center"/>
          </w:tcPr>
          <w:p w14:paraId="0D31C43E" w14:textId="77777777" w:rsidR="007322FA" w:rsidRDefault="00E91743">
            <w:pPr>
              <w:jc w:val="center"/>
            </w:pPr>
            <w:r>
              <w:rPr>
                <w:b/>
                <w:color w:val="FFFFFF"/>
                <w:sz w:val="16"/>
              </w:rPr>
              <w:t>Негізгі көрсеткіш</w:t>
            </w:r>
          </w:p>
        </w:tc>
        <w:tc>
          <w:tcPr>
            <w:tcW w:w="1659" w:type="dxa"/>
            <w:shd w:val="clear" w:color="auto" w:fill="24557A"/>
            <w:tcMar>
              <w:top w:w="85" w:type="dxa"/>
              <w:left w:w="85" w:type="dxa"/>
              <w:bottom w:w="85" w:type="dxa"/>
              <w:right w:w="85" w:type="dxa"/>
            </w:tcMar>
            <w:vAlign w:val="center"/>
          </w:tcPr>
          <w:p w14:paraId="49423BE4" w14:textId="77777777" w:rsidR="007322FA" w:rsidRDefault="00E91743">
            <w:pPr>
              <w:jc w:val="center"/>
            </w:pPr>
            <w:r>
              <w:rPr>
                <w:b/>
                <w:color w:val="FFFFFF"/>
                <w:sz w:val="16"/>
              </w:rPr>
              <w:t>Өлшем</w:t>
            </w:r>
            <w:r>
              <w:rPr>
                <w:b/>
                <w:color w:val="FFFFFF"/>
                <w:sz w:val="16"/>
              </w:rPr>
              <w:t xml:space="preserve"> бірлігі</w:t>
            </w:r>
          </w:p>
        </w:tc>
        <w:tc>
          <w:tcPr>
            <w:tcW w:w="4468" w:type="dxa"/>
            <w:shd w:val="clear" w:color="auto" w:fill="24557A"/>
            <w:tcMar>
              <w:top w:w="85" w:type="dxa"/>
              <w:left w:w="85" w:type="dxa"/>
              <w:bottom w:w="85" w:type="dxa"/>
              <w:right w:w="85" w:type="dxa"/>
            </w:tcMar>
            <w:vAlign w:val="center"/>
          </w:tcPr>
          <w:p w14:paraId="0D006A9B" w14:textId="77777777" w:rsidR="007322FA" w:rsidRDefault="00E91743">
            <w:pPr>
              <w:jc w:val="center"/>
            </w:pPr>
            <w:r>
              <w:rPr>
                <w:b/>
                <w:color w:val="FFFFFF"/>
                <w:sz w:val="16"/>
              </w:rPr>
              <w:t>Мәні</w:t>
            </w:r>
          </w:p>
        </w:tc>
      </w:tr>
      <w:tr w:rsidR="007322FA" w14:paraId="7DE17141" w14:textId="77777777" w:rsidTr="00D85F89">
        <w:trPr>
          <w:trHeight w:val="260"/>
        </w:trPr>
        <w:tc>
          <w:tcPr>
            <w:tcW w:w="638" w:type="dxa"/>
            <w:tcMar>
              <w:top w:w="85" w:type="dxa"/>
              <w:left w:w="85" w:type="dxa"/>
              <w:bottom w:w="85" w:type="dxa"/>
              <w:right w:w="85" w:type="dxa"/>
            </w:tcMar>
            <w:vAlign w:val="center"/>
          </w:tcPr>
          <w:p w14:paraId="64E1905D" w14:textId="77777777" w:rsidR="007322FA" w:rsidRDefault="00E91743">
            <w:pPr>
              <w:jc w:val="center"/>
            </w:pPr>
            <w:r>
              <w:rPr>
                <w:sz w:val="16"/>
              </w:rPr>
              <w:t>1</w:t>
            </w:r>
          </w:p>
        </w:tc>
        <w:tc>
          <w:tcPr>
            <w:tcW w:w="3637" w:type="dxa"/>
            <w:tcMar>
              <w:top w:w="85" w:type="dxa"/>
              <w:left w:w="85" w:type="dxa"/>
              <w:bottom w:w="85" w:type="dxa"/>
              <w:right w:w="85" w:type="dxa"/>
            </w:tcMar>
            <w:vAlign w:val="center"/>
          </w:tcPr>
          <w:p w14:paraId="3C6C2D68" w14:textId="77777777" w:rsidR="007322FA" w:rsidRDefault="00E91743">
            <w:r>
              <w:rPr>
                <w:sz w:val="16"/>
              </w:rPr>
              <w:t>Ескі кәріз құбырларын бөлшектеу</w:t>
            </w:r>
          </w:p>
        </w:tc>
        <w:tc>
          <w:tcPr>
            <w:tcW w:w="1659" w:type="dxa"/>
            <w:tcMar>
              <w:top w:w="85" w:type="dxa"/>
              <w:left w:w="85" w:type="dxa"/>
              <w:bottom w:w="85" w:type="dxa"/>
              <w:right w:w="85" w:type="dxa"/>
            </w:tcMar>
            <w:vAlign w:val="center"/>
          </w:tcPr>
          <w:p w14:paraId="1D16BEA8" w14:textId="77777777" w:rsidR="007322FA" w:rsidRDefault="00E91743">
            <w:r>
              <w:rPr>
                <w:sz w:val="16"/>
              </w:rPr>
              <w:t>м</w:t>
            </w:r>
          </w:p>
        </w:tc>
        <w:tc>
          <w:tcPr>
            <w:tcW w:w="4468" w:type="dxa"/>
            <w:tcMar>
              <w:top w:w="85" w:type="dxa"/>
              <w:left w:w="85" w:type="dxa"/>
              <w:bottom w:w="85" w:type="dxa"/>
              <w:right w:w="85" w:type="dxa"/>
            </w:tcMar>
            <w:vAlign w:val="center"/>
          </w:tcPr>
          <w:p w14:paraId="0C9CFEA3" w14:textId="77777777" w:rsidR="007322FA" w:rsidRDefault="00E91743">
            <w:pPr>
              <w:jc w:val="center"/>
            </w:pPr>
            <w:r>
              <w:rPr>
                <w:sz w:val="16"/>
              </w:rPr>
              <w:t>500</w:t>
            </w:r>
          </w:p>
        </w:tc>
      </w:tr>
      <w:tr w:rsidR="007322FA" w14:paraId="0F5F2CE2" w14:textId="77777777" w:rsidTr="00D85F89">
        <w:trPr>
          <w:trHeight w:val="272"/>
        </w:trPr>
        <w:tc>
          <w:tcPr>
            <w:tcW w:w="638" w:type="dxa"/>
            <w:shd w:val="clear" w:color="auto" w:fill="F2F6F9"/>
            <w:tcMar>
              <w:top w:w="85" w:type="dxa"/>
              <w:left w:w="85" w:type="dxa"/>
              <w:bottom w:w="85" w:type="dxa"/>
              <w:right w:w="85" w:type="dxa"/>
            </w:tcMar>
            <w:vAlign w:val="center"/>
          </w:tcPr>
          <w:p w14:paraId="4CC2B3BD" w14:textId="77777777" w:rsidR="007322FA" w:rsidRDefault="00E91743">
            <w:pPr>
              <w:jc w:val="center"/>
            </w:pPr>
            <w:r>
              <w:rPr>
                <w:sz w:val="16"/>
              </w:rPr>
              <w:t>2</w:t>
            </w:r>
          </w:p>
        </w:tc>
        <w:tc>
          <w:tcPr>
            <w:tcW w:w="3637" w:type="dxa"/>
            <w:shd w:val="clear" w:color="auto" w:fill="F2F6F9"/>
            <w:tcMar>
              <w:top w:w="85" w:type="dxa"/>
              <w:left w:w="85" w:type="dxa"/>
              <w:bottom w:w="85" w:type="dxa"/>
              <w:right w:w="85" w:type="dxa"/>
            </w:tcMar>
            <w:vAlign w:val="center"/>
          </w:tcPr>
          <w:p w14:paraId="64762D81" w14:textId="77777777" w:rsidR="007322FA" w:rsidRDefault="00E91743">
            <w:r>
              <w:rPr>
                <w:sz w:val="16"/>
              </w:rPr>
              <w:t>Жаңа кәріз құбыры Ø160 мм</w:t>
            </w:r>
          </w:p>
        </w:tc>
        <w:tc>
          <w:tcPr>
            <w:tcW w:w="1659" w:type="dxa"/>
            <w:shd w:val="clear" w:color="auto" w:fill="F2F6F9"/>
            <w:tcMar>
              <w:top w:w="85" w:type="dxa"/>
              <w:left w:w="85" w:type="dxa"/>
              <w:bottom w:w="85" w:type="dxa"/>
              <w:right w:w="85" w:type="dxa"/>
            </w:tcMar>
            <w:vAlign w:val="center"/>
          </w:tcPr>
          <w:p w14:paraId="24BC9185" w14:textId="77777777" w:rsidR="007322FA" w:rsidRDefault="00E91743">
            <w:r>
              <w:rPr>
                <w:sz w:val="16"/>
              </w:rPr>
              <w:t>м</w:t>
            </w:r>
          </w:p>
        </w:tc>
        <w:tc>
          <w:tcPr>
            <w:tcW w:w="4468" w:type="dxa"/>
            <w:shd w:val="clear" w:color="auto" w:fill="F2F6F9"/>
            <w:tcMar>
              <w:top w:w="85" w:type="dxa"/>
              <w:left w:w="85" w:type="dxa"/>
              <w:bottom w:w="85" w:type="dxa"/>
              <w:right w:w="85" w:type="dxa"/>
            </w:tcMar>
            <w:vAlign w:val="center"/>
          </w:tcPr>
          <w:p w14:paraId="7127651E" w14:textId="77777777" w:rsidR="007322FA" w:rsidRDefault="00E91743">
            <w:pPr>
              <w:jc w:val="center"/>
            </w:pPr>
            <w:r>
              <w:rPr>
                <w:sz w:val="16"/>
              </w:rPr>
              <w:t>500</w:t>
            </w:r>
          </w:p>
        </w:tc>
      </w:tr>
      <w:tr w:rsidR="007322FA" w14:paraId="224D581A" w14:textId="77777777" w:rsidTr="00D85F89">
        <w:trPr>
          <w:trHeight w:val="260"/>
        </w:trPr>
        <w:tc>
          <w:tcPr>
            <w:tcW w:w="638" w:type="dxa"/>
            <w:tcMar>
              <w:top w:w="85" w:type="dxa"/>
              <w:left w:w="85" w:type="dxa"/>
              <w:bottom w:w="85" w:type="dxa"/>
              <w:right w:w="85" w:type="dxa"/>
            </w:tcMar>
            <w:vAlign w:val="center"/>
          </w:tcPr>
          <w:p w14:paraId="51498CAD" w14:textId="77777777" w:rsidR="007322FA" w:rsidRDefault="00E91743">
            <w:pPr>
              <w:jc w:val="center"/>
            </w:pPr>
            <w:r>
              <w:rPr>
                <w:sz w:val="16"/>
              </w:rPr>
              <w:t>3</w:t>
            </w:r>
          </w:p>
        </w:tc>
        <w:tc>
          <w:tcPr>
            <w:tcW w:w="3637" w:type="dxa"/>
            <w:tcMar>
              <w:top w:w="85" w:type="dxa"/>
              <w:left w:w="85" w:type="dxa"/>
              <w:bottom w:w="85" w:type="dxa"/>
              <w:right w:w="85" w:type="dxa"/>
            </w:tcMar>
            <w:vAlign w:val="center"/>
          </w:tcPr>
          <w:p w14:paraId="0DA6B9FE" w14:textId="77777777" w:rsidR="007322FA" w:rsidRDefault="00E91743">
            <w:r>
              <w:rPr>
                <w:sz w:val="16"/>
              </w:rPr>
              <w:t>Бұрма бөлшектер</w:t>
            </w:r>
          </w:p>
        </w:tc>
        <w:tc>
          <w:tcPr>
            <w:tcW w:w="1659" w:type="dxa"/>
            <w:tcMar>
              <w:top w:w="85" w:type="dxa"/>
              <w:left w:w="85" w:type="dxa"/>
              <w:bottom w:w="85" w:type="dxa"/>
              <w:right w:w="85" w:type="dxa"/>
            </w:tcMar>
            <w:vAlign w:val="center"/>
          </w:tcPr>
          <w:p w14:paraId="503A0363" w14:textId="77777777" w:rsidR="007322FA" w:rsidRDefault="00E91743">
            <w:r>
              <w:rPr>
                <w:sz w:val="16"/>
              </w:rPr>
              <w:t>дана</w:t>
            </w:r>
          </w:p>
        </w:tc>
        <w:tc>
          <w:tcPr>
            <w:tcW w:w="4468" w:type="dxa"/>
            <w:tcMar>
              <w:top w:w="85" w:type="dxa"/>
              <w:left w:w="85" w:type="dxa"/>
              <w:bottom w:w="85" w:type="dxa"/>
              <w:right w:w="85" w:type="dxa"/>
            </w:tcMar>
            <w:vAlign w:val="center"/>
          </w:tcPr>
          <w:p w14:paraId="5CA0DD0E" w14:textId="77777777" w:rsidR="007322FA" w:rsidRDefault="00E91743">
            <w:pPr>
              <w:jc w:val="center"/>
            </w:pPr>
            <w:r>
              <w:rPr>
                <w:sz w:val="16"/>
              </w:rPr>
              <w:t>60</w:t>
            </w:r>
          </w:p>
        </w:tc>
      </w:tr>
      <w:tr w:rsidR="007322FA" w14:paraId="1526C03D" w14:textId="77777777" w:rsidTr="00D85F89">
        <w:trPr>
          <w:trHeight w:val="260"/>
        </w:trPr>
        <w:tc>
          <w:tcPr>
            <w:tcW w:w="638" w:type="dxa"/>
            <w:shd w:val="clear" w:color="auto" w:fill="F2F6F9"/>
            <w:tcMar>
              <w:top w:w="85" w:type="dxa"/>
              <w:left w:w="85" w:type="dxa"/>
              <w:bottom w:w="85" w:type="dxa"/>
              <w:right w:w="85" w:type="dxa"/>
            </w:tcMar>
            <w:vAlign w:val="center"/>
          </w:tcPr>
          <w:p w14:paraId="0C399425" w14:textId="77777777" w:rsidR="007322FA" w:rsidRDefault="00E91743">
            <w:pPr>
              <w:jc w:val="center"/>
            </w:pPr>
            <w:r>
              <w:rPr>
                <w:sz w:val="16"/>
              </w:rPr>
              <w:t>4</w:t>
            </w:r>
          </w:p>
        </w:tc>
        <w:tc>
          <w:tcPr>
            <w:tcW w:w="3637" w:type="dxa"/>
            <w:shd w:val="clear" w:color="auto" w:fill="F2F6F9"/>
            <w:tcMar>
              <w:top w:w="85" w:type="dxa"/>
              <w:left w:w="85" w:type="dxa"/>
              <w:bottom w:w="85" w:type="dxa"/>
              <w:right w:w="85" w:type="dxa"/>
            </w:tcMar>
            <w:vAlign w:val="center"/>
          </w:tcPr>
          <w:p w14:paraId="17F519D9" w14:textId="77777777" w:rsidR="007322FA" w:rsidRDefault="00E91743">
            <w:r>
              <w:rPr>
                <w:sz w:val="16"/>
              </w:rPr>
              <w:t>Кәріз құдықтарын жөндеу</w:t>
            </w:r>
          </w:p>
        </w:tc>
        <w:tc>
          <w:tcPr>
            <w:tcW w:w="1659" w:type="dxa"/>
            <w:shd w:val="clear" w:color="auto" w:fill="F2F6F9"/>
            <w:tcMar>
              <w:top w:w="85" w:type="dxa"/>
              <w:left w:w="85" w:type="dxa"/>
              <w:bottom w:w="85" w:type="dxa"/>
              <w:right w:w="85" w:type="dxa"/>
            </w:tcMar>
            <w:vAlign w:val="center"/>
          </w:tcPr>
          <w:p w14:paraId="30ED5B78" w14:textId="77777777" w:rsidR="007322FA" w:rsidRDefault="00E91743">
            <w:r>
              <w:rPr>
                <w:sz w:val="16"/>
              </w:rPr>
              <w:t>дана</w:t>
            </w:r>
          </w:p>
        </w:tc>
        <w:tc>
          <w:tcPr>
            <w:tcW w:w="4468" w:type="dxa"/>
            <w:shd w:val="clear" w:color="auto" w:fill="F2F6F9"/>
            <w:tcMar>
              <w:top w:w="85" w:type="dxa"/>
              <w:left w:w="85" w:type="dxa"/>
              <w:bottom w:w="85" w:type="dxa"/>
              <w:right w:w="85" w:type="dxa"/>
            </w:tcMar>
            <w:vAlign w:val="center"/>
          </w:tcPr>
          <w:p w14:paraId="1CDAE8EE" w14:textId="77777777" w:rsidR="007322FA" w:rsidRDefault="00E91743">
            <w:pPr>
              <w:jc w:val="center"/>
            </w:pPr>
            <w:r>
              <w:rPr>
                <w:sz w:val="16"/>
              </w:rPr>
              <w:t>3</w:t>
            </w:r>
          </w:p>
        </w:tc>
      </w:tr>
      <w:tr w:rsidR="007322FA" w14:paraId="51559081" w14:textId="77777777" w:rsidTr="00D85F89">
        <w:trPr>
          <w:trHeight w:val="260"/>
        </w:trPr>
        <w:tc>
          <w:tcPr>
            <w:tcW w:w="638" w:type="dxa"/>
            <w:tcMar>
              <w:top w:w="85" w:type="dxa"/>
              <w:left w:w="85" w:type="dxa"/>
              <w:bottom w:w="85" w:type="dxa"/>
              <w:right w:w="85" w:type="dxa"/>
            </w:tcMar>
            <w:vAlign w:val="center"/>
          </w:tcPr>
          <w:p w14:paraId="0AA9AC78" w14:textId="77777777" w:rsidR="007322FA" w:rsidRDefault="00E91743">
            <w:pPr>
              <w:jc w:val="center"/>
            </w:pPr>
            <w:r>
              <w:rPr>
                <w:sz w:val="16"/>
              </w:rPr>
              <w:t>5</w:t>
            </w:r>
          </w:p>
        </w:tc>
        <w:tc>
          <w:tcPr>
            <w:tcW w:w="3637" w:type="dxa"/>
            <w:tcMar>
              <w:top w:w="85" w:type="dxa"/>
              <w:left w:w="85" w:type="dxa"/>
              <w:bottom w:w="85" w:type="dxa"/>
              <w:right w:w="85" w:type="dxa"/>
            </w:tcMar>
            <w:vAlign w:val="center"/>
          </w:tcPr>
          <w:p w14:paraId="2A4A35F0" w14:textId="77777777" w:rsidR="007322FA" w:rsidRDefault="00E91743">
            <w:r>
              <w:rPr>
                <w:sz w:val="16"/>
              </w:rPr>
              <w:t>Шойын люк қақпағы рамасымен</w:t>
            </w:r>
          </w:p>
        </w:tc>
        <w:tc>
          <w:tcPr>
            <w:tcW w:w="1659" w:type="dxa"/>
            <w:tcMar>
              <w:top w:w="85" w:type="dxa"/>
              <w:left w:w="85" w:type="dxa"/>
              <w:bottom w:w="85" w:type="dxa"/>
              <w:right w:w="85" w:type="dxa"/>
            </w:tcMar>
            <w:vAlign w:val="center"/>
          </w:tcPr>
          <w:p w14:paraId="7C03F075" w14:textId="77777777" w:rsidR="007322FA" w:rsidRDefault="00E91743">
            <w:r>
              <w:rPr>
                <w:sz w:val="16"/>
              </w:rPr>
              <w:t>жиынтық</w:t>
            </w:r>
          </w:p>
        </w:tc>
        <w:tc>
          <w:tcPr>
            <w:tcW w:w="4468" w:type="dxa"/>
            <w:tcMar>
              <w:top w:w="85" w:type="dxa"/>
              <w:left w:w="85" w:type="dxa"/>
              <w:bottom w:w="85" w:type="dxa"/>
              <w:right w:w="85" w:type="dxa"/>
            </w:tcMar>
            <w:vAlign w:val="center"/>
          </w:tcPr>
          <w:p w14:paraId="3E2CA227" w14:textId="77777777" w:rsidR="007322FA" w:rsidRDefault="00E91743">
            <w:pPr>
              <w:jc w:val="center"/>
            </w:pPr>
            <w:r>
              <w:rPr>
                <w:sz w:val="16"/>
              </w:rPr>
              <w:t>3</w:t>
            </w:r>
          </w:p>
        </w:tc>
      </w:tr>
      <w:tr w:rsidR="007322FA" w14:paraId="1FB3B93F" w14:textId="77777777" w:rsidTr="00D85F89">
        <w:trPr>
          <w:trHeight w:val="260"/>
        </w:trPr>
        <w:tc>
          <w:tcPr>
            <w:tcW w:w="638" w:type="dxa"/>
            <w:shd w:val="clear" w:color="auto" w:fill="F2F6F9"/>
            <w:tcMar>
              <w:top w:w="85" w:type="dxa"/>
              <w:left w:w="85" w:type="dxa"/>
              <w:bottom w:w="85" w:type="dxa"/>
              <w:right w:w="85" w:type="dxa"/>
            </w:tcMar>
            <w:vAlign w:val="center"/>
          </w:tcPr>
          <w:p w14:paraId="5A9572A3" w14:textId="77777777" w:rsidR="007322FA" w:rsidRDefault="00E91743">
            <w:pPr>
              <w:jc w:val="center"/>
            </w:pPr>
            <w:r>
              <w:rPr>
                <w:sz w:val="16"/>
              </w:rPr>
              <w:t>6</w:t>
            </w:r>
          </w:p>
        </w:tc>
        <w:tc>
          <w:tcPr>
            <w:tcW w:w="3637" w:type="dxa"/>
            <w:shd w:val="clear" w:color="auto" w:fill="F2F6F9"/>
            <w:tcMar>
              <w:top w:w="85" w:type="dxa"/>
              <w:left w:w="85" w:type="dxa"/>
              <w:bottom w:w="85" w:type="dxa"/>
              <w:right w:w="85" w:type="dxa"/>
            </w:tcMar>
            <w:vAlign w:val="center"/>
          </w:tcPr>
          <w:p w14:paraId="325BC5E3" w14:textId="77777777" w:rsidR="007322FA" w:rsidRDefault="00E91743">
            <w:r>
              <w:rPr>
                <w:sz w:val="16"/>
              </w:rPr>
              <w:t>Траншея өлшемі</w:t>
            </w:r>
          </w:p>
        </w:tc>
        <w:tc>
          <w:tcPr>
            <w:tcW w:w="1659" w:type="dxa"/>
            <w:shd w:val="clear" w:color="auto" w:fill="F2F6F9"/>
            <w:tcMar>
              <w:top w:w="85" w:type="dxa"/>
              <w:left w:w="85" w:type="dxa"/>
              <w:bottom w:w="85" w:type="dxa"/>
              <w:right w:w="85" w:type="dxa"/>
            </w:tcMar>
            <w:vAlign w:val="center"/>
          </w:tcPr>
          <w:p w14:paraId="05C353CF" w14:textId="77777777" w:rsidR="007322FA" w:rsidRDefault="00E91743">
            <w:r>
              <w:rPr>
                <w:sz w:val="16"/>
              </w:rPr>
              <w:t>м</w:t>
            </w:r>
          </w:p>
        </w:tc>
        <w:tc>
          <w:tcPr>
            <w:tcW w:w="4468" w:type="dxa"/>
            <w:shd w:val="clear" w:color="auto" w:fill="F2F6F9"/>
            <w:tcMar>
              <w:top w:w="85" w:type="dxa"/>
              <w:left w:w="85" w:type="dxa"/>
              <w:bottom w:w="85" w:type="dxa"/>
              <w:right w:w="85" w:type="dxa"/>
            </w:tcMar>
            <w:vAlign w:val="center"/>
          </w:tcPr>
          <w:p w14:paraId="3172E479" w14:textId="77777777" w:rsidR="007322FA" w:rsidRDefault="00E91743">
            <w:pPr>
              <w:jc w:val="center"/>
            </w:pPr>
            <w:r>
              <w:rPr>
                <w:sz w:val="16"/>
              </w:rPr>
              <w:t>500 × 2,5 × 1,0</w:t>
            </w:r>
          </w:p>
        </w:tc>
      </w:tr>
      <w:tr w:rsidR="007322FA" w14:paraId="2BD87A07" w14:textId="77777777" w:rsidTr="00D85F89">
        <w:trPr>
          <w:trHeight w:val="272"/>
        </w:trPr>
        <w:tc>
          <w:tcPr>
            <w:tcW w:w="638" w:type="dxa"/>
            <w:tcMar>
              <w:top w:w="85" w:type="dxa"/>
              <w:left w:w="85" w:type="dxa"/>
              <w:bottom w:w="85" w:type="dxa"/>
              <w:right w:w="85" w:type="dxa"/>
            </w:tcMar>
            <w:vAlign w:val="center"/>
          </w:tcPr>
          <w:p w14:paraId="4CD65DB5" w14:textId="77777777" w:rsidR="007322FA" w:rsidRDefault="00E91743">
            <w:pPr>
              <w:jc w:val="center"/>
            </w:pPr>
            <w:r>
              <w:rPr>
                <w:sz w:val="16"/>
              </w:rPr>
              <w:t>7</w:t>
            </w:r>
          </w:p>
        </w:tc>
        <w:tc>
          <w:tcPr>
            <w:tcW w:w="3637" w:type="dxa"/>
            <w:tcMar>
              <w:top w:w="85" w:type="dxa"/>
              <w:left w:w="85" w:type="dxa"/>
              <w:bottom w:w="85" w:type="dxa"/>
              <w:right w:w="85" w:type="dxa"/>
            </w:tcMar>
            <w:vAlign w:val="center"/>
          </w:tcPr>
          <w:p w14:paraId="56D5CEF4" w14:textId="77777777" w:rsidR="007322FA" w:rsidRDefault="00E91743">
            <w:r>
              <w:rPr>
                <w:sz w:val="16"/>
              </w:rPr>
              <w:t>Орындау мерзімі</w:t>
            </w:r>
          </w:p>
        </w:tc>
        <w:tc>
          <w:tcPr>
            <w:tcW w:w="1659" w:type="dxa"/>
            <w:tcMar>
              <w:top w:w="85" w:type="dxa"/>
              <w:left w:w="85" w:type="dxa"/>
              <w:bottom w:w="85" w:type="dxa"/>
              <w:right w:w="85" w:type="dxa"/>
            </w:tcMar>
            <w:vAlign w:val="center"/>
          </w:tcPr>
          <w:p w14:paraId="63715D8D" w14:textId="77777777" w:rsidR="007322FA" w:rsidRDefault="00E91743">
            <w:r>
              <w:rPr>
                <w:sz w:val="16"/>
              </w:rPr>
              <w:t>күнтізбелік күн</w:t>
            </w:r>
          </w:p>
        </w:tc>
        <w:tc>
          <w:tcPr>
            <w:tcW w:w="4468" w:type="dxa"/>
            <w:tcMar>
              <w:top w:w="85" w:type="dxa"/>
              <w:left w:w="85" w:type="dxa"/>
              <w:bottom w:w="85" w:type="dxa"/>
              <w:right w:w="85" w:type="dxa"/>
            </w:tcMar>
            <w:vAlign w:val="center"/>
          </w:tcPr>
          <w:p w14:paraId="0F1ECE2E" w14:textId="77777777" w:rsidR="007322FA" w:rsidRDefault="00E91743">
            <w:pPr>
              <w:jc w:val="center"/>
            </w:pPr>
            <w:r>
              <w:rPr>
                <w:sz w:val="16"/>
              </w:rPr>
              <w:t>15</w:t>
            </w:r>
          </w:p>
        </w:tc>
      </w:tr>
      <w:tr w:rsidR="007322FA" w14:paraId="296282A9" w14:textId="77777777" w:rsidTr="00D85F89">
        <w:trPr>
          <w:trHeight w:val="260"/>
        </w:trPr>
        <w:tc>
          <w:tcPr>
            <w:tcW w:w="638" w:type="dxa"/>
            <w:shd w:val="clear" w:color="auto" w:fill="F2F6F9"/>
            <w:tcMar>
              <w:top w:w="85" w:type="dxa"/>
              <w:left w:w="85" w:type="dxa"/>
              <w:bottom w:w="85" w:type="dxa"/>
              <w:right w:w="85" w:type="dxa"/>
            </w:tcMar>
            <w:vAlign w:val="center"/>
          </w:tcPr>
          <w:p w14:paraId="2ACE24AD" w14:textId="77777777" w:rsidR="007322FA" w:rsidRDefault="00E91743">
            <w:pPr>
              <w:jc w:val="center"/>
            </w:pPr>
            <w:r>
              <w:rPr>
                <w:sz w:val="16"/>
              </w:rPr>
              <w:t>8</w:t>
            </w:r>
          </w:p>
        </w:tc>
        <w:tc>
          <w:tcPr>
            <w:tcW w:w="3637" w:type="dxa"/>
            <w:shd w:val="clear" w:color="auto" w:fill="F2F6F9"/>
            <w:tcMar>
              <w:top w:w="85" w:type="dxa"/>
              <w:left w:w="85" w:type="dxa"/>
              <w:bottom w:w="85" w:type="dxa"/>
              <w:right w:w="85" w:type="dxa"/>
            </w:tcMar>
            <w:vAlign w:val="center"/>
          </w:tcPr>
          <w:p w14:paraId="4161DB49" w14:textId="77777777" w:rsidR="007322FA" w:rsidRDefault="00E91743">
            <w:r>
              <w:rPr>
                <w:sz w:val="16"/>
              </w:rPr>
              <w:t>Кепілдік</w:t>
            </w:r>
          </w:p>
        </w:tc>
        <w:tc>
          <w:tcPr>
            <w:tcW w:w="1659" w:type="dxa"/>
            <w:shd w:val="clear" w:color="auto" w:fill="F2F6F9"/>
            <w:tcMar>
              <w:top w:w="85" w:type="dxa"/>
              <w:left w:w="85" w:type="dxa"/>
              <w:bottom w:w="85" w:type="dxa"/>
              <w:right w:w="85" w:type="dxa"/>
            </w:tcMar>
            <w:vAlign w:val="center"/>
          </w:tcPr>
          <w:p w14:paraId="62266293" w14:textId="77777777" w:rsidR="007322FA" w:rsidRDefault="00E91743">
            <w:r>
              <w:rPr>
                <w:sz w:val="16"/>
              </w:rPr>
              <w:t>ай</w:t>
            </w:r>
          </w:p>
        </w:tc>
        <w:tc>
          <w:tcPr>
            <w:tcW w:w="4468" w:type="dxa"/>
            <w:shd w:val="clear" w:color="auto" w:fill="F2F6F9"/>
            <w:tcMar>
              <w:top w:w="85" w:type="dxa"/>
              <w:left w:w="85" w:type="dxa"/>
              <w:bottom w:w="85" w:type="dxa"/>
              <w:right w:w="85" w:type="dxa"/>
            </w:tcMar>
            <w:vAlign w:val="center"/>
          </w:tcPr>
          <w:p w14:paraId="75A0802F" w14:textId="77777777" w:rsidR="007322FA" w:rsidRDefault="00E91743">
            <w:pPr>
              <w:jc w:val="center"/>
            </w:pPr>
            <w:r>
              <w:rPr>
                <w:sz w:val="16"/>
              </w:rPr>
              <w:t>2</w:t>
            </w:r>
          </w:p>
        </w:tc>
      </w:tr>
    </w:tbl>
    <w:p w14:paraId="433B6356" w14:textId="77777777" w:rsidR="007322FA" w:rsidRDefault="007322FA"/>
    <w:p w14:paraId="585EC131" w14:textId="77777777" w:rsidR="007322FA" w:rsidRDefault="00E91743">
      <w:pPr>
        <w:pStyle w:val="1"/>
      </w:pPr>
      <w:r>
        <w:rPr>
          <w:rFonts w:ascii="Arial" w:hAnsi="Arial"/>
          <w:sz w:val="21"/>
        </w:rPr>
        <w:t>1 Жалпы талаптар</w:t>
      </w:r>
    </w:p>
    <w:p w14:paraId="462664AB" w14:textId="77777777" w:rsidR="007322FA" w:rsidRDefault="00E91743">
      <w:pPr>
        <w:keepLines/>
        <w:ind w:left="198" w:hanging="142"/>
        <w:jc w:val="both"/>
      </w:pPr>
      <w:r>
        <w:t xml:space="preserve">• Мердігер ұзындығы 500 м қолданыстағы сыртқы кәріз желісін толық </w:t>
      </w:r>
      <w:r>
        <w:t>ауыстыруды, ескі құбырларды бөлшектеуді және сыртқы диаметрі 160 мм жаңа құбырларды орнатуды, 60 дана бұрма бөлшектерін монтаждауды, үш кәріз құдығын жөндеуді және әр құдыққа шойын люк қақпағын орнатуды толық кешенде орындауға міндетті.</w:t>
      </w:r>
    </w:p>
    <w:p w14:paraId="49F0D53A" w14:textId="77777777" w:rsidR="007322FA" w:rsidRDefault="00E91743">
      <w:pPr>
        <w:keepLines/>
        <w:ind w:left="198" w:hanging="142"/>
        <w:jc w:val="both"/>
      </w:pPr>
      <w:r>
        <w:t xml:space="preserve">• Жұмысқа </w:t>
      </w:r>
      <w:r>
        <w:t>нысанды тексеру, трассаны аспаптық белгілеу, инженерлік желілерді анықтау, уақытша айналма немесе ағынды тоқтату шаралары, техниканы жалдау, траншея қазу, суды бұру, бекіту, бөлшектеу, монтаж, герметикалығын сынау, гидрооқшаулау, жуылған құммен толтыру, ты</w:t>
      </w:r>
      <w:r>
        <w:t>ғыздау</w:t>
      </w:r>
      <w:r>
        <w:t>, аумақты бұрынғы қалпына келтіру және барлық қоқысты шығару кіреді.</w:t>
      </w:r>
    </w:p>
    <w:p w14:paraId="3730FB7F" w14:textId="77777777" w:rsidR="007322FA" w:rsidRDefault="00E91743">
      <w:pPr>
        <w:keepLines/>
        <w:ind w:left="198" w:hanging="142"/>
        <w:jc w:val="both"/>
      </w:pPr>
      <w:r>
        <w:t>• Барлық материалдар, техника, жанармай, құралдар, жұмыс күші, көтеру тетіктері, қауіпсіздік шаралары, тасымалдау, тиеу-түсіру және қалпына келтіру жұмыстары жалпы шарттық құнға кір</w:t>
      </w:r>
      <w:r>
        <w:t>еді.</w:t>
      </w:r>
    </w:p>
    <w:p w14:paraId="6D2D006A" w14:textId="77777777" w:rsidR="007322FA" w:rsidRDefault="00E91743">
      <w:pPr>
        <w:pStyle w:val="1"/>
      </w:pPr>
      <w:r>
        <w:rPr>
          <w:rFonts w:ascii="Arial" w:hAnsi="Arial"/>
          <w:sz w:val="21"/>
        </w:rPr>
        <w:t>2 Алдын ала тексеру және ұйымдастыру</w:t>
      </w:r>
    </w:p>
    <w:p w14:paraId="7275D512" w14:textId="77777777" w:rsidR="007322FA" w:rsidRDefault="00E91743">
      <w:pPr>
        <w:keepLines/>
        <w:ind w:left="198" w:hanging="142"/>
        <w:jc w:val="both"/>
      </w:pPr>
      <w:r>
        <w:t>• Жұмыс басталғанға дейін Мердігер Тапсырыс берушімен бірге 500 м трассаны тексеріп, бастапқы және соңғы белгілерді, қолданыстағы еңісті, құдықтардың орналасуын, қосылу нүктелерін және жер асты коммуникацияларын ан</w:t>
      </w:r>
      <w:r>
        <w:t>ықтайды.</w:t>
      </w:r>
    </w:p>
    <w:p w14:paraId="2D7C0967" w14:textId="77777777" w:rsidR="007322FA" w:rsidRDefault="00E91743">
      <w:pPr>
        <w:keepLines/>
        <w:ind w:left="198" w:hanging="142"/>
        <w:jc w:val="both"/>
      </w:pPr>
      <w:r>
        <w:t>• Жасырын инженерлік желілерді бүлдірмеу үшін трассаны аспаппен іздеу және қажет жерлерде бақылау шурфтарын қолмен ашу орындалады. Байланыс иелерінің келісімінсіз механикаландырылған қазуға жол берілмейді.</w:t>
      </w:r>
    </w:p>
    <w:p w14:paraId="0A81839F" w14:textId="77777777" w:rsidR="007322FA" w:rsidRDefault="00E91743">
      <w:pPr>
        <w:keepLines/>
        <w:ind w:left="198" w:hanging="142"/>
        <w:jc w:val="both"/>
      </w:pPr>
      <w:r>
        <w:t>• Жұмыс кестесі 15 күнтізбелік күнге жаса</w:t>
      </w:r>
      <w:r>
        <w:t>лып, бригадалар саны, техника, учаскелерді кезеңдеп жабу, ағынды уақытша бұру және жаяу жүргіншілердің қауіпсіз қозғалысы көрсетіледі.</w:t>
      </w:r>
    </w:p>
    <w:p w14:paraId="25A31E04" w14:textId="77777777" w:rsidR="007322FA" w:rsidRDefault="00E91743">
      <w:pPr>
        <w:pStyle w:val="1"/>
      </w:pPr>
      <w:r>
        <w:rPr>
          <w:rFonts w:ascii="Arial" w:hAnsi="Arial"/>
          <w:sz w:val="21"/>
        </w:rPr>
        <w:t>3 Траншея және жер жұмыстары</w:t>
      </w:r>
    </w:p>
    <w:p w14:paraId="7DC33C37" w14:textId="77777777" w:rsidR="007322FA" w:rsidRDefault="00E91743">
      <w:pPr>
        <w:keepLines/>
        <w:ind w:left="198" w:hanging="142"/>
        <w:jc w:val="both"/>
      </w:pPr>
      <w:r>
        <w:t>• Траншеяның жоспарлы ұзындығы 500 м, орташа тереңдігі 2,5 м, ені 1,0 м. Есептік қазу көлемі</w:t>
      </w:r>
      <w:r>
        <w:t>: 500 × 2,5 × 1,0 = 1 250 м³.</w:t>
      </w:r>
    </w:p>
    <w:p w14:paraId="45EA1619" w14:textId="77777777" w:rsidR="007322FA" w:rsidRPr="00D85F89" w:rsidRDefault="00E91743">
      <w:pPr>
        <w:keepLines/>
        <w:ind w:left="198" w:hanging="142"/>
        <w:jc w:val="both"/>
        <w:rPr>
          <w:lang w:val="ru-RU"/>
        </w:rPr>
      </w:pPr>
      <w:r w:rsidRPr="00D85F89">
        <w:rPr>
          <w:lang w:val="ru-RU"/>
        </w:rPr>
        <w:t xml:space="preserve">• Траншея </w:t>
      </w:r>
      <w:proofErr w:type="spellStart"/>
      <w:r w:rsidRPr="00D85F89">
        <w:rPr>
          <w:lang w:val="ru-RU"/>
        </w:rPr>
        <w:t>экскаватормен</w:t>
      </w:r>
      <w:proofErr w:type="spellEnd"/>
      <w:r w:rsidRPr="00D85F89">
        <w:rPr>
          <w:lang w:val="ru-RU"/>
        </w:rPr>
        <w:t xml:space="preserve"> </w:t>
      </w:r>
      <w:proofErr w:type="spellStart"/>
      <w:r w:rsidRPr="00D85F89">
        <w:rPr>
          <w:lang w:val="ru-RU"/>
        </w:rPr>
        <w:t>қазылады</w:t>
      </w:r>
      <w:proofErr w:type="spellEnd"/>
      <w:r w:rsidRPr="00D85F89">
        <w:rPr>
          <w:lang w:val="ru-RU"/>
        </w:rPr>
        <w:t xml:space="preserve">, </w:t>
      </w:r>
      <w:proofErr w:type="spellStart"/>
      <w:r w:rsidRPr="00D85F89">
        <w:rPr>
          <w:lang w:val="ru-RU"/>
        </w:rPr>
        <w:t>коммуникациялар</w:t>
      </w:r>
      <w:proofErr w:type="spellEnd"/>
      <w:r w:rsidRPr="00D85F89">
        <w:rPr>
          <w:lang w:val="ru-RU"/>
        </w:rPr>
        <w:t xml:space="preserve"> мен </w:t>
      </w:r>
      <w:proofErr w:type="spellStart"/>
      <w:r w:rsidRPr="00D85F89">
        <w:rPr>
          <w:lang w:val="ru-RU"/>
        </w:rPr>
        <w:t>құдықтар</w:t>
      </w:r>
      <w:proofErr w:type="spellEnd"/>
      <w:r w:rsidRPr="00D85F89">
        <w:rPr>
          <w:lang w:val="ru-RU"/>
        </w:rPr>
        <w:t xml:space="preserve"> </w:t>
      </w:r>
      <w:proofErr w:type="spellStart"/>
      <w:r w:rsidRPr="00D85F89">
        <w:rPr>
          <w:lang w:val="ru-RU"/>
        </w:rPr>
        <w:t>жанында</w:t>
      </w:r>
      <w:proofErr w:type="spellEnd"/>
      <w:r w:rsidRPr="00D85F89">
        <w:rPr>
          <w:lang w:val="ru-RU"/>
        </w:rPr>
        <w:t xml:space="preserve"> </w:t>
      </w:r>
      <w:proofErr w:type="spellStart"/>
      <w:r w:rsidRPr="00D85F89">
        <w:rPr>
          <w:lang w:val="ru-RU"/>
        </w:rPr>
        <w:t>жұмыс</w:t>
      </w:r>
      <w:proofErr w:type="spellEnd"/>
      <w:r w:rsidRPr="00D85F89">
        <w:rPr>
          <w:lang w:val="ru-RU"/>
        </w:rPr>
        <w:t xml:space="preserve"> </w:t>
      </w:r>
      <w:proofErr w:type="spellStart"/>
      <w:r w:rsidRPr="00D85F89">
        <w:rPr>
          <w:lang w:val="ru-RU"/>
        </w:rPr>
        <w:t>қолмен</w:t>
      </w:r>
      <w:proofErr w:type="spellEnd"/>
      <w:r w:rsidRPr="00D85F89">
        <w:rPr>
          <w:lang w:val="ru-RU"/>
        </w:rPr>
        <w:t xml:space="preserve"> </w:t>
      </w:r>
      <w:proofErr w:type="spellStart"/>
      <w:r w:rsidRPr="00D85F89">
        <w:rPr>
          <w:lang w:val="ru-RU"/>
        </w:rPr>
        <w:t>орындалады</w:t>
      </w:r>
      <w:proofErr w:type="spellEnd"/>
      <w:r w:rsidRPr="00D85F89">
        <w:rPr>
          <w:lang w:val="ru-RU"/>
        </w:rPr>
        <w:t xml:space="preserve">. </w:t>
      </w:r>
      <w:proofErr w:type="spellStart"/>
      <w:r w:rsidRPr="00D85F89">
        <w:rPr>
          <w:lang w:val="ru-RU"/>
        </w:rPr>
        <w:t>Қазылған</w:t>
      </w:r>
      <w:proofErr w:type="spellEnd"/>
      <w:r w:rsidRPr="00D85F89">
        <w:rPr>
          <w:lang w:val="ru-RU"/>
        </w:rPr>
        <w:t xml:space="preserve"> </w:t>
      </w:r>
      <w:proofErr w:type="spellStart"/>
      <w:r w:rsidRPr="00D85F89">
        <w:rPr>
          <w:lang w:val="ru-RU"/>
        </w:rPr>
        <w:t>топырақ</w:t>
      </w:r>
      <w:proofErr w:type="spellEnd"/>
      <w:r w:rsidRPr="00D85F89">
        <w:rPr>
          <w:lang w:val="ru-RU"/>
        </w:rPr>
        <w:t xml:space="preserve"> </w:t>
      </w:r>
      <w:proofErr w:type="spellStart"/>
      <w:r w:rsidRPr="00D85F89">
        <w:rPr>
          <w:lang w:val="ru-RU"/>
        </w:rPr>
        <w:t>адамдардың</w:t>
      </w:r>
      <w:proofErr w:type="spellEnd"/>
      <w:r w:rsidRPr="00D85F89">
        <w:rPr>
          <w:lang w:val="ru-RU"/>
        </w:rPr>
        <w:t xml:space="preserve"> </w:t>
      </w:r>
      <w:proofErr w:type="spellStart"/>
      <w:r w:rsidRPr="00D85F89">
        <w:rPr>
          <w:lang w:val="ru-RU"/>
        </w:rPr>
        <w:t>өтуіне</w:t>
      </w:r>
      <w:proofErr w:type="spellEnd"/>
      <w:r w:rsidRPr="00D85F89">
        <w:rPr>
          <w:lang w:val="ru-RU"/>
        </w:rPr>
        <w:t xml:space="preserve">, </w:t>
      </w:r>
      <w:proofErr w:type="spellStart"/>
      <w:r w:rsidRPr="00D85F89">
        <w:rPr>
          <w:lang w:val="ru-RU"/>
        </w:rPr>
        <w:t>көлік</w:t>
      </w:r>
      <w:proofErr w:type="spellEnd"/>
      <w:r w:rsidRPr="00D85F89">
        <w:rPr>
          <w:lang w:val="ru-RU"/>
        </w:rPr>
        <w:t xml:space="preserve"> </w:t>
      </w:r>
      <w:proofErr w:type="spellStart"/>
      <w:r w:rsidRPr="00D85F89">
        <w:rPr>
          <w:lang w:val="ru-RU"/>
        </w:rPr>
        <w:t>қозғалысына</w:t>
      </w:r>
      <w:proofErr w:type="spellEnd"/>
      <w:r w:rsidRPr="00D85F89">
        <w:rPr>
          <w:lang w:val="ru-RU"/>
        </w:rPr>
        <w:t xml:space="preserve"> </w:t>
      </w:r>
      <w:proofErr w:type="spellStart"/>
      <w:r w:rsidRPr="00D85F89">
        <w:rPr>
          <w:lang w:val="ru-RU"/>
        </w:rPr>
        <w:t>және</w:t>
      </w:r>
      <w:proofErr w:type="spellEnd"/>
      <w:r w:rsidRPr="00D85F89">
        <w:rPr>
          <w:lang w:val="ru-RU"/>
        </w:rPr>
        <w:t xml:space="preserve"> </w:t>
      </w:r>
      <w:proofErr w:type="spellStart"/>
      <w:r w:rsidRPr="00D85F89">
        <w:rPr>
          <w:lang w:val="ru-RU"/>
        </w:rPr>
        <w:t>ғимараттарға</w:t>
      </w:r>
      <w:proofErr w:type="spellEnd"/>
      <w:r w:rsidRPr="00D85F89">
        <w:rPr>
          <w:lang w:val="ru-RU"/>
        </w:rPr>
        <w:t xml:space="preserve"> </w:t>
      </w:r>
      <w:proofErr w:type="spellStart"/>
      <w:r w:rsidRPr="00D85F89">
        <w:rPr>
          <w:lang w:val="ru-RU"/>
        </w:rPr>
        <w:t>қауіп</w:t>
      </w:r>
      <w:proofErr w:type="spellEnd"/>
      <w:r w:rsidRPr="00D85F89">
        <w:rPr>
          <w:lang w:val="ru-RU"/>
        </w:rPr>
        <w:t xml:space="preserve"> </w:t>
      </w:r>
      <w:proofErr w:type="spellStart"/>
      <w:r w:rsidRPr="00D85F89">
        <w:rPr>
          <w:lang w:val="ru-RU"/>
        </w:rPr>
        <w:t>тудырмайтын</w:t>
      </w:r>
      <w:proofErr w:type="spellEnd"/>
      <w:r w:rsidRPr="00D85F89">
        <w:rPr>
          <w:lang w:val="ru-RU"/>
        </w:rPr>
        <w:t xml:space="preserve"> </w:t>
      </w:r>
      <w:proofErr w:type="spellStart"/>
      <w:r w:rsidRPr="00D85F89">
        <w:rPr>
          <w:lang w:val="ru-RU"/>
        </w:rPr>
        <w:t>жерге</w:t>
      </w:r>
      <w:proofErr w:type="spellEnd"/>
      <w:r w:rsidRPr="00D85F89">
        <w:rPr>
          <w:lang w:val="ru-RU"/>
        </w:rPr>
        <w:t xml:space="preserve"> </w:t>
      </w:r>
      <w:proofErr w:type="spellStart"/>
      <w:r w:rsidRPr="00D85F89">
        <w:rPr>
          <w:lang w:val="ru-RU"/>
        </w:rPr>
        <w:t>уақытша</w:t>
      </w:r>
      <w:proofErr w:type="spellEnd"/>
      <w:r w:rsidRPr="00D85F89">
        <w:rPr>
          <w:lang w:val="ru-RU"/>
        </w:rPr>
        <w:t xml:space="preserve"> </w:t>
      </w:r>
      <w:proofErr w:type="spellStart"/>
      <w:r w:rsidRPr="00D85F89">
        <w:rPr>
          <w:lang w:val="ru-RU"/>
        </w:rPr>
        <w:t>қойылады</w:t>
      </w:r>
      <w:proofErr w:type="spellEnd"/>
      <w:r w:rsidRPr="00D85F89">
        <w:rPr>
          <w:lang w:val="ru-RU"/>
        </w:rPr>
        <w:t xml:space="preserve"> </w:t>
      </w:r>
      <w:proofErr w:type="spellStart"/>
      <w:r w:rsidRPr="00D85F89">
        <w:rPr>
          <w:lang w:val="ru-RU"/>
        </w:rPr>
        <w:t>немесе</w:t>
      </w:r>
      <w:proofErr w:type="spellEnd"/>
      <w:r w:rsidRPr="00D85F89">
        <w:rPr>
          <w:lang w:val="ru-RU"/>
        </w:rPr>
        <w:t xml:space="preserve"> </w:t>
      </w:r>
      <w:proofErr w:type="spellStart"/>
      <w:r w:rsidRPr="00D85F89">
        <w:rPr>
          <w:lang w:val="ru-RU"/>
        </w:rPr>
        <w:t>шығарылады</w:t>
      </w:r>
      <w:proofErr w:type="spellEnd"/>
      <w:r w:rsidRPr="00D85F89">
        <w:rPr>
          <w:lang w:val="ru-RU"/>
        </w:rPr>
        <w:t>.</w:t>
      </w:r>
    </w:p>
    <w:p w14:paraId="405E8A55" w14:textId="77777777" w:rsidR="007322FA" w:rsidRPr="00D85F89" w:rsidRDefault="00E91743">
      <w:pPr>
        <w:keepLines/>
        <w:ind w:left="198" w:hanging="142"/>
        <w:jc w:val="both"/>
        <w:rPr>
          <w:lang w:val="ru-RU"/>
        </w:rPr>
      </w:pPr>
      <w:r w:rsidRPr="00D85F89">
        <w:rPr>
          <w:lang w:val="ru-RU"/>
        </w:rPr>
        <w:t xml:space="preserve">• </w:t>
      </w:r>
      <w:proofErr w:type="spellStart"/>
      <w:r w:rsidRPr="00D85F89">
        <w:rPr>
          <w:lang w:val="ru-RU"/>
        </w:rPr>
        <w:t>Тереңдігі</w:t>
      </w:r>
      <w:proofErr w:type="spellEnd"/>
      <w:r w:rsidRPr="00D85F89">
        <w:rPr>
          <w:lang w:val="ru-RU"/>
        </w:rPr>
        <w:t xml:space="preserve"> 2,5 м траншея </w:t>
      </w:r>
      <w:proofErr w:type="spellStart"/>
      <w:r w:rsidRPr="00D85F89">
        <w:rPr>
          <w:lang w:val="ru-RU"/>
        </w:rPr>
        <w:t>қабырғалары</w:t>
      </w:r>
      <w:proofErr w:type="spellEnd"/>
      <w:r w:rsidRPr="00D85F89">
        <w:rPr>
          <w:lang w:val="ru-RU"/>
        </w:rPr>
        <w:t xml:space="preserve"> </w:t>
      </w:r>
      <w:proofErr w:type="spellStart"/>
      <w:r w:rsidRPr="00D85F89">
        <w:rPr>
          <w:lang w:val="ru-RU"/>
        </w:rPr>
        <w:t>топырақ</w:t>
      </w:r>
      <w:proofErr w:type="spellEnd"/>
      <w:r w:rsidRPr="00D85F89">
        <w:rPr>
          <w:lang w:val="ru-RU"/>
        </w:rPr>
        <w:t xml:space="preserve"> </w:t>
      </w:r>
      <w:proofErr w:type="spellStart"/>
      <w:r w:rsidRPr="00D85F89">
        <w:rPr>
          <w:lang w:val="ru-RU"/>
        </w:rPr>
        <w:t>жағдайына</w:t>
      </w:r>
      <w:proofErr w:type="spellEnd"/>
      <w:r w:rsidRPr="00D85F89">
        <w:rPr>
          <w:lang w:val="ru-RU"/>
        </w:rPr>
        <w:t xml:space="preserve"> </w:t>
      </w:r>
      <w:proofErr w:type="spellStart"/>
      <w:r w:rsidRPr="00D85F89">
        <w:rPr>
          <w:lang w:val="ru-RU"/>
        </w:rPr>
        <w:t>қарай</w:t>
      </w:r>
      <w:proofErr w:type="spellEnd"/>
      <w:r w:rsidRPr="00D85F89">
        <w:rPr>
          <w:lang w:val="ru-RU"/>
        </w:rPr>
        <w:t xml:space="preserve"> </w:t>
      </w:r>
      <w:proofErr w:type="spellStart"/>
      <w:r w:rsidRPr="00D85F89">
        <w:rPr>
          <w:lang w:val="ru-RU"/>
        </w:rPr>
        <w:t>инвентарлық</w:t>
      </w:r>
      <w:proofErr w:type="spellEnd"/>
      <w:r w:rsidRPr="00D85F89">
        <w:rPr>
          <w:lang w:val="ru-RU"/>
        </w:rPr>
        <w:t xml:space="preserve"> </w:t>
      </w:r>
      <w:proofErr w:type="spellStart"/>
      <w:r w:rsidRPr="00D85F89">
        <w:rPr>
          <w:lang w:val="ru-RU"/>
        </w:rPr>
        <w:t>қалқанмен</w:t>
      </w:r>
      <w:proofErr w:type="spellEnd"/>
      <w:r w:rsidRPr="00D85F89">
        <w:rPr>
          <w:lang w:val="ru-RU"/>
        </w:rPr>
        <w:t xml:space="preserve"> </w:t>
      </w:r>
      <w:proofErr w:type="spellStart"/>
      <w:r w:rsidRPr="00D85F89">
        <w:rPr>
          <w:lang w:val="ru-RU"/>
        </w:rPr>
        <w:t>бекітіледі</w:t>
      </w:r>
      <w:proofErr w:type="spellEnd"/>
      <w:r w:rsidRPr="00D85F89">
        <w:rPr>
          <w:lang w:val="ru-RU"/>
        </w:rPr>
        <w:t xml:space="preserve"> </w:t>
      </w:r>
      <w:proofErr w:type="spellStart"/>
      <w:r w:rsidRPr="00D85F89">
        <w:rPr>
          <w:lang w:val="ru-RU"/>
        </w:rPr>
        <w:t>немесе</w:t>
      </w:r>
      <w:proofErr w:type="spellEnd"/>
      <w:r w:rsidRPr="00D85F89">
        <w:rPr>
          <w:lang w:val="ru-RU"/>
        </w:rPr>
        <w:t xml:space="preserve"> </w:t>
      </w:r>
      <w:proofErr w:type="spellStart"/>
      <w:r w:rsidRPr="00D85F89">
        <w:rPr>
          <w:lang w:val="ru-RU"/>
        </w:rPr>
        <w:t>қауіпсіз</w:t>
      </w:r>
      <w:proofErr w:type="spellEnd"/>
      <w:r w:rsidRPr="00D85F89">
        <w:rPr>
          <w:lang w:val="ru-RU"/>
        </w:rPr>
        <w:t xml:space="preserve"> </w:t>
      </w:r>
      <w:proofErr w:type="spellStart"/>
      <w:r w:rsidRPr="00D85F89">
        <w:rPr>
          <w:lang w:val="ru-RU"/>
        </w:rPr>
        <w:t>еңіспен</w:t>
      </w:r>
      <w:proofErr w:type="spellEnd"/>
      <w:r w:rsidRPr="00D85F89">
        <w:rPr>
          <w:lang w:val="ru-RU"/>
        </w:rPr>
        <w:t xml:space="preserve"> </w:t>
      </w:r>
      <w:proofErr w:type="spellStart"/>
      <w:r w:rsidRPr="00D85F89">
        <w:rPr>
          <w:lang w:val="ru-RU"/>
        </w:rPr>
        <w:t>орындалады</w:t>
      </w:r>
      <w:proofErr w:type="spellEnd"/>
      <w:r w:rsidRPr="00D85F89">
        <w:rPr>
          <w:lang w:val="ru-RU"/>
        </w:rPr>
        <w:t xml:space="preserve">. </w:t>
      </w:r>
      <w:proofErr w:type="spellStart"/>
      <w:r w:rsidRPr="00D85F89">
        <w:rPr>
          <w:lang w:val="ru-RU"/>
        </w:rPr>
        <w:t>Бекітусіз</w:t>
      </w:r>
      <w:proofErr w:type="spellEnd"/>
      <w:r w:rsidRPr="00D85F89">
        <w:rPr>
          <w:lang w:val="ru-RU"/>
        </w:rPr>
        <w:t xml:space="preserve"> </w:t>
      </w:r>
      <w:proofErr w:type="spellStart"/>
      <w:r w:rsidRPr="00D85F89">
        <w:rPr>
          <w:lang w:val="ru-RU"/>
        </w:rPr>
        <w:t>тік</w:t>
      </w:r>
      <w:proofErr w:type="spellEnd"/>
      <w:r w:rsidRPr="00D85F89">
        <w:rPr>
          <w:lang w:val="ru-RU"/>
        </w:rPr>
        <w:t xml:space="preserve"> </w:t>
      </w:r>
      <w:proofErr w:type="spellStart"/>
      <w:r w:rsidRPr="00D85F89">
        <w:rPr>
          <w:lang w:val="ru-RU"/>
        </w:rPr>
        <w:t>қабырғалы</w:t>
      </w:r>
      <w:proofErr w:type="spellEnd"/>
      <w:r w:rsidRPr="00D85F89">
        <w:rPr>
          <w:lang w:val="ru-RU"/>
        </w:rPr>
        <w:t xml:space="preserve"> </w:t>
      </w:r>
      <w:proofErr w:type="spellStart"/>
      <w:r w:rsidRPr="00D85F89">
        <w:rPr>
          <w:lang w:val="ru-RU"/>
        </w:rPr>
        <w:t>траншеяда</w:t>
      </w:r>
      <w:proofErr w:type="spellEnd"/>
      <w:r w:rsidRPr="00D85F89">
        <w:rPr>
          <w:lang w:val="ru-RU"/>
        </w:rPr>
        <w:t xml:space="preserve"> </w:t>
      </w:r>
      <w:proofErr w:type="spellStart"/>
      <w:r w:rsidRPr="00D85F89">
        <w:rPr>
          <w:lang w:val="ru-RU"/>
        </w:rPr>
        <w:t>адамдардың</w:t>
      </w:r>
      <w:proofErr w:type="spellEnd"/>
      <w:r w:rsidRPr="00D85F89">
        <w:rPr>
          <w:lang w:val="ru-RU"/>
        </w:rPr>
        <w:t xml:space="preserve"> </w:t>
      </w:r>
      <w:proofErr w:type="spellStart"/>
      <w:r w:rsidRPr="00D85F89">
        <w:rPr>
          <w:lang w:val="ru-RU"/>
        </w:rPr>
        <w:t>жұмыс</w:t>
      </w:r>
      <w:proofErr w:type="spellEnd"/>
      <w:r w:rsidRPr="00D85F89">
        <w:rPr>
          <w:lang w:val="ru-RU"/>
        </w:rPr>
        <w:t xml:space="preserve"> </w:t>
      </w:r>
      <w:proofErr w:type="spellStart"/>
      <w:r w:rsidRPr="00D85F89">
        <w:rPr>
          <w:lang w:val="ru-RU"/>
        </w:rPr>
        <w:t>істеуіне</w:t>
      </w:r>
      <w:proofErr w:type="spellEnd"/>
      <w:r w:rsidRPr="00D85F89">
        <w:rPr>
          <w:lang w:val="ru-RU"/>
        </w:rPr>
        <w:t xml:space="preserve"> </w:t>
      </w:r>
      <w:proofErr w:type="spellStart"/>
      <w:r w:rsidRPr="00D85F89">
        <w:rPr>
          <w:lang w:val="ru-RU"/>
        </w:rPr>
        <w:t>тыйым</w:t>
      </w:r>
      <w:proofErr w:type="spellEnd"/>
      <w:r w:rsidRPr="00D85F89">
        <w:rPr>
          <w:lang w:val="ru-RU"/>
        </w:rPr>
        <w:t xml:space="preserve"> </w:t>
      </w:r>
      <w:proofErr w:type="spellStart"/>
      <w:r w:rsidRPr="00D85F89">
        <w:rPr>
          <w:lang w:val="ru-RU"/>
        </w:rPr>
        <w:t>салынады</w:t>
      </w:r>
      <w:proofErr w:type="spellEnd"/>
      <w:r w:rsidRPr="00D85F89">
        <w:rPr>
          <w:lang w:val="ru-RU"/>
        </w:rPr>
        <w:t>.</w:t>
      </w:r>
    </w:p>
    <w:p w14:paraId="05EDC323" w14:textId="77777777" w:rsidR="007322FA" w:rsidRPr="00D85F89" w:rsidRDefault="00E91743">
      <w:pPr>
        <w:keepLines/>
        <w:ind w:left="198" w:hanging="142"/>
        <w:jc w:val="both"/>
        <w:rPr>
          <w:lang w:val="ru-RU"/>
        </w:rPr>
      </w:pPr>
      <w:r w:rsidRPr="00D85F89">
        <w:rPr>
          <w:lang w:val="ru-RU"/>
        </w:rPr>
        <w:t xml:space="preserve">• </w:t>
      </w:r>
      <w:proofErr w:type="spellStart"/>
      <w:r w:rsidRPr="00D85F89">
        <w:rPr>
          <w:lang w:val="ru-RU"/>
        </w:rPr>
        <w:t>Траншеяға</w:t>
      </w:r>
      <w:proofErr w:type="spellEnd"/>
      <w:r w:rsidRPr="00D85F89">
        <w:rPr>
          <w:lang w:val="ru-RU"/>
        </w:rPr>
        <w:t xml:space="preserve"> </w:t>
      </w:r>
      <w:proofErr w:type="spellStart"/>
      <w:r w:rsidRPr="00D85F89">
        <w:rPr>
          <w:lang w:val="ru-RU"/>
        </w:rPr>
        <w:t>кемінде</w:t>
      </w:r>
      <w:proofErr w:type="spellEnd"/>
      <w:r w:rsidRPr="00D85F89">
        <w:rPr>
          <w:lang w:val="ru-RU"/>
        </w:rPr>
        <w:t xml:space="preserve"> </w:t>
      </w:r>
      <w:proofErr w:type="spellStart"/>
      <w:r w:rsidRPr="00D85F89">
        <w:rPr>
          <w:lang w:val="ru-RU"/>
        </w:rPr>
        <w:t>әр</w:t>
      </w:r>
      <w:proofErr w:type="spellEnd"/>
      <w:r w:rsidRPr="00D85F89">
        <w:rPr>
          <w:lang w:val="ru-RU"/>
        </w:rPr>
        <w:t xml:space="preserve"> 25 м </w:t>
      </w:r>
      <w:proofErr w:type="spellStart"/>
      <w:r w:rsidRPr="00D85F89">
        <w:rPr>
          <w:lang w:val="ru-RU"/>
        </w:rPr>
        <w:t>сайын</w:t>
      </w:r>
      <w:proofErr w:type="spellEnd"/>
      <w:r w:rsidRPr="00D85F89">
        <w:rPr>
          <w:lang w:val="ru-RU"/>
        </w:rPr>
        <w:t xml:space="preserve"> </w:t>
      </w:r>
      <w:proofErr w:type="spellStart"/>
      <w:r w:rsidRPr="00D85F89">
        <w:rPr>
          <w:lang w:val="ru-RU"/>
        </w:rPr>
        <w:t>жарамды</w:t>
      </w:r>
      <w:proofErr w:type="spellEnd"/>
      <w:r w:rsidRPr="00D85F89">
        <w:rPr>
          <w:lang w:val="ru-RU"/>
        </w:rPr>
        <w:t xml:space="preserve"> </w:t>
      </w:r>
      <w:proofErr w:type="spellStart"/>
      <w:r w:rsidRPr="00D85F89">
        <w:rPr>
          <w:lang w:val="ru-RU"/>
        </w:rPr>
        <w:t>сатым</w:t>
      </w:r>
      <w:r w:rsidRPr="00D85F89">
        <w:rPr>
          <w:lang w:val="ru-RU"/>
        </w:rPr>
        <w:t>ен</w:t>
      </w:r>
      <w:proofErr w:type="spellEnd"/>
      <w:r w:rsidRPr="00D85F89">
        <w:rPr>
          <w:lang w:val="ru-RU"/>
        </w:rPr>
        <w:t xml:space="preserve"> </w:t>
      </w:r>
      <w:proofErr w:type="spellStart"/>
      <w:r w:rsidRPr="00D85F89">
        <w:rPr>
          <w:lang w:val="ru-RU"/>
        </w:rPr>
        <w:t>қауіпсіз</w:t>
      </w:r>
      <w:proofErr w:type="spellEnd"/>
      <w:r w:rsidRPr="00D85F89">
        <w:rPr>
          <w:lang w:val="ru-RU"/>
        </w:rPr>
        <w:t xml:space="preserve"> </w:t>
      </w:r>
      <w:proofErr w:type="spellStart"/>
      <w:r w:rsidRPr="00D85F89">
        <w:rPr>
          <w:lang w:val="ru-RU"/>
        </w:rPr>
        <w:t>кіру</w:t>
      </w:r>
      <w:proofErr w:type="spellEnd"/>
      <w:r w:rsidRPr="00D85F89">
        <w:rPr>
          <w:lang w:val="ru-RU"/>
        </w:rPr>
        <w:t xml:space="preserve"> </w:t>
      </w:r>
      <w:proofErr w:type="spellStart"/>
      <w:r w:rsidRPr="00D85F89">
        <w:rPr>
          <w:lang w:val="ru-RU"/>
        </w:rPr>
        <w:t>қамтамасыз</w:t>
      </w:r>
      <w:proofErr w:type="spellEnd"/>
      <w:r w:rsidRPr="00D85F89">
        <w:rPr>
          <w:lang w:val="ru-RU"/>
        </w:rPr>
        <w:t xml:space="preserve"> </w:t>
      </w:r>
      <w:proofErr w:type="spellStart"/>
      <w:r w:rsidRPr="00D85F89">
        <w:rPr>
          <w:lang w:val="ru-RU"/>
        </w:rPr>
        <w:t>етіледі</w:t>
      </w:r>
      <w:proofErr w:type="spellEnd"/>
      <w:r w:rsidRPr="00D85F89">
        <w:rPr>
          <w:lang w:val="ru-RU"/>
        </w:rPr>
        <w:t xml:space="preserve">. </w:t>
      </w:r>
      <w:proofErr w:type="spellStart"/>
      <w:r w:rsidRPr="00D85F89">
        <w:rPr>
          <w:lang w:val="ru-RU"/>
        </w:rPr>
        <w:t>Жер</w:t>
      </w:r>
      <w:proofErr w:type="spellEnd"/>
      <w:r w:rsidRPr="00D85F89">
        <w:rPr>
          <w:lang w:val="ru-RU"/>
        </w:rPr>
        <w:t xml:space="preserve"> </w:t>
      </w:r>
      <w:proofErr w:type="spellStart"/>
      <w:r w:rsidRPr="00D85F89">
        <w:rPr>
          <w:lang w:val="ru-RU"/>
        </w:rPr>
        <w:t>асты</w:t>
      </w:r>
      <w:proofErr w:type="spellEnd"/>
      <w:r w:rsidRPr="00D85F89">
        <w:rPr>
          <w:lang w:val="ru-RU"/>
        </w:rPr>
        <w:t xml:space="preserve"> </w:t>
      </w:r>
      <w:proofErr w:type="spellStart"/>
      <w:r w:rsidRPr="00D85F89">
        <w:rPr>
          <w:lang w:val="ru-RU"/>
        </w:rPr>
        <w:t>суы</w:t>
      </w:r>
      <w:proofErr w:type="spellEnd"/>
      <w:r w:rsidRPr="00D85F89">
        <w:rPr>
          <w:lang w:val="ru-RU"/>
        </w:rPr>
        <w:t xml:space="preserve"> </w:t>
      </w:r>
      <w:proofErr w:type="spellStart"/>
      <w:r w:rsidRPr="00D85F89">
        <w:rPr>
          <w:lang w:val="ru-RU"/>
        </w:rPr>
        <w:t>немесе</w:t>
      </w:r>
      <w:proofErr w:type="spellEnd"/>
      <w:r w:rsidRPr="00D85F89">
        <w:rPr>
          <w:lang w:val="ru-RU"/>
        </w:rPr>
        <w:t xml:space="preserve"> </w:t>
      </w:r>
      <w:proofErr w:type="spellStart"/>
      <w:r w:rsidRPr="00D85F89">
        <w:rPr>
          <w:lang w:val="ru-RU"/>
        </w:rPr>
        <w:t>ағын</w:t>
      </w:r>
      <w:proofErr w:type="spellEnd"/>
      <w:r w:rsidRPr="00D85F89">
        <w:rPr>
          <w:lang w:val="ru-RU"/>
        </w:rPr>
        <w:t xml:space="preserve"> су </w:t>
      </w:r>
      <w:proofErr w:type="spellStart"/>
      <w:r w:rsidRPr="00D85F89">
        <w:rPr>
          <w:lang w:val="ru-RU"/>
        </w:rPr>
        <w:t>пайда</w:t>
      </w:r>
      <w:proofErr w:type="spellEnd"/>
      <w:r w:rsidRPr="00D85F89">
        <w:rPr>
          <w:lang w:val="ru-RU"/>
        </w:rPr>
        <w:t xml:space="preserve"> </w:t>
      </w:r>
      <w:proofErr w:type="spellStart"/>
      <w:r w:rsidRPr="00D85F89">
        <w:rPr>
          <w:lang w:val="ru-RU"/>
        </w:rPr>
        <w:t>болғанда</w:t>
      </w:r>
      <w:proofErr w:type="spellEnd"/>
      <w:r w:rsidRPr="00D85F89">
        <w:rPr>
          <w:lang w:val="ru-RU"/>
        </w:rPr>
        <w:t xml:space="preserve"> </w:t>
      </w:r>
      <w:proofErr w:type="spellStart"/>
      <w:r w:rsidRPr="00D85F89">
        <w:rPr>
          <w:lang w:val="ru-RU"/>
        </w:rPr>
        <w:t>сорғылармен</w:t>
      </w:r>
      <w:proofErr w:type="spellEnd"/>
      <w:r w:rsidRPr="00D85F89">
        <w:rPr>
          <w:lang w:val="ru-RU"/>
        </w:rPr>
        <w:t xml:space="preserve"> </w:t>
      </w:r>
      <w:proofErr w:type="spellStart"/>
      <w:r w:rsidRPr="00D85F89">
        <w:rPr>
          <w:lang w:val="ru-RU"/>
        </w:rPr>
        <w:t>үздіксіз</w:t>
      </w:r>
      <w:proofErr w:type="spellEnd"/>
      <w:r w:rsidRPr="00D85F89">
        <w:rPr>
          <w:lang w:val="ru-RU"/>
        </w:rPr>
        <w:t xml:space="preserve"> су </w:t>
      </w:r>
      <w:proofErr w:type="spellStart"/>
      <w:r w:rsidRPr="00D85F89">
        <w:rPr>
          <w:lang w:val="ru-RU"/>
        </w:rPr>
        <w:t>бұру</w:t>
      </w:r>
      <w:proofErr w:type="spellEnd"/>
      <w:r w:rsidRPr="00D85F89">
        <w:rPr>
          <w:lang w:val="ru-RU"/>
        </w:rPr>
        <w:t xml:space="preserve"> </w:t>
      </w:r>
      <w:proofErr w:type="spellStart"/>
      <w:r w:rsidRPr="00D85F89">
        <w:rPr>
          <w:lang w:val="ru-RU"/>
        </w:rPr>
        <w:t>ұйымдастырылады</w:t>
      </w:r>
      <w:proofErr w:type="spellEnd"/>
      <w:r w:rsidRPr="00D85F89">
        <w:rPr>
          <w:lang w:val="ru-RU"/>
        </w:rPr>
        <w:t>.</w:t>
      </w:r>
    </w:p>
    <w:p w14:paraId="0D63CA8B" w14:textId="77777777" w:rsidR="007322FA" w:rsidRPr="00D85F89" w:rsidRDefault="00E91743">
      <w:pPr>
        <w:keepLines/>
        <w:ind w:left="198" w:hanging="142"/>
        <w:jc w:val="both"/>
        <w:rPr>
          <w:lang w:val="ru-RU"/>
        </w:rPr>
      </w:pPr>
      <w:r w:rsidRPr="00D85F89">
        <w:rPr>
          <w:lang w:val="ru-RU"/>
        </w:rPr>
        <w:t xml:space="preserve">• Траншея </w:t>
      </w:r>
      <w:proofErr w:type="spellStart"/>
      <w:r w:rsidRPr="00D85F89">
        <w:rPr>
          <w:lang w:val="ru-RU"/>
        </w:rPr>
        <w:t>түбі</w:t>
      </w:r>
      <w:proofErr w:type="spellEnd"/>
      <w:r w:rsidRPr="00D85F89">
        <w:rPr>
          <w:lang w:val="ru-RU"/>
        </w:rPr>
        <w:t xml:space="preserve"> </w:t>
      </w:r>
      <w:proofErr w:type="spellStart"/>
      <w:r w:rsidRPr="00D85F89">
        <w:rPr>
          <w:lang w:val="ru-RU"/>
        </w:rPr>
        <w:t>жобалық</w:t>
      </w:r>
      <w:proofErr w:type="spellEnd"/>
      <w:r w:rsidRPr="00D85F89">
        <w:rPr>
          <w:lang w:val="ru-RU"/>
        </w:rPr>
        <w:t xml:space="preserve"> </w:t>
      </w:r>
      <w:proofErr w:type="spellStart"/>
      <w:r w:rsidRPr="00D85F89">
        <w:rPr>
          <w:lang w:val="ru-RU"/>
        </w:rPr>
        <w:t>немесе</w:t>
      </w:r>
      <w:proofErr w:type="spellEnd"/>
      <w:r w:rsidRPr="00D85F89">
        <w:rPr>
          <w:lang w:val="ru-RU"/>
        </w:rPr>
        <w:t xml:space="preserve"> </w:t>
      </w:r>
      <w:proofErr w:type="spellStart"/>
      <w:r w:rsidRPr="00D85F89">
        <w:rPr>
          <w:lang w:val="ru-RU"/>
        </w:rPr>
        <w:t>қолданыстағы</w:t>
      </w:r>
      <w:proofErr w:type="spellEnd"/>
      <w:r w:rsidRPr="00D85F89">
        <w:rPr>
          <w:lang w:val="ru-RU"/>
        </w:rPr>
        <w:t xml:space="preserve"> </w:t>
      </w:r>
      <w:proofErr w:type="spellStart"/>
      <w:r w:rsidRPr="00D85F89">
        <w:rPr>
          <w:lang w:val="ru-RU"/>
        </w:rPr>
        <w:t>кәріз</w:t>
      </w:r>
      <w:proofErr w:type="spellEnd"/>
      <w:r w:rsidRPr="00D85F89">
        <w:rPr>
          <w:lang w:val="ru-RU"/>
        </w:rPr>
        <w:t xml:space="preserve"> </w:t>
      </w:r>
      <w:proofErr w:type="spellStart"/>
      <w:r w:rsidRPr="00D85F89">
        <w:rPr>
          <w:lang w:val="ru-RU"/>
        </w:rPr>
        <w:t>еңісіне</w:t>
      </w:r>
      <w:proofErr w:type="spellEnd"/>
      <w:r w:rsidRPr="00D85F89">
        <w:rPr>
          <w:lang w:val="ru-RU"/>
        </w:rPr>
        <w:t xml:space="preserve"> </w:t>
      </w:r>
      <w:proofErr w:type="spellStart"/>
      <w:r w:rsidRPr="00D85F89">
        <w:rPr>
          <w:lang w:val="ru-RU"/>
        </w:rPr>
        <w:t>сәйкес</w:t>
      </w:r>
      <w:proofErr w:type="spellEnd"/>
      <w:r w:rsidRPr="00D85F89">
        <w:rPr>
          <w:lang w:val="ru-RU"/>
        </w:rPr>
        <w:t xml:space="preserve"> </w:t>
      </w:r>
      <w:proofErr w:type="spellStart"/>
      <w:r w:rsidRPr="00D85F89">
        <w:rPr>
          <w:lang w:val="ru-RU"/>
        </w:rPr>
        <w:t>аспаптық</w:t>
      </w:r>
      <w:proofErr w:type="spellEnd"/>
      <w:r w:rsidRPr="00D85F89">
        <w:rPr>
          <w:lang w:val="ru-RU"/>
        </w:rPr>
        <w:t xml:space="preserve"> </w:t>
      </w:r>
      <w:proofErr w:type="spellStart"/>
      <w:r w:rsidRPr="00D85F89">
        <w:rPr>
          <w:lang w:val="ru-RU"/>
        </w:rPr>
        <w:t>түрде</w:t>
      </w:r>
      <w:proofErr w:type="spellEnd"/>
      <w:r w:rsidRPr="00D85F89">
        <w:rPr>
          <w:lang w:val="ru-RU"/>
        </w:rPr>
        <w:t xml:space="preserve"> </w:t>
      </w:r>
      <w:proofErr w:type="spellStart"/>
      <w:r w:rsidRPr="00D85F89">
        <w:rPr>
          <w:lang w:val="ru-RU"/>
        </w:rPr>
        <w:t>тегістеледі</w:t>
      </w:r>
      <w:proofErr w:type="spellEnd"/>
      <w:r w:rsidRPr="00D85F89">
        <w:rPr>
          <w:lang w:val="ru-RU"/>
        </w:rPr>
        <w:t xml:space="preserve">. </w:t>
      </w:r>
      <w:proofErr w:type="spellStart"/>
      <w:r w:rsidRPr="00D85F89">
        <w:rPr>
          <w:lang w:val="ru-RU"/>
        </w:rPr>
        <w:t>Кері</w:t>
      </w:r>
      <w:proofErr w:type="spellEnd"/>
      <w:r w:rsidRPr="00D85F89">
        <w:rPr>
          <w:lang w:val="ru-RU"/>
        </w:rPr>
        <w:t xml:space="preserve"> </w:t>
      </w:r>
      <w:proofErr w:type="spellStart"/>
      <w:r w:rsidRPr="00D85F89">
        <w:rPr>
          <w:lang w:val="ru-RU"/>
        </w:rPr>
        <w:t>еңіс</w:t>
      </w:r>
      <w:proofErr w:type="spellEnd"/>
      <w:r w:rsidRPr="00D85F89">
        <w:rPr>
          <w:lang w:val="ru-RU"/>
        </w:rPr>
        <w:t xml:space="preserve">, </w:t>
      </w:r>
      <w:proofErr w:type="spellStart"/>
      <w:r w:rsidRPr="00D85F89">
        <w:rPr>
          <w:lang w:val="ru-RU"/>
        </w:rPr>
        <w:t>жергілікті</w:t>
      </w:r>
      <w:proofErr w:type="spellEnd"/>
      <w:r w:rsidRPr="00D85F89">
        <w:rPr>
          <w:lang w:val="ru-RU"/>
        </w:rPr>
        <w:t xml:space="preserve"> </w:t>
      </w:r>
      <w:proofErr w:type="spellStart"/>
      <w:r w:rsidRPr="00D85F89">
        <w:rPr>
          <w:lang w:val="ru-RU"/>
        </w:rPr>
        <w:t>ойық</w:t>
      </w:r>
      <w:proofErr w:type="spellEnd"/>
      <w:r w:rsidRPr="00D85F89">
        <w:rPr>
          <w:lang w:val="ru-RU"/>
        </w:rPr>
        <w:t xml:space="preserve">, </w:t>
      </w:r>
      <w:proofErr w:type="spellStart"/>
      <w:r w:rsidRPr="00D85F89">
        <w:rPr>
          <w:lang w:val="ru-RU"/>
        </w:rPr>
        <w:t>борпылдақ</w:t>
      </w:r>
      <w:proofErr w:type="spellEnd"/>
      <w:r w:rsidRPr="00D85F89">
        <w:rPr>
          <w:lang w:val="ru-RU"/>
        </w:rPr>
        <w:t xml:space="preserve"> </w:t>
      </w:r>
      <w:proofErr w:type="spellStart"/>
      <w:r w:rsidRPr="00D85F89">
        <w:rPr>
          <w:lang w:val="ru-RU"/>
        </w:rPr>
        <w:t>және</w:t>
      </w:r>
      <w:proofErr w:type="spellEnd"/>
      <w:r w:rsidRPr="00D85F89">
        <w:rPr>
          <w:lang w:val="ru-RU"/>
        </w:rPr>
        <w:t xml:space="preserve"> </w:t>
      </w:r>
      <w:proofErr w:type="spellStart"/>
      <w:r w:rsidRPr="00D85F89">
        <w:rPr>
          <w:lang w:val="ru-RU"/>
        </w:rPr>
        <w:t>суға</w:t>
      </w:r>
      <w:proofErr w:type="spellEnd"/>
      <w:r w:rsidRPr="00D85F89">
        <w:rPr>
          <w:lang w:val="ru-RU"/>
        </w:rPr>
        <w:t xml:space="preserve"> </w:t>
      </w:r>
      <w:proofErr w:type="spellStart"/>
      <w:r w:rsidRPr="00D85F89">
        <w:rPr>
          <w:lang w:val="ru-RU"/>
        </w:rPr>
        <w:t>қаныққан</w:t>
      </w:r>
      <w:proofErr w:type="spellEnd"/>
      <w:r w:rsidRPr="00D85F89">
        <w:rPr>
          <w:lang w:val="ru-RU"/>
        </w:rPr>
        <w:t xml:space="preserve"> </w:t>
      </w:r>
      <w:proofErr w:type="spellStart"/>
      <w:r w:rsidRPr="00D85F89">
        <w:rPr>
          <w:lang w:val="ru-RU"/>
        </w:rPr>
        <w:t>негіз</w:t>
      </w:r>
      <w:proofErr w:type="spellEnd"/>
      <w:r w:rsidRPr="00D85F89">
        <w:rPr>
          <w:lang w:val="ru-RU"/>
        </w:rPr>
        <w:t xml:space="preserve"> </w:t>
      </w:r>
      <w:proofErr w:type="spellStart"/>
      <w:r w:rsidRPr="00D85F89">
        <w:rPr>
          <w:lang w:val="ru-RU"/>
        </w:rPr>
        <w:t>қабылданбайды</w:t>
      </w:r>
      <w:proofErr w:type="spellEnd"/>
      <w:r w:rsidRPr="00D85F89">
        <w:rPr>
          <w:lang w:val="ru-RU"/>
        </w:rPr>
        <w:t>.</w:t>
      </w:r>
    </w:p>
    <w:p w14:paraId="485DEC25" w14:textId="77777777" w:rsidR="007322FA" w:rsidRPr="00D85F89" w:rsidRDefault="00E91743">
      <w:pPr>
        <w:pStyle w:val="1"/>
        <w:rPr>
          <w:lang w:val="ru-RU"/>
        </w:rPr>
      </w:pPr>
      <w:r w:rsidRPr="00D85F89">
        <w:rPr>
          <w:rFonts w:ascii="Arial" w:hAnsi="Arial"/>
          <w:sz w:val="21"/>
          <w:lang w:val="ru-RU"/>
        </w:rPr>
        <w:t xml:space="preserve">4 </w:t>
      </w:r>
      <w:proofErr w:type="spellStart"/>
      <w:r w:rsidRPr="00D85F89">
        <w:rPr>
          <w:rFonts w:ascii="Arial" w:hAnsi="Arial"/>
          <w:sz w:val="21"/>
          <w:lang w:val="ru-RU"/>
        </w:rPr>
        <w:t>Ескі</w:t>
      </w:r>
      <w:proofErr w:type="spellEnd"/>
      <w:r w:rsidRPr="00D85F89">
        <w:rPr>
          <w:rFonts w:ascii="Arial" w:hAnsi="Arial"/>
          <w:sz w:val="21"/>
          <w:lang w:val="ru-RU"/>
        </w:rPr>
        <w:t xml:space="preserve"> </w:t>
      </w:r>
      <w:proofErr w:type="spellStart"/>
      <w:r w:rsidRPr="00D85F89">
        <w:rPr>
          <w:rFonts w:ascii="Arial" w:hAnsi="Arial"/>
          <w:sz w:val="21"/>
          <w:lang w:val="ru-RU"/>
        </w:rPr>
        <w:t>құбырларды</w:t>
      </w:r>
      <w:proofErr w:type="spellEnd"/>
      <w:r w:rsidRPr="00D85F89">
        <w:rPr>
          <w:rFonts w:ascii="Arial" w:hAnsi="Arial"/>
          <w:sz w:val="21"/>
          <w:lang w:val="ru-RU"/>
        </w:rPr>
        <w:t xml:space="preserve"> </w:t>
      </w:r>
      <w:proofErr w:type="spellStart"/>
      <w:r w:rsidRPr="00D85F89">
        <w:rPr>
          <w:rFonts w:ascii="Arial" w:hAnsi="Arial"/>
          <w:sz w:val="21"/>
          <w:lang w:val="ru-RU"/>
        </w:rPr>
        <w:t>бөлшектеу</w:t>
      </w:r>
      <w:proofErr w:type="spellEnd"/>
    </w:p>
    <w:p w14:paraId="56392361" w14:textId="77777777" w:rsidR="007322FA" w:rsidRPr="00D85F89" w:rsidRDefault="00E91743">
      <w:pPr>
        <w:keepLines/>
        <w:ind w:left="198" w:hanging="142"/>
        <w:jc w:val="both"/>
        <w:rPr>
          <w:lang w:val="ru-RU"/>
        </w:rPr>
      </w:pPr>
      <w:r w:rsidRPr="00D85F89">
        <w:rPr>
          <w:lang w:val="ru-RU"/>
        </w:rPr>
        <w:t xml:space="preserve">• </w:t>
      </w:r>
      <w:proofErr w:type="spellStart"/>
      <w:r w:rsidRPr="00D85F89">
        <w:rPr>
          <w:lang w:val="ru-RU"/>
        </w:rPr>
        <w:t>Қолданыстағы</w:t>
      </w:r>
      <w:proofErr w:type="spellEnd"/>
      <w:r w:rsidRPr="00D85F89">
        <w:rPr>
          <w:lang w:val="ru-RU"/>
        </w:rPr>
        <w:t xml:space="preserve"> 500 м </w:t>
      </w:r>
      <w:proofErr w:type="spellStart"/>
      <w:r w:rsidRPr="00D85F89">
        <w:rPr>
          <w:lang w:val="ru-RU"/>
        </w:rPr>
        <w:t>кәріз</w:t>
      </w:r>
      <w:proofErr w:type="spellEnd"/>
      <w:r w:rsidRPr="00D85F89">
        <w:rPr>
          <w:lang w:val="ru-RU"/>
        </w:rPr>
        <w:t xml:space="preserve"> </w:t>
      </w:r>
      <w:proofErr w:type="spellStart"/>
      <w:r w:rsidRPr="00D85F89">
        <w:rPr>
          <w:lang w:val="ru-RU"/>
        </w:rPr>
        <w:t>құбыры</w:t>
      </w:r>
      <w:proofErr w:type="spellEnd"/>
      <w:r w:rsidRPr="00D85F89">
        <w:rPr>
          <w:lang w:val="ru-RU"/>
        </w:rPr>
        <w:t xml:space="preserve"> </w:t>
      </w:r>
      <w:proofErr w:type="spellStart"/>
      <w:r w:rsidRPr="00D85F89">
        <w:rPr>
          <w:lang w:val="ru-RU"/>
        </w:rPr>
        <w:t>қосылу</w:t>
      </w:r>
      <w:proofErr w:type="spellEnd"/>
      <w:r w:rsidRPr="00D85F89">
        <w:rPr>
          <w:lang w:val="ru-RU"/>
        </w:rPr>
        <w:t xml:space="preserve"> </w:t>
      </w:r>
      <w:proofErr w:type="spellStart"/>
      <w:r w:rsidRPr="00D85F89">
        <w:rPr>
          <w:lang w:val="ru-RU"/>
        </w:rPr>
        <w:t>орындары</w:t>
      </w:r>
      <w:proofErr w:type="spellEnd"/>
      <w:r w:rsidRPr="00D85F89">
        <w:rPr>
          <w:lang w:val="ru-RU"/>
        </w:rPr>
        <w:t xml:space="preserve"> мен </w:t>
      </w:r>
      <w:proofErr w:type="spellStart"/>
      <w:r w:rsidRPr="00D85F89">
        <w:rPr>
          <w:lang w:val="ru-RU"/>
        </w:rPr>
        <w:t>құдықтарға</w:t>
      </w:r>
      <w:proofErr w:type="spellEnd"/>
      <w:r w:rsidRPr="00D85F89">
        <w:rPr>
          <w:lang w:val="ru-RU"/>
        </w:rPr>
        <w:t xml:space="preserve"> </w:t>
      </w:r>
      <w:proofErr w:type="spellStart"/>
      <w:r w:rsidRPr="00D85F89">
        <w:rPr>
          <w:lang w:val="ru-RU"/>
        </w:rPr>
        <w:t>зиян</w:t>
      </w:r>
      <w:proofErr w:type="spellEnd"/>
      <w:r w:rsidRPr="00D85F89">
        <w:rPr>
          <w:lang w:val="ru-RU"/>
        </w:rPr>
        <w:t xml:space="preserve"> </w:t>
      </w:r>
      <w:proofErr w:type="spellStart"/>
      <w:r w:rsidRPr="00D85F89">
        <w:rPr>
          <w:lang w:val="ru-RU"/>
        </w:rPr>
        <w:t>келтірмей</w:t>
      </w:r>
      <w:proofErr w:type="spellEnd"/>
      <w:r w:rsidRPr="00D85F89">
        <w:rPr>
          <w:lang w:val="ru-RU"/>
        </w:rPr>
        <w:t xml:space="preserve"> </w:t>
      </w:r>
      <w:proofErr w:type="spellStart"/>
      <w:r w:rsidRPr="00D85F89">
        <w:rPr>
          <w:lang w:val="ru-RU"/>
        </w:rPr>
        <w:t>толық</w:t>
      </w:r>
      <w:proofErr w:type="spellEnd"/>
      <w:r w:rsidRPr="00D85F89">
        <w:rPr>
          <w:lang w:val="ru-RU"/>
        </w:rPr>
        <w:t xml:space="preserve"> </w:t>
      </w:r>
      <w:proofErr w:type="spellStart"/>
      <w:r w:rsidRPr="00D85F89">
        <w:rPr>
          <w:lang w:val="ru-RU"/>
        </w:rPr>
        <w:t>бөлшектеледі</w:t>
      </w:r>
      <w:proofErr w:type="spellEnd"/>
      <w:r w:rsidRPr="00D85F89">
        <w:rPr>
          <w:lang w:val="ru-RU"/>
        </w:rPr>
        <w:t xml:space="preserve">. </w:t>
      </w:r>
      <w:proofErr w:type="spellStart"/>
      <w:r w:rsidRPr="00D85F89">
        <w:rPr>
          <w:lang w:val="ru-RU"/>
        </w:rPr>
        <w:t>Ағын</w:t>
      </w:r>
      <w:proofErr w:type="spellEnd"/>
      <w:r w:rsidRPr="00D85F89">
        <w:rPr>
          <w:lang w:val="ru-RU"/>
        </w:rPr>
        <w:t xml:space="preserve"> </w:t>
      </w:r>
      <w:proofErr w:type="spellStart"/>
      <w:r w:rsidRPr="00D85F89">
        <w:rPr>
          <w:lang w:val="ru-RU"/>
        </w:rPr>
        <w:t>жұмыс</w:t>
      </w:r>
      <w:proofErr w:type="spellEnd"/>
      <w:r w:rsidRPr="00D85F89">
        <w:rPr>
          <w:lang w:val="ru-RU"/>
        </w:rPr>
        <w:t xml:space="preserve"> </w:t>
      </w:r>
      <w:proofErr w:type="spellStart"/>
      <w:r w:rsidRPr="00D85F89">
        <w:rPr>
          <w:lang w:val="ru-RU"/>
        </w:rPr>
        <w:t>аймағына</w:t>
      </w:r>
      <w:proofErr w:type="spellEnd"/>
      <w:r w:rsidRPr="00D85F89">
        <w:rPr>
          <w:lang w:val="ru-RU"/>
        </w:rPr>
        <w:t xml:space="preserve"> </w:t>
      </w:r>
      <w:proofErr w:type="spellStart"/>
      <w:r w:rsidRPr="00D85F89">
        <w:rPr>
          <w:lang w:val="ru-RU"/>
        </w:rPr>
        <w:t>түспейтіндей</w:t>
      </w:r>
      <w:proofErr w:type="spellEnd"/>
      <w:r w:rsidRPr="00D85F89">
        <w:rPr>
          <w:lang w:val="ru-RU"/>
        </w:rPr>
        <w:t xml:space="preserve"> </w:t>
      </w:r>
      <w:proofErr w:type="spellStart"/>
      <w:r w:rsidRPr="00D85F89">
        <w:rPr>
          <w:lang w:val="ru-RU"/>
        </w:rPr>
        <w:t>уақытша</w:t>
      </w:r>
      <w:proofErr w:type="spellEnd"/>
      <w:r w:rsidRPr="00D85F89">
        <w:rPr>
          <w:lang w:val="ru-RU"/>
        </w:rPr>
        <w:t xml:space="preserve"> </w:t>
      </w:r>
      <w:proofErr w:type="spellStart"/>
      <w:r w:rsidRPr="00D85F89">
        <w:rPr>
          <w:lang w:val="ru-RU"/>
        </w:rPr>
        <w:t>тоқтатылады</w:t>
      </w:r>
      <w:proofErr w:type="spellEnd"/>
      <w:r w:rsidRPr="00D85F89">
        <w:rPr>
          <w:lang w:val="ru-RU"/>
        </w:rPr>
        <w:t xml:space="preserve"> </w:t>
      </w:r>
      <w:proofErr w:type="spellStart"/>
      <w:r w:rsidRPr="00D85F89">
        <w:rPr>
          <w:lang w:val="ru-RU"/>
        </w:rPr>
        <w:t>немесе</w:t>
      </w:r>
      <w:proofErr w:type="spellEnd"/>
      <w:r w:rsidRPr="00D85F89">
        <w:rPr>
          <w:lang w:val="ru-RU"/>
        </w:rPr>
        <w:t xml:space="preserve"> </w:t>
      </w:r>
      <w:proofErr w:type="spellStart"/>
      <w:r w:rsidRPr="00D85F89">
        <w:rPr>
          <w:lang w:val="ru-RU"/>
        </w:rPr>
        <w:t>сорғымен</w:t>
      </w:r>
      <w:proofErr w:type="spellEnd"/>
      <w:r w:rsidRPr="00D85F89">
        <w:rPr>
          <w:lang w:val="ru-RU"/>
        </w:rPr>
        <w:t xml:space="preserve"> </w:t>
      </w:r>
      <w:proofErr w:type="spellStart"/>
      <w:r w:rsidRPr="00D85F89">
        <w:rPr>
          <w:lang w:val="ru-RU"/>
        </w:rPr>
        <w:t>айналып</w:t>
      </w:r>
      <w:proofErr w:type="spellEnd"/>
      <w:r w:rsidRPr="00D85F89">
        <w:rPr>
          <w:lang w:val="ru-RU"/>
        </w:rPr>
        <w:t xml:space="preserve"> </w:t>
      </w:r>
      <w:proofErr w:type="spellStart"/>
      <w:r w:rsidRPr="00D85F89">
        <w:rPr>
          <w:lang w:val="ru-RU"/>
        </w:rPr>
        <w:t>өткізіледі</w:t>
      </w:r>
      <w:proofErr w:type="spellEnd"/>
      <w:r w:rsidRPr="00D85F89">
        <w:rPr>
          <w:lang w:val="ru-RU"/>
        </w:rPr>
        <w:t>.</w:t>
      </w:r>
    </w:p>
    <w:p w14:paraId="690F1534" w14:textId="77777777" w:rsidR="007322FA" w:rsidRPr="00D85F89" w:rsidRDefault="00E91743">
      <w:pPr>
        <w:keepLines/>
        <w:ind w:left="198" w:hanging="142"/>
        <w:jc w:val="both"/>
        <w:rPr>
          <w:lang w:val="ru-RU"/>
        </w:rPr>
      </w:pPr>
      <w:r w:rsidRPr="00D85F89">
        <w:rPr>
          <w:lang w:val="ru-RU"/>
        </w:rPr>
        <w:t xml:space="preserve">• </w:t>
      </w:r>
      <w:proofErr w:type="spellStart"/>
      <w:r w:rsidRPr="00D85F89">
        <w:rPr>
          <w:lang w:val="ru-RU"/>
        </w:rPr>
        <w:t>Бөлшектелген</w:t>
      </w:r>
      <w:proofErr w:type="spellEnd"/>
      <w:r w:rsidRPr="00D85F89">
        <w:rPr>
          <w:lang w:val="ru-RU"/>
        </w:rPr>
        <w:t xml:space="preserve"> </w:t>
      </w:r>
      <w:proofErr w:type="spellStart"/>
      <w:r w:rsidRPr="00D85F89">
        <w:rPr>
          <w:lang w:val="ru-RU"/>
        </w:rPr>
        <w:t>құбырлар</w:t>
      </w:r>
      <w:proofErr w:type="spellEnd"/>
      <w:r w:rsidRPr="00D85F89">
        <w:rPr>
          <w:lang w:val="ru-RU"/>
        </w:rPr>
        <w:t xml:space="preserve">, </w:t>
      </w:r>
      <w:proofErr w:type="spellStart"/>
      <w:r w:rsidRPr="00D85F89">
        <w:rPr>
          <w:lang w:val="ru-RU"/>
        </w:rPr>
        <w:t>фитингтер</w:t>
      </w:r>
      <w:proofErr w:type="spellEnd"/>
      <w:r w:rsidRPr="00D85F89">
        <w:rPr>
          <w:lang w:val="ru-RU"/>
        </w:rPr>
        <w:t xml:space="preserve">, </w:t>
      </w:r>
      <w:proofErr w:type="spellStart"/>
      <w:r w:rsidRPr="00D85F89">
        <w:rPr>
          <w:lang w:val="ru-RU"/>
        </w:rPr>
        <w:t>тұнба</w:t>
      </w:r>
      <w:proofErr w:type="spellEnd"/>
      <w:r w:rsidRPr="00D85F89">
        <w:rPr>
          <w:lang w:val="ru-RU"/>
        </w:rPr>
        <w:t xml:space="preserve"> </w:t>
      </w:r>
      <w:proofErr w:type="spellStart"/>
      <w:r w:rsidRPr="00D85F89">
        <w:rPr>
          <w:lang w:val="ru-RU"/>
        </w:rPr>
        <w:t>және</w:t>
      </w:r>
      <w:proofErr w:type="spellEnd"/>
      <w:r w:rsidRPr="00D85F89">
        <w:rPr>
          <w:lang w:val="ru-RU"/>
        </w:rPr>
        <w:t xml:space="preserve"> </w:t>
      </w:r>
      <w:proofErr w:type="spellStart"/>
      <w:r w:rsidRPr="00D85F89">
        <w:rPr>
          <w:lang w:val="ru-RU"/>
        </w:rPr>
        <w:t>ластанған</w:t>
      </w:r>
      <w:proofErr w:type="spellEnd"/>
      <w:r w:rsidRPr="00D85F89">
        <w:rPr>
          <w:lang w:val="ru-RU"/>
        </w:rPr>
        <w:t xml:space="preserve"> </w:t>
      </w:r>
      <w:proofErr w:type="spellStart"/>
      <w:r w:rsidRPr="00D85F89">
        <w:rPr>
          <w:lang w:val="ru-RU"/>
        </w:rPr>
        <w:t>қалдықтар</w:t>
      </w:r>
      <w:proofErr w:type="spellEnd"/>
      <w:r w:rsidRPr="00D85F89">
        <w:rPr>
          <w:lang w:val="ru-RU"/>
        </w:rPr>
        <w:t xml:space="preserve"> </w:t>
      </w:r>
      <w:proofErr w:type="spellStart"/>
      <w:r w:rsidRPr="00D85F89">
        <w:rPr>
          <w:lang w:val="ru-RU"/>
        </w:rPr>
        <w:t>сұрыпталып</w:t>
      </w:r>
      <w:proofErr w:type="spellEnd"/>
      <w:r w:rsidRPr="00D85F89">
        <w:rPr>
          <w:lang w:val="ru-RU"/>
        </w:rPr>
        <w:t xml:space="preserve">, </w:t>
      </w:r>
      <w:proofErr w:type="spellStart"/>
      <w:r w:rsidRPr="00D85F89">
        <w:rPr>
          <w:lang w:val="ru-RU"/>
        </w:rPr>
        <w:t>герметикалық</w:t>
      </w:r>
      <w:proofErr w:type="spellEnd"/>
      <w:r w:rsidRPr="00D85F89">
        <w:rPr>
          <w:lang w:val="ru-RU"/>
        </w:rPr>
        <w:t xml:space="preserve"> </w:t>
      </w:r>
      <w:proofErr w:type="spellStart"/>
      <w:r w:rsidRPr="00D85F89">
        <w:rPr>
          <w:lang w:val="ru-RU"/>
        </w:rPr>
        <w:t>көлікке</w:t>
      </w:r>
      <w:proofErr w:type="spellEnd"/>
      <w:r w:rsidRPr="00D85F89">
        <w:rPr>
          <w:lang w:val="ru-RU"/>
        </w:rPr>
        <w:t xml:space="preserve"> </w:t>
      </w:r>
      <w:proofErr w:type="spellStart"/>
      <w:r w:rsidRPr="00D85F89">
        <w:rPr>
          <w:lang w:val="ru-RU"/>
        </w:rPr>
        <w:t>тиеледі</w:t>
      </w:r>
      <w:proofErr w:type="spellEnd"/>
      <w:r w:rsidRPr="00D85F89">
        <w:rPr>
          <w:lang w:val="ru-RU"/>
        </w:rPr>
        <w:t xml:space="preserve"> </w:t>
      </w:r>
      <w:proofErr w:type="spellStart"/>
      <w:r w:rsidRPr="00D85F89">
        <w:rPr>
          <w:lang w:val="ru-RU"/>
        </w:rPr>
        <w:t>және</w:t>
      </w:r>
      <w:proofErr w:type="spellEnd"/>
      <w:r w:rsidRPr="00D85F89">
        <w:rPr>
          <w:lang w:val="ru-RU"/>
        </w:rPr>
        <w:t xml:space="preserve"> </w:t>
      </w:r>
      <w:proofErr w:type="spellStart"/>
      <w:r w:rsidRPr="00D85F89">
        <w:rPr>
          <w:lang w:val="ru-RU"/>
        </w:rPr>
        <w:t>заңнамаға</w:t>
      </w:r>
      <w:proofErr w:type="spellEnd"/>
      <w:r w:rsidRPr="00D85F89">
        <w:rPr>
          <w:lang w:val="ru-RU"/>
        </w:rPr>
        <w:t xml:space="preserve"> </w:t>
      </w:r>
      <w:proofErr w:type="spellStart"/>
      <w:r w:rsidRPr="00D85F89">
        <w:rPr>
          <w:lang w:val="ru-RU"/>
        </w:rPr>
        <w:t>сәйкес</w:t>
      </w:r>
      <w:proofErr w:type="spellEnd"/>
      <w:r w:rsidRPr="00D85F89">
        <w:rPr>
          <w:lang w:val="ru-RU"/>
        </w:rPr>
        <w:t xml:space="preserve"> </w:t>
      </w:r>
      <w:proofErr w:type="spellStart"/>
      <w:r w:rsidRPr="00D85F89">
        <w:rPr>
          <w:lang w:val="ru-RU"/>
        </w:rPr>
        <w:t>шығарылып</w:t>
      </w:r>
      <w:proofErr w:type="spellEnd"/>
      <w:r w:rsidRPr="00D85F89">
        <w:rPr>
          <w:lang w:val="ru-RU"/>
        </w:rPr>
        <w:t xml:space="preserve">, </w:t>
      </w:r>
      <w:proofErr w:type="spellStart"/>
      <w:r w:rsidRPr="00D85F89">
        <w:rPr>
          <w:lang w:val="ru-RU"/>
        </w:rPr>
        <w:t>кәдеге</w:t>
      </w:r>
      <w:proofErr w:type="spellEnd"/>
      <w:r w:rsidRPr="00D85F89">
        <w:rPr>
          <w:lang w:val="ru-RU"/>
        </w:rPr>
        <w:t xml:space="preserve"> </w:t>
      </w:r>
      <w:proofErr w:type="spellStart"/>
      <w:r w:rsidRPr="00D85F89">
        <w:rPr>
          <w:lang w:val="ru-RU"/>
        </w:rPr>
        <w:t>жаратылады</w:t>
      </w:r>
      <w:proofErr w:type="spellEnd"/>
      <w:r w:rsidRPr="00D85F89">
        <w:rPr>
          <w:lang w:val="ru-RU"/>
        </w:rPr>
        <w:t>.</w:t>
      </w:r>
    </w:p>
    <w:p w14:paraId="02AD6B59" w14:textId="77777777" w:rsidR="007322FA" w:rsidRPr="00D85F89" w:rsidRDefault="00E91743">
      <w:pPr>
        <w:keepLines/>
        <w:ind w:left="198" w:hanging="142"/>
        <w:jc w:val="both"/>
        <w:rPr>
          <w:lang w:val="ru-RU"/>
        </w:rPr>
      </w:pPr>
      <w:r w:rsidRPr="00D85F89">
        <w:rPr>
          <w:lang w:val="ru-RU"/>
        </w:rPr>
        <w:lastRenderedPageBreak/>
        <w:t xml:space="preserve">• </w:t>
      </w:r>
      <w:proofErr w:type="spellStart"/>
      <w:r w:rsidRPr="00D85F89">
        <w:rPr>
          <w:lang w:val="ru-RU"/>
        </w:rPr>
        <w:t>Ескі</w:t>
      </w:r>
      <w:proofErr w:type="spellEnd"/>
      <w:r w:rsidRPr="00D85F89">
        <w:rPr>
          <w:lang w:val="ru-RU"/>
        </w:rPr>
        <w:t xml:space="preserve"> </w:t>
      </w:r>
      <w:proofErr w:type="spellStart"/>
      <w:r w:rsidRPr="00D85F89">
        <w:rPr>
          <w:lang w:val="ru-RU"/>
        </w:rPr>
        <w:t>құбырларды</w:t>
      </w:r>
      <w:proofErr w:type="spellEnd"/>
      <w:r w:rsidRPr="00D85F89">
        <w:rPr>
          <w:lang w:val="ru-RU"/>
        </w:rPr>
        <w:t xml:space="preserve">, </w:t>
      </w:r>
      <w:proofErr w:type="spellStart"/>
      <w:r w:rsidRPr="00D85F89">
        <w:rPr>
          <w:lang w:val="ru-RU"/>
        </w:rPr>
        <w:t>ластанған</w:t>
      </w:r>
      <w:proofErr w:type="spellEnd"/>
      <w:r w:rsidRPr="00D85F89">
        <w:rPr>
          <w:lang w:val="ru-RU"/>
        </w:rPr>
        <w:t xml:space="preserve"> </w:t>
      </w:r>
      <w:proofErr w:type="spellStart"/>
      <w:r w:rsidRPr="00D85F89">
        <w:rPr>
          <w:lang w:val="ru-RU"/>
        </w:rPr>
        <w:t>топырақты</w:t>
      </w:r>
      <w:proofErr w:type="spellEnd"/>
      <w:r w:rsidRPr="00D85F89">
        <w:rPr>
          <w:lang w:val="ru-RU"/>
        </w:rPr>
        <w:t xml:space="preserve"> </w:t>
      </w:r>
      <w:proofErr w:type="spellStart"/>
      <w:r w:rsidRPr="00D85F89">
        <w:rPr>
          <w:lang w:val="ru-RU"/>
        </w:rPr>
        <w:t>және</w:t>
      </w:r>
      <w:proofErr w:type="spellEnd"/>
      <w:r w:rsidRPr="00D85F89">
        <w:rPr>
          <w:lang w:val="ru-RU"/>
        </w:rPr>
        <w:t xml:space="preserve"> </w:t>
      </w:r>
      <w:proofErr w:type="spellStart"/>
      <w:r w:rsidRPr="00D85F89">
        <w:rPr>
          <w:lang w:val="ru-RU"/>
        </w:rPr>
        <w:t>құрылыс</w:t>
      </w:r>
      <w:proofErr w:type="spellEnd"/>
      <w:r w:rsidRPr="00D85F89">
        <w:rPr>
          <w:lang w:val="ru-RU"/>
        </w:rPr>
        <w:t xml:space="preserve"> </w:t>
      </w:r>
      <w:proofErr w:type="spellStart"/>
      <w:r w:rsidRPr="00D85F89">
        <w:rPr>
          <w:lang w:val="ru-RU"/>
        </w:rPr>
        <w:t>қалдықтарын</w:t>
      </w:r>
      <w:proofErr w:type="spellEnd"/>
      <w:r w:rsidRPr="00D85F89">
        <w:rPr>
          <w:lang w:val="ru-RU"/>
        </w:rPr>
        <w:t xml:space="preserve"> </w:t>
      </w:r>
      <w:proofErr w:type="spellStart"/>
      <w:r w:rsidRPr="00D85F89">
        <w:rPr>
          <w:lang w:val="ru-RU"/>
        </w:rPr>
        <w:t>траншеяға</w:t>
      </w:r>
      <w:proofErr w:type="spellEnd"/>
      <w:r w:rsidRPr="00D85F89">
        <w:rPr>
          <w:lang w:val="ru-RU"/>
        </w:rPr>
        <w:t xml:space="preserve"> </w:t>
      </w:r>
      <w:proofErr w:type="spellStart"/>
      <w:r w:rsidRPr="00D85F89">
        <w:rPr>
          <w:lang w:val="ru-RU"/>
        </w:rPr>
        <w:t>қайта</w:t>
      </w:r>
      <w:proofErr w:type="spellEnd"/>
      <w:r w:rsidRPr="00D85F89">
        <w:rPr>
          <w:lang w:val="ru-RU"/>
        </w:rPr>
        <w:t xml:space="preserve"> </w:t>
      </w:r>
      <w:proofErr w:type="spellStart"/>
      <w:r w:rsidRPr="00D85F89">
        <w:rPr>
          <w:lang w:val="ru-RU"/>
        </w:rPr>
        <w:t>көмуге</w:t>
      </w:r>
      <w:proofErr w:type="spellEnd"/>
      <w:r w:rsidRPr="00D85F89">
        <w:rPr>
          <w:lang w:val="ru-RU"/>
        </w:rPr>
        <w:t xml:space="preserve">, </w:t>
      </w:r>
      <w:proofErr w:type="spellStart"/>
      <w:r w:rsidRPr="00D85F89">
        <w:rPr>
          <w:lang w:val="ru-RU"/>
        </w:rPr>
        <w:t>аумақта</w:t>
      </w:r>
      <w:proofErr w:type="spellEnd"/>
      <w:r w:rsidRPr="00D85F89">
        <w:rPr>
          <w:lang w:val="ru-RU"/>
        </w:rPr>
        <w:t xml:space="preserve"> </w:t>
      </w:r>
      <w:proofErr w:type="spellStart"/>
      <w:r w:rsidRPr="00D85F89">
        <w:rPr>
          <w:lang w:val="ru-RU"/>
        </w:rPr>
        <w:t>қалдыруға</w:t>
      </w:r>
      <w:proofErr w:type="spellEnd"/>
      <w:r w:rsidRPr="00D85F89">
        <w:rPr>
          <w:lang w:val="ru-RU"/>
        </w:rPr>
        <w:t xml:space="preserve"> </w:t>
      </w:r>
      <w:proofErr w:type="spellStart"/>
      <w:r w:rsidRPr="00D85F89">
        <w:rPr>
          <w:lang w:val="ru-RU"/>
        </w:rPr>
        <w:t>немесе</w:t>
      </w:r>
      <w:proofErr w:type="spellEnd"/>
      <w:r w:rsidRPr="00D85F89">
        <w:rPr>
          <w:lang w:val="ru-RU"/>
        </w:rPr>
        <w:t xml:space="preserve"> </w:t>
      </w:r>
      <w:proofErr w:type="spellStart"/>
      <w:r w:rsidRPr="00D85F89">
        <w:rPr>
          <w:lang w:val="ru-RU"/>
        </w:rPr>
        <w:t>коммуналдық</w:t>
      </w:r>
      <w:proofErr w:type="spellEnd"/>
      <w:r w:rsidRPr="00D85F89">
        <w:rPr>
          <w:lang w:val="ru-RU"/>
        </w:rPr>
        <w:t xml:space="preserve"> </w:t>
      </w:r>
      <w:proofErr w:type="spellStart"/>
      <w:r w:rsidRPr="00D85F89">
        <w:rPr>
          <w:lang w:val="ru-RU"/>
        </w:rPr>
        <w:t>контейнерлерге</w:t>
      </w:r>
      <w:proofErr w:type="spellEnd"/>
      <w:r w:rsidRPr="00D85F89">
        <w:rPr>
          <w:lang w:val="ru-RU"/>
        </w:rPr>
        <w:t xml:space="preserve"> </w:t>
      </w:r>
      <w:proofErr w:type="spellStart"/>
      <w:r w:rsidRPr="00D85F89">
        <w:rPr>
          <w:lang w:val="ru-RU"/>
        </w:rPr>
        <w:t>салуға</w:t>
      </w:r>
      <w:proofErr w:type="spellEnd"/>
      <w:r w:rsidRPr="00D85F89">
        <w:rPr>
          <w:lang w:val="ru-RU"/>
        </w:rPr>
        <w:t xml:space="preserve"> </w:t>
      </w:r>
      <w:proofErr w:type="spellStart"/>
      <w:r w:rsidRPr="00D85F89">
        <w:rPr>
          <w:lang w:val="ru-RU"/>
        </w:rPr>
        <w:t>тыйым</w:t>
      </w:r>
      <w:proofErr w:type="spellEnd"/>
      <w:r w:rsidRPr="00D85F89">
        <w:rPr>
          <w:lang w:val="ru-RU"/>
        </w:rPr>
        <w:t xml:space="preserve"> </w:t>
      </w:r>
      <w:proofErr w:type="spellStart"/>
      <w:r w:rsidRPr="00D85F89">
        <w:rPr>
          <w:lang w:val="ru-RU"/>
        </w:rPr>
        <w:t>салынады</w:t>
      </w:r>
      <w:proofErr w:type="spellEnd"/>
      <w:r w:rsidRPr="00D85F89">
        <w:rPr>
          <w:lang w:val="ru-RU"/>
        </w:rPr>
        <w:t>.</w:t>
      </w:r>
    </w:p>
    <w:p w14:paraId="51FBE7AF" w14:textId="77777777" w:rsidR="007322FA" w:rsidRPr="00D85F89" w:rsidRDefault="00E91743">
      <w:pPr>
        <w:pStyle w:val="1"/>
        <w:rPr>
          <w:lang w:val="ru-RU"/>
        </w:rPr>
      </w:pPr>
      <w:r w:rsidRPr="00D85F89">
        <w:rPr>
          <w:rFonts w:ascii="Arial" w:hAnsi="Arial"/>
          <w:sz w:val="21"/>
          <w:lang w:val="ru-RU"/>
        </w:rPr>
        <w:t xml:space="preserve">5 </w:t>
      </w:r>
      <w:proofErr w:type="spellStart"/>
      <w:r w:rsidRPr="00D85F89">
        <w:rPr>
          <w:rFonts w:ascii="Arial" w:hAnsi="Arial"/>
          <w:sz w:val="21"/>
          <w:lang w:val="ru-RU"/>
        </w:rPr>
        <w:t>Жаңа</w:t>
      </w:r>
      <w:proofErr w:type="spellEnd"/>
      <w:r w:rsidRPr="00D85F89">
        <w:rPr>
          <w:rFonts w:ascii="Arial" w:hAnsi="Arial"/>
          <w:sz w:val="21"/>
          <w:lang w:val="ru-RU"/>
        </w:rPr>
        <w:t xml:space="preserve"> </w:t>
      </w:r>
      <w:proofErr w:type="spellStart"/>
      <w:r w:rsidRPr="00D85F89">
        <w:rPr>
          <w:rFonts w:ascii="Arial" w:hAnsi="Arial"/>
          <w:sz w:val="21"/>
          <w:lang w:val="ru-RU"/>
        </w:rPr>
        <w:t>құбырлар</w:t>
      </w:r>
      <w:proofErr w:type="spellEnd"/>
      <w:r w:rsidRPr="00D85F89">
        <w:rPr>
          <w:rFonts w:ascii="Arial" w:hAnsi="Arial"/>
          <w:sz w:val="21"/>
          <w:lang w:val="ru-RU"/>
        </w:rPr>
        <w:t xml:space="preserve"> мен </w:t>
      </w:r>
      <w:proofErr w:type="spellStart"/>
      <w:r w:rsidRPr="00D85F89">
        <w:rPr>
          <w:rFonts w:ascii="Arial" w:hAnsi="Arial"/>
          <w:sz w:val="21"/>
          <w:lang w:val="ru-RU"/>
        </w:rPr>
        <w:t>фасондық</w:t>
      </w:r>
      <w:proofErr w:type="spellEnd"/>
      <w:r w:rsidRPr="00D85F89">
        <w:rPr>
          <w:rFonts w:ascii="Arial" w:hAnsi="Arial"/>
          <w:sz w:val="21"/>
          <w:lang w:val="ru-RU"/>
        </w:rPr>
        <w:t xml:space="preserve"> </w:t>
      </w:r>
      <w:proofErr w:type="spellStart"/>
      <w:r w:rsidRPr="00D85F89">
        <w:rPr>
          <w:rFonts w:ascii="Arial" w:hAnsi="Arial"/>
          <w:sz w:val="21"/>
          <w:lang w:val="ru-RU"/>
        </w:rPr>
        <w:t>бөлшектер</w:t>
      </w:r>
      <w:proofErr w:type="spellEnd"/>
    </w:p>
    <w:p w14:paraId="47F400D0" w14:textId="77777777" w:rsidR="007322FA" w:rsidRPr="00D85F89" w:rsidRDefault="00E91743">
      <w:pPr>
        <w:keepLines/>
        <w:ind w:left="198" w:hanging="142"/>
        <w:jc w:val="both"/>
        <w:rPr>
          <w:lang w:val="ru-RU"/>
        </w:rPr>
      </w:pPr>
      <w:r w:rsidRPr="00D85F89">
        <w:rPr>
          <w:lang w:val="ru-RU"/>
        </w:rPr>
        <w:t xml:space="preserve">• </w:t>
      </w:r>
      <w:proofErr w:type="spellStart"/>
      <w:r w:rsidRPr="00D85F89">
        <w:rPr>
          <w:lang w:val="ru-RU"/>
        </w:rPr>
        <w:t>Жаңа</w:t>
      </w:r>
      <w:proofErr w:type="spellEnd"/>
      <w:r w:rsidRPr="00D85F89">
        <w:rPr>
          <w:lang w:val="ru-RU"/>
        </w:rPr>
        <w:t xml:space="preserve"> </w:t>
      </w:r>
      <w:proofErr w:type="spellStart"/>
      <w:r w:rsidRPr="00D85F89">
        <w:rPr>
          <w:lang w:val="ru-RU"/>
        </w:rPr>
        <w:t>кәріз</w:t>
      </w:r>
      <w:proofErr w:type="spellEnd"/>
      <w:r w:rsidRPr="00D85F89">
        <w:rPr>
          <w:lang w:val="ru-RU"/>
        </w:rPr>
        <w:t xml:space="preserve"> </w:t>
      </w:r>
      <w:proofErr w:type="spellStart"/>
      <w:r w:rsidRPr="00D85F89">
        <w:rPr>
          <w:lang w:val="ru-RU"/>
        </w:rPr>
        <w:t>құбырының</w:t>
      </w:r>
      <w:proofErr w:type="spellEnd"/>
      <w:r w:rsidRPr="00D85F89">
        <w:rPr>
          <w:lang w:val="ru-RU"/>
        </w:rPr>
        <w:t xml:space="preserve"> </w:t>
      </w:r>
      <w:proofErr w:type="spellStart"/>
      <w:r w:rsidRPr="00D85F89">
        <w:rPr>
          <w:lang w:val="ru-RU"/>
        </w:rPr>
        <w:t>сыртқы</w:t>
      </w:r>
      <w:proofErr w:type="spellEnd"/>
      <w:r w:rsidRPr="00D85F89">
        <w:rPr>
          <w:lang w:val="ru-RU"/>
        </w:rPr>
        <w:t xml:space="preserve"> </w:t>
      </w:r>
      <w:proofErr w:type="spellStart"/>
      <w:r w:rsidRPr="00D85F89">
        <w:rPr>
          <w:lang w:val="ru-RU"/>
        </w:rPr>
        <w:t>диаметрі</w:t>
      </w:r>
      <w:proofErr w:type="spellEnd"/>
      <w:r w:rsidRPr="00D85F89">
        <w:rPr>
          <w:lang w:val="ru-RU"/>
        </w:rPr>
        <w:t xml:space="preserve"> 160 мм, </w:t>
      </w:r>
      <w:proofErr w:type="spellStart"/>
      <w:r w:rsidRPr="00D85F89">
        <w:rPr>
          <w:lang w:val="ru-RU"/>
        </w:rPr>
        <w:t>тегіс</w:t>
      </w:r>
      <w:proofErr w:type="spellEnd"/>
      <w:r w:rsidRPr="00D85F89">
        <w:rPr>
          <w:lang w:val="ru-RU"/>
        </w:rPr>
        <w:t xml:space="preserve"> </w:t>
      </w:r>
      <w:proofErr w:type="spellStart"/>
      <w:r w:rsidRPr="00D85F89">
        <w:rPr>
          <w:lang w:val="ru-RU"/>
        </w:rPr>
        <w:t>ішкі</w:t>
      </w:r>
      <w:proofErr w:type="spellEnd"/>
      <w:r w:rsidRPr="00D85F89">
        <w:rPr>
          <w:lang w:val="ru-RU"/>
        </w:rPr>
        <w:t xml:space="preserve"> </w:t>
      </w:r>
      <w:proofErr w:type="spellStart"/>
      <w:r w:rsidRPr="00D85F89">
        <w:rPr>
          <w:lang w:val="ru-RU"/>
        </w:rPr>
        <w:t>беті</w:t>
      </w:r>
      <w:proofErr w:type="spellEnd"/>
      <w:r w:rsidRPr="00D85F89">
        <w:rPr>
          <w:lang w:val="ru-RU"/>
        </w:rPr>
        <w:t xml:space="preserve"> бар, </w:t>
      </w:r>
      <w:proofErr w:type="spellStart"/>
      <w:r w:rsidRPr="00D85F89">
        <w:rPr>
          <w:lang w:val="ru-RU"/>
        </w:rPr>
        <w:t>сыртқы</w:t>
      </w:r>
      <w:proofErr w:type="spellEnd"/>
      <w:r w:rsidRPr="00D85F89">
        <w:rPr>
          <w:lang w:val="ru-RU"/>
        </w:rPr>
        <w:t xml:space="preserve"> </w:t>
      </w:r>
      <w:proofErr w:type="spellStart"/>
      <w:r w:rsidRPr="00D85F89">
        <w:rPr>
          <w:lang w:val="ru-RU"/>
        </w:rPr>
        <w:t>жерасты</w:t>
      </w:r>
      <w:proofErr w:type="spellEnd"/>
      <w:r w:rsidRPr="00D85F89">
        <w:rPr>
          <w:lang w:val="ru-RU"/>
        </w:rPr>
        <w:t xml:space="preserve"> </w:t>
      </w:r>
      <w:proofErr w:type="spellStart"/>
      <w:r w:rsidRPr="00D85F89">
        <w:rPr>
          <w:lang w:val="ru-RU"/>
        </w:rPr>
        <w:t>қысымсыз</w:t>
      </w:r>
      <w:proofErr w:type="spellEnd"/>
      <w:r w:rsidRPr="00D85F89">
        <w:rPr>
          <w:lang w:val="ru-RU"/>
        </w:rPr>
        <w:t xml:space="preserve"> </w:t>
      </w:r>
      <w:proofErr w:type="spellStart"/>
      <w:r w:rsidRPr="00D85F89">
        <w:rPr>
          <w:lang w:val="ru-RU"/>
        </w:rPr>
        <w:t>кәрізге</w:t>
      </w:r>
      <w:proofErr w:type="spellEnd"/>
      <w:r w:rsidRPr="00D85F89">
        <w:rPr>
          <w:lang w:val="ru-RU"/>
        </w:rPr>
        <w:t xml:space="preserve"> </w:t>
      </w:r>
      <w:proofErr w:type="spellStart"/>
      <w:r w:rsidRPr="00D85F89">
        <w:rPr>
          <w:lang w:val="ru-RU"/>
        </w:rPr>
        <w:t>арналған</w:t>
      </w:r>
      <w:proofErr w:type="spellEnd"/>
      <w:r w:rsidRPr="00D85F89">
        <w:rPr>
          <w:lang w:val="ru-RU"/>
        </w:rPr>
        <w:t xml:space="preserve">, </w:t>
      </w:r>
      <w:proofErr w:type="spellStart"/>
      <w:r w:rsidRPr="00D85F89">
        <w:rPr>
          <w:lang w:val="ru-RU"/>
        </w:rPr>
        <w:t>сақиналық</w:t>
      </w:r>
      <w:proofErr w:type="spellEnd"/>
      <w:r w:rsidRPr="00D85F89">
        <w:rPr>
          <w:lang w:val="ru-RU"/>
        </w:rPr>
        <w:t xml:space="preserve"> </w:t>
      </w:r>
      <w:proofErr w:type="spellStart"/>
      <w:r w:rsidRPr="00D85F89">
        <w:rPr>
          <w:lang w:val="ru-RU"/>
        </w:rPr>
        <w:t>қаттылығы</w:t>
      </w:r>
      <w:proofErr w:type="spellEnd"/>
      <w:r w:rsidRPr="00D85F89">
        <w:rPr>
          <w:lang w:val="ru-RU"/>
        </w:rPr>
        <w:t xml:space="preserve"> </w:t>
      </w:r>
      <w:proofErr w:type="spellStart"/>
      <w:r w:rsidRPr="00D85F89">
        <w:rPr>
          <w:lang w:val="ru-RU"/>
        </w:rPr>
        <w:t>кемінде</w:t>
      </w:r>
      <w:proofErr w:type="spellEnd"/>
      <w:r w:rsidRPr="00D85F89">
        <w:rPr>
          <w:lang w:val="ru-RU"/>
        </w:rPr>
        <w:t xml:space="preserve"> </w:t>
      </w:r>
      <w:r>
        <w:t>SN</w:t>
      </w:r>
      <w:r w:rsidRPr="00D85F89">
        <w:rPr>
          <w:lang w:val="ru-RU"/>
        </w:rPr>
        <w:t xml:space="preserve">8 </w:t>
      </w:r>
      <w:proofErr w:type="spellStart"/>
      <w:r w:rsidRPr="00D85F89">
        <w:rPr>
          <w:lang w:val="ru-RU"/>
        </w:rPr>
        <w:t>болуы</w:t>
      </w:r>
      <w:proofErr w:type="spellEnd"/>
      <w:r w:rsidRPr="00D85F89">
        <w:rPr>
          <w:lang w:val="ru-RU"/>
        </w:rPr>
        <w:t xml:space="preserve"> </w:t>
      </w:r>
      <w:proofErr w:type="spellStart"/>
      <w:r w:rsidRPr="00D85F89">
        <w:rPr>
          <w:lang w:val="ru-RU"/>
        </w:rPr>
        <w:t>т</w:t>
      </w:r>
      <w:r w:rsidRPr="00D85F89">
        <w:rPr>
          <w:lang w:val="ru-RU"/>
        </w:rPr>
        <w:t>иіс</w:t>
      </w:r>
      <w:proofErr w:type="spellEnd"/>
      <w:r w:rsidRPr="00D85F89">
        <w:rPr>
          <w:lang w:val="ru-RU"/>
        </w:rPr>
        <w:t>.</w:t>
      </w:r>
    </w:p>
    <w:p w14:paraId="76D00D0B" w14:textId="77777777" w:rsidR="007322FA" w:rsidRPr="00D85F89" w:rsidRDefault="00E91743">
      <w:pPr>
        <w:keepLines/>
        <w:ind w:left="198" w:hanging="142"/>
        <w:jc w:val="both"/>
        <w:rPr>
          <w:lang w:val="ru-RU"/>
        </w:rPr>
      </w:pPr>
      <w:r w:rsidRPr="00D85F89">
        <w:rPr>
          <w:lang w:val="ru-RU"/>
        </w:rPr>
        <w:t xml:space="preserve">• </w:t>
      </w:r>
      <w:proofErr w:type="spellStart"/>
      <w:r w:rsidRPr="00D85F89">
        <w:rPr>
          <w:lang w:val="ru-RU"/>
        </w:rPr>
        <w:t>Құбырлар</w:t>
      </w:r>
      <w:proofErr w:type="spellEnd"/>
      <w:r w:rsidRPr="00D85F89">
        <w:rPr>
          <w:lang w:val="ru-RU"/>
        </w:rPr>
        <w:t xml:space="preserve"> мен 60 дана </w:t>
      </w:r>
      <w:proofErr w:type="spellStart"/>
      <w:r w:rsidRPr="00D85F89">
        <w:rPr>
          <w:lang w:val="ru-RU"/>
        </w:rPr>
        <w:t>бұрмалар</w:t>
      </w:r>
      <w:proofErr w:type="spellEnd"/>
      <w:r w:rsidRPr="00D85F89">
        <w:rPr>
          <w:lang w:val="ru-RU"/>
        </w:rPr>
        <w:t xml:space="preserve"> </w:t>
      </w:r>
      <w:proofErr w:type="spellStart"/>
      <w:r w:rsidRPr="00D85F89">
        <w:rPr>
          <w:lang w:val="ru-RU"/>
        </w:rPr>
        <w:t>жаңа</w:t>
      </w:r>
      <w:proofErr w:type="spellEnd"/>
      <w:r w:rsidRPr="00D85F89">
        <w:rPr>
          <w:lang w:val="ru-RU"/>
        </w:rPr>
        <w:t xml:space="preserve">, </w:t>
      </w:r>
      <w:proofErr w:type="spellStart"/>
      <w:r w:rsidRPr="00D85F89">
        <w:rPr>
          <w:lang w:val="ru-RU"/>
        </w:rPr>
        <w:t>зауыттық</w:t>
      </w:r>
      <w:proofErr w:type="spellEnd"/>
      <w:r w:rsidRPr="00D85F89">
        <w:rPr>
          <w:lang w:val="ru-RU"/>
        </w:rPr>
        <w:t xml:space="preserve">, </w:t>
      </w:r>
      <w:proofErr w:type="spellStart"/>
      <w:r w:rsidRPr="00D85F89">
        <w:rPr>
          <w:lang w:val="ru-RU"/>
        </w:rPr>
        <w:t>бір-бірімен</w:t>
      </w:r>
      <w:proofErr w:type="spellEnd"/>
      <w:r w:rsidRPr="00D85F89">
        <w:rPr>
          <w:lang w:val="ru-RU"/>
        </w:rPr>
        <w:t xml:space="preserve"> </w:t>
      </w:r>
      <w:proofErr w:type="spellStart"/>
      <w:r w:rsidRPr="00D85F89">
        <w:rPr>
          <w:lang w:val="ru-RU"/>
        </w:rPr>
        <w:t>үйлесімді</w:t>
      </w:r>
      <w:proofErr w:type="spellEnd"/>
      <w:r w:rsidRPr="00D85F89">
        <w:rPr>
          <w:lang w:val="ru-RU"/>
        </w:rPr>
        <w:t xml:space="preserve">, </w:t>
      </w:r>
      <w:proofErr w:type="spellStart"/>
      <w:r w:rsidRPr="00D85F89">
        <w:rPr>
          <w:lang w:val="ru-RU"/>
        </w:rPr>
        <w:t>резеңке</w:t>
      </w:r>
      <w:proofErr w:type="spellEnd"/>
      <w:r w:rsidRPr="00D85F89">
        <w:rPr>
          <w:lang w:val="ru-RU"/>
        </w:rPr>
        <w:t xml:space="preserve"> </w:t>
      </w:r>
      <w:proofErr w:type="spellStart"/>
      <w:r w:rsidRPr="00D85F89">
        <w:rPr>
          <w:lang w:val="ru-RU"/>
        </w:rPr>
        <w:t>тығыздағыш</w:t>
      </w:r>
      <w:proofErr w:type="spellEnd"/>
      <w:r w:rsidRPr="00D85F89">
        <w:rPr>
          <w:lang w:val="ru-RU"/>
        </w:rPr>
        <w:t xml:space="preserve"> </w:t>
      </w:r>
      <w:proofErr w:type="spellStart"/>
      <w:r w:rsidRPr="00D85F89">
        <w:rPr>
          <w:lang w:val="ru-RU"/>
        </w:rPr>
        <w:t>сақиналы</w:t>
      </w:r>
      <w:proofErr w:type="spellEnd"/>
      <w:r w:rsidRPr="00D85F89">
        <w:rPr>
          <w:lang w:val="ru-RU"/>
        </w:rPr>
        <w:t xml:space="preserve"> </w:t>
      </w:r>
      <w:proofErr w:type="spellStart"/>
      <w:r w:rsidRPr="00D85F89">
        <w:rPr>
          <w:lang w:val="ru-RU"/>
        </w:rPr>
        <w:t>раструбты</w:t>
      </w:r>
      <w:proofErr w:type="spellEnd"/>
      <w:r w:rsidRPr="00D85F89">
        <w:rPr>
          <w:lang w:val="ru-RU"/>
        </w:rPr>
        <w:t xml:space="preserve"> </w:t>
      </w:r>
      <w:proofErr w:type="spellStart"/>
      <w:r w:rsidRPr="00D85F89">
        <w:rPr>
          <w:lang w:val="ru-RU"/>
        </w:rPr>
        <w:t>қосылысы</w:t>
      </w:r>
      <w:proofErr w:type="spellEnd"/>
      <w:r w:rsidRPr="00D85F89">
        <w:rPr>
          <w:lang w:val="ru-RU"/>
        </w:rPr>
        <w:t xml:space="preserve"> бар </w:t>
      </w:r>
      <w:proofErr w:type="spellStart"/>
      <w:r w:rsidRPr="00D85F89">
        <w:rPr>
          <w:lang w:val="ru-RU"/>
        </w:rPr>
        <w:t>және</w:t>
      </w:r>
      <w:proofErr w:type="spellEnd"/>
      <w:r w:rsidRPr="00D85F89">
        <w:rPr>
          <w:lang w:val="ru-RU"/>
        </w:rPr>
        <w:t xml:space="preserve"> сапа </w:t>
      </w:r>
      <w:proofErr w:type="spellStart"/>
      <w:r w:rsidRPr="00D85F89">
        <w:rPr>
          <w:lang w:val="ru-RU"/>
        </w:rPr>
        <w:t>паспорттарымен</w:t>
      </w:r>
      <w:proofErr w:type="spellEnd"/>
      <w:r w:rsidRPr="00D85F89">
        <w:rPr>
          <w:lang w:val="ru-RU"/>
        </w:rPr>
        <w:t xml:space="preserve"> </w:t>
      </w:r>
      <w:proofErr w:type="spellStart"/>
      <w:r w:rsidRPr="00D85F89">
        <w:rPr>
          <w:lang w:val="ru-RU"/>
        </w:rPr>
        <w:t>жеткізілуі</w:t>
      </w:r>
      <w:proofErr w:type="spellEnd"/>
      <w:r w:rsidRPr="00D85F89">
        <w:rPr>
          <w:lang w:val="ru-RU"/>
        </w:rPr>
        <w:t xml:space="preserve"> </w:t>
      </w:r>
      <w:proofErr w:type="spellStart"/>
      <w:r w:rsidRPr="00D85F89">
        <w:rPr>
          <w:lang w:val="ru-RU"/>
        </w:rPr>
        <w:t>тиіс</w:t>
      </w:r>
      <w:proofErr w:type="spellEnd"/>
      <w:r w:rsidRPr="00D85F89">
        <w:rPr>
          <w:lang w:val="ru-RU"/>
        </w:rPr>
        <w:t>.</w:t>
      </w:r>
    </w:p>
    <w:p w14:paraId="269144E7" w14:textId="77777777" w:rsidR="007322FA" w:rsidRPr="00D85F89" w:rsidRDefault="00E91743">
      <w:pPr>
        <w:keepLines/>
        <w:ind w:left="198" w:hanging="142"/>
        <w:jc w:val="both"/>
        <w:rPr>
          <w:lang w:val="ru-RU"/>
        </w:rPr>
      </w:pPr>
      <w:r w:rsidRPr="00D85F89">
        <w:rPr>
          <w:lang w:val="ru-RU"/>
        </w:rPr>
        <w:t xml:space="preserve">• </w:t>
      </w:r>
      <w:proofErr w:type="spellStart"/>
      <w:r w:rsidRPr="00D85F89">
        <w:rPr>
          <w:lang w:val="ru-RU"/>
        </w:rPr>
        <w:t>Бұрмалардың</w:t>
      </w:r>
      <w:proofErr w:type="spellEnd"/>
      <w:r w:rsidRPr="00D85F89">
        <w:rPr>
          <w:lang w:val="ru-RU"/>
        </w:rPr>
        <w:t xml:space="preserve"> </w:t>
      </w:r>
      <w:proofErr w:type="spellStart"/>
      <w:r w:rsidRPr="00D85F89">
        <w:rPr>
          <w:lang w:val="ru-RU"/>
        </w:rPr>
        <w:t>бұрышы</w:t>
      </w:r>
      <w:proofErr w:type="spellEnd"/>
      <w:r w:rsidRPr="00D85F89">
        <w:rPr>
          <w:lang w:val="ru-RU"/>
        </w:rPr>
        <w:t xml:space="preserve"> </w:t>
      </w:r>
      <w:proofErr w:type="spellStart"/>
      <w:r w:rsidRPr="00D85F89">
        <w:rPr>
          <w:lang w:val="ru-RU"/>
        </w:rPr>
        <w:t>нақты</w:t>
      </w:r>
      <w:proofErr w:type="spellEnd"/>
      <w:r w:rsidRPr="00D85F89">
        <w:rPr>
          <w:lang w:val="ru-RU"/>
        </w:rPr>
        <w:t xml:space="preserve"> </w:t>
      </w:r>
      <w:proofErr w:type="spellStart"/>
      <w:r w:rsidRPr="00D85F89">
        <w:rPr>
          <w:lang w:val="ru-RU"/>
        </w:rPr>
        <w:t>трассаға</w:t>
      </w:r>
      <w:proofErr w:type="spellEnd"/>
      <w:r w:rsidRPr="00D85F89">
        <w:rPr>
          <w:lang w:val="ru-RU"/>
        </w:rPr>
        <w:t xml:space="preserve"> </w:t>
      </w:r>
      <w:proofErr w:type="spellStart"/>
      <w:r w:rsidRPr="00D85F89">
        <w:rPr>
          <w:lang w:val="ru-RU"/>
        </w:rPr>
        <w:t>және</w:t>
      </w:r>
      <w:proofErr w:type="spellEnd"/>
      <w:r w:rsidRPr="00D85F89">
        <w:rPr>
          <w:lang w:val="ru-RU"/>
        </w:rPr>
        <w:t xml:space="preserve"> </w:t>
      </w:r>
      <w:proofErr w:type="spellStart"/>
      <w:r w:rsidRPr="00D85F89">
        <w:rPr>
          <w:lang w:val="ru-RU"/>
        </w:rPr>
        <w:t>қолданыстағы</w:t>
      </w:r>
      <w:proofErr w:type="spellEnd"/>
      <w:r w:rsidRPr="00D85F89">
        <w:rPr>
          <w:lang w:val="ru-RU"/>
        </w:rPr>
        <w:t xml:space="preserve"> </w:t>
      </w:r>
      <w:proofErr w:type="spellStart"/>
      <w:r w:rsidRPr="00D85F89">
        <w:rPr>
          <w:lang w:val="ru-RU"/>
        </w:rPr>
        <w:t>қосылу</w:t>
      </w:r>
      <w:proofErr w:type="spellEnd"/>
      <w:r w:rsidRPr="00D85F89">
        <w:rPr>
          <w:lang w:val="ru-RU"/>
        </w:rPr>
        <w:t xml:space="preserve"> </w:t>
      </w:r>
      <w:proofErr w:type="spellStart"/>
      <w:r w:rsidRPr="00D85F89">
        <w:rPr>
          <w:lang w:val="ru-RU"/>
        </w:rPr>
        <w:t>нүктелеріне</w:t>
      </w:r>
      <w:proofErr w:type="spellEnd"/>
      <w:r w:rsidRPr="00D85F89">
        <w:rPr>
          <w:lang w:val="ru-RU"/>
        </w:rPr>
        <w:t xml:space="preserve"> </w:t>
      </w:r>
      <w:proofErr w:type="spellStart"/>
      <w:r w:rsidRPr="00D85F89">
        <w:rPr>
          <w:lang w:val="ru-RU"/>
        </w:rPr>
        <w:t>сәйкес</w:t>
      </w:r>
      <w:proofErr w:type="spellEnd"/>
      <w:r w:rsidRPr="00D85F89">
        <w:rPr>
          <w:lang w:val="ru-RU"/>
        </w:rPr>
        <w:t xml:space="preserve"> </w:t>
      </w:r>
      <w:proofErr w:type="spellStart"/>
      <w:r w:rsidRPr="00D85F89">
        <w:rPr>
          <w:lang w:val="ru-RU"/>
        </w:rPr>
        <w:t>таңдала</w:t>
      </w:r>
      <w:r w:rsidRPr="00D85F89">
        <w:rPr>
          <w:lang w:val="ru-RU"/>
        </w:rPr>
        <w:t>ды</w:t>
      </w:r>
      <w:proofErr w:type="spellEnd"/>
      <w:r w:rsidRPr="00D85F89">
        <w:rPr>
          <w:lang w:val="ru-RU"/>
        </w:rPr>
        <w:t xml:space="preserve">. </w:t>
      </w:r>
      <w:proofErr w:type="spellStart"/>
      <w:r w:rsidRPr="00D85F89">
        <w:rPr>
          <w:lang w:val="ru-RU"/>
        </w:rPr>
        <w:t>Қажетсіз</w:t>
      </w:r>
      <w:proofErr w:type="spellEnd"/>
      <w:r w:rsidRPr="00D85F89">
        <w:rPr>
          <w:lang w:val="ru-RU"/>
        </w:rPr>
        <w:t xml:space="preserve"> </w:t>
      </w:r>
      <w:proofErr w:type="spellStart"/>
      <w:r w:rsidRPr="00D85F89">
        <w:rPr>
          <w:lang w:val="ru-RU"/>
        </w:rPr>
        <w:t>өткір</w:t>
      </w:r>
      <w:proofErr w:type="spellEnd"/>
      <w:r w:rsidRPr="00D85F89">
        <w:rPr>
          <w:lang w:val="ru-RU"/>
        </w:rPr>
        <w:t xml:space="preserve"> </w:t>
      </w:r>
      <w:proofErr w:type="spellStart"/>
      <w:r w:rsidRPr="00D85F89">
        <w:rPr>
          <w:lang w:val="ru-RU"/>
        </w:rPr>
        <w:t>бұрылысқа</w:t>
      </w:r>
      <w:proofErr w:type="spellEnd"/>
      <w:r w:rsidRPr="00D85F89">
        <w:rPr>
          <w:lang w:val="ru-RU"/>
        </w:rPr>
        <w:t xml:space="preserve"> </w:t>
      </w:r>
      <w:proofErr w:type="spellStart"/>
      <w:r w:rsidRPr="00D85F89">
        <w:rPr>
          <w:lang w:val="ru-RU"/>
        </w:rPr>
        <w:t>және</w:t>
      </w:r>
      <w:proofErr w:type="spellEnd"/>
      <w:r w:rsidRPr="00D85F89">
        <w:rPr>
          <w:lang w:val="ru-RU"/>
        </w:rPr>
        <w:t xml:space="preserve"> </w:t>
      </w:r>
      <w:proofErr w:type="spellStart"/>
      <w:r w:rsidRPr="00D85F89">
        <w:rPr>
          <w:lang w:val="ru-RU"/>
        </w:rPr>
        <w:t>ағын</w:t>
      </w:r>
      <w:proofErr w:type="spellEnd"/>
      <w:r w:rsidRPr="00D85F89">
        <w:rPr>
          <w:lang w:val="ru-RU"/>
        </w:rPr>
        <w:t xml:space="preserve"> </w:t>
      </w:r>
      <w:proofErr w:type="spellStart"/>
      <w:r w:rsidRPr="00D85F89">
        <w:rPr>
          <w:lang w:val="ru-RU"/>
        </w:rPr>
        <w:t>бағытына</w:t>
      </w:r>
      <w:proofErr w:type="spellEnd"/>
      <w:r w:rsidRPr="00D85F89">
        <w:rPr>
          <w:lang w:val="ru-RU"/>
        </w:rPr>
        <w:t xml:space="preserve"> </w:t>
      </w:r>
      <w:proofErr w:type="spellStart"/>
      <w:r w:rsidRPr="00D85F89">
        <w:rPr>
          <w:lang w:val="ru-RU"/>
        </w:rPr>
        <w:t>қарсы</w:t>
      </w:r>
      <w:proofErr w:type="spellEnd"/>
      <w:r w:rsidRPr="00D85F89">
        <w:rPr>
          <w:lang w:val="ru-RU"/>
        </w:rPr>
        <w:t xml:space="preserve"> </w:t>
      </w:r>
      <w:proofErr w:type="spellStart"/>
      <w:r w:rsidRPr="00D85F89">
        <w:rPr>
          <w:lang w:val="ru-RU"/>
        </w:rPr>
        <w:t>монтажға</w:t>
      </w:r>
      <w:proofErr w:type="spellEnd"/>
      <w:r w:rsidRPr="00D85F89">
        <w:rPr>
          <w:lang w:val="ru-RU"/>
        </w:rPr>
        <w:t xml:space="preserve"> </w:t>
      </w:r>
      <w:proofErr w:type="spellStart"/>
      <w:r w:rsidRPr="00D85F89">
        <w:rPr>
          <w:lang w:val="ru-RU"/>
        </w:rPr>
        <w:t>жол</w:t>
      </w:r>
      <w:proofErr w:type="spellEnd"/>
      <w:r w:rsidRPr="00D85F89">
        <w:rPr>
          <w:lang w:val="ru-RU"/>
        </w:rPr>
        <w:t xml:space="preserve"> </w:t>
      </w:r>
      <w:proofErr w:type="spellStart"/>
      <w:r w:rsidRPr="00D85F89">
        <w:rPr>
          <w:lang w:val="ru-RU"/>
        </w:rPr>
        <w:t>берілмейді</w:t>
      </w:r>
      <w:proofErr w:type="spellEnd"/>
      <w:r w:rsidRPr="00D85F89">
        <w:rPr>
          <w:lang w:val="ru-RU"/>
        </w:rPr>
        <w:t>.</w:t>
      </w:r>
    </w:p>
    <w:p w14:paraId="2E0D0698" w14:textId="77777777" w:rsidR="007322FA" w:rsidRPr="00D85F89" w:rsidRDefault="00E91743">
      <w:pPr>
        <w:keepLines/>
        <w:ind w:left="198" w:hanging="142"/>
        <w:jc w:val="both"/>
        <w:rPr>
          <w:lang w:val="ru-RU"/>
        </w:rPr>
      </w:pPr>
      <w:r w:rsidRPr="00D85F89">
        <w:rPr>
          <w:lang w:val="ru-RU"/>
        </w:rPr>
        <w:t xml:space="preserve">• </w:t>
      </w:r>
      <w:proofErr w:type="spellStart"/>
      <w:r w:rsidRPr="00D85F89">
        <w:rPr>
          <w:lang w:val="ru-RU"/>
        </w:rPr>
        <w:t>Жарылған</w:t>
      </w:r>
      <w:proofErr w:type="spellEnd"/>
      <w:r w:rsidRPr="00D85F89">
        <w:rPr>
          <w:lang w:val="ru-RU"/>
        </w:rPr>
        <w:t xml:space="preserve">, </w:t>
      </w:r>
      <w:proofErr w:type="spellStart"/>
      <w:r w:rsidRPr="00D85F89">
        <w:rPr>
          <w:lang w:val="ru-RU"/>
        </w:rPr>
        <w:t>майысқан</w:t>
      </w:r>
      <w:proofErr w:type="spellEnd"/>
      <w:r w:rsidRPr="00D85F89">
        <w:rPr>
          <w:lang w:val="ru-RU"/>
        </w:rPr>
        <w:t xml:space="preserve">, </w:t>
      </w:r>
      <w:proofErr w:type="spellStart"/>
      <w:r w:rsidRPr="00D85F89">
        <w:rPr>
          <w:lang w:val="ru-RU"/>
        </w:rPr>
        <w:t>сопақтанған</w:t>
      </w:r>
      <w:proofErr w:type="spellEnd"/>
      <w:r w:rsidRPr="00D85F89">
        <w:rPr>
          <w:lang w:val="ru-RU"/>
        </w:rPr>
        <w:t xml:space="preserve">, </w:t>
      </w:r>
      <w:proofErr w:type="spellStart"/>
      <w:r w:rsidRPr="00D85F89">
        <w:rPr>
          <w:lang w:val="ru-RU"/>
        </w:rPr>
        <w:t>сызылған</w:t>
      </w:r>
      <w:proofErr w:type="spellEnd"/>
      <w:r w:rsidRPr="00D85F89">
        <w:rPr>
          <w:lang w:val="ru-RU"/>
        </w:rPr>
        <w:t xml:space="preserve">, </w:t>
      </w:r>
      <w:proofErr w:type="spellStart"/>
      <w:r w:rsidRPr="00D85F89">
        <w:rPr>
          <w:lang w:val="ru-RU"/>
        </w:rPr>
        <w:t>күнде</w:t>
      </w:r>
      <w:proofErr w:type="spellEnd"/>
      <w:r w:rsidRPr="00D85F89">
        <w:rPr>
          <w:lang w:val="ru-RU"/>
        </w:rPr>
        <w:t xml:space="preserve"> </w:t>
      </w:r>
      <w:proofErr w:type="spellStart"/>
      <w:r w:rsidRPr="00D85F89">
        <w:rPr>
          <w:lang w:val="ru-RU"/>
        </w:rPr>
        <w:t>ұзақ</w:t>
      </w:r>
      <w:proofErr w:type="spellEnd"/>
      <w:r w:rsidRPr="00D85F89">
        <w:rPr>
          <w:lang w:val="ru-RU"/>
        </w:rPr>
        <w:t xml:space="preserve"> </w:t>
      </w:r>
      <w:proofErr w:type="spellStart"/>
      <w:r w:rsidRPr="00D85F89">
        <w:rPr>
          <w:lang w:val="ru-RU"/>
        </w:rPr>
        <w:t>сақталған</w:t>
      </w:r>
      <w:proofErr w:type="spellEnd"/>
      <w:r w:rsidRPr="00D85F89">
        <w:rPr>
          <w:lang w:val="ru-RU"/>
        </w:rPr>
        <w:t xml:space="preserve"> </w:t>
      </w:r>
      <w:proofErr w:type="spellStart"/>
      <w:r w:rsidRPr="00D85F89">
        <w:rPr>
          <w:lang w:val="ru-RU"/>
        </w:rPr>
        <w:t>немесе</w:t>
      </w:r>
      <w:proofErr w:type="spellEnd"/>
      <w:r w:rsidRPr="00D85F89">
        <w:rPr>
          <w:lang w:val="ru-RU"/>
        </w:rPr>
        <w:t xml:space="preserve"> </w:t>
      </w:r>
      <w:proofErr w:type="spellStart"/>
      <w:r w:rsidRPr="00D85F89">
        <w:rPr>
          <w:lang w:val="ru-RU"/>
        </w:rPr>
        <w:t>құжатсыз</w:t>
      </w:r>
      <w:proofErr w:type="spellEnd"/>
      <w:r w:rsidRPr="00D85F89">
        <w:rPr>
          <w:lang w:val="ru-RU"/>
        </w:rPr>
        <w:t xml:space="preserve"> </w:t>
      </w:r>
      <w:proofErr w:type="spellStart"/>
      <w:r w:rsidRPr="00D85F89">
        <w:rPr>
          <w:lang w:val="ru-RU"/>
        </w:rPr>
        <w:t>құбырлар</w:t>
      </w:r>
      <w:proofErr w:type="spellEnd"/>
      <w:r w:rsidRPr="00D85F89">
        <w:rPr>
          <w:lang w:val="ru-RU"/>
        </w:rPr>
        <w:t xml:space="preserve"> мен </w:t>
      </w:r>
      <w:proofErr w:type="spellStart"/>
      <w:r w:rsidRPr="00D85F89">
        <w:rPr>
          <w:lang w:val="ru-RU"/>
        </w:rPr>
        <w:t>фитингтер</w:t>
      </w:r>
      <w:proofErr w:type="spellEnd"/>
      <w:r w:rsidRPr="00D85F89">
        <w:rPr>
          <w:lang w:val="ru-RU"/>
        </w:rPr>
        <w:t xml:space="preserve"> </w:t>
      </w:r>
      <w:proofErr w:type="spellStart"/>
      <w:r w:rsidRPr="00D85F89">
        <w:rPr>
          <w:lang w:val="ru-RU"/>
        </w:rPr>
        <w:t>қолданылмайды</w:t>
      </w:r>
      <w:proofErr w:type="spellEnd"/>
      <w:r w:rsidRPr="00D85F89">
        <w:rPr>
          <w:lang w:val="ru-RU"/>
        </w:rPr>
        <w:t>.</w:t>
      </w:r>
    </w:p>
    <w:p w14:paraId="44C2C34B" w14:textId="77777777" w:rsidR="007322FA" w:rsidRPr="00D85F89" w:rsidRDefault="00E91743">
      <w:pPr>
        <w:pStyle w:val="1"/>
        <w:rPr>
          <w:lang w:val="ru-RU"/>
        </w:rPr>
      </w:pPr>
      <w:r w:rsidRPr="00D85F89">
        <w:rPr>
          <w:rFonts w:ascii="Arial" w:hAnsi="Arial"/>
          <w:sz w:val="21"/>
          <w:lang w:val="ru-RU"/>
        </w:rPr>
        <w:t xml:space="preserve">6 </w:t>
      </w:r>
      <w:proofErr w:type="spellStart"/>
      <w:r w:rsidRPr="00D85F89">
        <w:rPr>
          <w:rFonts w:ascii="Arial" w:hAnsi="Arial"/>
          <w:sz w:val="21"/>
          <w:lang w:val="ru-RU"/>
        </w:rPr>
        <w:t>Құбырды</w:t>
      </w:r>
      <w:proofErr w:type="spellEnd"/>
      <w:r w:rsidRPr="00D85F89">
        <w:rPr>
          <w:rFonts w:ascii="Arial" w:hAnsi="Arial"/>
          <w:sz w:val="21"/>
          <w:lang w:val="ru-RU"/>
        </w:rPr>
        <w:t xml:space="preserve"> </w:t>
      </w:r>
      <w:proofErr w:type="spellStart"/>
      <w:r w:rsidRPr="00D85F89">
        <w:rPr>
          <w:rFonts w:ascii="Arial" w:hAnsi="Arial"/>
          <w:sz w:val="21"/>
          <w:lang w:val="ru-RU"/>
        </w:rPr>
        <w:t>монтаждау</w:t>
      </w:r>
      <w:proofErr w:type="spellEnd"/>
    </w:p>
    <w:p w14:paraId="7ECAF86C" w14:textId="77777777" w:rsidR="007322FA" w:rsidRPr="00D85F89" w:rsidRDefault="00E91743">
      <w:pPr>
        <w:keepLines/>
        <w:ind w:left="198" w:hanging="142"/>
        <w:jc w:val="both"/>
        <w:rPr>
          <w:lang w:val="ru-RU"/>
        </w:rPr>
      </w:pPr>
      <w:r w:rsidRPr="00D85F89">
        <w:rPr>
          <w:lang w:val="ru-RU"/>
        </w:rPr>
        <w:t xml:space="preserve">• Траншея </w:t>
      </w:r>
      <w:proofErr w:type="spellStart"/>
      <w:r w:rsidRPr="00D85F89">
        <w:rPr>
          <w:lang w:val="ru-RU"/>
        </w:rPr>
        <w:t>түбіне</w:t>
      </w:r>
      <w:proofErr w:type="spellEnd"/>
      <w:r w:rsidRPr="00D85F89">
        <w:rPr>
          <w:lang w:val="ru-RU"/>
        </w:rPr>
        <w:t xml:space="preserve"> </w:t>
      </w:r>
      <w:proofErr w:type="spellStart"/>
      <w:r w:rsidRPr="00D85F89">
        <w:rPr>
          <w:lang w:val="ru-RU"/>
        </w:rPr>
        <w:t>кемінде</w:t>
      </w:r>
      <w:proofErr w:type="spellEnd"/>
      <w:r w:rsidRPr="00D85F89">
        <w:rPr>
          <w:lang w:val="ru-RU"/>
        </w:rPr>
        <w:t xml:space="preserve"> 150 мм </w:t>
      </w:r>
      <w:proofErr w:type="spellStart"/>
      <w:r w:rsidRPr="00D85F89">
        <w:rPr>
          <w:lang w:val="ru-RU"/>
        </w:rPr>
        <w:t>жуылғ</w:t>
      </w:r>
      <w:r w:rsidRPr="00D85F89">
        <w:rPr>
          <w:lang w:val="ru-RU"/>
        </w:rPr>
        <w:t>ан</w:t>
      </w:r>
      <w:proofErr w:type="spellEnd"/>
      <w:r w:rsidRPr="00D85F89">
        <w:rPr>
          <w:lang w:val="ru-RU"/>
        </w:rPr>
        <w:t xml:space="preserve"> </w:t>
      </w:r>
      <w:proofErr w:type="spellStart"/>
      <w:r w:rsidRPr="00D85F89">
        <w:rPr>
          <w:lang w:val="ru-RU"/>
        </w:rPr>
        <w:t>құмнан</w:t>
      </w:r>
      <w:proofErr w:type="spellEnd"/>
      <w:r w:rsidRPr="00D85F89">
        <w:rPr>
          <w:lang w:val="ru-RU"/>
        </w:rPr>
        <w:t xml:space="preserve"> </w:t>
      </w:r>
      <w:proofErr w:type="spellStart"/>
      <w:r w:rsidRPr="00D85F89">
        <w:rPr>
          <w:lang w:val="ru-RU"/>
        </w:rPr>
        <w:t>біркелкі</w:t>
      </w:r>
      <w:proofErr w:type="spellEnd"/>
      <w:r w:rsidRPr="00D85F89">
        <w:rPr>
          <w:lang w:val="ru-RU"/>
        </w:rPr>
        <w:t xml:space="preserve"> </w:t>
      </w:r>
      <w:proofErr w:type="spellStart"/>
      <w:r w:rsidRPr="00D85F89">
        <w:rPr>
          <w:lang w:val="ru-RU"/>
        </w:rPr>
        <w:t>төсем</w:t>
      </w:r>
      <w:proofErr w:type="spellEnd"/>
      <w:r w:rsidRPr="00D85F89">
        <w:rPr>
          <w:lang w:val="ru-RU"/>
        </w:rPr>
        <w:t xml:space="preserve"> </w:t>
      </w:r>
      <w:proofErr w:type="spellStart"/>
      <w:r w:rsidRPr="00D85F89">
        <w:rPr>
          <w:lang w:val="ru-RU"/>
        </w:rPr>
        <w:t>салынып</w:t>
      </w:r>
      <w:proofErr w:type="spellEnd"/>
      <w:r w:rsidRPr="00D85F89">
        <w:rPr>
          <w:lang w:val="ru-RU"/>
        </w:rPr>
        <w:t xml:space="preserve">, </w:t>
      </w:r>
      <w:proofErr w:type="spellStart"/>
      <w:r w:rsidRPr="00D85F89">
        <w:rPr>
          <w:lang w:val="ru-RU"/>
        </w:rPr>
        <w:t>жобалық</w:t>
      </w:r>
      <w:proofErr w:type="spellEnd"/>
      <w:r w:rsidRPr="00D85F89">
        <w:rPr>
          <w:lang w:val="ru-RU"/>
        </w:rPr>
        <w:t xml:space="preserve"> </w:t>
      </w:r>
      <w:proofErr w:type="spellStart"/>
      <w:r w:rsidRPr="00D85F89">
        <w:rPr>
          <w:lang w:val="ru-RU"/>
        </w:rPr>
        <w:t>белгі</w:t>
      </w:r>
      <w:proofErr w:type="spellEnd"/>
      <w:r w:rsidRPr="00D85F89">
        <w:rPr>
          <w:lang w:val="ru-RU"/>
        </w:rPr>
        <w:t xml:space="preserve"> мен </w:t>
      </w:r>
      <w:proofErr w:type="spellStart"/>
      <w:r w:rsidRPr="00D85F89">
        <w:rPr>
          <w:lang w:val="ru-RU"/>
        </w:rPr>
        <w:t>еңіске</w:t>
      </w:r>
      <w:proofErr w:type="spellEnd"/>
      <w:r w:rsidRPr="00D85F89">
        <w:rPr>
          <w:lang w:val="ru-RU"/>
        </w:rPr>
        <w:t xml:space="preserve"> </w:t>
      </w:r>
      <w:proofErr w:type="spellStart"/>
      <w:r w:rsidRPr="00D85F89">
        <w:rPr>
          <w:lang w:val="ru-RU"/>
        </w:rPr>
        <w:t>сәйкес</w:t>
      </w:r>
      <w:proofErr w:type="spellEnd"/>
      <w:r w:rsidRPr="00D85F89">
        <w:rPr>
          <w:lang w:val="ru-RU"/>
        </w:rPr>
        <w:t xml:space="preserve"> </w:t>
      </w:r>
      <w:proofErr w:type="spellStart"/>
      <w:r w:rsidRPr="00D85F89">
        <w:rPr>
          <w:lang w:val="ru-RU"/>
        </w:rPr>
        <w:t>тығыздалады</w:t>
      </w:r>
      <w:proofErr w:type="spellEnd"/>
      <w:r w:rsidRPr="00D85F89">
        <w:rPr>
          <w:lang w:val="ru-RU"/>
        </w:rPr>
        <w:t>.</w:t>
      </w:r>
    </w:p>
    <w:p w14:paraId="4BA941D1" w14:textId="77777777" w:rsidR="007322FA" w:rsidRPr="00D85F89" w:rsidRDefault="00E91743">
      <w:pPr>
        <w:keepLines/>
        <w:ind w:left="198" w:hanging="142"/>
        <w:jc w:val="both"/>
        <w:rPr>
          <w:lang w:val="ru-RU"/>
        </w:rPr>
      </w:pPr>
      <w:r w:rsidRPr="00D85F89">
        <w:rPr>
          <w:lang w:val="ru-RU"/>
        </w:rPr>
        <w:t xml:space="preserve">• </w:t>
      </w:r>
      <w:proofErr w:type="spellStart"/>
      <w:r w:rsidRPr="00D85F89">
        <w:rPr>
          <w:lang w:val="ru-RU"/>
        </w:rPr>
        <w:t>Құбырлар</w:t>
      </w:r>
      <w:proofErr w:type="spellEnd"/>
      <w:r w:rsidRPr="00D85F89">
        <w:rPr>
          <w:lang w:val="ru-RU"/>
        </w:rPr>
        <w:t xml:space="preserve"> </w:t>
      </w:r>
      <w:proofErr w:type="spellStart"/>
      <w:r w:rsidRPr="00D85F89">
        <w:rPr>
          <w:lang w:val="ru-RU"/>
        </w:rPr>
        <w:t>төменгі</w:t>
      </w:r>
      <w:proofErr w:type="spellEnd"/>
      <w:r w:rsidRPr="00D85F89">
        <w:rPr>
          <w:lang w:val="ru-RU"/>
        </w:rPr>
        <w:t xml:space="preserve"> </w:t>
      </w:r>
      <w:proofErr w:type="spellStart"/>
      <w:r w:rsidRPr="00D85F89">
        <w:rPr>
          <w:lang w:val="ru-RU"/>
        </w:rPr>
        <w:t>белгіден</w:t>
      </w:r>
      <w:proofErr w:type="spellEnd"/>
      <w:r w:rsidRPr="00D85F89">
        <w:rPr>
          <w:lang w:val="ru-RU"/>
        </w:rPr>
        <w:t xml:space="preserve"> </w:t>
      </w:r>
      <w:proofErr w:type="spellStart"/>
      <w:r w:rsidRPr="00D85F89">
        <w:rPr>
          <w:lang w:val="ru-RU"/>
        </w:rPr>
        <w:t>жоғары</w:t>
      </w:r>
      <w:proofErr w:type="spellEnd"/>
      <w:r w:rsidRPr="00D85F89">
        <w:rPr>
          <w:lang w:val="ru-RU"/>
        </w:rPr>
        <w:t xml:space="preserve"> </w:t>
      </w:r>
      <w:proofErr w:type="spellStart"/>
      <w:r w:rsidRPr="00D85F89">
        <w:rPr>
          <w:lang w:val="ru-RU"/>
        </w:rPr>
        <w:t>қарай</w:t>
      </w:r>
      <w:proofErr w:type="spellEnd"/>
      <w:r w:rsidRPr="00D85F89">
        <w:rPr>
          <w:lang w:val="ru-RU"/>
        </w:rPr>
        <w:t xml:space="preserve">, раструбы </w:t>
      </w:r>
      <w:proofErr w:type="spellStart"/>
      <w:r w:rsidRPr="00D85F89">
        <w:rPr>
          <w:lang w:val="ru-RU"/>
        </w:rPr>
        <w:t>ағынға</w:t>
      </w:r>
      <w:proofErr w:type="spellEnd"/>
      <w:r w:rsidRPr="00D85F89">
        <w:rPr>
          <w:lang w:val="ru-RU"/>
        </w:rPr>
        <w:t xml:space="preserve"> </w:t>
      </w:r>
      <w:proofErr w:type="spellStart"/>
      <w:r w:rsidRPr="00D85F89">
        <w:rPr>
          <w:lang w:val="ru-RU"/>
        </w:rPr>
        <w:t>қарсы</w:t>
      </w:r>
      <w:proofErr w:type="spellEnd"/>
      <w:r w:rsidRPr="00D85F89">
        <w:rPr>
          <w:lang w:val="ru-RU"/>
        </w:rPr>
        <w:t xml:space="preserve"> </w:t>
      </w:r>
      <w:proofErr w:type="spellStart"/>
      <w:r w:rsidRPr="00D85F89">
        <w:rPr>
          <w:lang w:val="ru-RU"/>
        </w:rPr>
        <w:t>бағытта</w:t>
      </w:r>
      <w:proofErr w:type="spellEnd"/>
      <w:r w:rsidRPr="00D85F89">
        <w:rPr>
          <w:lang w:val="ru-RU"/>
        </w:rPr>
        <w:t xml:space="preserve"> </w:t>
      </w:r>
      <w:proofErr w:type="spellStart"/>
      <w:r w:rsidRPr="00D85F89">
        <w:rPr>
          <w:lang w:val="ru-RU"/>
        </w:rPr>
        <w:t>орнатылады</w:t>
      </w:r>
      <w:proofErr w:type="spellEnd"/>
      <w:r w:rsidRPr="00D85F89">
        <w:rPr>
          <w:lang w:val="ru-RU"/>
        </w:rPr>
        <w:t xml:space="preserve">. </w:t>
      </w:r>
      <w:proofErr w:type="spellStart"/>
      <w:r w:rsidRPr="00D85F89">
        <w:rPr>
          <w:lang w:val="ru-RU"/>
        </w:rPr>
        <w:t>Әр</w:t>
      </w:r>
      <w:proofErr w:type="spellEnd"/>
      <w:r w:rsidRPr="00D85F89">
        <w:rPr>
          <w:lang w:val="ru-RU"/>
        </w:rPr>
        <w:t xml:space="preserve"> </w:t>
      </w:r>
      <w:proofErr w:type="spellStart"/>
      <w:r w:rsidRPr="00D85F89">
        <w:rPr>
          <w:lang w:val="ru-RU"/>
        </w:rPr>
        <w:t>құбырдың</w:t>
      </w:r>
      <w:proofErr w:type="spellEnd"/>
      <w:r w:rsidRPr="00D85F89">
        <w:rPr>
          <w:lang w:val="ru-RU"/>
        </w:rPr>
        <w:t xml:space="preserve"> </w:t>
      </w:r>
      <w:proofErr w:type="spellStart"/>
      <w:r w:rsidRPr="00D85F89">
        <w:rPr>
          <w:lang w:val="ru-RU"/>
        </w:rPr>
        <w:t>осі</w:t>
      </w:r>
      <w:proofErr w:type="spellEnd"/>
      <w:r w:rsidRPr="00D85F89">
        <w:rPr>
          <w:lang w:val="ru-RU"/>
        </w:rPr>
        <w:t xml:space="preserve">, </w:t>
      </w:r>
      <w:proofErr w:type="spellStart"/>
      <w:r w:rsidRPr="00D85F89">
        <w:rPr>
          <w:lang w:val="ru-RU"/>
        </w:rPr>
        <w:t>белгісі</w:t>
      </w:r>
      <w:proofErr w:type="spellEnd"/>
      <w:r w:rsidRPr="00D85F89">
        <w:rPr>
          <w:lang w:val="ru-RU"/>
        </w:rPr>
        <w:t xml:space="preserve"> </w:t>
      </w:r>
      <w:proofErr w:type="spellStart"/>
      <w:r w:rsidRPr="00D85F89">
        <w:rPr>
          <w:lang w:val="ru-RU"/>
        </w:rPr>
        <w:t>және</w:t>
      </w:r>
      <w:proofErr w:type="spellEnd"/>
      <w:r w:rsidRPr="00D85F89">
        <w:rPr>
          <w:lang w:val="ru-RU"/>
        </w:rPr>
        <w:t xml:space="preserve"> </w:t>
      </w:r>
      <w:proofErr w:type="spellStart"/>
      <w:r w:rsidRPr="00D85F89">
        <w:rPr>
          <w:lang w:val="ru-RU"/>
        </w:rPr>
        <w:t>еңісі</w:t>
      </w:r>
      <w:proofErr w:type="spellEnd"/>
      <w:r w:rsidRPr="00D85F89">
        <w:rPr>
          <w:lang w:val="ru-RU"/>
        </w:rPr>
        <w:t xml:space="preserve"> </w:t>
      </w:r>
      <w:proofErr w:type="spellStart"/>
      <w:r w:rsidRPr="00D85F89">
        <w:rPr>
          <w:lang w:val="ru-RU"/>
        </w:rPr>
        <w:t>нивелирмен</w:t>
      </w:r>
      <w:proofErr w:type="spellEnd"/>
      <w:r w:rsidRPr="00D85F89">
        <w:rPr>
          <w:lang w:val="ru-RU"/>
        </w:rPr>
        <w:t xml:space="preserve"> </w:t>
      </w:r>
      <w:proofErr w:type="spellStart"/>
      <w:r w:rsidRPr="00D85F89">
        <w:rPr>
          <w:lang w:val="ru-RU"/>
        </w:rPr>
        <w:t>тексеріледі</w:t>
      </w:r>
      <w:proofErr w:type="spellEnd"/>
      <w:r w:rsidRPr="00D85F89">
        <w:rPr>
          <w:lang w:val="ru-RU"/>
        </w:rPr>
        <w:t>.</w:t>
      </w:r>
    </w:p>
    <w:p w14:paraId="374ECF0F" w14:textId="77777777" w:rsidR="007322FA" w:rsidRPr="00D85F89" w:rsidRDefault="00E91743">
      <w:pPr>
        <w:keepLines/>
        <w:ind w:left="198" w:hanging="142"/>
        <w:jc w:val="both"/>
        <w:rPr>
          <w:lang w:val="ru-RU"/>
        </w:rPr>
      </w:pPr>
      <w:r w:rsidRPr="00D85F89">
        <w:rPr>
          <w:lang w:val="ru-RU"/>
        </w:rPr>
        <w:t xml:space="preserve">• </w:t>
      </w:r>
      <w:proofErr w:type="spellStart"/>
      <w:r w:rsidRPr="00D85F89">
        <w:rPr>
          <w:lang w:val="ru-RU"/>
        </w:rPr>
        <w:t>Резеңке</w:t>
      </w:r>
      <w:proofErr w:type="spellEnd"/>
      <w:r w:rsidRPr="00D85F89">
        <w:rPr>
          <w:lang w:val="ru-RU"/>
        </w:rPr>
        <w:t xml:space="preserve"> </w:t>
      </w:r>
      <w:proofErr w:type="spellStart"/>
      <w:r w:rsidRPr="00D85F89">
        <w:rPr>
          <w:lang w:val="ru-RU"/>
        </w:rPr>
        <w:t>сақина</w:t>
      </w:r>
      <w:proofErr w:type="spellEnd"/>
      <w:r w:rsidRPr="00D85F89">
        <w:rPr>
          <w:lang w:val="ru-RU"/>
        </w:rPr>
        <w:t xml:space="preserve"> мен </w:t>
      </w:r>
      <w:r w:rsidRPr="00D85F89">
        <w:rPr>
          <w:lang w:val="ru-RU"/>
        </w:rPr>
        <w:t xml:space="preserve">раструб </w:t>
      </w:r>
      <w:proofErr w:type="spellStart"/>
      <w:r w:rsidRPr="00D85F89">
        <w:rPr>
          <w:lang w:val="ru-RU"/>
        </w:rPr>
        <w:t>тазаланып</w:t>
      </w:r>
      <w:proofErr w:type="spellEnd"/>
      <w:r w:rsidRPr="00D85F89">
        <w:rPr>
          <w:lang w:val="ru-RU"/>
        </w:rPr>
        <w:t xml:space="preserve">, </w:t>
      </w:r>
      <w:proofErr w:type="spellStart"/>
      <w:r w:rsidRPr="00D85F89">
        <w:rPr>
          <w:lang w:val="ru-RU"/>
        </w:rPr>
        <w:t>өндіруші</w:t>
      </w:r>
      <w:proofErr w:type="spellEnd"/>
      <w:r w:rsidRPr="00D85F89">
        <w:rPr>
          <w:lang w:val="ru-RU"/>
        </w:rPr>
        <w:t xml:space="preserve"> </w:t>
      </w:r>
      <w:proofErr w:type="spellStart"/>
      <w:r w:rsidRPr="00D85F89">
        <w:rPr>
          <w:lang w:val="ru-RU"/>
        </w:rPr>
        <w:t>рұқсат</w:t>
      </w:r>
      <w:proofErr w:type="spellEnd"/>
      <w:r w:rsidRPr="00D85F89">
        <w:rPr>
          <w:lang w:val="ru-RU"/>
        </w:rPr>
        <w:t xml:space="preserve"> </w:t>
      </w:r>
      <w:proofErr w:type="spellStart"/>
      <w:r w:rsidRPr="00D85F89">
        <w:rPr>
          <w:lang w:val="ru-RU"/>
        </w:rPr>
        <w:t>еткен</w:t>
      </w:r>
      <w:proofErr w:type="spellEnd"/>
      <w:r w:rsidRPr="00D85F89">
        <w:rPr>
          <w:lang w:val="ru-RU"/>
        </w:rPr>
        <w:t xml:space="preserve"> </w:t>
      </w:r>
      <w:proofErr w:type="spellStart"/>
      <w:r w:rsidRPr="00D85F89">
        <w:rPr>
          <w:lang w:val="ru-RU"/>
        </w:rPr>
        <w:t>майлағыш</w:t>
      </w:r>
      <w:proofErr w:type="spellEnd"/>
      <w:r w:rsidRPr="00D85F89">
        <w:rPr>
          <w:lang w:val="ru-RU"/>
        </w:rPr>
        <w:t xml:space="preserve"> </w:t>
      </w:r>
      <w:proofErr w:type="spellStart"/>
      <w:r w:rsidRPr="00D85F89">
        <w:rPr>
          <w:lang w:val="ru-RU"/>
        </w:rPr>
        <w:t>қолданылады</w:t>
      </w:r>
      <w:proofErr w:type="spellEnd"/>
      <w:r w:rsidRPr="00D85F89">
        <w:rPr>
          <w:lang w:val="ru-RU"/>
        </w:rPr>
        <w:t xml:space="preserve">. </w:t>
      </w:r>
      <w:proofErr w:type="spellStart"/>
      <w:r w:rsidRPr="00D85F89">
        <w:rPr>
          <w:lang w:val="ru-RU"/>
        </w:rPr>
        <w:t>Құбыр</w:t>
      </w:r>
      <w:proofErr w:type="spellEnd"/>
      <w:r w:rsidRPr="00D85F89">
        <w:rPr>
          <w:lang w:val="ru-RU"/>
        </w:rPr>
        <w:t xml:space="preserve"> </w:t>
      </w:r>
      <w:proofErr w:type="spellStart"/>
      <w:r w:rsidRPr="00D85F89">
        <w:rPr>
          <w:lang w:val="ru-RU"/>
        </w:rPr>
        <w:t>белгіленген</w:t>
      </w:r>
      <w:proofErr w:type="spellEnd"/>
      <w:r w:rsidRPr="00D85F89">
        <w:rPr>
          <w:lang w:val="ru-RU"/>
        </w:rPr>
        <w:t xml:space="preserve"> монтаж </w:t>
      </w:r>
      <w:proofErr w:type="spellStart"/>
      <w:r w:rsidRPr="00D85F89">
        <w:rPr>
          <w:lang w:val="ru-RU"/>
        </w:rPr>
        <w:t>тереңдігіне</w:t>
      </w:r>
      <w:proofErr w:type="spellEnd"/>
      <w:r w:rsidRPr="00D85F89">
        <w:rPr>
          <w:lang w:val="ru-RU"/>
        </w:rPr>
        <w:t xml:space="preserve"> </w:t>
      </w:r>
      <w:proofErr w:type="spellStart"/>
      <w:r w:rsidRPr="00D85F89">
        <w:rPr>
          <w:lang w:val="ru-RU"/>
        </w:rPr>
        <w:t>дейін</w:t>
      </w:r>
      <w:proofErr w:type="spellEnd"/>
      <w:r w:rsidRPr="00D85F89">
        <w:rPr>
          <w:lang w:val="ru-RU"/>
        </w:rPr>
        <w:t xml:space="preserve"> </w:t>
      </w:r>
      <w:proofErr w:type="spellStart"/>
      <w:r w:rsidRPr="00D85F89">
        <w:rPr>
          <w:lang w:val="ru-RU"/>
        </w:rPr>
        <w:t>енгізіледі</w:t>
      </w:r>
      <w:proofErr w:type="spellEnd"/>
      <w:r w:rsidRPr="00D85F89">
        <w:rPr>
          <w:lang w:val="ru-RU"/>
        </w:rPr>
        <w:t xml:space="preserve">; </w:t>
      </w:r>
      <w:proofErr w:type="spellStart"/>
      <w:r w:rsidRPr="00D85F89">
        <w:rPr>
          <w:lang w:val="ru-RU"/>
        </w:rPr>
        <w:t>қыздыруға</w:t>
      </w:r>
      <w:proofErr w:type="spellEnd"/>
      <w:r w:rsidRPr="00D85F89">
        <w:rPr>
          <w:lang w:val="ru-RU"/>
        </w:rPr>
        <w:t xml:space="preserve">, </w:t>
      </w:r>
      <w:proofErr w:type="spellStart"/>
      <w:r w:rsidRPr="00D85F89">
        <w:rPr>
          <w:lang w:val="ru-RU"/>
        </w:rPr>
        <w:t>соғуға</w:t>
      </w:r>
      <w:proofErr w:type="spellEnd"/>
      <w:r w:rsidRPr="00D85F89">
        <w:rPr>
          <w:lang w:val="ru-RU"/>
        </w:rPr>
        <w:t xml:space="preserve"> </w:t>
      </w:r>
      <w:proofErr w:type="spellStart"/>
      <w:r w:rsidRPr="00D85F89">
        <w:rPr>
          <w:lang w:val="ru-RU"/>
        </w:rPr>
        <w:t>немесе</w:t>
      </w:r>
      <w:proofErr w:type="spellEnd"/>
      <w:r w:rsidRPr="00D85F89">
        <w:rPr>
          <w:lang w:val="ru-RU"/>
        </w:rPr>
        <w:t xml:space="preserve"> </w:t>
      </w:r>
      <w:proofErr w:type="spellStart"/>
      <w:r w:rsidRPr="00D85F89">
        <w:rPr>
          <w:lang w:val="ru-RU"/>
        </w:rPr>
        <w:t>қолдан</w:t>
      </w:r>
      <w:proofErr w:type="spellEnd"/>
      <w:r w:rsidRPr="00D85F89">
        <w:rPr>
          <w:lang w:val="ru-RU"/>
        </w:rPr>
        <w:t xml:space="preserve"> </w:t>
      </w:r>
      <w:proofErr w:type="spellStart"/>
      <w:r w:rsidRPr="00D85F89">
        <w:rPr>
          <w:lang w:val="ru-RU"/>
        </w:rPr>
        <w:t>жасалған</w:t>
      </w:r>
      <w:proofErr w:type="spellEnd"/>
      <w:r w:rsidRPr="00D85F89">
        <w:rPr>
          <w:lang w:val="ru-RU"/>
        </w:rPr>
        <w:t xml:space="preserve"> </w:t>
      </w:r>
      <w:proofErr w:type="spellStart"/>
      <w:r w:rsidRPr="00D85F89">
        <w:rPr>
          <w:lang w:val="ru-RU"/>
        </w:rPr>
        <w:t>тығыздағыш</w:t>
      </w:r>
      <w:proofErr w:type="spellEnd"/>
      <w:r w:rsidRPr="00D85F89">
        <w:rPr>
          <w:lang w:val="ru-RU"/>
        </w:rPr>
        <w:t xml:space="preserve"> </w:t>
      </w:r>
      <w:proofErr w:type="spellStart"/>
      <w:r w:rsidRPr="00D85F89">
        <w:rPr>
          <w:lang w:val="ru-RU"/>
        </w:rPr>
        <w:t>қолдануға</w:t>
      </w:r>
      <w:proofErr w:type="spellEnd"/>
      <w:r w:rsidRPr="00D85F89">
        <w:rPr>
          <w:lang w:val="ru-RU"/>
        </w:rPr>
        <w:t xml:space="preserve"> </w:t>
      </w:r>
      <w:proofErr w:type="spellStart"/>
      <w:r w:rsidRPr="00D85F89">
        <w:rPr>
          <w:lang w:val="ru-RU"/>
        </w:rPr>
        <w:t>тыйым</w:t>
      </w:r>
      <w:proofErr w:type="spellEnd"/>
      <w:r w:rsidRPr="00D85F89">
        <w:rPr>
          <w:lang w:val="ru-RU"/>
        </w:rPr>
        <w:t xml:space="preserve"> </w:t>
      </w:r>
      <w:proofErr w:type="spellStart"/>
      <w:r w:rsidRPr="00D85F89">
        <w:rPr>
          <w:lang w:val="ru-RU"/>
        </w:rPr>
        <w:t>салынады</w:t>
      </w:r>
      <w:proofErr w:type="spellEnd"/>
      <w:r w:rsidRPr="00D85F89">
        <w:rPr>
          <w:lang w:val="ru-RU"/>
        </w:rPr>
        <w:t>.</w:t>
      </w:r>
    </w:p>
    <w:p w14:paraId="656A4E02" w14:textId="77777777" w:rsidR="007322FA" w:rsidRPr="00D85F89" w:rsidRDefault="00E91743">
      <w:pPr>
        <w:keepLines/>
        <w:ind w:left="198" w:hanging="142"/>
        <w:jc w:val="both"/>
        <w:rPr>
          <w:lang w:val="ru-RU"/>
        </w:rPr>
      </w:pPr>
      <w:r w:rsidRPr="00D85F89">
        <w:rPr>
          <w:lang w:val="ru-RU"/>
        </w:rPr>
        <w:t xml:space="preserve">• </w:t>
      </w:r>
      <w:proofErr w:type="spellStart"/>
      <w:r w:rsidRPr="00D85F89">
        <w:rPr>
          <w:lang w:val="ru-RU"/>
        </w:rPr>
        <w:t>Құбыр</w:t>
      </w:r>
      <w:proofErr w:type="spellEnd"/>
      <w:r w:rsidRPr="00D85F89">
        <w:rPr>
          <w:lang w:val="ru-RU"/>
        </w:rPr>
        <w:t xml:space="preserve"> </w:t>
      </w:r>
      <w:proofErr w:type="spellStart"/>
      <w:r w:rsidRPr="00D85F89">
        <w:rPr>
          <w:lang w:val="ru-RU"/>
        </w:rPr>
        <w:t>астында</w:t>
      </w:r>
      <w:proofErr w:type="spellEnd"/>
      <w:r w:rsidRPr="00D85F89">
        <w:rPr>
          <w:lang w:val="ru-RU"/>
        </w:rPr>
        <w:t xml:space="preserve"> </w:t>
      </w:r>
      <w:proofErr w:type="spellStart"/>
      <w:r w:rsidRPr="00D85F89">
        <w:rPr>
          <w:lang w:val="ru-RU"/>
        </w:rPr>
        <w:t>және</w:t>
      </w:r>
      <w:proofErr w:type="spellEnd"/>
      <w:r w:rsidRPr="00D85F89">
        <w:rPr>
          <w:lang w:val="ru-RU"/>
        </w:rPr>
        <w:t xml:space="preserve"> </w:t>
      </w:r>
      <w:proofErr w:type="spellStart"/>
      <w:r w:rsidRPr="00D85F89">
        <w:rPr>
          <w:lang w:val="ru-RU"/>
        </w:rPr>
        <w:t>бүйірінде</w:t>
      </w:r>
      <w:proofErr w:type="spellEnd"/>
      <w:r w:rsidRPr="00D85F89">
        <w:rPr>
          <w:lang w:val="ru-RU"/>
        </w:rPr>
        <w:t xml:space="preserve"> бос </w:t>
      </w:r>
      <w:proofErr w:type="spellStart"/>
      <w:r w:rsidRPr="00D85F89">
        <w:rPr>
          <w:lang w:val="ru-RU"/>
        </w:rPr>
        <w:t>қуыс</w:t>
      </w:r>
      <w:proofErr w:type="spellEnd"/>
      <w:r w:rsidRPr="00D85F89">
        <w:rPr>
          <w:lang w:val="ru-RU"/>
        </w:rPr>
        <w:t xml:space="preserve"> </w:t>
      </w:r>
      <w:proofErr w:type="spellStart"/>
      <w:r w:rsidRPr="00D85F89">
        <w:rPr>
          <w:lang w:val="ru-RU"/>
        </w:rPr>
        <w:t>қалмауы</w:t>
      </w:r>
      <w:proofErr w:type="spellEnd"/>
      <w:r w:rsidRPr="00D85F89">
        <w:rPr>
          <w:lang w:val="ru-RU"/>
        </w:rPr>
        <w:t xml:space="preserve"> </w:t>
      </w:r>
      <w:proofErr w:type="spellStart"/>
      <w:r w:rsidRPr="00D85F89">
        <w:rPr>
          <w:lang w:val="ru-RU"/>
        </w:rPr>
        <w:t>тиіс</w:t>
      </w:r>
      <w:proofErr w:type="spellEnd"/>
      <w:r w:rsidRPr="00D85F89">
        <w:rPr>
          <w:lang w:val="ru-RU"/>
        </w:rPr>
        <w:t xml:space="preserve">. </w:t>
      </w:r>
      <w:proofErr w:type="spellStart"/>
      <w:r w:rsidRPr="00D85F89">
        <w:rPr>
          <w:lang w:val="ru-RU"/>
        </w:rPr>
        <w:t>Құбырд</w:t>
      </w:r>
      <w:r w:rsidRPr="00D85F89">
        <w:rPr>
          <w:lang w:val="ru-RU"/>
        </w:rPr>
        <w:t>ың</w:t>
      </w:r>
      <w:proofErr w:type="spellEnd"/>
      <w:r w:rsidRPr="00D85F89">
        <w:rPr>
          <w:lang w:val="ru-RU"/>
        </w:rPr>
        <w:t xml:space="preserve"> </w:t>
      </w:r>
      <w:proofErr w:type="spellStart"/>
      <w:r w:rsidRPr="00D85F89">
        <w:rPr>
          <w:lang w:val="ru-RU"/>
        </w:rPr>
        <w:t>екі</w:t>
      </w:r>
      <w:proofErr w:type="spellEnd"/>
      <w:r w:rsidRPr="00D85F89">
        <w:rPr>
          <w:lang w:val="ru-RU"/>
        </w:rPr>
        <w:t xml:space="preserve"> </w:t>
      </w:r>
      <w:proofErr w:type="spellStart"/>
      <w:r w:rsidRPr="00D85F89">
        <w:rPr>
          <w:lang w:val="ru-RU"/>
        </w:rPr>
        <w:t>бүйіріндегі</w:t>
      </w:r>
      <w:proofErr w:type="spellEnd"/>
      <w:r w:rsidRPr="00D85F89">
        <w:rPr>
          <w:lang w:val="ru-RU"/>
        </w:rPr>
        <w:t xml:space="preserve"> </w:t>
      </w:r>
      <w:proofErr w:type="spellStart"/>
      <w:r w:rsidRPr="00D85F89">
        <w:rPr>
          <w:lang w:val="ru-RU"/>
        </w:rPr>
        <w:t>құм</w:t>
      </w:r>
      <w:proofErr w:type="spellEnd"/>
      <w:r w:rsidRPr="00D85F89">
        <w:rPr>
          <w:lang w:val="ru-RU"/>
        </w:rPr>
        <w:t xml:space="preserve"> </w:t>
      </w:r>
      <w:proofErr w:type="spellStart"/>
      <w:r w:rsidRPr="00D85F89">
        <w:rPr>
          <w:lang w:val="ru-RU"/>
        </w:rPr>
        <w:t>бір</w:t>
      </w:r>
      <w:proofErr w:type="spellEnd"/>
      <w:r w:rsidRPr="00D85F89">
        <w:rPr>
          <w:lang w:val="ru-RU"/>
        </w:rPr>
        <w:t xml:space="preserve"> </w:t>
      </w:r>
      <w:proofErr w:type="spellStart"/>
      <w:r w:rsidRPr="00D85F89">
        <w:rPr>
          <w:lang w:val="ru-RU"/>
        </w:rPr>
        <w:t>уақытта</w:t>
      </w:r>
      <w:proofErr w:type="spellEnd"/>
      <w:r w:rsidRPr="00D85F89">
        <w:rPr>
          <w:lang w:val="ru-RU"/>
        </w:rPr>
        <w:t xml:space="preserve">, 150–200 мм </w:t>
      </w:r>
      <w:proofErr w:type="spellStart"/>
      <w:r w:rsidRPr="00D85F89">
        <w:rPr>
          <w:lang w:val="ru-RU"/>
        </w:rPr>
        <w:t>қабаттармен</w:t>
      </w:r>
      <w:proofErr w:type="spellEnd"/>
      <w:r w:rsidRPr="00D85F89">
        <w:rPr>
          <w:lang w:val="ru-RU"/>
        </w:rPr>
        <w:t xml:space="preserve">, </w:t>
      </w:r>
      <w:proofErr w:type="spellStart"/>
      <w:r w:rsidRPr="00D85F89">
        <w:rPr>
          <w:lang w:val="ru-RU"/>
        </w:rPr>
        <w:t>құбырды</w:t>
      </w:r>
      <w:proofErr w:type="spellEnd"/>
      <w:r w:rsidRPr="00D85F89">
        <w:rPr>
          <w:lang w:val="ru-RU"/>
        </w:rPr>
        <w:t xml:space="preserve"> </w:t>
      </w:r>
      <w:proofErr w:type="spellStart"/>
      <w:r w:rsidRPr="00D85F89">
        <w:rPr>
          <w:lang w:val="ru-RU"/>
        </w:rPr>
        <w:t>жылжытпай</w:t>
      </w:r>
      <w:proofErr w:type="spellEnd"/>
      <w:r w:rsidRPr="00D85F89">
        <w:rPr>
          <w:lang w:val="ru-RU"/>
        </w:rPr>
        <w:t xml:space="preserve"> </w:t>
      </w:r>
      <w:proofErr w:type="spellStart"/>
      <w:r w:rsidRPr="00D85F89">
        <w:rPr>
          <w:lang w:val="ru-RU"/>
        </w:rPr>
        <w:t>қол</w:t>
      </w:r>
      <w:proofErr w:type="spellEnd"/>
      <w:r w:rsidRPr="00D85F89">
        <w:rPr>
          <w:lang w:val="ru-RU"/>
        </w:rPr>
        <w:t xml:space="preserve"> </w:t>
      </w:r>
      <w:proofErr w:type="spellStart"/>
      <w:r w:rsidRPr="00D85F89">
        <w:rPr>
          <w:lang w:val="ru-RU"/>
        </w:rPr>
        <w:t>құралымен</w:t>
      </w:r>
      <w:proofErr w:type="spellEnd"/>
      <w:r w:rsidRPr="00D85F89">
        <w:rPr>
          <w:lang w:val="ru-RU"/>
        </w:rPr>
        <w:t xml:space="preserve"> </w:t>
      </w:r>
      <w:proofErr w:type="spellStart"/>
      <w:r w:rsidRPr="00D85F89">
        <w:rPr>
          <w:lang w:val="ru-RU"/>
        </w:rPr>
        <w:t>тығыздалады</w:t>
      </w:r>
      <w:proofErr w:type="spellEnd"/>
      <w:r w:rsidRPr="00D85F89">
        <w:rPr>
          <w:lang w:val="ru-RU"/>
        </w:rPr>
        <w:t>.</w:t>
      </w:r>
    </w:p>
    <w:p w14:paraId="3A3FA195" w14:textId="77777777" w:rsidR="007322FA" w:rsidRPr="00D85F89" w:rsidRDefault="00E91743">
      <w:pPr>
        <w:keepLines/>
        <w:ind w:left="198" w:hanging="142"/>
        <w:jc w:val="both"/>
        <w:rPr>
          <w:lang w:val="ru-RU"/>
        </w:rPr>
      </w:pPr>
      <w:r w:rsidRPr="00D85F89">
        <w:rPr>
          <w:lang w:val="ru-RU"/>
        </w:rPr>
        <w:t xml:space="preserve">• </w:t>
      </w:r>
      <w:proofErr w:type="spellStart"/>
      <w:r w:rsidRPr="00D85F89">
        <w:rPr>
          <w:lang w:val="ru-RU"/>
        </w:rPr>
        <w:t>Қолданыстағы</w:t>
      </w:r>
      <w:proofErr w:type="spellEnd"/>
      <w:r w:rsidRPr="00D85F89">
        <w:rPr>
          <w:lang w:val="ru-RU"/>
        </w:rPr>
        <w:t xml:space="preserve"> </w:t>
      </w:r>
      <w:proofErr w:type="spellStart"/>
      <w:r w:rsidRPr="00D85F89">
        <w:rPr>
          <w:lang w:val="ru-RU"/>
        </w:rPr>
        <w:t>құдықтар</w:t>
      </w:r>
      <w:proofErr w:type="spellEnd"/>
      <w:r w:rsidRPr="00D85F89">
        <w:rPr>
          <w:lang w:val="ru-RU"/>
        </w:rPr>
        <w:t xml:space="preserve"> мен </w:t>
      </w:r>
      <w:proofErr w:type="spellStart"/>
      <w:r w:rsidRPr="00D85F89">
        <w:rPr>
          <w:lang w:val="ru-RU"/>
        </w:rPr>
        <w:t>желілерге</w:t>
      </w:r>
      <w:proofErr w:type="spellEnd"/>
      <w:r w:rsidRPr="00D85F89">
        <w:rPr>
          <w:lang w:val="ru-RU"/>
        </w:rPr>
        <w:t xml:space="preserve"> </w:t>
      </w:r>
      <w:proofErr w:type="spellStart"/>
      <w:r w:rsidRPr="00D85F89">
        <w:rPr>
          <w:lang w:val="ru-RU"/>
        </w:rPr>
        <w:t>қосылу</w:t>
      </w:r>
      <w:proofErr w:type="spellEnd"/>
      <w:r w:rsidRPr="00D85F89">
        <w:rPr>
          <w:lang w:val="ru-RU"/>
        </w:rPr>
        <w:t xml:space="preserve"> </w:t>
      </w:r>
      <w:proofErr w:type="spellStart"/>
      <w:r w:rsidRPr="00D85F89">
        <w:rPr>
          <w:lang w:val="ru-RU"/>
        </w:rPr>
        <w:t>герметикалық</w:t>
      </w:r>
      <w:proofErr w:type="spellEnd"/>
      <w:r w:rsidRPr="00D85F89">
        <w:rPr>
          <w:lang w:val="ru-RU"/>
        </w:rPr>
        <w:t xml:space="preserve"> </w:t>
      </w:r>
      <w:proofErr w:type="spellStart"/>
      <w:r w:rsidRPr="00D85F89">
        <w:rPr>
          <w:lang w:val="ru-RU"/>
        </w:rPr>
        <w:t>манжеттер</w:t>
      </w:r>
      <w:proofErr w:type="spellEnd"/>
      <w:r w:rsidRPr="00D85F89">
        <w:rPr>
          <w:lang w:val="ru-RU"/>
        </w:rPr>
        <w:t xml:space="preserve">, </w:t>
      </w:r>
      <w:proofErr w:type="spellStart"/>
      <w:r w:rsidRPr="00D85F89">
        <w:rPr>
          <w:lang w:val="ru-RU"/>
        </w:rPr>
        <w:t>зауыттық</w:t>
      </w:r>
      <w:proofErr w:type="spellEnd"/>
      <w:r w:rsidRPr="00D85F89">
        <w:rPr>
          <w:lang w:val="ru-RU"/>
        </w:rPr>
        <w:t xml:space="preserve"> </w:t>
      </w:r>
      <w:proofErr w:type="spellStart"/>
      <w:r w:rsidRPr="00D85F89">
        <w:rPr>
          <w:lang w:val="ru-RU"/>
        </w:rPr>
        <w:t>өтпелер</w:t>
      </w:r>
      <w:proofErr w:type="spellEnd"/>
      <w:r w:rsidRPr="00D85F89">
        <w:rPr>
          <w:lang w:val="ru-RU"/>
        </w:rPr>
        <w:t xml:space="preserve"> </w:t>
      </w:r>
      <w:proofErr w:type="spellStart"/>
      <w:r w:rsidRPr="00D85F89">
        <w:rPr>
          <w:lang w:val="ru-RU"/>
        </w:rPr>
        <w:t>немесе</w:t>
      </w:r>
      <w:proofErr w:type="spellEnd"/>
      <w:r w:rsidRPr="00D85F89">
        <w:rPr>
          <w:lang w:val="ru-RU"/>
        </w:rPr>
        <w:t xml:space="preserve"> </w:t>
      </w:r>
      <w:proofErr w:type="spellStart"/>
      <w:r w:rsidRPr="00D85F89">
        <w:rPr>
          <w:lang w:val="ru-RU"/>
        </w:rPr>
        <w:t>жобамен</w:t>
      </w:r>
      <w:proofErr w:type="spellEnd"/>
      <w:r w:rsidRPr="00D85F89">
        <w:rPr>
          <w:lang w:val="ru-RU"/>
        </w:rPr>
        <w:t xml:space="preserve"> </w:t>
      </w:r>
      <w:proofErr w:type="spellStart"/>
      <w:r w:rsidRPr="00D85F89">
        <w:rPr>
          <w:lang w:val="ru-RU"/>
        </w:rPr>
        <w:t>келісілген</w:t>
      </w:r>
      <w:proofErr w:type="spellEnd"/>
      <w:r w:rsidRPr="00D85F89">
        <w:rPr>
          <w:lang w:val="ru-RU"/>
        </w:rPr>
        <w:t xml:space="preserve"> </w:t>
      </w:r>
      <w:proofErr w:type="spellStart"/>
      <w:r w:rsidRPr="00D85F89">
        <w:rPr>
          <w:lang w:val="ru-RU"/>
        </w:rPr>
        <w:t>тораптар</w:t>
      </w:r>
      <w:proofErr w:type="spellEnd"/>
      <w:r w:rsidRPr="00D85F89">
        <w:rPr>
          <w:lang w:val="ru-RU"/>
        </w:rPr>
        <w:t xml:space="preserve"> </w:t>
      </w:r>
      <w:proofErr w:type="spellStart"/>
      <w:r w:rsidRPr="00D85F89">
        <w:rPr>
          <w:lang w:val="ru-RU"/>
        </w:rPr>
        <w:t>арқылы</w:t>
      </w:r>
      <w:proofErr w:type="spellEnd"/>
      <w:r w:rsidRPr="00D85F89">
        <w:rPr>
          <w:lang w:val="ru-RU"/>
        </w:rPr>
        <w:t xml:space="preserve"> </w:t>
      </w:r>
      <w:proofErr w:type="spellStart"/>
      <w:r w:rsidRPr="00D85F89">
        <w:rPr>
          <w:lang w:val="ru-RU"/>
        </w:rPr>
        <w:t>орындалады</w:t>
      </w:r>
      <w:proofErr w:type="spellEnd"/>
      <w:r w:rsidRPr="00D85F89">
        <w:rPr>
          <w:lang w:val="ru-RU"/>
        </w:rPr>
        <w:t>.</w:t>
      </w:r>
    </w:p>
    <w:p w14:paraId="36269876" w14:textId="77777777" w:rsidR="007322FA" w:rsidRPr="00D85F89" w:rsidRDefault="00E91743">
      <w:pPr>
        <w:pStyle w:val="1"/>
        <w:rPr>
          <w:lang w:val="ru-RU"/>
        </w:rPr>
      </w:pPr>
      <w:r w:rsidRPr="00D85F89">
        <w:rPr>
          <w:rFonts w:ascii="Arial" w:hAnsi="Arial"/>
          <w:sz w:val="21"/>
          <w:lang w:val="ru-RU"/>
        </w:rPr>
        <w:t xml:space="preserve">7 </w:t>
      </w:r>
      <w:proofErr w:type="spellStart"/>
      <w:r w:rsidRPr="00D85F89">
        <w:rPr>
          <w:rFonts w:ascii="Arial" w:hAnsi="Arial"/>
          <w:sz w:val="21"/>
          <w:lang w:val="ru-RU"/>
        </w:rPr>
        <w:t>Үш</w:t>
      </w:r>
      <w:proofErr w:type="spellEnd"/>
      <w:r w:rsidRPr="00D85F89">
        <w:rPr>
          <w:rFonts w:ascii="Arial" w:hAnsi="Arial"/>
          <w:sz w:val="21"/>
          <w:lang w:val="ru-RU"/>
        </w:rPr>
        <w:t xml:space="preserve"> </w:t>
      </w:r>
      <w:proofErr w:type="spellStart"/>
      <w:r w:rsidRPr="00D85F89">
        <w:rPr>
          <w:rFonts w:ascii="Arial" w:hAnsi="Arial"/>
          <w:sz w:val="21"/>
          <w:lang w:val="ru-RU"/>
        </w:rPr>
        <w:t>кәріз</w:t>
      </w:r>
      <w:proofErr w:type="spellEnd"/>
      <w:r w:rsidRPr="00D85F89">
        <w:rPr>
          <w:rFonts w:ascii="Arial" w:hAnsi="Arial"/>
          <w:sz w:val="21"/>
          <w:lang w:val="ru-RU"/>
        </w:rPr>
        <w:t xml:space="preserve"> </w:t>
      </w:r>
      <w:proofErr w:type="spellStart"/>
      <w:r w:rsidRPr="00D85F89">
        <w:rPr>
          <w:rFonts w:ascii="Arial" w:hAnsi="Arial"/>
          <w:sz w:val="21"/>
          <w:lang w:val="ru-RU"/>
        </w:rPr>
        <w:t>құдығын</w:t>
      </w:r>
      <w:proofErr w:type="spellEnd"/>
      <w:r w:rsidRPr="00D85F89">
        <w:rPr>
          <w:rFonts w:ascii="Arial" w:hAnsi="Arial"/>
          <w:sz w:val="21"/>
          <w:lang w:val="ru-RU"/>
        </w:rPr>
        <w:t xml:space="preserve"> </w:t>
      </w:r>
      <w:proofErr w:type="spellStart"/>
      <w:r w:rsidRPr="00D85F89">
        <w:rPr>
          <w:rFonts w:ascii="Arial" w:hAnsi="Arial"/>
          <w:sz w:val="21"/>
          <w:lang w:val="ru-RU"/>
        </w:rPr>
        <w:t>жөндеу</w:t>
      </w:r>
      <w:proofErr w:type="spellEnd"/>
    </w:p>
    <w:p w14:paraId="01B3BDB7" w14:textId="77777777" w:rsidR="007322FA" w:rsidRPr="00D85F89" w:rsidRDefault="00E91743">
      <w:pPr>
        <w:keepLines/>
        <w:ind w:left="198" w:hanging="142"/>
        <w:jc w:val="both"/>
        <w:rPr>
          <w:lang w:val="ru-RU"/>
        </w:rPr>
      </w:pPr>
      <w:r w:rsidRPr="00D85F89">
        <w:rPr>
          <w:lang w:val="ru-RU"/>
        </w:rPr>
        <w:t xml:space="preserve">• </w:t>
      </w:r>
      <w:proofErr w:type="spellStart"/>
      <w:r w:rsidRPr="00D85F89">
        <w:rPr>
          <w:lang w:val="ru-RU"/>
        </w:rPr>
        <w:t>Үш</w:t>
      </w:r>
      <w:proofErr w:type="spellEnd"/>
      <w:r w:rsidRPr="00D85F89">
        <w:rPr>
          <w:lang w:val="ru-RU"/>
        </w:rPr>
        <w:t xml:space="preserve"> </w:t>
      </w:r>
      <w:proofErr w:type="spellStart"/>
      <w:r w:rsidRPr="00D85F89">
        <w:rPr>
          <w:lang w:val="ru-RU"/>
        </w:rPr>
        <w:t>қолданыстағы</w:t>
      </w:r>
      <w:proofErr w:type="spellEnd"/>
      <w:r w:rsidRPr="00D85F89">
        <w:rPr>
          <w:lang w:val="ru-RU"/>
        </w:rPr>
        <w:t xml:space="preserve"> </w:t>
      </w:r>
      <w:proofErr w:type="spellStart"/>
      <w:r w:rsidRPr="00D85F89">
        <w:rPr>
          <w:lang w:val="ru-RU"/>
        </w:rPr>
        <w:t>кәріз</w:t>
      </w:r>
      <w:proofErr w:type="spellEnd"/>
      <w:r w:rsidRPr="00D85F89">
        <w:rPr>
          <w:lang w:val="ru-RU"/>
        </w:rPr>
        <w:t xml:space="preserve"> </w:t>
      </w:r>
      <w:proofErr w:type="spellStart"/>
      <w:r w:rsidRPr="00D85F89">
        <w:rPr>
          <w:lang w:val="ru-RU"/>
        </w:rPr>
        <w:t>құдығы</w:t>
      </w:r>
      <w:proofErr w:type="spellEnd"/>
      <w:r w:rsidRPr="00D85F89">
        <w:rPr>
          <w:lang w:val="ru-RU"/>
        </w:rPr>
        <w:t xml:space="preserve"> </w:t>
      </w:r>
      <w:proofErr w:type="spellStart"/>
      <w:r w:rsidRPr="00D85F89">
        <w:rPr>
          <w:lang w:val="ru-RU"/>
        </w:rPr>
        <w:t>толық</w:t>
      </w:r>
      <w:proofErr w:type="spellEnd"/>
      <w:r w:rsidRPr="00D85F89">
        <w:rPr>
          <w:lang w:val="ru-RU"/>
        </w:rPr>
        <w:t xml:space="preserve"> </w:t>
      </w:r>
      <w:proofErr w:type="spellStart"/>
      <w:r w:rsidRPr="00D85F89">
        <w:rPr>
          <w:lang w:val="ru-RU"/>
        </w:rPr>
        <w:t>тазартылып</w:t>
      </w:r>
      <w:proofErr w:type="spellEnd"/>
      <w:r w:rsidRPr="00D85F89">
        <w:rPr>
          <w:lang w:val="ru-RU"/>
        </w:rPr>
        <w:t xml:space="preserve">, </w:t>
      </w:r>
      <w:proofErr w:type="spellStart"/>
      <w:r w:rsidRPr="00D85F89">
        <w:rPr>
          <w:lang w:val="ru-RU"/>
        </w:rPr>
        <w:t>тұнба</w:t>
      </w:r>
      <w:proofErr w:type="spellEnd"/>
      <w:r w:rsidRPr="00D85F89">
        <w:rPr>
          <w:lang w:val="ru-RU"/>
        </w:rPr>
        <w:t xml:space="preserve"> мен </w:t>
      </w:r>
      <w:proofErr w:type="spellStart"/>
      <w:r w:rsidRPr="00D85F89">
        <w:rPr>
          <w:lang w:val="ru-RU"/>
        </w:rPr>
        <w:t>қоқыс</w:t>
      </w:r>
      <w:proofErr w:type="spellEnd"/>
      <w:r w:rsidRPr="00D85F89">
        <w:rPr>
          <w:lang w:val="ru-RU"/>
        </w:rPr>
        <w:t xml:space="preserve"> </w:t>
      </w:r>
      <w:proofErr w:type="spellStart"/>
      <w:r w:rsidRPr="00D85F89">
        <w:rPr>
          <w:lang w:val="ru-RU"/>
        </w:rPr>
        <w:t>шығарылып</w:t>
      </w:r>
      <w:proofErr w:type="spellEnd"/>
      <w:r w:rsidRPr="00D85F89">
        <w:rPr>
          <w:lang w:val="ru-RU"/>
        </w:rPr>
        <w:t xml:space="preserve">, </w:t>
      </w:r>
      <w:proofErr w:type="spellStart"/>
      <w:r w:rsidRPr="00D85F89">
        <w:rPr>
          <w:lang w:val="ru-RU"/>
        </w:rPr>
        <w:t>қабырғалары</w:t>
      </w:r>
      <w:proofErr w:type="spellEnd"/>
      <w:r w:rsidRPr="00D85F89">
        <w:rPr>
          <w:lang w:val="ru-RU"/>
        </w:rPr>
        <w:t xml:space="preserve">, </w:t>
      </w:r>
      <w:proofErr w:type="spellStart"/>
      <w:r w:rsidRPr="00D85F89">
        <w:rPr>
          <w:lang w:val="ru-RU"/>
        </w:rPr>
        <w:t>түбі</w:t>
      </w:r>
      <w:proofErr w:type="spellEnd"/>
      <w:r w:rsidRPr="00D85F89">
        <w:rPr>
          <w:lang w:val="ru-RU"/>
        </w:rPr>
        <w:t xml:space="preserve">, </w:t>
      </w:r>
      <w:proofErr w:type="spellStart"/>
      <w:r w:rsidRPr="00D85F89">
        <w:rPr>
          <w:lang w:val="ru-RU"/>
        </w:rPr>
        <w:t>науасы</w:t>
      </w:r>
      <w:proofErr w:type="spellEnd"/>
      <w:r w:rsidRPr="00D85F89">
        <w:rPr>
          <w:lang w:val="ru-RU"/>
        </w:rPr>
        <w:t xml:space="preserve">, </w:t>
      </w:r>
      <w:proofErr w:type="spellStart"/>
      <w:r w:rsidRPr="00D85F89">
        <w:rPr>
          <w:lang w:val="ru-RU"/>
        </w:rPr>
        <w:t>түйіспелері</w:t>
      </w:r>
      <w:proofErr w:type="spellEnd"/>
      <w:r w:rsidRPr="00D85F89">
        <w:rPr>
          <w:lang w:val="ru-RU"/>
        </w:rPr>
        <w:t xml:space="preserve"> </w:t>
      </w:r>
      <w:proofErr w:type="spellStart"/>
      <w:r w:rsidRPr="00D85F89">
        <w:rPr>
          <w:lang w:val="ru-RU"/>
        </w:rPr>
        <w:t>және</w:t>
      </w:r>
      <w:proofErr w:type="spellEnd"/>
      <w:r w:rsidRPr="00D85F89">
        <w:rPr>
          <w:lang w:val="ru-RU"/>
        </w:rPr>
        <w:t xml:space="preserve"> </w:t>
      </w:r>
      <w:proofErr w:type="spellStart"/>
      <w:r w:rsidRPr="00D85F89">
        <w:rPr>
          <w:lang w:val="ru-RU"/>
        </w:rPr>
        <w:t>мойны</w:t>
      </w:r>
      <w:proofErr w:type="spellEnd"/>
      <w:r w:rsidRPr="00D85F89">
        <w:rPr>
          <w:lang w:val="ru-RU"/>
        </w:rPr>
        <w:t xml:space="preserve"> </w:t>
      </w:r>
      <w:proofErr w:type="spellStart"/>
      <w:r w:rsidRPr="00D85F89">
        <w:rPr>
          <w:lang w:val="ru-RU"/>
        </w:rPr>
        <w:t>тексеріледі</w:t>
      </w:r>
      <w:proofErr w:type="spellEnd"/>
      <w:r w:rsidRPr="00D85F89">
        <w:rPr>
          <w:lang w:val="ru-RU"/>
        </w:rPr>
        <w:t>.</w:t>
      </w:r>
    </w:p>
    <w:p w14:paraId="6781B699" w14:textId="77777777" w:rsidR="007322FA" w:rsidRPr="00D85F89" w:rsidRDefault="00E91743">
      <w:pPr>
        <w:keepLines/>
        <w:ind w:left="198" w:hanging="142"/>
        <w:jc w:val="both"/>
        <w:rPr>
          <w:lang w:val="ru-RU"/>
        </w:rPr>
      </w:pPr>
      <w:r w:rsidRPr="00D85F89">
        <w:rPr>
          <w:lang w:val="ru-RU"/>
        </w:rPr>
        <w:t xml:space="preserve">• </w:t>
      </w:r>
      <w:proofErr w:type="spellStart"/>
      <w:r w:rsidRPr="00D85F89">
        <w:rPr>
          <w:lang w:val="ru-RU"/>
        </w:rPr>
        <w:t>Бұзылған</w:t>
      </w:r>
      <w:proofErr w:type="spellEnd"/>
      <w:r w:rsidRPr="00D85F89">
        <w:rPr>
          <w:lang w:val="ru-RU"/>
        </w:rPr>
        <w:t xml:space="preserve"> бетон, </w:t>
      </w:r>
      <w:proofErr w:type="spellStart"/>
      <w:r w:rsidRPr="00D85F89">
        <w:rPr>
          <w:lang w:val="ru-RU"/>
        </w:rPr>
        <w:t>кірпіш</w:t>
      </w:r>
      <w:proofErr w:type="spellEnd"/>
      <w:r w:rsidRPr="00D85F89">
        <w:rPr>
          <w:lang w:val="ru-RU"/>
        </w:rPr>
        <w:t xml:space="preserve"> </w:t>
      </w:r>
      <w:proofErr w:type="spellStart"/>
      <w:r w:rsidRPr="00D85F89">
        <w:rPr>
          <w:lang w:val="ru-RU"/>
        </w:rPr>
        <w:t>және</w:t>
      </w:r>
      <w:proofErr w:type="spellEnd"/>
      <w:r w:rsidRPr="00D85F89">
        <w:rPr>
          <w:lang w:val="ru-RU"/>
        </w:rPr>
        <w:t xml:space="preserve"> </w:t>
      </w:r>
      <w:proofErr w:type="spellStart"/>
      <w:r w:rsidRPr="00D85F89">
        <w:rPr>
          <w:lang w:val="ru-RU"/>
        </w:rPr>
        <w:t>ерітінді</w:t>
      </w:r>
      <w:proofErr w:type="spellEnd"/>
      <w:r w:rsidRPr="00D85F89">
        <w:rPr>
          <w:lang w:val="ru-RU"/>
        </w:rPr>
        <w:t xml:space="preserve"> </w:t>
      </w:r>
      <w:proofErr w:type="spellStart"/>
      <w:r w:rsidRPr="00D85F89">
        <w:rPr>
          <w:lang w:val="ru-RU"/>
        </w:rPr>
        <w:t>қабаттары</w:t>
      </w:r>
      <w:proofErr w:type="spellEnd"/>
      <w:r w:rsidRPr="00D85F89">
        <w:rPr>
          <w:lang w:val="ru-RU"/>
        </w:rPr>
        <w:t xml:space="preserve"> </w:t>
      </w:r>
      <w:proofErr w:type="spellStart"/>
      <w:r w:rsidRPr="00D85F89">
        <w:rPr>
          <w:lang w:val="ru-RU"/>
        </w:rPr>
        <w:t>алынып</w:t>
      </w:r>
      <w:proofErr w:type="spellEnd"/>
      <w:r w:rsidRPr="00D85F89">
        <w:rPr>
          <w:lang w:val="ru-RU"/>
        </w:rPr>
        <w:t xml:space="preserve">, </w:t>
      </w:r>
      <w:proofErr w:type="spellStart"/>
      <w:r w:rsidRPr="00D85F89">
        <w:rPr>
          <w:lang w:val="ru-RU"/>
        </w:rPr>
        <w:t>берік</w:t>
      </w:r>
      <w:proofErr w:type="spellEnd"/>
      <w:r w:rsidRPr="00D85F89">
        <w:rPr>
          <w:lang w:val="ru-RU"/>
        </w:rPr>
        <w:t xml:space="preserve"> </w:t>
      </w:r>
      <w:proofErr w:type="spellStart"/>
      <w:r w:rsidRPr="00D85F89">
        <w:rPr>
          <w:lang w:val="ru-RU"/>
        </w:rPr>
        <w:t>негізге</w:t>
      </w:r>
      <w:proofErr w:type="spellEnd"/>
      <w:r w:rsidRPr="00D85F89">
        <w:rPr>
          <w:lang w:val="ru-RU"/>
        </w:rPr>
        <w:t xml:space="preserve"> </w:t>
      </w:r>
      <w:proofErr w:type="spellStart"/>
      <w:r w:rsidRPr="00D85F89">
        <w:rPr>
          <w:lang w:val="ru-RU"/>
        </w:rPr>
        <w:t>дейін</w:t>
      </w:r>
      <w:proofErr w:type="spellEnd"/>
      <w:r w:rsidRPr="00D85F89">
        <w:rPr>
          <w:lang w:val="ru-RU"/>
        </w:rPr>
        <w:t xml:space="preserve"> </w:t>
      </w:r>
      <w:proofErr w:type="spellStart"/>
      <w:r w:rsidRPr="00D85F89">
        <w:rPr>
          <w:lang w:val="ru-RU"/>
        </w:rPr>
        <w:t>тазаланады</w:t>
      </w:r>
      <w:proofErr w:type="spellEnd"/>
      <w:r w:rsidRPr="00D85F89">
        <w:rPr>
          <w:lang w:val="ru-RU"/>
        </w:rPr>
        <w:t xml:space="preserve">; </w:t>
      </w:r>
      <w:proofErr w:type="spellStart"/>
      <w:r w:rsidRPr="00D85F89">
        <w:rPr>
          <w:lang w:val="ru-RU"/>
        </w:rPr>
        <w:t>жарықтар</w:t>
      </w:r>
      <w:proofErr w:type="spellEnd"/>
      <w:r w:rsidRPr="00D85F89">
        <w:rPr>
          <w:lang w:val="ru-RU"/>
        </w:rPr>
        <w:t xml:space="preserve"> </w:t>
      </w:r>
      <w:proofErr w:type="spellStart"/>
      <w:r w:rsidRPr="00D85F89">
        <w:rPr>
          <w:lang w:val="ru-RU"/>
        </w:rPr>
        <w:t>жөнд</w:t>
      </w:r>
      <w:r w:rsidRPr="00D85F89">
        <w:rPr>
          <w:lang w:val="ru-RU"/>
        </w:rPr>
        <w:t>еу</w:t>
      </w:r>
      <w:proofErr w:type="spellEnd"/>
      <w:r w:rsidRPr="00D85F89">
        <w:rPr>
          <w:lang w:val="ru-RU"/>
        </w:rPr>
        <w:t xml:space="preserve"> </w:t>
      </w:r>
      <w:proofErr w:type="spellStart"/>
      <w:r w:rsidRPr="00D85F89">
        <w:rPr>
          <w:lang w:val="ru-RU"/>
        </w:rPr>
        <w:t>қоспасымен</w:t>
      </w:r>
      <w:proofErr w:type="spellEnd"/>
      <w:r w:rsidRPr="00D85F89">
        <w:rPr>
          <w:lang w:val="ru-RU"/>
        </w:rPr>
        <w:t xml:space="preserve"> </w:t>
      </w:r>
      <w:proofErr w:type="spellStart"/>
      <w:r w:rsidRPr="00D85F89">
        <w:rPr>
          <w:lang w:val="ru-RU"/>
        </w:rPr>
        <w:t>толтырылады</w:t>
      </w:r>
      <w:proofErr w:type="spellEnd"/>
      <w:r w:rsidRPr="00D85F89">
        <w:rPr>
          <w:lang w:val="ru-RU"/>
        </w:rPr>
        <w:t xml:space="preserve">, </w:t>
      </w:r>
      <w:proofErr w:type="spellStart"/>
      <w:r w:rsidRPr="00D85F89">
        <w:rPr>
          <w:lang w:val="ru-RU"/>
        </w:rPr>
        <w:t>науа</w:t>
      </w:r>
      <w:proofErr w:type="spellEnd"/>
      <w:r w:rsidRPr="00D85F89">
        <w:rPr>
          <w:lang w:val="ru-RU"/>
        </w:rPr>
        <w:t xml:space="preserve"> </w:t>
      </w:r>
      <w:proofErr w:type="spellStart"/>
      <w:r w:rsidRPr="00D85F89">
        <w:rPr>
          <w:lang w:val="ru-RU"/>
        </w:rPr>
        <w:t>ағын</w:t>
      </w:r>
      <w:proofErr w:type="spellEnd"/>
      <w:r w:rsidRPr="00D85F89">
        <w:rPr>
          <w:lang w:val="ru-RU"/>
        </w:rPr>
        <w:t xml:space="preserve"> </w:t>
      </w:r>
      <w:proofErr w:type="spellStart"/>
      <w:r w:rsidRPr="00D85F89">
        <w:rPr>
          <w:lang w:val="ru-RU"/>
        </w:rPr>
        <w:t>бағыты</w:t>
      </w:r>
      <w:proofErr w:type="spellEnd"/>
      <w:r w:rsidRPr="00D85F89">
        <w:rPr>
          <w:lang w:val="ru-RU"/>
        </w:rPr>
        <w:t xml:space="preserve"> </w:t>
      </w:r>
      <w:proofErr w:type="spellStart"/>
      <w:r w:rsidRPr="00D85F89">
        <w:rPr>
          <w:lang w:val="ru-RU"/>
        </w:rPr>
        <w:t>бойынша</w:t>
      </w:r>
      <w:proofErr w:type="spellEnd"/>
      <w:r w:rsidRPr="00D85F89">
        <w:rPr>
          <w:lang w:val="ru-RU"/>
        </w:rPr>
        <w:t xml:space="preserve"> </w:t>
      </w:r>
      <w:proofErr w:type="spellStart"/>
      <w:r w:rsidRPr="00D85F89">
        <w:rPr>
          <w:lang w:val="ru-RU"/>
        </w:rPr>
        <w:t>қалпына</w:t>
      </w:r>
      <w:proofErr w:type="spellEnd"/>
      <w:r w:rsidRPr="00D85F89">
        <w:rPr>
          <w:lang w:val="ru-RU"/>
        </w:rPr>
        <w:t xml:space="preserve"> </w:t>
      </w:r>
      <w:proofErr w:type="spellStart"/>
      <w:r w:rsidRPr="00D85F89">
        <w:rPr>
          <w:lang w:val="ru-RU"/>
        </w:rPr>
        <w:t>келтіріледі</w:t>
      </w:r>
      <w:proofErr w:type="spellEnd"/>
      <w:r w:rsidRPr="00D85F89">
        <w:rPr>
          <w:lang w:val="ru-RU"/>
        </w:rPr>
        <w:t>.</w:t>
      </w:r>
    </w:p>
    <w:p w14:paraId="7646F05C" w14:textId="77777777" w:rsidR="007322FA" w:rsidRPr="00D85F89" w:rsidRDefault="00E91743">
      <w:pPr>
        <w:keepLines/>
        <w:ind w:left="198" w:hanging="142"/>
        <w:jc w:val="both"/>
        <w:rPr>
          <w:lang w:val="ru-RU"/>
        </w:rPr>
      </w:pPr>
      <w:r w:rsidRPr="00D85F89">
        <w:rPr>
          <w:lang w:val="ru-RU"/>
        </w:rPr>
        <w:t xml:space="preserve">• </w:t>
      </w:r>
      <w:proofErr w:type="spellStart"/>
      <w:r w:rsidRPr="00D85F89">
        <w:rPr>
          <w:lang w:val="ru-RU"/>
        </w:rPr>
        <w:t>Ішкі</w:t>
      </w:r>
      <w:proofErr w:type="spellEnd"/>
      <w:r w:rsidRPr="00D85F89">
        <w:rPr>
          <w:lang w:val="ru-RU"/>
        </w:rPr>
        <w:t xml:space="preserve"> беттер </w:t>
      </w:r>
      <w:proofErr w:type="spellStart"/>
      <w:r w:rsidRPr="00D85F89">
        <w:rPr>
          <w:lang w:val="ru-RU"/>
        </w:rPr>
        <w:t>кәріз</w:t>
      </w:r>
      <w:proofErr w:type="spellEnd"/>
      <w:r w:rsidRPr="00D85F89">
        <w:rPr>
          <w:lang w:val="ru-RU"/>
        </w:rPr>
        <w:t xml:space="preserve"> </w:t>
      </w:r>
      <w:proofErr w:type="spellStart"/>
      <w:r w:rsidRPr="00D85F89">
        <w:rPr>
          <w:lang w:val="ru-RU"/>
        </w:rPr>
        <w:t>ортасына</w:t>
      </w:r>
      <w:proofErr w:type="spellEnd"/>
      <w:r w:rsidRPr="00D85F89">
        <w:rPr>
          <w:lang w:val="ru-RU"/>
        </w:rPr>
        <w:t xml:space="preserve"> </w:t>
      </w:r>
      <w:proofErr w:type="spellStart"/>
      <w:r w:rsidRPr="00D85F89">
        <w:rPr>
          <w:lang w:val="ru-RU"/>
        </w:rPr>
        <w:t>төзімді</w:t>
      </w:r>
      <w:proofErr w:type="spellEnd"/>
      <w:r w:rsidRPr="00D85F89">
        <w:rPr>
          <w:lang w:val="ru-RU"/>
        </w:rPr>
        <w:t xml:space="preserve"> цемент-</w:t>
      </w:r>
      <w:proofErr w:type="spellStart"/>
      <w:r w:rsidRPr="00D85F89">
        <w:rPr>
          <w:lang w:val="ru-RU"/>
        </w:rPr>
        <w:t>полимерлі</w:t>
      </w:r>
      <w:proofErr w:type="spellEnd"/>
      <w:r w:rsidRPr="00D85F89">
        <w:rPr>
          <w:lang w:val="ru-RU"/>
        </w:rPr>
        <w:t xml:space="preserve"> </w:t>
      </w:r>
      <w:proofErr w:type="spellStart"/>
      <w:r w:rsidRPr="00D85F89">
        <w:rPr>
          <w:lang w:val="ru-RU"/>
        </w:rPr>
        <w:t>гидрооқшаулағышпен</w:t>
      </w:r>
      <w:proofErr w:type="spellEnd"/>
      <w:r w:rsidRPr="00D85F89">
        <w:rPr>
          <w:lang w:val="ru-RU"/>
        </w:rPr>
        <w:t xml:space="preserve"> </w:t>
      </w:r>
      <w:proofErr w:type="spellStart"/>
      <w:r w:rsidRPr="00D85F89">
        <w:rPr>
          <w:lang w:val="ru-RU"/>
        </w:rPr>
        <w:t>кемінде</w:t>
      </w:r>
      <w:proofErr w:type="spellEnd"/>
      <w:r w:rsidRPr="00D85F89">
        <w:rPr>
          <w:lang w:val="ru-RU"/>
        </w:rPr>
        <w:t xml:space="preserve"> </w:t>
      </w:r>
      <w:proofErr w:type="spellStart"/>
      <w:r w:rsidRPr="00D85F89">
        <w:rPr>
          <w:lang w:val="ru-RU"/>
        </w:rPr>
        <w:t>екі</w:t>
      </w:r>
      <w:proofErr w:type="spellEnd"/>
      <w:r w:rsidRPr="00D85F89">
        <w:rPr>
          <w:lang w:val="ru-RU"/>
        </w:rPr>
        <w:t xml:space="preserve"> </w:t>
      </w:r>
      <w:proofErr w:type="spellStart"/>
      <w:r w:rsidRPr="00D85F89">
        <w:rPr>
          <w:lang w:val="ru-RU"/>
        </w:rPr>
        <w:t>қабат</w:t>
      </w:r>
      <w:proofErr w:type="spellEnd"/>
      <w:r w:rsidRPr="00D85F89">
        <w:rPr>
          <w:lang w:val="ru-RU"/>
        </w:rPr>
        <w:t xml:space="preserve"> </w:t>
      </w:r>
      <w:proofErr w:type="spellStart"/>
      <w:r w:rsidRPr="00D85F89">
        <w:rPr>
          <w:lang w:val="ru-RU"/>
        </w:rPr>
        <w:t>өңделеді</w:t>
      </w:r>
      <w:proofErr w:type="spellEnd"/>
      <w:r w:rsidRPr="00D85F89">
        <w:rPr>
          <w:lang w:val="ru-RU"/>
        </w:rPr>
        <w:t xml:space="preserve">. </w:t>
      </w:r>
      <w:proofErr w:type="spellStart"/>
      <w:r w:rsidRPr="00D85F89">
        <w:rPr>
          <w:lang w:val="ru-RU"/>
        </w:rPr>
        <w:t>Құбыр</w:t>
      </w:r>
      <w:proofErr w:type="spellEnd"/>
      <w:r w:rsidRPr="00D85F89">
        <w:rPr>
          <w:lang w:val="ru-RU"/>
        </w:rPr>
        <w:t xml:space="preserve"> </w:t>
      </w:r>
      <w:proofErr w:type="spellStart"/>
      <w:r w:rsidRPr="00D85F89">
        <w:rPr>
          <w:lang w:val="ru-RU"/>
        </w:rPr>
        <w:t>өтетін</w:t>
      </w:r>
      <w:proofErr w:type="spellEnd"/>
      <w:r w:rsidRPr="00D85F89">
        <w:rPr>
          <w:lang w:val="ru-RU"/>
        </w:rPr>
        <w:t xml:space="preserve"> </w:t>
      </w:r>
      <w:proofErr w:type="spellStart"/>
      <w:r w:rsidRPr="00D85F89">
        <w:rPr>
          <w:lang w:val="ru-RU"/>
        </w:rPr>
        <w:t>орындар</w:t>
      </w:r>
      <w:proofErr w:type="spellEnd"/>
      <w:r w:rsidRPr="00D85F89">
        <w:rPr>
          <w:lang w:val="ru-RU"/>
        </w:rPr>
        <w:t xml:space="preserve"> </w:t>
      </w:r>
      <w:proofErr w:type="spellStart"/>
      <w:r w:rsidRPr="00D85F89">
        <w:rPr>
          <w:lang w:val="ru-RU"/>
        </w:rPr>
        <w:t>серпімді</w:t>
      </w:r>
      <w:proofErr w:type="spellEnd"/>
      <w:r w:rsidRPr="00D85F89">
        <w:rPr>
          <w:lang w:val="ru-RU"/>
        </w:rPr>
        <w:t xml:space="preserve"> су </w:t>
      </w:r>
      <w:proofErr w:type="spellStart"/>
      <w:r w:rsidRPr="00D85F89">
        <w:rPr>
          <w:lang w:val="ru-RU"/>
        </w:rPr>
        <w:t>тоқтатқыш</w:t>
      </w:r>
      <w:proofErr w:type="spellEnd"/>
      <w:r w:rsidRPr="00D85F89">
        <w:rPr>
          <w:lang w:val="ru-RU"/>
        </w:rPr>
        <w:t xml:space="preserve"> </w:t>
      </w:r>
      <w:proofErr w:type="spellStart"/>
      <w:r w:rsidRPr="00D85F89">
        <w:rPr>
          <w:lang w:val="ru-RU"/>
        </w:rPr>
        <w:t>материалмен</w:t>
      </w:r>
      <w:proofErr w:type="spellEnd"/>
      <w:r w:rsidRPr="00D85F89">
        <w:rPr>
          <w:lang w:val="ru-RU"/>
        </w:rPr>
        <w:t xml:space="preserve"> </w:t>
      </w:r>
      <w:proofErr w:type="spellStart"/>
      <w:r w:rsidRPr="00D85F89">
        <w:rPr>
          <w:lang w:val="ru-RU"/>
        </w:rPr>
        <w:t>герметикаланады</w:t>
      </w:r>
      <w:proofErr w:type="spellEnd"/>
      <w:r w:rsidRPr="00D85F89">
        <w:rPr>
          <w:lang w:val="ru-RU"/>
        </w:rPr>
        <w:t>.</w:t>
      </w:r>
    </w:p>
    <w:p w14:paraId="1A7FF608" w14:textId="77777777" w:rsidR="007322FA" w:rsidRPr="00D85F89" w:rsidRDefault="00E91743">
      <w:pPr>
        <w:keepLines/>
        <w:ind w:left="198" w:hanging="142"/>
        <w:jc w:val="both"/>
        <w:rPr>
          <w:lang w:val="ru-RU"/>
        </w:rPr>
      </w:pPr>
      <w:r w:rsidRPr="00D85F89">
        <w:rPr>
          <w:lang w:val="ru-RU"/>
        </w:rPr>
        <w:t xml:space="preserve">• </w:t>
      </w:r>
      <w:proofErr w:type="spellStart"/>
      <w:r w:rsidRPr="00D85F89">
        <w:rPr>
          <w:lang w:val="ru-RU"/>
        </w:rPr>
        <w:t>Әр</w:t>
      </w:r>
      <w:proofErr w:type="spellEnd"/>
      <w:r w:rsidRPr="00D85F89">
        <w:rPr>
          <w:lang w:val="ru-RU"/>
        </w:rPr>
        <w:t xml:space="preserve"> </w:t>
      </w:r>
      <w:proofErr w:type="spellStart"/>
      <w:r w:rsidRPr="00D85F89">
        <w:rPr>
          <w:lang w:val="ru-RU"/>
        </w:rPr>
        <w:t>құдық</w:t>
      </w:r>
      <w:r w:rsidRPr="00D85F89">
        <w:rPr>
          <w:lang w:val="ru-RU"/>
        </w:rPr>
        <w:t>қа</w:t>
      </w:r>
      <w:proofErr w:type="spellEnd"/>
      <w:r w:rsidRPr="00D85F89">
        <w:rPr>
          <w:lang w:val="ru-RU"/>
        </w:rPr>
        <w:t xml:space="preserve"> </w:t>
      </w:r>
      <w:proofErr w:type="spellStart"/>
      <w:r w:rsidRPr="00D85F89">
        <w:rPr>
          <w:lang w:val="ru-RU"/>
        </w:rPr>
        <w:t>рамасымен</w:t>
      </w:r>
      <w:proofErr w:type="spellEnd"/>
      <w:r w:rsidRPr="00D85F89">
        <w:rPr>
          <w:lang w:val="ru-RU"/>
        </w:rPr>
        <w:t xml:space="preserve"> </w:t>
      </w:r>
      <w:proofErr w:type="spellStart"/>
      <w:r w:rsidRPr="00D85F89">
        <w:rPr>
          <w:lang w:val="ru-RU"/>
        </w:rPr>
        <w:t>бірге</w:t>
      </w:r>
      <w:proofErr w:type="spellEnd"/>
      <w:r w:rsidRPr="00D85F89">
        <w:rPr>
          <w:lang w:val="ru-RU"/>
        </w:rPr>
        <w:t xml:space="preserve"> </w:t>
      </w:r>
      <w:proofErr w:type="spellStart"/>
      <w:r w:rsidRPr="00D85F89">
        <w:rPr>
          <w:lang w:val="ru-RU"/>
        </w:rPr>
        <w:t>жаңа</w:t>
      </w:r>
      <w:proofErr w:type="spellEnd"/>
      <w:r w:rsidRPr="00D85F89">
        <w:rPr>
          <w:lang w:val="ru-RU"/>
        </w:rPr>
        <w:t xml:space="preserve"> </w:t>
      </w:r>
      <w:proofErr w:type="spellStart"/>
      <w:r w:rsidRPr="00D85F89">
        <w:rPr>
          <w:lang w:val="ru-RU"/>
        </w:rPr>
        <w:t>шойын</w:t>
      </w:r>
      <w:proofErr w:type="spellEnd"/>
      <w:r w:rsidRPr="00D85F89">
        <w:rPr>
          <w:lang w:val="ru-RU"/>
        </w:rPr>
        <w:t xml:space="preserve"> люк </w:t>
      </w:r>
      <w:proofErr w:type="spellStart"/>
      <w:r w:rsidRPr="00D85F89">
        <w:rPr>
          <w:lang w:val="ru-RU"/>
        </w:rPr>
        <w:t>қақпағы</w:t>
      </w:r>
      <w:proofErr w:type="spellEnd"/>
      <w:r w:rsidRPr="00D85F89">
        <w:rPr>
          <w:lang w:val="ru-RU"/>
        </w:rPr>
        <w:t xml:space="preserve"> </w:t>
      </w:r>
      <w:proofErr w:type="spellStart"/>
      <w:r w:rsidRPr="00D85F89">
        <w:rPr>
          <w:lang w:val="ru-RU"/>
        </w:rPr>
        <w:t>орнатылады</w:t>
      </w:r>
      <w:proofErr w:type="spellEnd"/>
      <w:r w:rsidRPr="00D85F89">
        <w:rPr>
          <w:lang w:val="ru-RU"/>
        </w:rPr>
        <w:t xml:space="preserve">, </w:t>
      </w:r>
      <w:proofErr w:type="spellStart"/>
      <w:r w:rsidRPr="00D85F89">
        <w:rPr>
          <w:lang w:val="ru-RU"/>
        </w:rPr>
        <w:t>барлығы</w:t>
      </w:r>
      <w:proofErr w:type="spellEnd"/>
      <w:r w:rsidRPr="00D85F89">
        <w:rPr>
          <w:lang w:val="ru-RU"/>
        </w:rPr>
        <w:t xml:space="preserve"> 3 </w:t>
      </w:r>
      <w:proofErr w:type="spellStart"/>
      <w:r w:rsidRPr="00D85F89">
        <w:rPr>
          <w:lang w:val="ru-RU"/>
        </w:rPr>
        <w:t>жиынтық</w:t>
      </w:r>
      <w:proofErr w:type="spellEnd"/>
      <w:r w:rsidRPr="00D85F89">
        <w:rPr>
          <w:lang w:val="ru-RU"/>
        </w:rPr>
        <w:t xml:space="preserve">. </w:t>
      </w:r>
      <w:proofErr w:type="spellStart"/>
      <w:r w:rsidRPr="00D85F89">
        <w:rPr>
          <w:lang w:val="ru-RU"/>
        </w:rPr>
        <w:t>Көлік</w:t>
      </w:r>
      <w:proofErr w:type="spellEnd"/>
      <w:r w:rsidRPr="00D85F89">
        <w:rPr>
          <w:lang w:val="ru-RU"/>
        </w:rPr>
        <w:t xml:space="preserve"> </w:t>
      </w:r>
      <w:proofErr w:type="spellStart"/>
      <w:r w:rsidRPr="00D85F89">
        <w:rPr>
          <w:lang w:val="ru-RU"/>
        </w:rPr>
        <w:t>жүретін</w:t>
      </w:r>
      <w:proofErr w:type="spellEnd"/>
      <w:r w:rsidRPr="00D85F89">
        <w:rPr>
          <w:lang w:val="ru-RU"/>
        </w:rPr>
        <w:t xml:space="preserve"> </w:t>
      </w:r>
      <w:proofErr w:type="spellStart"/>
      <w:r w:rsidRPr="00D85F89">
        <w:rPr>
          <w:lang w:val="ru-RU"/>
        </w:rPr>
        <w:t>жерде</w:t>
      </w:r>
      <w:proofErr w:type="spellEnd"/>
      <w:r w:rsidRPr="00D85F89">
        <w:rPr>
          <w:lang w:val="ru-RU"/>
        </w:rPr>
        <w:t xml:space="preserve"> </w:t>
      </w:r>
      <w:r>
        <w:t>D</w:t>
      </w:r>
      <w:r w:rsidRPr="00D85F89">
        <w:rPr>
          <w:lang w:val="ru-RU"/>
        </w:rPr>
        <w:t xml:space="preserve">400-ден, </w:t>
      </w:r>
      <w:proofErr w:type="spellStart"/>
      <w:r w:rsidRPr="00D85F89">
        <w:rPr>
          <w:lang w:val="ru-RU"/>
        </w:rPr>
        <w:t>жаяу</w:t>
      </w:r>
      <w:proofErr w:type="spellEnd"/>
      <w:r w:rsidRPr="00D85F89">
        <w:rPr>
          <w:lang w:val="ru-RU"/>
        </w:rPr>
        <w:t xml:space="preserve"> </w:t>
      </w:r>
      <w:proofErr w:type="spellStart"/>
      <w:r w:rsidRPr="00D85F89">
        <w:rPr>
          <w:lang w:val="ru-RU"/>
        </w:rPr>
        <w:t>жүргінші</w:t>
      </w:r>
      <w:proofErr w:type="spellEnd"/>
      <w:r w:rsidRPr="00D85F89">
        <w:rPr>
          <w:lang w:val="ru-RU"/>
        </w:rPr>
        <w:t xml:space="preserve"> </w:t>
      </w:r>
      <w:proofErr w:type="spellStart"/>
      <w:r w:rsidRPr="00D85F89">
        <w:rPr>
          <w:lang w:val="ru-RU"/>
        </w:rPr>
        <w:t>аймағында</w:t>
      </w:r>
      <w:proofErr w:type="spellEnd"/>
      <w:r w:rsidRPr="00D85F89">
        <w:rPr>
          <w:lang w:val="ru-RU"/>
        </w:rPr>
        <w:t xml:space="preserve"> </w:t>
      </w:r>
      <w:r>
        <w:t>C</w:t>
      </w:r>
      <w:r w:rsidRPr="00D85F89">
        <w:rPr>
          <w:lang w:val="ru-RU"/>
        </w:rPr>
        <w:t xml:space="preserve">250-ден </w:t>
      </w:r>
      <w:proofErr w:type="spellStart"/>
      <w:r w:rsidRPr="00D85F89">
        <w:rPr>
          <w:lang w:val="ru-RU"/>
        </w:rPr>
        <w:t>төмен</w:t>
      </w:r>
      <w:proofErr w:type="spellEnd"/>
      <w:r w:rsidRPr="00D85F89">
        <w:rPr>
          <w:lang w:val="ru-RU"/>
        </w:rPr>
        <w:t xml:space="preserve"> </w:t>
      </w:r>
      <w:proofErr w:type="spellStart"/>
      <w:r w:rsidRPr="00D85F89">
        <w:rPr>
          <w:lang w:val="ru-RU"/>
        </w:rPr>
        <w:t>емес</w:t>
      </w:r>
      <w:proofErr w:type="spellEnd"/>
      <w:r w:rsidRPr="00D85F89">
        <w:rPr>
          <w:lang w:val="ru-RU"/>
        </w:rPr>
        <w:t xml:space="preserve"> </w:t>
      </w:r>
      <w:proofErr w:type="spellStart"/>
      <w:r w:rsidRPr="00D85F89">
        <w:rPr>
          <w:lang w:val="ru-RU"/>
        </w:rPr>
        <w:t>жүк</w:t>
      </w:r>
      <w:proofErr w:type="spellEnd"/>
      <w:r w:rsidRPr="00D85F89">
        <w:rPr>
          <w:lang w:val="ru-RU"/>
        </w:rPr>
        <w:t xml:space="preserve"> </w:t>
      </w:r>
      <w:proofErr w:type="spellStart"/>
      <w:r w:rsidRPr="00D85F89">
        <w:rPr>
          <w:lang w:val="ru-RU"/>
        </w:rPr>
        <w:t>класы</w:t>
      </w:r>
      <w:proofErr w:type="spellEnd"/>
      <w:r w:rsidRPr="00D85F89">
        <w:rPr>
          <w:lang w:val="ru-RU"/>
        </w:rPr>
        <w:t xml:space="preserve"> </w:t>
      </w:r>
      <w:proofErr w:type="spellStart"/>
      <w:r w:rsidRPr="00D85F89">
        <w:rPr>
          <w:lang w:val="ru-RU"/>
        </w:rPr>
        <w:t>қабылданады</w:t>
      </w:r>
      <w:proofErr w:type="spellEnd"/>
      <w:r w:rsidRPr="00D85F89">
        <w:rPr>
          <w:lang w:val="ru-RU"/>
        </w:rPr>
        <w:t xml:space="preserve">; </w:t>
      </w:r>
      <w:proofErr w:type="spellStart"/>
      <w:r w:rsidRPr="00D85F89">
        <w:rPr>
          <w:lang w:val="ru-RU"/>
        </w:rPr>
        <w:t>қақпақ</w:t>
      </w:r>
      <w:proofErr w:type="spellEnd"/>
      <w:r w:rsidRPr="00D85F89">
        <w:rPr>
          <w:lang w:val="ru-RU"/>
        </w:rPr>
        <w:t xml:space="preserve"> </w:t>
      </w:r>
      <w:proofErr w:type="spellStart"/>
      <w:r w:rsidRPr="00D85F89">
        <w:rPr>
          <w:lang w:val="ru-RU"/>
        </w:rPr>
        <w:t>зауыттық</w:t>
      </w:r>
      <w:proofErr w:type="spellEnd"/>
      <w:r w:rsidRPr="00D85F89">
        <w:rPr>
          <w:lang w:val="ru-RU"/>
        </w:rPr>
        <w:t xml:space="preserve"> </w:t>
      </w:r>
      <w:proofErr w:type="spellStart"/>
      <w:r w:rsidRPr="00D85F89">
        <w:rPr>
          <w:lang w:val="ru-RU"/>
        </w:rPr>
        <w:t>таңбалы</w:t>
      </w:r>
      <w:proofErr w:type="spellEnd"/>
      <w:r w:rsidRPr="00D85F89">
        <w:rPr>
          <w:lang w:val="ru-RU"/>
        </w:rPr>
        <w:t xml:space="preserve">, </w:t>
      </w:r>
      <w:proofErr w:type="spellStart"/>
      <w:r w:rsidRPr="00D85F89">
        <w:rPr>
          <w:lang w:val="ru-RU"/>
        </w:rPr>
        <w:t>қозғалыссыз</w:t>
      </w:r>
      <w:proofErr w:type="spellEnd"/>
      <w:r w:rsidRPr="00D85F89">
        <w:rPr>
          <w:lang w:val="ru-RU"/>
        </w:rPr>
        <w:t xml:space="preserve">, </w:t>
      </w:r>
      <w:proofErr w:type="spellStart"/>
      <w:r w:rsidRPr="00D85F89">
        <w:rPr>
          <w:lang w:val="ru-RU"/>
        </w:rPr>
        <w:t>саңылаусыз</w:t>
      </w:r>
      <w:proofErr w:type="spellEnd"/>
      <w:r w:rsidRPr="00D85F89">
        <w:rPr>
          <w:lang w:val="ru-RU"/>
        </w:rPr>
        <w:t xml:space="preserve"> </w:t>
      </w:r>
      <w:proofErr w:type="spellStart"/>
      <w:r w:rsidRPr="00D85F89">
        <w:rPr>
          <w:lang w:val="ru-RU"/>
        </w:rPr>
        <w:t>және</w:t>
      </w:r>
      <w:proofErr w:type="spellEnd"/>
      <w:r w:rsidRPr="00D85F89">
        <w:rPr>
          <w:lang w:val="ru-RU"/>
        </w:rPr>
        <w:t xml:space="preserve"> </w:t>
      </w:r>
      <w:proofErr w:type="spellStart"/>
      <w:r w:rsidRPr="00D85F89">
        <w:rPr>
          <w:lang w:val="ru-RU"/>
        </w:rPr>
        <w:t>қалпына</w:t>
      </w:r>
      <w:proofErr w:type="spellEnd"/>
      <w:r w:rsidRPr="00D85F89">
        <w:rPr>
          <w:lang w:val="ru-RU"/>
        </w:rPr>
        <w:t xml:space="preserve"> </w:t>
      </w:r>
      <w:proofErr w:type="spellStart"/>
      <w:r w:rsidRPr="00D85F89">
        <w:rPr>
          <w:lang w:val="ru-RU"/>
        </w:rPr>
        <w:t>келтірілген</w:t>
      </w:r>
      <w:proofErr w:type="spellEnd"/>
      <w:r w:rsidRPr="00D85F89">
        <w:rPr>
          <w:lang w:val="ru-RU"/>
        </w:rPr>
        <w:t xml:space="preserve"> </w:t>
      </w:r>
      <w:proofErr w:type="spellStart"/>
      <w:r w:rsidRPr="00D85F89">
        <w:rPr>
          <w:lang w:val="ru-RU"/>
        </w:rPr>
        <w:t>беттің</w:t>
      </w:r>
      <w:proofErr w:type="spellEnd"/>
      <w:r w:rsidRPr="00D85F89">
        <w:rPr>
          <w:lang w:val="ru-RU"/>
        </w:rPr>
        <w:t xml:space="preserve"> </w:t>
      </w:r>
      <w:proofErr w:type="spellStart"/>
      <w:r w:rsidRPr="00D85F89">
        <w:rPr>
          <w:lang w:val="ru-RU"/>
        </w:rPr>
        <w:t>деңге</w:t>
      </w:r>
      <w:r w:rsidRPr="00D85F89">
        <w:rPr>
          <w:lang w:val="ru-RU"/>
        </w:rPr>
        <w:t>йінде</w:t>
      </w:r>
      <w:proofErr w:type="spellEnd"/>
      <w:r w:rsidRPr="00D85F89">
        <w:rPr>
          <w:lang w:val="ru-RU"/>
        </w:rPr>
        <w:t xml:space="preserve"> </w:t>
      </w:r>
      <w:proofErr w:type="spellStart"/>
      <w:r w:rsidRPr="00D85F89">
        <w:rPr>
          <w:lang w:val="ru-RU"/>
        </w:rPr>
        <w:t>болуы</w:t>
      </w:r>
      <w:proofErr w:type="spellEnd"/>
      <w:r w:rsidRPr="00D85F89">
        <w:rPr>
          <w:lang w:val="ru-RU"/>
        </w:rPr>
        <w:t xml:space="preserve"> </w:t>
      </w:r>
      <w:proofErr w:type="spellStart"/>
      <w:r w:rsidRPr="00D85F89">
        <w:rPr>
          <w:lang w:val="ru-RU"/>
        </w:rPr>
        <w:t>тиіс</w:t>
      </w:r>
      <w:proofErr w:type="spellEnd"/>
      <w:r w:rsidRPr="00D85F89">
        <w:rPr>
          <w:lang w:val="ru-RU"/>
        </w:rPr>
        <w:t>.</w:t>
      </w:r>
    </w:p>
    <w:p w14:paraId="3A0E4715" w14:textId="77777777" w:rsidR="007322FA" w:rsidRPr="00D85F89" w:rsidRDefault="00E91743">
      <w:pPr>
        <w:pStyle w:val="1"/>
        <w:rPr>
          <w:lang w:val="ru-RU"/>
        </w:rPr>
      </w:pPr>
      <w:r w:rsidRPr="00D85F89">
        <w:rPr>
          <w:rFonts w:ascii="Arial" w:hAnsi="Arial"/>
          <w:sz w:val="21"/>
          <w:lang w:val="ru-RU"/>
        </w:rPr>
        <w:t xml:space="preserve">8 </w:t>
      </w:r>
      <w:proofErr w:type="spellStart"/>
      <w:r w:rsidRPr="00D85F89">
        <w:rPr>
          <w:rFonts w:ascii="Arial" w:hAnsi="Arial"/>
          <w:sz w:val="21"/>
          <w:lang w:val="ru-RU"/>
        </w:rPr>
        <w:t>Сынау</w:t>
      </w:r>
      <w:proofErr w:type="spellEnd"/>
      <w:r w:rsidRPr="00D85F89">
        <w:rPr>
          <w:rFonts w:ascii="Arial" w:hAnsi="Arial"/>
          <w:sz w:val="21"/>
          <w:lang w:val="ru-RU"/>
        </w:rPr>
        <w:t xml:space="preserve"> </w:t>
      </w:r>
      <w:proofErr w:type="spellStart"/>
      <w:r w:rsidRPr="00D85F89">
        <w:rPr>
          <w:rFonts w:ascii="Arial" w:hAnsi="Arial"/>
          <w:sz w:val="21"/>
          <w:lang w:val="ru-RU"/>
        </w:rPr>
        <w:t>және</w:t>
      </w:r>
      <w:proofErr w:type="spellEnd"/>
      <w:r w:rsidRPr="00D85F89">
        <w:rPr>
          <w:rFonts w:ascii="Arial" w:hAnsi="Arial"/>
          <w:sz w:val="21"/>
          <w:lang w:val="ru-RU"/>
        </w:rPr>
        <w:t xml:space="preserve"> </w:t>
      </w:r>
      <w:proofErr w:type="spellStart"/>
      <w:r w:rsidRPr="00D85F89">
        <w:rPr>
          <w:rFonts w:ascii="Arial" w:hAnsi="Arial"/>
          <w:sz w:val="21"/>
          <w:lang w:val="ru-RU"/>
        </w:rPr>
        <w:t>қабылдауға</w:t>
      </w:r>
      <w:proofErr w:type="spellEnd"/>
      <w:r w:rsidRPr="00D85F89">
        <w:rPr>
          <w:rFonts w:ascii="Arial" w:hAnsi="Arial"/>
          <w:sz w:val="21"/>
          <w:lang w:val="ru-RU"/>
        </w:rPr>
        <w:t xml:space="preserve"> </w:t>
      </w:r>
      <w:proofErr w:type="spellStart"/>
      <w:r w:rsidRPr="00D85F89">
        <w:rPr>
          <w:rFonts w:ascii="Arial" w:hAnsi="Arial"/>
          <w:sz w:val="21"/>
          <w:lang w:val="ru-RU"/>
        </w:rPr>
        <w:t>дейінгі</w:t>
      </w:r>
      <w:proofErr w:type="spellEnd"/>
      <w:r w:rsidRPr="00D85F89">
        <w:rPr>
          <w:rFonts w:ascii="Arial" w:hAnsi="Arial"/>
          <w:sz w:val="21"/>
          <w:lang w:val="ru-RU"/>
        </w:rPr>
        <w:t xml:space="preserve"> </w:t>
      </w:r>
      <w:proofErr w:type="spellStart"/>
      <w:r w:rsidRPr="00D85F89">
        <w:rPr>
          <w:rFonts w:ascii="Arial" w:hAnsi="Arial"/>
          <w:sz w:val="21"/>
          <w:lang w:val="ru-RU"/>
        </w:rPr>
        <w:t>тексеру</w:t>
      </w:r>
      <w:proofErr w:type="spellEnd"/>
    </w:p>
    <w:p w14:paraId="50C9B09E" w14:textId="77777777" w:rsidR="007322FA" w:rsidRPr="00D85F89" w:rsidRDefault="00E91743">
      <w:pPr>
        <w:keepLines/>
        <w:ind w:left="198" w:hanging="142"/>
        <w:jc w:val="both"/>
        <w:rPr>
          <w:lang w:val="ru-RU"/>
        </w:rPr>
      </w:pPr>
      <w:r w:rsidRPr="00D85F89">
        <w:rPr>
          <w:lang w:val="ru-RU"/>
        </w:rPr>
        <w:t xml:space="preserve">• </w:t>
      </w:r>
      <w:proofErr w:type="spellStart"/>
      <w:r w:rsidRPr="00D85F89">
        <w:rPr>
          <w:lang w:val="ru-RU"/>
        </w:rPr>
        <w:t>Құбыр</w:t>
      </w:r>
      <w:proofErr w:type="spellEnd"/>
      <w:r w:rsidRPr="00D85F89">
        <w:rPr>
          <w:lang w:val="ru-RU"/>
        </w:rPr>
        <w:t xml:space="preserve"> </w:t>
      </w:r>
      <w:proofErr w:type="spellStart"/>
      <w:r w:rsidRPr="00D85F89">
        <w:rPr>
          <w:lang w:val="ru-RU"/>
        </w:rPr>
        <w:t>көмілуге</w:t>
      </w:r>
      <w:proofErr w:type="spellEnd"/>
      <w:r w:rsidRPr="00D85F89">
        <w:rPr>
          <w:lang w:val="ru-RU"/>
        </w:rPr>
        <w:t xml:space="preserve"> </w:t>
      </w:r>
      <w:proofErr w:type="spellStart"/>
      <w:r w:rsidRPr="00D85F89">
        <w:rPr>
          <w:lang w:val="ru-RU"/>
        </w:rPr>
        <w:t>дейін</w:t>
      </w:r>
      <w:proofErr w:type="spellEnd"/>
      <w:r w:rsidRPr="00D85F89">
        <w:rPr>
          <w:lang w:val="ru-RU"/>
        </w:rPr>
        <w:t xml:space="preserve"> </w:t>
      </w:r>
      <w:proofErr w:type="spellStart"/>
      <w:r w:rsidRPr="00D85F89">
        <w:rPr>
          <w:lang w:val="ru-RU"/>
        </w:rPr>
        <w:t>учаскелер</w:t>
      </w:r>
      <w:proofErr w:type="spellEnd"/>
      <w:r w:rsidRPr="00D85F89">
        <w:rPr>
          <w:lang w:val="ru-RU"/>
        </w:rPr>
        <w:t xml:space="preserve"> </w:t>
      </w:r>
      <w:proofErr w:type="spellStart"/>
      <w:r w:rsidRPr="00D85F89">
        <w:rPr>
          <w:lang w:val="ru-RU"/>
        </w:rPr>
        <w:t>бойынша</w:t>
      </w:r>
      <w:proofErr w:type="spellEnd"/>
      <w:r w:rsidRPr="00D85F89">
        <w:rPr>
          <w:lang w:val="ru-RU"/>
        </w:rPr>
        <w:t xml:space="preserve"> </w:t>
      </w:r>
      <w:proofErr w:type="spellStart"/>
      <w:r w:rsidRPr="00D85F89">
        <w:rPr>
          <w:lang w:val="ru-RU"/>
        </w:rPr>
        <w:t>визуалды</w:t>
      </w:r>
      <w:proofErr w:type="spellEnd"/>
      <w:r w:rsidRPr="00D85F89">
        <w:rPr>
          <w:lang w:val="ru-RU"/>
        </w:rPr>
        <w:t xml:space="preserve"> </w:t>
      </w:r>
      <w:proofErr w:type="spellStart"/>
      <w:r w:rsidRPr="00D85F89">
        <w:rPr>
          <w:lang w:val="ru-RU"/>
        </w:rPr>
        <w:t>тексеріледі</w:t>
      </w:r>
      <w:proofErr w:type="spellEnd"/>
      <w:r w:rsidRPr="00D85F89">
        <w:rPr>
          <w:lang w:val="ru-RU"/>
        </w:rPr>
        <w:t xml:space="preserve">, </w:t>
      </w:r>
      <w:proofErr w:type="spellStart"/>
      <w:r w:rsidRPr="00D85F89">
        <w:rPr>
          <w:lang w:val="ru-RU"/>
        </w:rPr>
        <w:t>геодезиялық</w:t>
      </w:r>
      <w:proofErr w:type="spellEnd"/>
      <w:r w:rsidRPr="00D85F89">
        <w:rPr>
          <w:lang w:val="ru-RU"/>
        </w:rPr>
        <w:t xml:space="preserve"> </w:t>
      </w:r>
      <w:proofErr w:type="spellStart"/>
      <w:r w:rsidRPr="00D85F89">
        <w:rPr>
          <w:lang w:val="ru-RU"/>
        </w:rPr>
        <w:t>белгілер</w:t>
      </w:r>
      <w:proofErr w:type="spellEnd"/>
      <w:r w:rsidRPr="00D85F89">
        <w:rPr>
          <w:lang w:val="ru-RU"/>
        </w:rPr>
        <w:t xml:space="preserve"> мен </w:t>
      </w:r>
      <w:proofErr w:type="spellStart"/>
      <w:r w:rsidRPr="00D85F89">
        <w:rPr>
          <w:lang w:val="ru-RU"/>
        </w:rPr>
        <w:t>еңіс</w:t>
      </w:r>
      <w:proofErr w:type="spellEnd"/>
      <w:r w:rsidRPr="00D85F89">
        <w:rPr>
          <w:lang w:val="ru-RU"/>
        </w:rPr>
        <w:t xml:space="preserve"> </w:t>
      </w:r>
      <w:proofErr w:type="spellStart"/>
      <w:r w:rsidRPr="00D85F89">
        <w:rPr>
          <w:lang w:val="ru-RU"/>
        </w:rPr>
        <w:t>өлшенеді</w:t>
      </w:r>
      <w:proofErr w:type="spellEnd"/>
      <w:r w:rsidRPr="00D85F89">
        <w:rPr>
          <w:lang w:val="ru-RU"/>
        </w:rPr>
        <w:t xml:space="preserve">, </w:t>
      </w:r>
      <w:proofErr w:type="spellStart"/>
      <w:r w:rsidRPr="00D85F89">
        <w:rPr>
          <w:lang w:val="ru-RU"/>
        </w:rPr>
        <w:t>түйіспелердің</w:t>
      </w:r>
      <w:proofErr w:type="spellEnd"/>
      <w:r w:rsidRPr="00D85F89">
        <w:rPr>
          <w:lang w:val="ru-RU"/>
        </w:rPr>
        <w:t xml:space="preserve"> </w:t>
      </w:r>
      <w:proofErr w:type="spellStart"/>
      <w:r w:rsidRPr="00D85F89">
        <w:rPr>
          <w:lang w:val="ru-RU"/>
        </w:rPr>
        <w:t>дұрыс</w:t>
      </w:r>
      <w:proofErr w:type="spellEnd"/>
      <w:r w:rsidRPr="00D85F89">
        <w:rPr>
          <w:lang w:val="ru-RU"/>
        </w:rPr>
        <w:t xml:space="preserve"> </w:t>
      </w:r>
      <w:proofErr w:type="spellStart"/>
      <w:r w:rsidRPr="00D85F89">
        <w:rPr>
          <w:lang w:val="ru-RU"/>
        </w:rPr>
        <w:t>орындалуы</w:t>
      </w:r>
      <w:proofErr w:type="spellEnd"/>
      <w:r w:rsidRPr="00D85F89">
        <w:rPr>
          <w:lang w:val="ru-RU"/>
        </w:rPr>
        <w:t xml:space="preserve"> </w:t>
      </w:r>
      <w:proofErr w:type="spellStart"/>
      <w:r w:rsidRPr="00D85F89">
        <w:rPr>
          <w:lang w:val="ru-RU"/>
        </w:rPr>
        <w:t>фотоға</w:t>
      </w:r>
      <w:proofErr w:type="spellEnd"/>
      <w:r w:rsidRPr="00D85F89">
        <w:rPr>
          <w:lang w:val="ru-RU"/>
        </w:rPr>
        <w:t xml:space="preserve"> </w:t>
      </w:r>
      <w:proofErr w:type="spellStart"/>
      <w:r w:rsidRPr="00D85F89">
        <w:rPr>
          <w:lang w:val="ru-RU"/>
        </w:rPr>
        <w:t>түсіріледі</w:t>
      </w:r>
      <w:proofErr w:type="spellEnd"/>
      <w:r w:rsidRPr="00D85F89">
        <w:rPr>
          <w:lang w:val="ru-RU"/>
        </w:rPr>
        <w:t>.</w:t>
      </w:r>
    </w:p>
    <w:p w14:paraId="64897BE2" w14:textId="77777777" w:rsidR="007322FA" w:rsidRPr="00D85F89" w:rsidRDefault="00E91743">
      <w:pPr>
        <w:keepLines/>
        <w:ind w:left="198" w:hanging="142"/>
        <w:jc w:val="both"/>
        <w:rPr>
          <w:lang w:val="ru-RU"/>
        </w:rPr>
      </w:pPr>
      <w:r w:rsidRPr="00D85F89">
        <w:rPr>
          <w:lang w:val="ru-RU"/>
        </w:rPr>
        <w:t xml:space="preserve">• </w:t>
      </w:r>
      <w:proofErr w:type="spellStart"/>
      <w:r w:rsidRPr="00D85F89">
        <w:rPr>
          <w:lang w:val="ru-RU"/>
        </w:rPr>
        <w:t>Самотекті</w:t>
      </w:r>
      <w:proofErr w:type="spellEnd"/>
      <w:r w:rsidRPr="00D85F89">
        <w:rPr>
          <w:lang w:val="ru-RU"/>
        </w:rPr>
        <w:t xml:space="preserve"> </w:t>
      </w:r>
      <w:proofErr w:type="spellStart"/>
      <w:r w:rsidRPr="00D85F89">
        <w:rPr>
          <w:lang w:val="ru-RU"/>
        </w:rPr>
        <w:t>кәріз</w:t>
      </w:r>
      <w:proofErr w:type="spellEnd"/>
      <w:r w:rsidRPr="00D85F89">
        <w:rPr>
          <w:lang w:val="ru-RU"/>
        </w:rPr>
        <w:t xml:space="preserve"> </w:t>
      </w:r>
      <w:proofErr w:type="spellStart"/>
      <w:r w:rsidRPr="00D85F89">
        <w:rPr>
          <w:lang w:val="ru-RU"/>
        </w:rPr>
        <w:t>желісі</w:t>
      </w:r>
      <w:proofErr w:type="spellEnd"/>
      <w:r w:rsidRPr="00D85F89">
        <w:rPr>
          <w:lang w:val="ru-RU"/>
        </w:rPr>
        <w:t xml:space="preserve"> </w:t>
      </w:r>
      <w:proofErr w:type="spellStart"/>
      <w:r w:rsidRPr="00D85F89">
        <w:rPr>
          <w:lang w:val="ru-RU"/>
        </w:rPr>
        <w:t>гидравликалық</w:t>
      </w:r>
      <w:proofErr w:type="spellEnd"/>
      <w:r w:rsidRPr="00D85F89">
        <w:rPr>
          <w:lang w:val="ru-RU"/>
        </w:rPr>
        <w:t xml:space="preserve"> </w:t>
      </w:r>
      <w:proofErr w:type="spellStart"/>
      <w:r w:rsidRPr="00D85F89">
        <w:rPr>
          <w:lang w:val="ru-RU"/>
        </w:rPr>
        <w:t>әдіспен</w:t>
      </w:r>
      <w:proofErr w:type="spellEnd"/>
      <w:r w:rsidRPr="00D85F89">
        <w:rPr>
          <w:lang w:val="ru-RU"/>
        </w:rPr>
        <w:t xml:space="preserve"> </w:t>
      </w:r>
      <w:proofErr w:type="spellStart"/>
      <w:r w:rsidRPr="00D85F89">
        <w:rPr>
          <w:lang w:val="ru-RU"/>
        </w:rPr>
        <w:t>герметикалығына</w:t>
      </w:r>
      <w:proofErr w:type="spellEnd"/>
      <w:r w:rsidRPr="00D85F89">
        <w:rPr>
          <w:lang w:val="ru-RU"/>
        </w:rPr>
        <w:t xml:space="preserve"> </w:t>
      </w:r>
      <w:proofErr w:type="spellStart"/>
      <w:r w:rsidRPr="00D85F89">
        <w:rPr>
          <w:lang w:val="ru-RU"/>
        </w:rPr>
        <w:t>сыналады</w:t>
      </w:r>
      <w:proofErr w:type="spellEnd"/>
      <w:r w:rsidRPr="00D85F89">
        <w:rPr>
          <w:lang w:val="ru-RU"/>
        </w:rPr>
        <w:t xml:space="preserve">. </w:t>
      </w:r>
      <w:proofErr w:type="spellStart"/>
      <w:r w:rsidRPr="00D85F89">
        <w:rPr>
          <w:lang w:val="ru-RU"/>
        </w:rPr>
        <w:t>Техникалық</w:t>
      </w:r>
      <w:proofErr w:type="spellEnd"/>
      <w:r w:rsidRPr="00D85F89">
        <w:rPr>
          <w:lang w:val="ru-RU"/>
        </w:rPr>
        <w:t xml:space="preserve"> </w:t>
      </w:r>
      <w:proofErr w:type="spellStart"/>
      <w:r w:rsidRPr="00D85F89">
        <w:rPr>
          <w:lang w:val="ru-RU"/>
        </w:rPr>
        <w:t>тапсырмада</w:t>
      </w:r>
      <w:proofErr w:type="spellEnd"/>
      <w:r w:rsidRPr="00D85F89">
        <w:rPr>
          <w:lang w:val="ru-RU"/>
        </w:rPr>
        <w:t xml:space="preserve"> </w:t>
      </w:r>
      <w:proofErr w:type="spellStart"/>
      <w:r w:rsidRPr="00D85F89">
        <w:rPr>
          <w:lang w:val="ru-RU"/>
        </w:rPr>
        <w:t>көрсетілген</w:t>
      </w:r>
      <w:proofErr w:type="spellEnd"/>
      <w:r w:rsidRPr="00D85F89">
        <w:rPr>
          <w:lang w:val="ru-RU"/>
        </w:rPr>
        <w:t xml:space="preserve"> прессовка </w:t>
      </w:r>
      <w:proofErr w:type="spellStart"/>
      <w:r w:rsidRPr="00D85F89">
        <w:rPr>
          <w:lang w:val="ru-RU"/>
        </w:rPr>
        <w:t>қысымсыз</w:t>
      </w:r>
      <w:proofErr w:type="spellEnd"/>
      <w:r w:rsidRPr="00D85F89">
        <w:rPr>
          <w:lang w:val="ru-RU"/>
        </w:rPr>
        <w:t xml:space="preserve"> </w:t>
      </w:r>
      <w:proofErr w:type="spellStart"/>
      <w:r w:rsidRPr="00D85F89">
        <w:rPr>
          <w:lang w:val="ru-RU"/>
        </w:rPr>
        <w:t>желіге</w:t>
      </w:r>
      <w:proofErr w:type="spellEnd"/>
      <w:r w:rsidRPr="00D85F89">
        <w:rPr>
          <w:lang w:val="ru-RU"/>
        </w:rPr>
        <w:t xml:space="preserve"> </w:t>
      </w:r>
      <w:proofErr w:type="spellStart"/>
      <w:r w:rsidRPr="00D85F89">
        <w:rPr>
          <w:lang w:val="ru-RU"/>
        </w:rPr>
        <w:t>қолданылатын</w:t>
      </w:r>
      <w:proofErr w:type="spellEnd"/>
      <w:r w:rsidRPr="00D85F89">
        <w:rPr>
          <w:lang w:val="ru-RU"/>
        </w:rPr>
        <w:t xml:space="preserve"> су </w:t>
      </w:r>
      <w:proofErr w:type="spellStart"/>
      <w:r w:rsidRPr="00D85F89">
        <w:rPr>
          <w:lang w:val="ru-RU"/>
        </w:rPr>
        <w:t>толтыру</w:t>
      </w:r>
      <w:proofErr w:type="spellEnd"/>
      <w:r w:rsidRPr="00D85F89">
        <w:rPr>
          <w:lang w:val="ru-RU"/>
        </w:rPr>
        <w:t xml:space="preserve"> </w:t>
      </w:r>
      <w:proofErr w:type="spellStart"/>
      <w:r w:rsidRPr="00D85F89">
        <w:rPr>
          <w:lang w:val="ru-RU"/>
        </w:rPr>
        <w:t>және</w:t>
      </w:r>
      <w:proofErr w:type="spellEnd"/>
      <w:r w:rsidRPr="00D85F89">
        <w:rPr>
          <w:lang w:val="ru-RU"/>
        </w:rPr>
        <w:t xml:space="preserve"> </w:t>
      </w:r>
      <w:proofErr w:type="spellStart"/>
      <w:r w:rsidRPr="00D85F89">
        <w:rPr>
          <w:lang w:val="ru-RU"/>
        </w:rPr>
        <w:t>ағып</w:t>
      </w:r>
      <w:proofErr w:type="spellEnd"/>
      <w:r w:rsidRPr="00D85F89">
        <w:rPr>
          <w:lang w:val="ru-RU"/>
        </w:rPr>
        <w:t xml:space="preserve"> </w:t>
      </w:r>
      <w:proofErr w:type="spellStart"/>
      <w:r w:rsidRPr="00D85F89">
        <w:rPr>
          <w:lang w:val="ru-RU"/>
        </w:rPr>
        <w:t>кетуді</w:t>
      </w:r>
      <w:proofErr w:type="spellEnd"/>
      <w:r w:rsidRPr="00D85F89">
        <w:rPr>
          <w:lang w:val="ru-RU"/>
        </w:rPr>
        <w:t xml:space="preserve"> </w:t>
      </w:r>
      <w:proofErr w:type="spellStart"/>
      <w:r w:rsidRPr="00D85F89">
        <w:rPr>
          <w:lang w:val="ru-RU"/>
        </w:rPr>
        <w:t>бақылау</w:t>
      </w:r>
      <w:proofErr w:type="spellEnd"/>
      <w:r w:rsidRPr="00D85F89">
        <w:rPr>
          <w:lang w:val="ru-RU"/>
        </w:rPr>
        <w:t xml:space="preserve"> </w:t>
      </w:r>
      <w:proofErr w:type="spellStart"/>
      <w:r w:rsidRPr="00D85F89">
        <w:rPr>
          <w:lang w:val="ru-RU"/>
        </w:rPr>
        <w:t>әдісімен</w:t>
      </w:r>
      <w:proofErr w:type="spellEnd"/>
      <w:r w:rsidRPr="00D85F89">
        <w:rPr>
          <w:lang w:val="ru-RU"/>
        </w:rPr>
        <w:t xml:space="preserve"> </w:t>
      </w:r>
      <w:proofErr w:type="spellStart"/>
      <w:r w:rsidRPr="00D85F89">
        <w:rPr>
          <w:lang w:val="ru-RU"/>
        </w:rPr>
        <w:t>орындалады</w:t>
      </w:r>
      <w:proofErr w:type="spellEnd"/>
      <w:r w:rsidRPr="00D85F89">
        <w:rPr>
          <w:lang w:val="ru-RU"/>
        </w:rPr>
        <w:t>.</w:t>
      </w:r>
    </w:p>
    <w:p w14:paraId="096268D1" w14:textId="77777777" w:rsidR="007322FA" w:rsidRPr="00D85F89" w:rsidRDefault="00E91743">
      <w:pPr>
        <w:keepLines/>
        <w:ind w:left="198" w:hanging="142"/>
        <w:jc w:val="both"/>
        <w:rPr>
          <w:lang w:val="ru-RU"/>
        </w:rPr>
      </w:pPr>
      <w:r w:rsidRPr="00D85F89">
        <w:rPr>
          <w:lang w:val="ru-RU"/>
        </w:rPr>
        <w:t xml:space="preserve">• </w:t>
      </w:r>
      <w:proofErr w:type="spellStart"/>
      <w:r w:rsidRPr="00D85F89">
        <w:rPr>
          <w:lang w:val="ru-RU"/>
        </w:rPr>
        <w:t>Сынаудан</w:t>
      </w:r>
      <w:proofErr w:type="spellEnd"/>
      <w:r w:rsidRPr="00D85F89">
        <w:rPr>
          <w:lang w:val="ru-RU"/>
        </w:rPr>
        <w:t xml:space="preserve"> </w:t>
      </w:r>
      <w:proofErr w:type="spellStart"/>
      <w:r w:rsidRPr="00D85F89">
        <w:rPr>
          <w:lang w:val="ru-RU"/>
        </w:rPr>
        <w:t>кейін</w:t>
      </w:r>
      <w:proofErr w:type="spellEnd"/>
      <w:r w:rsidRPr="00D85F89">
        <w:rPr>
          <w:lang w:val="ru-RU"/>
        </w:rPr>
        <w:t xml:space="preserve"> </w:t>
      </w:r>
      <w:proofErr w:type="spellStart"/>
      <w:r w:rsidRPr="00D85F89">
        <w:rPr>
          <w:lang w:val="ru-RU"/>
        </w:rPr>
        <w:t>желі</w:t>
      </w:r>
      <w:proofErr w:type="spellEnd"/>
      <w:r w:rsidRPr="00D85F89">
        <w:rPr>
          <w:lang w:val="ru-RU"/>
        </w:rPr>
        <w:t xml:space="preserve"> таза </w:t>
      </w:r>
      <w:proofErr w:type="spellStart"/>
      <w:r w:rsidRPr="00D85F89">
        <w:rPr>
          <w:lang w:val="ru-RU"/>
        </w:rPr>
        <w:t>сумен</w:t>
      </w:r>
      <w:proofErr w:type="spellEnd"/>
      <w:r w:rsidRPr="00D85F89">
        <w:rPr>
          <w:lang w:val="ru-RU"/>
        </w:rPr>
        <w:t xml:space="preserve"> </w:t>
      </w:r>
      <w:proofErr w:type="spellStart"/>
      <w:r w:rsidRPr="00D85F89">
        <w:rPr>
          <w:lang w:val="ru-RU"/>
        </w:rPr>
        <w:t>жуылады</w:t>
      </w:r>
      <w:proofErr w:type="spellEnd"/>
      <w:r w:rsidRPr="00D85F89">
        <w:rPr>
          <w:lang w:val="ru-RU"/>
        </w:rPr>
        <w:t xml:space="preserve">. </w:t>
      </w:r>
      <w:proofErr w:type="spellStart"/>
      <w:r w:rsidRPr="00D85F89">
        <w:rPr>
          <w:lang w:val="ru-RU"/>
        </w:rPr>
        <w:t>Барлық</w:t>
      </w:r>
      <w:proofErr w:type="spellEnd"/>
      <w:r w:rsidRPr="00D85F89">
        <w:rPr>
          <w:lang w:val="ru-RU"/>
        </w:rPr>
        <w:t xml:space="preserve"> 500 м </w:t>
      </w:r>
      <w:proofErr w:type="spellStart"/>
      <w:r w:rsidRPr="00D85F89">
        <w:rPr>
          <w:lang w:val="ru-RU"/>
        </w:rPr>
        <w:t>құбырға</w:t>
      </w:r>
      <w:proofErr w:type="spellEnd"/>
      <w:r w:rsidRPr="00D85F89">
        <w:rPr>
          <w:lang w:val="ru-RU"/>
        </w:rPr>
        <w:t xml:space="preserve"> </w:t>
      </w:r>
      <w:proofErr w:type="spellStart"/>
      <w:r w:rsidRPr="00D85F89">
        <w:rPr>
          <w:lang w:val="ru-RU"/>
        </w:rPr>
        <w:t>міндетті</w:t>
      </w:r>
      <w:proofErr w:type="spellEnd"/>
      <w:r w:rsidRPr="00D85F89">
        <w:rPr>
          <w:lang w:val="ru-RU"/>
        </w:rPr>
        <w:t xml:space="preserve"> </w:t>
      </w:r>
      <w:proofErr w:type="spellStart"/>
      <w:r w:rsidRPr="00D85F89">
        <w:rPr>
          <w:lang w:val="ru-RU"/>
        </w:rPr>
        <w:t>бейнеинспекция</w:t>
      </w:r>
      <w:proofErr w:type="spellEnd"/>
      <w:r w:rsidRPr="00D85F89">
        <w:rPr>
          <w:lang w:val="ru-RU"/>
        </w:rPr>
        <w:t xml:space="preserve"> </w:t>
      </w:r>
      <w:proofErr w:type="spellStart"/>
      <w:r w:rsidRPr="00D85F89">
        <w:rPr>
          <w:lang w:val="ru-RU"/>
        </w:rPr>
        <w:t>жүргізіліп</w:t>
      </w:r>
      <w:proofErr w:type="spellEnd"/>
      <w:r w:rsidRPr="00D85F89">
        <w:rPr>
          <w:lang w:val="ru-RU"/>
        </w:rPr>
        <w:t xml:space="preserve">, </w:t>
      </w:r>
      <w:proofErr w:type="spellStart"/>
      <w:r w:rsidRPr="00D85F89">
        <w:rPr>
          <w:lang w:val="ru-RU"/>
        </w:rPr>
        <w:t>шөгу</w:t>
      </w:r>
      <w:proofErr w:type="spellEnd"/>
      <w:r w:rsidRPr="00D85F89">
        <w:rPr>
          <w:lang w:val="ru-RU"/>
        </w:rPr>
        <w:t xml:space="preserve">, </w:t>
      </w:r>
      <w:proofErr w:type="spellStart"/>
      <w:r w:rsidRPr="00D85F89">
        <w:rPr>
          <w:lang w:val="ru-RU"/>
        </w:rPr>
        <w:t>бөгде</w:t>
      </w:r>
      <w:proofErr w:type="spellEnd"/>
      <w:r w:rsidRPr="00D85F89">
        <w:rPr>
          <w:lang w:val="ru-RU"/>
        </w:rPr>
        <w:t xml:space="preserve"> </w:t>
      </w:r>
      <w:proofErr w:type="spellStart"/>
      <w:r w:rsidRPr="00D85F89">
        <w:rPr>
          <w:lang w:val="ru-RU"/>
        </w:rPr>
        <w:t>зат</w:t>
      </w:r>
      <w:proofErr w:type="spellEnd"/>
      <w:r w:rsidRPr="00D85F89">
        <w:rPr>
          <w:lang w:val="ru-RU"/>
        </w:rPr>
        <w:t xml:space="preserve">, </w:t>
      </w:r>
      <w:proofErr w:type="spellStart"/>
      <w:r w:rsidRPr="00D85F89">
        <w:rPr>
          <w:lang w:val="ru-RU"/>
        </w:rPr>
        <w:t>түйіспенің</w:t>
      </w:r>
      <w:proofErr w:type="spellEnd"/>
      <w:r w:rsidRPr="00D85F89">
        <w:rPr>
          <w:lang w:val="ru-RU"/>
        </w:rPr>
        <w:t xml:space="preserve"> </w:t>
      </w:r>
      <w:proofErr w:type="spellStart"/>
      <w:r w:rsidRPr="00D85F89">
        <w:rPr>
          <w:lang w:val="ru-RU"/>
        </w:rPr>
        <w:t>ығысуы</w:t>
      </w:r>
      <w:proofErr w:type="spellEnd"/>
      <w:r w:rsidRPr="00D85F89">
        <w:rPr>
          <w:lang w:val="ru-RU"/>
        </w:rPr>
        <w:t xml:space="preserve">, деформация </w:t>
      </w:r>
      <w:proofErr w:type="spellStart"/>
      <w:r w:rsidRPr="00D85F89">
        <w:rPr>
          <w:lang w:val="ru-RU"/>
        </w:rPr>
        <w:t>және</w:t>
      </w:r>
      <w:proofErr w:type="spellEnd"/>
      <w:r w:rsidRPr="00D85F89">
        <w:rPr>
          <w:lang w:val="ru-RU"/>
        </w:rPr>
        <w:t xml:space="preserve"> </w:t>
      </w:r>
      <w:proofErr w:type="spellStart"/>
      <w:r w:rsidRPr="00D85F89">
        <w:rPr>
          <w:lang w:val="ru-RU"/>
        </w:rPr>
        <w:t>қарсы</w:t>
      </w:r>
      <w:proofErr w:type="spellEnd"/>
      <w:r w:rsidRPr="00D85F89">
        <w:rPr>
          <w:lang w:val="ru-RU"/>
        </w:rPr>
        <w:t xml:space="preserve"> </w:t>
      </w:r>
      <w:proofErr w:type="spellStart"/>
      <w:r w:rsidRPr="00D85F89">
        <w:rPr>
          <w:lang w:val="ru-RU"/>
        </w:rPr>
        <w:t>еңіс</w:t>
      </w:r>
      <w:proofErr w:type="spellEnd"/>
      <w:r w:rsidRPr="00D85F89">
        <w:rPr>
          <w:lang w:val="ru-RU"/>
        </w:rPr>
        <w:t xml:space="preserve"> </w:t>
      </w:r>
      <w:proofErr w:type="spellStart"/>
      <w:r w:rsidRPr="00D85F89">
        <w:rPr>
          <w:lang w:val="ru-RU"/>
        </w:rPr>
        <w:t>жоқ</w:t>
      </w:r>
      <w:proofErr w:type="spellEnd"/>
      <w:r w:rsidRPr="00D85F89">
        <w:rPr>
          <w:lang w:val="ru-RU"/>
        </w:rPr>
        <w:t xml:space="preserve"> </w:t>
      </w:r>
      <w:proofErr w:type="spellStart"/>
      <w:r w:rsidRPr="00D85F89">
        <w:rPr>
          <w:lang w:val="ru-RU"/>
        </w:rPr>
        <w:t>екені</w:t>
      </w:r>
      <w:proofErr w:type="spellEnd"/>
      <w:r w:rsidRPr="00D85F89">
        <w:rPr>
          <w:lang w:val="ru-RU"/>
        </w:rPr>
        <w:t xml:space="preserve"> </w:t>
      </w:r>
      <w:proofErr w:type="spellStart"/>
      <w:r w:rsidRPr="00D85F89">
        <w:rPr>
          <w:lang w:val="ru-RU"/>
        </w:rPr>
        <w:t>бейнежазбамен</w:t>
      </w:r>
      <w:proofErr w:type="spellEnd"/>
      <w:r w:rsidRPr="00D85F89">
        <w:rPr>
          <w:lang w:val="ru-RU"/>
        </w:rPr>
        <w:t xml:space="preserve"> </w:t>
      </w:r>
      <w:proofErr w:type="spellStart"/>
      <w:r w:rsidRPr="00D85F89">
        <w:rPr>
          <w:lang w:val="ru-RU"/>
        </w:rPr>
        <w:t>расталады</w:t>
      </w:r>
      <w:proofErr w:type="spellEnd"/>
      <w:r w:rsidRPr="00D85F89">
        <w:rPr>
          <w:lang w:val="ru-RU"/>
        </w:rPr>
        <w:t>.</w:t>
      </w:r>
    </w:p>
    <w:p w14:paraId="1F5BD9FE" w14:textId="77777777" w:rsidR="007322FA" w:rsidRPr="00D85F89" w:rsidRDefault="00E91743">
      <w:pPr>
        <w:keepLines/>
        <w:ind w:left="198" w:hanging="142"/>
        <w:jc w:val="both"/>
        <w:rPr>
          <w:lang w:val="ru-RU"/>
        </w:rPr>
      </w:pPr>
      <w:r w:rsidRPr="00D85F89">
        <w:rPr>
          <w:lang w:val="ru-RU"/>
        </w:rPr>
        <w:t xml:space="preserve">• </w:t>
      </w:r>
      <w:proofErr w:type="spellStart"/>
      <w:r w:rsidRPr="00D85F89">
        <w:rPr>
          <w:lang w:val="ru-RU"/>
        </w:rPr>
        <w:t>Сынау</w:t>
      </w:r>
      <w:proofErr w:type="spellEnd"/>
      <w:r w:rsidRPr="00D85F89">
        <w:rPr>
          <w:lang w:val="ru-RU"/>
        </w:rPr>
        <w:t xml:space="preserve"> </w:t>
      </w:r>
      <w:proofErr w:type="spellStart"/>
      <w:r w:rsidRPr="00D85F89">
        <w:rPr>
          <w:lang w:val="ru-RU"/>
        </w:rPr>
        <w:t>актілері</w:t>
      </w:r>
      <w:proofErr w:type="spellEnd"/>
      <w:r w:rsidRPr="00D85F89">
        <w:rPr>
          <w:lang w:val="ru-RU"/>
        </w:rPr>
        <w:t xml:space="preserve">, </w:t>
      </w:r>
      <w:proofErr w:type="spellStart"/>
      <w:r w:rsidRPr="00D85F89">
        <w:rPr>
          <w:lang w:val="ru-RU"/>
        </w:rPr>
        <w:t>жасырын</w:t>
      </w:r>
      <w:proofErr w:type="spellEnd"/>
      <w:r w:rsidRPr="00D85F89">
        <w:rPr>
          <w:lang w:val="ru-RU"/>
        </w:rPr>
        <w:t xml:space="preserve"> </w:t>
      </w:r>
      <w:proofErr w:type="spellStart"/>
      <w:r w:rsidRPr="00D85F89">
        <w:rPr>
          <w:lang w:val="ru-RU"/>
        </w:rPr>
        <w:t>жұмыстар</w:t>
      </w:r>
      <w:proofErr w:type="spellEnd"/>
      <w:r w:rsidRPr="00D85F89">
        <w:rPr>
          <w:lang w:val="ru-RU"/>
        </w:rPr>
        <w:t xml:space="preserve"> </w:t>
      </w:r>
      <w:proofErr w:type="spellStart"/>
      <w:r w:rsidRPr="00D85F89">
        <w:rPr>
          <w:lang w:val="ru-RU"/>
        </w:rPr>
        <w:t>актілері</w:t>
      </w:r>
      <w:proofErr w:type="spellEnd"/>
      <w:r w:rsidRPr="00D85F89">
        <w:rPr>
          <w:lang w:val="ru-RU"/>
        </w:rPr>
        <w:t xml:space="preserve">, </w:t>
      </w:r>
      <w:proofErr w:type="spellStart"/>
      <w:r w:rsidRPr="00D85F89">
        <w:rPr>
          <w:lang w:val="ru-RU"/>
        </w:rPr>
        <w:t>орындаушылық</w:t>
      </w:r>
      <w:proofErr w:type="spellEnd"/>
      <w:r w:rsidRPr="00D85F89">
        <w:rPr>
          <w:lang w:val="ru-RU"/>
        </w:rPr>
        <w:t xml:space="preserve"> схема </w:t>
      </w:r>
      <w:proofErr w:type="spellStart"/>
      <w:r w:rsidRPr="00D85F89">
        <w:rPr>
          <w:lang w:val="ru-RU"/>
        </w:rPr>
        <w:t>және</w:t>
      </w:r>
      <w:proofErr w:type="spellEnd"/>
      <w:r w:rsidRPr="00D85F89">
        <w:rPr>
          <w:lang w:val="ru-RU"/>
        </w:rPr>
        <w:t xml:space="preserve"> фотофиксация </w:t>
      </w:r>
      <w:proofErr w:type="spellStart"/>
      <w:r w:rsidRPr="00D85F89">
        <w:rPr>
          <w:lang w:val="ru-RU"/>
        </w:rPr>
        <w:t>Тапсырыс</w:t>
      </w:r>
      <w:proofErr w:type="spellEnd"/>
      <w:r w:rsidRPr="00D85F89">
        <w:rPr>
          <w:lang w:val="ru-RU"/>
        </w:rPr>
        <w:t xml:space="preserve"> </w:t>
      </w:r>
      <w:proofErr w:type="spellStart"/>
      <w:r w:rsidRPr="00D85F89">
        <w:rPr>
          <w:lang w:val="ru-RU"/>
        </w:rPr>
        <w:t>берушіге</w:t>
      </w:r>
      <w:proofErr w:type="spellEnd"/>
      <w:r w:rsidRPr="00D85F89">
        <w:rPr>
          <w:lang w:val="ru-RU"/>
        </w:rPr>
        <w:t xml:space="preserve"> </w:t>
      </w:r>
      <w:proofErr w:type="spellStart"/>
      <w:r w:rsidRPr="00D85F89">
        <w:rPr>
          <w:lang w:val="ru-RU"/>
        </w:rPr>
        <w:t>беріледі</w:t>
      </w:r>
      <w:proofErr w:type="spellEnd"/>
      <w:r w:rsidRPr="00D85F89">
        <w:rPr>
          <w:lang w:val="ru-RU"/>
        </w:rPr>
        <w:t>.</w:t>
      </w:r>
    </w:p>
    <w:p w14:paraId="21C6A45D" w14:textId="77777777" w:rsidR="007322FA" w:rsidRPr="00D85F89" w:rsidRDefault="00E91743">
      <w:pPr>
        <w:pStyle w:val="1"/>
        <w:rPr>
          <w:lang w:val="ru-RU"/>
        </w:rPr>
      </w:pPr>
      <w:r w:rsidRPr="00D85F89">
        <w:rPr>
          <w:rFonts w:ascii="Arial" w:hAnsi="Arial"/>
          <w:sz w:val="21"/>
          <w:lang w:val="ru-RU"/>
        </w:rPr>
        <w:t xml:space="preserve">9 </w:t>
      </w:r>
      <w:proofErr w:type="spellStart"/>
      <w:r w:rsidRPr="00D85F89">
        <w:rPr>
          <w:rFonts w:ascii="Arial" w:hAnsi="Arial"/>
          <w:sz w:val="21"/>
          <w:lang w:val="ru-RU"/>
        </w:rPr>
        <w:t>Жуылған</w:t>
      </w:r>
      <w:proofErr w:type="spellEnd"/>
      <w:r w:rsidRPr="00D85F89">
        <w:rPr>
          <w:rFonts w:ascii="Arial" w:hAnsi="Arial"/>
          <w:sz w:val="21"/>
          <w:lang w:val="ru-RU"/>
        </w:rPr>
        <w:t xml:space="preserve"> </w:t>
      </w:r>
      <w:proofErr w:type="spellStart"/>
      <w:r w:rsidRPr="00D85F89">
        <w:rPr>
          <w:rFonts w:ascii="Arial" w:hAnsi="Arial"/>
          <w:sz w:val="21"/>
          <w:lang w:val="ru-RU"/>
        </w:rPr>
        <w:t>құммен</w:t>
      </w:r>
      <w:proofErr w:type="spellEnd"/>
      <w:r w:rsidRPr="00D85F89">
        <w:rPr>
          <w:rFonts w:ascii="Arial" w:hAnsi="Arial"/>
          <w:sz w:val="21"/>
          <w:lang w:val="ru-RU"/>
        </w:rPr>
        <w:t xml:space="preserve"> </w:t>
      </w:r>
      <w:proofErr w:type="spellStart"/>
      <w:r w:rsidRPr="00D85F89">
        <w:rPr>
          <w:rFonts w:ascii="Arial" w:hAnsi="Arial"/>
          <w:sz w:val="21"/>
          <w:lang w:val="ru-RU"/>
        </w:rPr>
        <w:t>толтыру</w:t>
      </w:r>
      <w:proofErr w:type="spellEnd"/>
      <w:r w:rsidRPr="00D85F89">
        <w:rPr>
          <w:rFonts w:ascii="Arial" w:hAnsi="Arial"/>
          <w:sz w:val="21"/>
          <w:lang w:val="ru-RU"/>
        </w:rPr>
        <w:t xml:space="preserve"> </w:t>
      </w:r>
      <w:proofErr w:type="spellStart"/>
      <w:r w:rsidRPr="00D85F89">
        <w:rPr>
          <w:rFonts w:ascii="Arial" w:hAnsi="Arial"/>
          <w:sz w:val="21"/>
          <w:lang w:val="ru-RU"/>
        </w:rPr>
        <w:t>және</w:t>
      </w:r>
      <w:proofErr w:type="spellEnd"/>
      <w:r w:rsidRPr="00D85F89">
        <w:rPr>
          <w:rFonts w:ascii="Arial" w:hAnsi="Arial"/>
          <w:sz w:val="21"/>
          <w:lang w:val="ru-RU"/>
        </w:rPr>
        <w:t xml:space="preserve"> </w:t>
      </w:r>
      <w:proofErr w:type="spellStart"/>
      <w:r w:rsidRPr="00D85F89">
        <w:rPr>
          <w:rFonts w:ascii="Arial" w:hAnsi="Arial"/>
          <w:sz w:val="21"/>
          <w:lang w:val="ru-RU"/>
        </w:rPr>
        <w:t>тығыздау</w:t>
      </w:r>
      <w:proofErr w:type="spellEnd"/>
    </w:p>
    <w:p w14:paraId="5C9C5B60" w14:textId="77777777" w:rsidR="007322FA" w:rsidRPr="00D85F89" w:rsidRDefault="00E91743">
      <w:pPr>
        <w:keepLines/>
        <w:ind w:left="198" w:hanging="142"/>
        <w:jc w:val="both"/>
        <w:rPr>
          <w:lang w:val="ru-RU"/>
        </w:rPr>
      </w:pPr>
      <w:r w:rsidRPr="00D85F89">
        <w:rPr>
          <w:lang w:val="ru-RU"/>
        </w:rPr>
        <w:t>• Траншея</w:t>
      </w:r>
      <w:r w:rsidRPr="00D85F89">
        <w:rPr>
          <w:lang w:val="ru-RU"/>
        </w:rPr>
        <w:t xml:space="preserve"> </w:t>
      </w:r>
      <w:proofErr w:type="spellStart"/>
      <w:r w:rsidRPr="00D85F89">
        <w:rPr>
          <w:lang w:val="ru-RU"/>
        </w:rPr>
        <w:t>құбыр</w:t>
      </w:r>
      <w:proofErr w:type="spellEnd"/>
      <w:r w:rsidRPr="00D85F89">
        <w:rPr>
          <w:lang w:val="ru-RU"/>
        </w:rPr>
        <w:t xml:space="preserve"> </w:t>
      </w:r>
      <w:proofErr w:type="spellStart"/>
      <w:r w:rsidRPr="00D85F89">
        <w:rPr>
          <w:lang w:val="ru-RU"/>
        </w:rPr>
        <w:t>аймағынан</w:t>
      </w:r>
      <w:proofErr w:type="spellEnd"/>
      <w:r w:rsidRPr="00D85F89">
        <w:rPr>
          <w:lang w:val="ru-RU"/>
        </w:rPr>
        <w:t xml:space="preserve"> </w:t>
      </w:r>
      <w:proofErr w:type="spellStart"/>
      <w:r w:rsidRPr="00D85F89">
        <w:rPr>
          <w:lang w:val="ru-RU"/>
        </w:rPr>
        <w:t>бастап</w:t>
      </w:r>
      <w:proofErr w:type="spellEnd"/>
      <w:r w:rsidRPr="00D85F89">
        <w:rPr>
          <w:lang w:val="ru-RU"/>
        </w:rPr>
        <w:t xml:space="preserve"> </w:t>
      </w:r>
      <w:proofErr w:type="spellStart"/>
      <w:r w:rsidRPr="00D85F89">
        <w:rPr>
          <w:lang w:val="ru-RU"/>
        </w:rPr>
        <w:t>толық</w:t>
      </w:r>
      <w:proofErr w:type="spellEnd"/>
      <w:r w:rsidRPr="00D85F89">
        <w:rPr>
          <w:lang w:val="ru-RU"/>
        </w:rPr>
        <w:t xml:space="preserve"> </w:t>
      </w:r>
      <w:proofErr w:type="spellStart"/>
      <w:r w:rsidRPr="00D85F89">
        <w:rPr>
          <w:lang w:val="ru-RU"/>
        </w:rPr>
        <w:t>тереңдігі</w:t>
      </w:r>
      <w:proofErr w:type="spellEnd"/>
      <w:r w:rsidRPr="00D85F89">
        <w:rPr>
          <w:lang w:val="ru-RU"/>
        </w:rPr>
        <w:t xml:space="preserve"> </w:t>
      </w:r>
      <w:proofErr w:type="spellStart"/>
      <w:r w:rsidRPr="00D85F89">
        <w:rPr>
          <w:lang w:val="ru-RU"/>
        </w:rPr>
        <w:t>бойынша</w:t>
      </w:r>
      <w:proofErr w:type="spellEnd"/>
      <w:r w:rsidRPr="00D85F89">
        <w:rPr>
          <w:lang w:val="ru-RU"/>
        </w:rPr>
        <w:t xml:space="preserve"> </w:t>
      </w:r>
      <w:proofErr w:type="spellStart"/>
      <w:r w:rsidRPr="00D85F89">
        <w:rPr>
          <w:lang w:val="ru-RU"/>
        </w:rPr>
        <w:t>жуылған</w:t>
      </w:r>
      <w:proofErr w:type="spellEnd"/>
      <w:r w:rsidRPr="00D85F89">
        <w:rPr>
          <w:lang w:val="ru-RU"/>
        </w:rPr>
        <w:t xml:space="preserve"> </w:t>
      </w:r>
      <w:proofErr w:type="spellStart"/>
      <w:r w:rsidRPr="00D85F89">
        <w:rPr>
          <w:lang w:val="ru-RU"/>
        </w:rPr>
        <w:t>құммен</w:t>
      </w:r>
      <w:proofErr w:type="spellEnd"/>
      <w:r w:rsidRPr="00D85F89">
        <w:rPr>
          <w:lang w:val="ru-RU"/>
        </w:rPr>
        <w:t xml:space="preserve"> </w:t>
      </w:r>
      <w:proofErr w:type="spellStart"/>
      <w:r w:rsidRPr="00D85F89">
        <w:rPr>
          <w:lang w:val="ru-RU"/>
        </w:rPr>
        <w:t>толтырылады</w:t>
      </w:r>
      <w:proofErr w:type="spellEnd"/>
      <w:r w:rsidRPr="00D85F89">
        <w:rPr>
          <w:lang w:val="ru-RU"/>
        </w:rPr>
        <w:t xml:space="preserve">. </w:t>
      </w:r>
      <w:proofErr w:type="spellStart"/>
      <w:r w:rsidRPr="00D85F89">
        <w:rPr>
          <w:lang w:val="ru-RU"/>
        </w:rPr>
        <w:t>Құбырдың</w:t>
      </w:r>
      <w:proofErr w:type="spellEnd"/>
      <w:r w:rsidRPr="00D85F89">
        <w:rPr>
          <w:lang w:val="ru-RU"/>
        </w:rPr>
        <w:t xml:space="preserve"> </w:t>
      </w:r>
      <w:proofErr w:type="spellStart"/>
      <w:r w:rsidRPr="00D85F89">
        <w:rPr>
          <w:lang w:val="ru-RU"/>
        </w:rPr>
        <w:t>үстіндегі</w:t>
      </w:r>
      <w:proofErr w:type="spellEnd"/>
      <w:r w:rsidRPr="00D85F89">
        <w:rPr>
          <w:lang w:val="ru-RU"/>
        </w:rPr>
        <w:t xml:space="preserve"> </w:t>
      </w:r>
      <w:proofErr w:type="spellStart"/>
      <w:r w:rsidRPr="00D85F89">
        <w:rPr>
          <w:lang w:val="ru-RU"/>
        </w:rPr>
        <w:t>алғашқы</w:t>
      </w:r>
      <w:proofErr w:type="spellEnd"/>
      <w:r w:rsidRPr="00D85F89">
        <w:rPr>
          <w:lang w:val="ru-RU"/>
        </w:rPr>
        <w:t xml:space="preserve"> 300 мм </w:t>
      </w:r>
      <w:proofErr w:type="spellStart"/>
      <w:r w:rsidRPr="00D85F89">
        <w:rPr>
          <w:lang w:val="ru-RU"/>
        </w:rPr>
        <w:t>қабат</w:t>
      </w:r>
      <w:proofErr w:type="spellEnd"/>
      <w:r w:rsidRPr="00D85F89">
        <w:rPr>
          <w:lang w:val="ru-RU"/>
        </w:rPr>
        <w:t xml:space="preserve"> </w:t>
      </w:r>
      <w:proofErr w:type="spellStart"/>
      <w:r w:rsidRPr="00D85F89">
        <w:rPr>
          <w:lang w:val="ru-RU"/>
        </w:rPr>
        <w:t>қолмен</w:t>
      </w:r>
      <w:proofErr w:type="spellEnd"/>
      <w:r w:rsidRPr="00D85F89">
        <w:rPr>
          <w:lang w:val="ru-RU"/>
        </w:rPr>
        <w:t xml:space="preserve">, </w:t>
      </w:r>
      <w:proofErr w:type="spellStart"/>
      <w:r w:rsidRPr="00D85F89">
        <w:rPr>
          <w:lang w:val="ru-RU"/>
        </w:rPr>
        <w:t>тассыз</w:t>
      </w:r>
      <w:proofErr w:type="spellEnd"/>
      <w:r w:rsidRPr="00D85F89">
        <w:rPr>
          <w:lang w:val="ru-RU"/>
        </w:rPr>
        <w:t xml:space="preserve"> </w:t>
      </w:r>
      <w:proofErr w:type="spellStart"/>
      <w:r w:rsidRPr="00D85F89">
        <w:rPr>
          <w:lang w:val="ru-RU"/>
        </w:rPr>
        <w:t>және</w:t>
      </w:r>
      <w:proofErr w:type="spellEnd"/>
      <w:r w:rsidRPr="00D85F89">
        <w:rPr>
          <w:lang w:val="ru-RU"/>
        </w:rPr>
        <w:t xml:space="preserve"> </w:t>
      </w:r>
      <w:proofErr w:type="spellStart"/>
      <w:r w:rsidRPr="00D85F89">
        <w:rPr>
          <w:lang w:val="ru-RU"/>
        </w:rPr>
        <w:t>қатты</w:t>
      </w:r>
      <w:proofErr w:type="spellEnd"/>
      <w:r w:rsidRPr="00D85F89">
        <w:rPr>
          <w:lang w:val="ru-RU"/>
        </w:rPr>
        <w:t xml:space="preserve"> </w:t>
      </w:r>
      <w:proofErr w:type="spellStart"/>
      <w:r w:rsidRPr="00D85F89">
        <w:rPr>
          <w:lang w:val="ru-RU"/>
        </w:rPr>
        <w:t>қосындысыз</w:t>
      </w:r>
      <w:proofErr w:type="spellEnd"/>
      <w:r w:rsidRPr="00D85F89">
        <w:rPr>
          <w:lang w:val="ru-RU"/>
        </w:rPr>
        <w:t xml:space="preserve"> </w:t>
      </w:r>
      <w:proofErr w:type="spellStart"/>
      <w:r w:rsidRPr="00D85F89">
        <w:rPr>
          <w:lang w:val="ru-RU"/>
        </w:rPr>
        <w:t>орындалады</w:t>
      </w:r>
      <w:proofErr w:type="spellEnd"/>
      <w:r w:rsidRPr="00D85F89">
        <w:rPr>
          <w:lang w:val="ru-RU"/>
        </w:rPr>
        <w:t>.</w:t>
      </w:r>
    </w:p>
    <w:p w14:paraId="756A58AC" w14:textId="77777777" w:rsidR="007322FA" w:rsidRPr="00D85F89" w:rsidRDefault="00E91743">
      <w:pPr>
        <w:keepLines/>
        <w:ind w:left="198" w:hanging="142"/>
        <w:jc w:val="both"/>
        <w:rPr>
          <w:lang w:val="ru-RU"/>
        </w:rPr>
      </w:pPr>
      <w:r w:rsidRPr="00D85F89">
        <w:rPr>
          <w:lang w:val="ru-RU"/>
        </w:rPr>
        <w:t xml:space="preserve">• </w:t>
      </w:r>
      <w:proofErr w:type="spellStart"/>
      <w:r w:rsidRPr="00D85F89">
        <w:rPr>
          <w:lang w:val="ru-RU"/>
        </w:rPr>
        <w:t>Кейінгі</w:t>
      </w:r>
      <w:proofErr w:type="spellEnd"/>
      <w:r w:rsidRPr="00D85F89">
        <w:rPr>
          <w:lang w:val="ru-RU"/>
        </w:rPr>
        <w:t xml:space="preserve"> </w:t>
      </w:r>
      <w:proofErr w:type="spellStart"/>
      <w:r w:rsidRPr="00D85F89">
        <w:rPr>
          <w:lang w:val="ru-RU"/>
        </w:rPr>
        <w:t>толтыру</w:t>
      </w:r>
      <w:proofErr w:type="spellEnd"/>
      <w:r w:rsidRPr="00D85F89">
        <w:rPr>
          <w:lang w:val="ru-RU"/>
        </w:rPr>
        <w:t xml:space="preserve"> 200–300 мм </w:t>
      </w:r>
      <w:proofErr w:type="spellStart"/>
      <w:r w:rsidRPr="00D85F89">
        <w:rPr>
          <w:lang w:val="ru-RU"/>
        </w:rPr>
        <w:t>қабаттармен</w:t>
      </w:r>
      <w:proofErr w:type="spellEnd"/>
      <w:r w:rsidRPr="00D85F89">
        <w:rPr>
          <w:lang w:val="ru-RU"/>
        </w:rPr>
        <w:t xml:space="preserve"> </w:t>
      </w:r>
      <w:proofErr w:type="spellStart"/>
      <w:r w:rsidRPr="00D85F89">
        <w:rPr>
          <w:lang w:val="ru-RU"/>
        </w:rPr>
        <w:t>жүргізіліп</w:t>
      </w:r>
      <w:proofErr w:type="spellEnd"/>
      <w:r w:rsidRPr="00D85F89">
        <w:rPr>
          <w:lang w:val="ru-RU"/>
        </w:rPr>
        <w:t xml:space="preserve">, </w:t>
      </w:r>
      <w:proofErr w:type="spellStart"/>
      <w:r w:rsidRPr="00D85F89">
        <w:rPr>
          <w:lang w:val="ru-RU"/>
        </w:rPr>
        <w:t>әр</w:t>
      </w:r>
      <w:proofErr w:type="spellEnd"/>
      <w:r w:rsidRPr="00D85F89">
        <w:rPr>
          <w:lang w:val="ru-RU"/>
        </w:rPr>
        <w:t xml:space="preserve"> </w:t>
      </w:r>
      <w:proofErr w:type="spellStart"/>
      <w:r w:rsidRPr="00D85F89">
        <w:rPr>
          <w:lang w:val="ru-RU"/>
        </w:rPr>
        <w:t>қабат</w:t>
      </w:r>
      <w:proofErr w:type="spellEnd"/>
      <w:r w:rsidRPr="00D85F89">
        <w:rPr>
          <w:lang w:val="ru-RU"/>
        </w:rPr>
        <w:t xml:space="preserve"> </w:t>
      </w:r>
      <w:proofErr w:type="spellStart"/>
      <w:r w:rsidRPr="00D85F89">
        <w:rPr>
          <w:lang w:val="ru-RU"/>
        </w:rPr>
        <w:t>рұқсат</w:t>
      </w:r>
      <w:proofErr w:type="spellEnd"/>
      <w:r w:rsidRPr="00D85F89">
        <w:rPr>
          <w:lang w:val="ru-RU"/>
        </w:rPr>
        <w:t xml:space="preserve"> </w:t>
      </w:r>
      <w:proofErr w:type="spellStart"/>
      <w:r w:rsidRPr="00D85F89">
        <w:rPr>
          <w:lang w:val="ru-RU"/>
        </w:rPr>
        <w:t>етілген</w:t>
      </w:r>
      <w:proofErr w:type="spellEnd"/>
      <w:r w:rsidRPr="00D85F89">
        <w:rPr>
          <w:lang w:val="ru-RU"/>
        </w:rPr>
        <w:t xml:space="preserve"> </w:t>
      </w:r>
      <w:proofErr w:type="spellStart"/>
      <w:r w:rsidRPr="00D85F89">
        <w:rPr>
          <w:lang w:val="ru-RU"/>
        </w:rPr>
        <w:t>ылғалдылықта</w:t>
      </w:r>
      <w:proofErr w:type="spellEnd"/>
      <w:r w:rsidRPr="00D85F89">
        <w:rPr>
          <w:lang w:val="ru-RU"/>
        </w:rPr>
        <w:t xml:space="preserve"> </w:t>
      </w:r>
      <w:proofErr w:type="spellStart"/>
      <w:r w:rsidRPr="00D85F89">
        <w:rPr>
          <w:lang w:val="ru-RU"/>
        </w:rPr>
        <w:t>в</w:t>
      </w:r>
      <w:r w:rsidRPr="00D85F89">
        <w:rPr>
          <w:lang w:val="ru-RU"/>
        </w:rPr>
        <w:t>иброплита</w:t>
      </w:r>
      <w:proofErr w:type="spellEnd"/>
      <w:r w:rsidRPr="00D85F89">
        <w:rPr>
          <w:lang w:val="ru-RU"/>
        </w:rPr>
        <w:t xml:space="preserve"> </w:t>
      </w:r>
      <w:proofErr w:type="spellStart"/>
      <w:r w:rsidRPr="00D85F89">
        <w:rPr>
          <w:lang w:val="ru-RU"/>
        </w:rPr>
        <w:t>немесе</w:t>
      </w:r>
      <w:proofErr w:type="spellEnd"/>
      <w:r w:rsidRPr="00D85F89">
        <w:rPr>
          <w:lang w:val="ru-RU"/>
        </w:rPr>
        <w:t xml:space="preserve"> </w:t>
      </w:r>
      <w:proofErr w:type="spellStart"/>
      <w:r w:rsidRPr="00D85F89">
        <w:rPr>
          <w:lang w:val="ru-RU"/>
        </w:rPr>
        <w:t>басқа</w:t>
      </w:r>
      <w:proofErr w:type="spellEnd"/>
      <w:r w:rsidRPr="00D85F89">
        <w:rPr>
          <w:lang w:val="ru-RU"/>
        </w:rPr>
        <w:t xml:space="preserve"> </w:t>
      </w:r>
      <w:proofErr w:type="spellStart"/>
      <w:r w:rsidRPr="00D85F89">
        <w:rPr>
          <w:lang w:val="ru-RU"/>
        </w:rPr>
        <w:t>жарамды</w:t>
      </w:r>
      <w:proofErr w:type="spellEnd"/>
      <w:r w:rsidRPr="00D85F89">
        <w:rPr>
          <w:lang w:val="ru-RU"/>
        </w:rPr>
        <w:t xml:space="preserve"> </w:t>
      </w:r>
      <w:proofErr w:type="spellStart"/>
      <w:r w:rsidRPr="00D85F89">
        <w:rPr>
          <w:lang w:val="ru-RU"/>
        </w:rPr>
        <w:t>жабдықпен</w:t>
      </w:r>
      <w:proofErr w:type="spellEnd"/>
      <w:r w:rsidRPr="00D85F89">
        <w:rPr>
          <w:lang w:val="ru-RU"/>
        </w:rPr>
        <w:t xml:space="preserve"> </w:t>
      </w:r>
      <w:proofErr w:type="spellStart"/>
      <w:r w:rsidRPr="00D85F89">
        <w:rPr>
          <w:lang w:val="ru-RU"/>
        </w:rPr>
        <w:t>тығыздалады</w:t>
      </w:r>
      <w:proofErr w:type="spellEnd"/>
      <w:r w:rsidRPr="00D85F89">
        <w:rPr>
          <w:lang w:val="ru-RU"/>
        </w:rPr>
        <w:t>.</w:t>
      </w:r>
    </w:p>
    <w:p w14:paraId="0BD8C6C8" w14:textId="77777777" w:rsidR="007322FA" w:rsidRPr="00D85F89" w:rsidRDefault="00E91743">
      <w:pPr>
        <w:keepLines/>
        <w:ind w:left="198" w:hanging="142"/>
        <w:jc w:val="both"/>
        <w:rPr>
          <w:lang w:val="ru-RU"/>
        </w:rPr>
      </w:pPr>
      <w:r w:rsidRPr="00D85F89">
        <w:rPr>
          <w:lang w:val="ru-RU"/>
        </w:rPr>
        <w:t xml:space="preserve">• 500 × 2,5 × 1,0 м </w:t>
      </w:r>
      <w:proofErr w:type="spellStart"/>
      <w:r w:rsidRPr="00D85F89">
        <w:rPr>
          <w:lang w:val="ru-RU"/>
        </w:rPr>
        <w:t>траншеяның</w:t>
      </w:r>
      <w:proofErr w:type="spellEnd"/>
      <w:r w:rsidRPr="00D85F89">
        <w:rPr>
          <w:lang w:val="ru-RU"/>
        </w:rPr>
        <w:t xml:space="preserve"> </w:t>
      </w:r>
      <w:proofErr w:type="spellStart"/>
      <w:r w:rsidRPr="00D85F89">
        <w:rPr>
          <w:lang w:val="ru-RU"/>
        </w:rPr>
        <w:t>есептік</w:t>
      </w:r>
      <w:proofErr w:type="spellEnd"/>
      <w:r w:rsidRPr="00D85F89">
        <w:rPr>
          <w:lang w:val="ru-RU"/>
        </w:rPr>
        <w:t xml:space="preserve"> </w:t>
      </w:r>
      <w:proofErr w:type="spellStart"/>
      <w:r w:rsidRPr="00D85F89">
        <w:rPr>
          <w:lang w:val="ru-RU"/>
        </w:rPr>
        <w:t>көлемі</w:t>
      </w:r>
      <w:proofErr w:type="spellEnd"/>
      <w:r w:rsidRPr="00D85F89">
        <w:rPr>
          <w:lang w:val="ru-RU"/>
        </w:rPr>
        <w:t xml:space="preserve"> 1 250 м³. </w:t>
      </w:r>
      <w:proofErr w:type="spellStart"/>
      <w:r w:rsidRPr="00D85F89">
        <w:rPr>
          <w:lang w:val="ru-RU"/>
        </w:rPr>
        <w:t>Құбыр</w:t>
      </w:r>
      <w:proofErr w:type="spellEnd"/>
      <w:r w:rsidRPr="00D85F89">
        <w:rPr>
          <w:lang w:val="ru-RU"/>
        </w:rPr>
        <w:t xml:space="preserve"> </w:t>
      </w:r>
      <w:proofErr w:type="spellStart"/>
      <w:r w:rsidRPr="00D85F89">
        <w:rPr>
          <w:lang w:val="ru-RU"/>
        </w:rPr>
        <w:t>көлемін</w:t>
      </w:r>
      <w:proofErr w:type="spellEnd"/>
      <w:r w:rsidRPr="00D85F89">
        <w:rPr>
          <w:lang w:val="ru-RU"/>
        </w:rPr>
        <w:t xml:space="preserve"> </w:t>
      </w:r>
      <w:proofErr w:type="spellStart"/>
      <w:r w:rsidRPr="00D85F89">
        <w:rPr>
          <w:lang w:val="ru-RU"/>
        </w:rPr>
        <w:t>алып</w:t>
      </w:r>
      <w:proofErr w:type="spellEnd"/>
      <w:r w:rsidRPr="00D85F89">
        <w:rPr>
          <w:lang w:val="ru-RU"/>
        </w:rPr>
        <w:t xml:space="preserve"> </w:t>
      </w:r>
      <w:proofErr w:type="spellStart"/>
      <w:r w:rsidRPr="00D85F89">
        <w:rPr>
          <w:lang w:val="ru-RU"/>
        </w:rPr>
        <w:t>тастап</w:t>
      </w:r>
      <w:proofErr w:type="spellEnd"/>
      <w:r w:rsidRPr="00D85F89">
        <w:rPr>
          <w:lang w:val="ru-RU"/>
        </w:rPr>
        <w:t xml:space="preserve"> </w:t>
      </w:r>
      <w:proofErr w:type="spellStart"/>
      <w:r w:rsidRPr="00D85F89">
        <w:rPr>
          <w:lang w:val="ru-RU"/>
        </w:rPr>
        <w:t>және</w:t>
      </w:r>
      <w:proofErr w:type="spellEnd"/>
      <w:r w:rsidRPr="00D85F89">
        <w:rPr>
          <w:lang w:val="ru-RU"/>
        </w:rPr>
        <w:t xml:space="preserve"> </w:t>
      </w:r>
      <w:proofErr w:type="spellStart"/>
      <w:r w:rsidRPr="00D85F89">
        <w:rPr>
          <w:lang w:val="ru-RU"/>
        </w:rPr>
        <w:t>тығыздалу</w:t>
      </w:r>
      <w:proofErr w:type="spellEnd"/>
      <w:r w:rsidRPr="00D85F89">
        <w:rPr>
          <w:lang w:val="ru-RU"/>
        </w:rPr>
        <w:t xml:space="preserve"> </w:t>
      </w:r>
      <w:proofErr w:type="spellStart"/>
      <w:r w:rsidRPr="00D85F89">
        <w:rPr>
          <w:lang w:val="ru-RU"/>
        </w:rPr>
        <w:t>қорын</w:t>
      </w:r>
      <w:proofErr w:type="spellEnd"/>
      <w:r w:rsidRPr="00D85F89">
        <w:rPr>
          <w:lang w:val="ru-RU"/>
        </w:rPr>
        <w:t xml:space="preserve"> 15 </w:t>
      </w:r>
      <w:proofErr w:type="spellStart"/>
      <w:r w:rsidRPr="00D85F89">
        <w:rPr>
          <w:lang w:val="ru-RU"/>
        </w:rPr>
        <w:t>пайыз</w:t>
      </w:r>
      <w:proofErr w:type="spellEnd"/>
      <w:r w:rsidRPr="00D85F89">
        <w:rPr>
          <w:lang w:val="ru-RU"/>
        </w:rPr>
        <w:t xml:space="preserve"> </w:t>
      </w:r>
      <w:proofErr w:type="spellStart"/>
      <w:r w:rsidRPr="00D85F89">
        <w:rPr>
          <w:lang w:val="ru-RU"/>
        </w:rPr>
        <w:t>қабылдағанда</w:t>
      </w:r>
      <w:proofErr w:type="spellEnd"/>
      <w:r w:rsidRPr="00D85F89">
        <w:rPr>
          <w:lang w:val="ru-RU"/>
        </w:rPr>
        <w:t xml:space="preserve"> </w:t>
      </w:r>
      <w:proofErr w:type="spellStart"/>
      <w:r w:rsidRPr="00D85F89">
        <w:rPr>
          <w:lang w:val="ru-RU"/>
        </w:rPr>
        <w:t>жуылған</w:t>
      </w:r>
      <w:proofErr w:type="spellEnd"/>
      <w:r w:rsidRPr="00D85F89">
        <w:rPr>
          <w:lang w:val="ru-RU"/>
        </w:rPr>
        <w:t xml:space="preserve"> </w:t>
      </w:r>
      <w:proofErr w:type="spellStart"/>
      <w:r w:rsidRPr="00D85F89">
        <w:rPr>
          <w:lang w:val="ru-RU"/>
        </w:rPr>
        <w:t>құмның</w:t>
      </w:r>
      <w:proofErr w:type="spellEnd"/>
      <w:r w:rsidRPr="00D85F89">
        <w:rPr>
          <w:lang w:val="ru-RU"/>
        </w:rPr>
        <w:t xml:space="preserve"> </w:t>
      </w:r>
      <w:proofErr w:type="spellStart"/>
      <w:r w:rsidRPr="00D85F89">
        <w:rPr>
          <w:lang w:val="ru-RU"/>
        </w:rPr>
        <w:t>жоспарлы</w:t>
      </w:r>
      <w:proofErr w:type="spellEnd"/>
      <w:r w:rsidRPr="00D85F89">
        <w:rPr>
          <w:lang w:val="ru-RU"/>
        </w:rPr>
        <w:t xml:space="preserve"> </w:t>
      </w:r>
      <w:proofErr w:type="spellStart"/>
      <w:r w:rsidRPr="00D85F89">
        <w:rPr>
          <w:lang w:val="ru-RU"/>
        </w:rPr>
        <w:t>қажеттілігі</w:t>
      </w:r>
      <w:proofErr w:type="spellEnd"/>
      <w:r w:rsidRPr="00D85F89">
        <w:rPr>
          <w:lang w:val="ru-RU"/>
        </w:rPr>
        <w:t xml:space="preserve"> </w:t>
      </w:r>
      <w:proofErr w:type="spellStart"/>
      <w:r w:rsidRPr="00D85F89">
        <w:rPr>
          <w:lang w:val="ru-RU"/>
        </w:rPr>
        <w:t>шамамен</w:t>
      </w:r>
      <w:proofErr w:type="spellEnd"/>
      <w:r w:rsidRPr="00D85F89">
        <w:rPr>
          <w:lang w:val="ru-RU"/>
        </w:rPr>
        <w:t xml:space="preserve"> 1 426 м³ </w:t>
      </w:r>
      <w:proofErr w:type="spellStart"/>
      <w:r w:rsidRPr="00D85F89">
        <w:rPr>
          <w:lang w:val="ru-RU"/>
        </w:rPr>
        <w:t>құрайды</w:t>
      </w:r>
      <w:proofErr w:type="spellEnd"/>
      <w:r w:rsidRPr="00D85F89">
        <w:rPr>
          <w:lang w:val="ru-RU"/>
        </w:rPr>
        <w:t>.</w:t>
      </w:r>
    </w:p>
    <w:p w14:paraId="164EA9B8" w14:textId="77777777" w:rsidR="007322FA" w:rsidRPr="00D85F89" w:rsidRDefault="00E91743">
      <w:pPr>
        <w:keepLines/>
        <w:ind w:left="198" w:hanging="142"/>
        <w:jc w:val="both"/>
        <w:rPr>
          <w:lang w:val="ru-RU"/>
        </w:rPr>
      </w:pPr>
      <w:r w:rsidRPr="00D85F89">
        <w:rPr>
          <w:lang w:val="ru-RU"/>
        </w:rPr>
        <w:t xml:space="preserve">• </w:t>
      </w:r>
      <w:proofErr w:type="spellStart"/>
      <w:r w:rsidRPr="00D85F89">
        <w:rPr>
          <w:lang w:val="ru-RU"/>
        </w:rPr>
        <w:t>Толтыру</w:t>
      </w:r>
      <w:proofErr w:type="spellEnd"/>
      <w:r w:rsidRPr="00D85F89">
        <w:rPr>
          <w:lang w:val="ru-RU"/>
        </w:rPr>
        <w:t xml:space="preserve"> </w:t>
      </w:r>
      <w:proofErr w:type="spellStart"/>
      <w:r w:rsidRPr="00D85F89">
        <w:rPr>
          <w:lang w:val="ru-RU"/>
        </w:rPr>
        <w:t>кезін</w:t>
      </w:r>
      <w:r w:rsidRPr="00D85F89">
        <w:rPr>
          <w:lang w:val="ru-RU"/>
        </w:rPr>
        <w:t>де</w:t>
      </w:r>
      <w:proofErr w:type="spellEnd"/>
      <w:r w:rsidRPr="00D85F89">
        <w:rPr>
          <w:lang w:val="ru-RU"/>
        </w:rPr>
        <w:t xml:space="preserve"> </w:t>
      </w:r>
      <w:proofErr w:type="spellStart"/>
      <w:r w:rsidRPr="00D85F89">
        <w:rPr>
          <w:lang w:val="ru-RU"/>
        </w:rPr>
        <w:t>құбырдың</w:t>
      </w:r>
      <w:proofErr w:type="spellEnd"/>
      <w:r w:rsidRPr="00D85F89">
        <w:rPr>
          <w:lang w:val="ru-RU"/>
        </w:rPr>
        <w:t xml:space="preserve"> </w:t>
      </w:r>
      <w:proofErr w:type="spellStart"/>
      <w:r w:rsidRPr="00D85F89">
        <w:rPr>
          <w:lang w:val="ru-RU"/>
        </w:rPr>
        <w:t>қалпы</w:t>
      </w:r>
      <w:proofErr w:type="spellEnd"/>
      <w:r w:rsidRPr="00D85F89">
        <w:rPr>
          <w:lang w:val="ru-RU"/>
        </w:rPr>
        <w:t xml:space="preserve"> мен </w:t>
      </w:r>
      <w:proofErr w:type="spellStart"/>
      <w:r w:rsidRPr="00D85F89">
        <w:rPr>
          <w:lang w:val="ru-RU"/>
        </w:rPr>
        <w:t>еңісі</w:t>
      </w:r>
      <w:proofErr w:type="spellEnd"/>
      <w:r w:rsidRPr="00D85F89">
        <w:rPr>
          <w:lang w:val="ru-RU"/>
        </w:rPr>
        <w:t xml:space="preserve"> </w:t>
      </w:r>
      <w:proofErr w:type="spellStart"/>
      <w:r w:rsidRPr="00D85F89">
        <w:rPr>
          <w:lang w:val="ru-RU"/>
        </w:rPr>
        <w:t>өзгермеуі</w:t>
      </w:r>
      <w:proofErr w:type="spellEnd"/>
      <w:r w:rsidRPr="00D85F89">
        <w:rPr>
          <w:lang w:val="ru-RU"/>
        </w:rPr>
        <w:t xml:space="preserve"> </w:t>
      </w:r>
      <w:proofErr w:type="spellStart"/>
      <w:r w:rsidRPr="00D85F89">
        <w:rPr>
          <w:lang w:val="ru-RU"/>
        </w:rPr>
        <w:t>тиіс</w:t>
      </w:r>
      <w:proofErr w:type="spellEnd"/>
      <w:r w:rsidRPr="00D85F89">
        <w:rPr>
          <w:lang w:val="ru-RU"/>
        </w:rPr>
        <w:t xml:space="preserve">. </w:t>
      </w:r>
      <w:proofErr w:type="spellStart"/>
      <w:r w:rsidRPr="00D85F89">
        <w:rPr>
          <w:lang w:val="ru-RU"/>
        </w:rPr>
        <w:t>Шөгуге</w:t>
      </w:r>
      <w:proofErr w:type="spellEnd"/>
      <w:r w:rsidRPr="00D85F89">
        <w:rPr>
          <w:lang w:val="ru-RU"/>
        </w:rPr>
        <w:t xml:space="preserve"> </w:t>
      </w:r>
      <w:proofErr w:type="spellStart"/>
      <w:r w:rsidRPr="00D85F89">
        <w:rPr>
          <w:lang w:val="ru-RU"/>
        </w:rPr>
        <w:t>бейім</w:t>
      </w:r>
      <w:proofErr w:type="spellEnd"/>
      <w:r w:rsidRPr="00D85F89">
        <w:rPr>
          <w:lang w:val="ru-RU"/>
        </w:rPr>
        <w:t xml:space="preserve">, </w:t>
      </w:r>
      <w:proofErr w:type="spellStart"/>
      <w:r w:rsidRPr="00D85F89">
        <w:rPr>
          <w:lang w:val="ru-RU"/>
        </w:rPr>
        <w:t>мұздаған</w:t>
      </w:r>
      <w:proofErr w:type="spellEnd"/>
      <w:r w:rsidRPr="00D85F89">
        <w:rPr>
          <w:lang w:val="ru-RU"/>
        </w:rPr>
        <w:t xml:space="preserve">, </w:t>
      </w:r>
      <w:proofErr w:type="spellStart"/>
      <w:r w:rsidRPr="00D85F89">
        <w:rPr>
          <w:lang w:val="ru-RU"/>
        </w:rPr>
        <w:t>қоқысты</w:t>
      </w:r>
      <w:proofErr w:type="spellEnd"/>
      <w:r w:rsidRPr="00D85F89">
        <w:rPr>
          <w:lang w:val="ru-RU"/>
        </w:rPr>
        <w:t xml:space="preserve"> </w:t>
      </w:r>
      <w:proofErr w:type="spellStart"/>
      <w:r w:rsidRPr="00D85F89">
        <w:rPr>
          <w:lang w:val="ru-RU"/>
        </w:rPr>
        <w:t>немесе</w:t>
      </w:r>
      <w:proofErr w:type="spellEnd"/>
      <w:r w:rsidRPr="00D85F89">
        <w:rPr>
          <w:lang w:val="ru-RU"/>
        </w:rPr>
        <w:t xml:space="preserve"> </w:t>
      </w:r>
      <w:proofErr w:type="spellStart"/>
      <w:r w:rsidRPr="00D85F89">
        <w:rPr>
          <w:lang w:val="ru-RU"/>
        </w:rPr>
        <w:t>сазды</w:t>
      </w:r>
      <w:proofErr w:type="spellEnd"/>
      <w:r w:rsidRPr="00D85F89">
        <w:rPr>
          <w:lang w:val="ru-RU"/>
        </w:rPr>
        <w:t xml:space="preserve"> материал </w:t>
      </w:r>
      <w:proofErr w:type="spellStart"/>
      <w:r w:rsidRPr="00D85F89">
        <w:rPr>
          <w:lang w:val="ru-RU"/>
        </w:rPr>
        <w:t>қолдануға</w:t>
      </w:r>
      <w:proofErr w:type="spellEnd"/>
      <w:r w:rsidRPr="00D85F89">
        <w:rPr>
          <w:lang w:val="ru-RU"/>
        </w:rPr>
        <w:t xml:space="preserve"> </w:t>
      </w:r>
      <w:proofErr w:type="spellStart"/>
      <w:r w:rsidRPr="00D85F89">
        <w:rPr>
          <w:lang w:val="ru-RU"/>
        </w:rPr>
        <w:t>тыйым</w:t>
      </w:r>
      <w:proofErr w:type="spellEnd"/>
      <w:r w:rsidRPr="00D85F89">
        <w:rPr>
          <w:lang w:val="ru-RU"/>
        </w:rPr>
        <w:t xml:space="preserve"> </w:t>
      </w:r>
      <w:proofErr w:type="spellStart"/>
      <w:r w:rsidRPr="00D85F89">
        <w:rPr>
          <w:lang w:val="ru-RU"/>
        </w:rPr>
        <w:t>салынады</w:t>
      </w:r>
      <w:proofErr w:type="spellEnd"/>
      <w:r w:rsidRPr="00D85F89">
        <w:rPr>
          <w:lang w:val="ru-RU"/>
        </w:rPr>
        <w:t>.</w:t>
      </w:r>
    </w:p>
    <w:p w14:paraId="62D1C11F" w14:textId="77777777" w:rsidR="007322FA" w:rsidRPr="00D85F89" w:rsidRDefault="00E91743">
      <w:pPr>
        <w:pStyle w:val="1"/>
        <w:rPr>
          <w:lang w:val="ru-RU"/>
        </w:rPr>
      </w:pPr>
      <w:r w:rsidRPr="00D85F89">
        <w:rPr>
          <w:rFonts w:ascii="Arial" w:hAnsi="Arial"/>
          <w:sz w:val="21"/>
          <w:lang w:val="ru-RU"/>
        </w:rPr>
        <w:t xml:space="preserve">10 </w:t>
      </w:r>
      <w:proofErr w:type="spellStart"/>
      <w:r w:rsidRPr="00D85F89">
        <w:rPr>
          <w:rFonts w:ascii="Arial" w:hAnsi="Arial"/>
          <w:sz w:val="21"/>
          <w:lang w:val="ru-RU"/>
        </w:rPr>
        <w:t>Аумақты</w:t>
      </w:r>
      <w:proofErr w:type="spellEnd"/>
      <w:r w:rsidRPr="00D85F89">
        <w:rPr>
          <w:rFonts w:ascii="Arial" w:hAnsi="Arial"/>
          <w:sz w:val="21"/>
          <w:lang w:val="ru-RU"/>
        </w:rPr>
        <w:t xml:space="preserve"> </w:t>
      </w:r>
      <w:proofErr w:type="spellStart"/>
      <w:r w:rsidRPr="00D85F89">
        <w:rPr>
          <w:rFonts w:ascii="Arial" w:hAnsi="Arial"/>
          <w:sz w:val="21"/>
          <w:lang w:val="ru-RU"/>
        </w:rPr>
        <w:t>бұрынғы</w:t>
      </w:r>
      <w:proofErr w:type="spellEnd"/>
      <w:r w:rsidRPr="00D85F89">
        <w:rPr>
          <w:rFonts w:ascii="Arial" w:hAnsi="Arial"/>
          <w:sz w:val="21"/>
          <w:lang w:val="ru-RU"/>
        </w:rPr>
        <w:t xml:space="preserve"> </w:t>
      </w:r>
      <w:proofErr w:type="spellStart"/>
      <w:r w:rsidRPr="00D85F89">
        <w:rPr>
          <w:rFonts w:ascii="Arial" w:hAnsi="Arial"/>
          <w:sz w:val="21"/>
          <w:lang w:val="ru-RU"/>
        </w:rPr>
        <w:t>қалпына</w:t>
      </w:r>
      <w:proofErr w:type="spellEnd"/>
      <w:r w:rsidRPr="00D85F89">
        <w:rPr>
          <w:rFonts w:ascii="Arial" w:hAnsi="Arial"/>
          <w:sz w:val="21"/>
          <w:lang w:val="ru-RU"/>
        </w:rPr>
        <w:t xml:space="preserve"> </w:t>
      </w:r>
      <w:proofErr w:type="spellStart"/>
      <w:r w:rsidRPr="00D85F89">
        <w:rPr>
          <w:rFonts w:ascii="Arial" w:hAnsi="Arial"/>
          <w:sz w:val="21"/>
          <w:lang w:val="ru-RU"/>
        </w:rPr>
        <w:t>келтіру</w:t>
      </w:r>
      <w:proofErr w:type="spellEnd"/>
    </w:p>
    <w:p w14:paraId="23EAB4D4" w14:textId="77777777" w:rsidR="007322FA" w:rsidRPr="00D85F89" w:rsidRDefault="00E91743">
      <w:pPr>
        <w:keepLines/>
        <w:ind w:left="198" w:hanging="142"/>
        <w:jc w:val="both"/>
        <w:rPr>
          <w:lang w:val="ru-RU"/>
        </w:rPr>
      </w:pPr>
      <w:r w:rsidRPr="00D85F89">
        <w:rPr>
          <w:lang w:val="ru-RU"/>
        </w:rPr>
        <w:t xml:space="preserve">• Траншея </w:t>
      </w:r>
      <w:proofErr w:type="spellStart"/>
      <w:r w:rsidRPr="00D85F89">
        <w:rPr>
          <w:lang w:val="ru-RU"/>
        </w:rPr>
        <w:t>бойындағы</w:t>
      </w:r>
      <w:proofErr w:type="spellEnd"/>
      <w:r w:rsidRPr="00D85F89">
        <w:rPr>
          <w:lang w:val="ru-RU"/>
        </w:rPr>
        <w:t xml:space="preserve"> </w:t>
      </w:r>
      <w:proofErr w:type="spellStart"/>
      <w:r w:rsidRPr="00D85F89">
        <w:rPr>
          <w:lang w:val="ru-RU"/>
        </w:rPr>
        <w:t>шамамен</w:t>
      </w:r>
      <w:proofErr w:type="spellEnd"/>
      <w:r w:rsidRPr="00D85F89">
        <w:rPr>
          <w:lang w:val="ru-RU"/>
        </w:rPr>
        <w:t xml:space="preserve"> 500 м² </w:t>
      </w:r>
      <w:proofErr w:type="spellStart"/>
      <w:r w:rsidRPr="00D85F89">
        <w:rPr>
          <w:lang w:val="ru-RU"/>
        </w:rPr>
        <w:t>жұмыс</w:t>
      </w:r>
      <w:proofErr w:type="spellEnd"/>
      <w:r w:rsidRPr="00D85F89">
        <w:rPr>
          <w:lang w:val="ru-RU"/>
        </w:rPr>
        <w:t xml:space="preserve"> </w:t>
      </w:r>
      <w:proofErr w:type="spellStart"/>
      <w:r w:rsidRPr="00D85F89">
        <w:rPr>
          <w:lang w:val="ru-RU"/>
        </w:rPr>
        <w:t>жолағы</w:t>
      </w:r>
      <w:proofErr w:type="spellEnd"/>
      <w:r w:rsidRPr="00D85F89">
        <w:rPr>
          <w:lang w:val="ru-RU"/>
        </w:rPr>
        <w:t xml:space="preserve"> </w:t>
      </w:r>
      <w:proofErr w:type="spellStart"/>
      <w:r w:rsidRPr="00D85F89">
        <w:rPr>
          <w:lang w:val="ru-RU"/>
        </w:rPr>
        <w:t>бастапқы</w:t>
      </w:r>
      <w:proofErr w:type="spellEnd"/>
      <w:r w:rsidRPr="00D85F89">
        <w:rPr>
          <w:lang w:val="ru-RU"/>
        </w:rPr>
        <w:t xml:space="preserve"> </w:t>
      </w:r>
      <w:proofErr w:type="spellStart"/>
      <w:r w:rsidRPr="00D85F89">
        <w:rPr>
          <w:lang w:val="ru-RU"/>
        </w:rPr>
        <w:t>жабын</w:t>
      </w:r>
      <w:proofErr w:type="spellEnd"/>
      <w:r w:rsidRPr="00D85F89">
        <w:rPr>
          <w:lang w:val="ru-RU"/>
        </w:rPr>
        <w:t xml:space="preserve"> </w:t>
      </w:r>
      <w:proofErr w:type="spellStart"/>
      <w:r w:rsidRPr="00D85F89">
        <w:rPr>
          <w:lang w:val="ru-RU"/>
        </w:rPr>
        <w:t>түріне</w:t>
      </w:r>
      <w:proofErr w:type="spellEnd"/>
      <w:r w:rsidRPr="00D85F89">
        <w:rPr>
          <w:lang w:val="ru-RU"/>
        </w:rPr>
        <w:t xml:space="preserve"> </w:t>
      </w:r>
      <w:proofErr w:type="spellStart"/>
      <w:r w:rsidRPr="00D85F89">
        <w:rPr>
          <w:lang w:val="ru-RU"/>
        </w:rPr>
        <w:t>сәйкес</w:t>
      </w:r>
      <w:proofErr w:type="spellEnd"/>
      <w:r w:rsidRPr="00D85F89">
        <w:rPr>
          <w:lang w:val="ru-RU"/>
        </w:rPr>
        <w:t xml:space="preserve"> </w:t>
      </w:r>
      <w:proofErr w:type="spellStart"/>
      <w:r w:rsidRPr="00D85F89">
        <w:rPr>
          <w:lang w:val="ru-RU"/>
        </w:rPr>
        <w:t>қалпына</w:t>
      </w:r>
      <w:proofErr w:type="spellEnd"/>
      <w:r w:rsidRPr="00D85F89">
        <w:rPr>
          <w:lang w:val="ru-RU"/>
        </w:rPr>
        <w:t xml:space="preserve"> </w:t>
      </w:r>
      <w:proofErr w:type="spellStart"/>
      <w:r w:rsidRPr="00D85F89">
        <w:rPr>
          <w:lang w:val="ru-RU"/>
        </w:rPr>
        <w:t>келтіріледі</w:t>
      </w:r>
      <w:proofErr w:type="spellEnd"/>
      <w:r w:rsidRPr="00D85F89">
        <w:rPr>
          <w:lang w:val="ru-RU"/>
        </w:rPr>
        <w:t>:</w:t>
      </w:r>
      <w:r w:rsidRPr="00D85F89">
        <w:rPr>
          <w:lang w:val="ru-RU"/>
        </w:rPr>
        <w:t xml:space="preserve"> асфальт, </w:t>
      </w:r>
      <w:proofErr w:type="spellStart"/>
      <w:r w:rsidRPr="00D85F89">
        <w:rPr>
          <w:lang w:val="ru-RU"/>
        </w:rPr>
        <w:t>төсемтас</w:t>
      </w:r>
      <w:proofErr w:type="spellEnd"/>
      <w:r w:rsidRPr="00D85F89">
        <w:rPr>
          <w:lang w:val="ru-RU"/>
        </w:rPr>
        <w:t xml:space="preserve">, бетон, </w:t>
      </w:r>
      <w:proofErr w:type="spellStart"/>
      <w:r w:rsidRPr="00D85F89">
        <w:rPr>
          <w:lang w:val="ru-RU"/>
        </w:rPr>
        <w:t>қиыршықтас</w:t>
      </w:r>
      <w:proofErr w:type="spellEnd"/>
      <w:r w:rsidRPr="00D85F89">
        <w:rPr>
          <w:lang w:val="ru-RU"/>
        </w:rPr>
        <w:t xml:space="preserve">, </w:t>
      </w:r>
      <w:proofErr w:type="spellStart"/>
      <w:r w:rsidRPr="00D85F89">
        <w:rPr>
          <w:lang w:val="ru-RU"/>
        </w:rPr>
        <w:t>топырақ</w:t>
      </w:r>
      <w:proofErr w:type="spellEnd"/>
      <w:r w:rsidRPr="00D85F89">
        <w:rPr>
          <w:lang w:val="ru-RU"/>
        </w:rPr>
        <w:t xml:space="preserve"> </w:t>
      </w:r>
      <w:proofErr w:type="spellStart"/>
      <w:r w:rsidRPr="00D85F89">
        <w:rPr>
          <w:lang w:val="ru-RU"/>
        </w:rPr>
        <w:t>немесе</w:t>
      </w:r>
      <w:proofErr w:type="spellEnd"/>
      <w:r w:rsidRPr="00D85F89">
        <w:rPr>
          <w:lang w:val="ru-RU"/>
        </w:rPr>
        <w:t xml:space="preserve"> </w:t>
      </w:r>
      <w:proofErr w:type="spellStart"/>
      <w:r w:rsidRPr="00D85F89">
        <w:rPr>
          <w:lang w:val="ru-RU"/>
        </w:rPr>
        <w:t>көгалдандыру</w:t>
      </w:r>
      <w:proofErr w:type="spellEnd"/>
      <w:r w:rsidRPr="00D85F89">
        <w:rPr>
          <w:lang w:val="ru-RU"/>
        </w:rPr>
        <w:t xml:space="preserve"> </w:t>
      </w:r>
      <w:proofErr w:type="spellStart"/>
      <w:r w:rsidRPr="00D85F89">
        <w:rPr>
          <w:lang w:val="ru-RU"/>
        </w:rPr>
        <w:t>бұрынғы</w:t>
      </w:r>
      <w:proofErr w:type="spellEnd"/>
      <w:r w:rsidRPr="00D85F89">
        <w:rPr>
          <w:lang w:val="ru-RU"/>
        </w:rPr>
        <w:t xml:space="preserve"> </w:t>
      </w:r>
      <w:proofErr w:type="spellStart"/>
      <w:r w:rsidRPr="00D85F89">
        <w:rPr>
          <w:lang w:val="ru-RU"/>
        </w:rPr>
        <w:t>деңгейі</w:t>
      </w:r>
      <w:proofErr w:type="spellEnd"/>
      <w:r w:rsidRPr="00D85F89">
        <w:rPr>
          <w:lang w:val="ru-RU"/>
        </w:rPr>
        <w:t xml:space="preserve"> мен </w:t>
      </w:r>
      <w:proofErr w:type="spellStart"/>
      <w:r w:rsidRPr="00D85F89">
        <w:rPr>
          <w:lang w:val="ru-RU"/>
        </w:rPr>
        <w:t>сапасына</w:t>
      </w:r>
      <w:proofErr w:type="spellEnd"/>
      <w:r w:rsidRPr="00D85F89">
        <w:rPr>
          <w:lang w:val="ru-RU"/>
        </w:rPr>
        <w:t xml:space="preserve"> </w:t>
      </w:r>
      <w:proofErr w:type="spellStart"/>
      <w:r w:rsidRPr="00D85F89">
        <w:rPr>
          <w:lang w:val="ru-RU"/>
        </w:rPr>
        <w:t>жеткізіледі</w:t>
      </w:r>
      <w:proofErr w:type="spellEnd"/>
      <w:r w:rsidRPr="00D85F89">
        <w:rPr>
          <w:lang w:val="ru-RU"/>
        </w:rPr>
        <w:t>.</w:t>
      </w:r>
    </w:p>
    <w:p w14:paraId="7E27F870" w14:textId="77777777" w:rsidR="007322FA" w:rsidRPr="00D85F89" w:rsidRDefault="00E91743">
      <w:pPr>
        <w:keepLines/>
        <w:ind w:left="198" w:hanging="142"/>
        <w:jc w:val="both"/>
        <w:rPr>
          <w:lang w:val="ru-RU"/>
        </w:rPr>
      </w:pPr>
      <w:r w:rsidRPr="00D85F89">
        <w:rPr>
          <w:lang w:val="ru-RU"/>
        </w:rPr>
        <w:lastRenderedPageBreak/>
        <w:t xml:space="preserve">• </w:t>
      </w:r>
      <w:proofErr w:type="spellStart"/>
      <w:r w:rsidRPr="00D85F89">
        <w:rPr>
          <w:lang w:val="ru-RU"/>
        </w:rPr>
        <w:t>Жаяу</w:t>
      </w:r>
      <w:proofErr w:type="spellEnd"/>
      <w:r w:rsidRPr="00D85F89">
        <w:rPr>
          <w:lang w:val="ru-RU"/>
        </w:rPr>
        <w:t xml:space="preserve"> </w:t>
      </w:r>
      <w:proofErr w:type="spellStart"/>
      <w:r w:rsidRPr="00D85F89">
        <w:rPr>
          <w:lang w:val="ru-RU"/>
        </w:rPr>
        <w:t>жүргіншілерге</w:t>
      </w:r>
      <w:proofErr w:type="spellEnd"/>
      <w:r w:rsidRPr="00D85F89">
        <w:rPr>
          <w:lang w:val="ru-RU"/>
        </w:rPr>
        <w:t xml:space="preserve"> </w:t>
      </w:r>
      <w:proofErr w:type="spellStart"/>
      <w:r w:rsidRPr="00D85F89">
        <w:rPr>
          <w:lang w:val="ru-RU"/>
        </w:rPr>
        <w:t>арналған</w:t>
      </w:r>
      <w:proofErr w:type="spellEnd"/>
      <w:r w:rsidRPr="00D85F89">
        <w:rPr>
          <w:lang w:val="ru-RU"/>
        </w:rPr>
        <w:t xml:space="preserve"> бет </w:t>
      </w:r>
      <w:proofErr w:type="spellStart"/>
      <w:r w:rsidRPr="00D85F89">
        <w:rPr>
          <w:lang w:val="ru-RU"/>
        </w:rPr>
        <w:t>тегіс</w:t>
      </w:r>
      <w:proofErr w:type="spellEnd"/>
      <w:r w:rsidRPr="00D85F89">
        <w:rPr>
          <w:lang w:val="ru-RU"/>
        </w:rPr>
        <w:t xml:space="preserve">, </w:t>
      </w:r>
      <w:proofErr w:type="spellStart"/>
      <w:r w:rsidRPr="00D85F89">
        <w:rPr>
          <w:lang w:val="ru-RU"/>
        </w:rPr>
        <w:t>тұрақты</w:t>
      </w:r>
      <w:proofErr w:type="spellEnd"/>
      <w:r w:rsidRPr="00D85F89">
        <w:rPr>
          <w:lang w:val="ru-RU"/>
        </w:rPr>
        <w:t xml:space="preserve"> </w:t>
      </w:r>
      <w:proofErr w:type="spellStart"/>
      <w:r w:rsidRPr="00D85F89">
        <w:rPr>
          <w:lang w:val="ru-RU"/>
        </w:rPr>
        <w:t>және</w:t>
      </w:r>
      <w:proofErr w:type="spellEnd"/>
      <w:r w:rsidRPr="00D85F89">
        <w:rPr>
          <w:lang w:val="ru-RU"/>
        </w:rPr>
        <w:t xml:space="preserve"> </w:t>
      </w:r>
      <w:proofErr w:type="spellStart"/>
      <w:r w:rsidRPr="00D85F89">
        <w:rPr>
          <w:lang w:val="ru-RU"/>
        </w:rPr>
        <w:t>қауіпсіз</w:t>
      </w:r>
      <w:proofErr w:type="spellEnd"/>
      <w:r w:rsidRPr="00D85F89">
        <w:rPr>
          <w:lang w:val="ru-RU"/>
        </w:rPr>
        <w:t xml:space="preserve"> </w:t>
      </w:r>
      <w:proofErr w:type="spellStart"/>
      <w:r w:rsidRPr="00D85F89">
        <w:rPr>
          <w:lang w:val="ru-RU"/>
        </w:rPr>
        <w:t>болуы</w:t>
      </w:r>
      <w:proofErr w:type="spellEnd"/>
      <w:r w:rsidRPr="00D85F89">
        <w:rPr>
          <w:lang w:val="ru-RU"/>
        </w:rPr>
        <w:t xml:space="preserve"> </w:t>
      </w:r>
      <w:proofErr w:type="spellStart"/>
      <w:r w:rsidRPr="00D85F89">
        <w:rPr>
          <w:lang w:val="ru-RU"/>
        </w:rPr>
        <w:t>тиіс</w:t>
      </w:r>
      <w:proofErr w:type="spellEnd"/>
      <w:r w:rsidRPr="00D85F89">
        <w:rPr>
          <w:lang w:val="ru-RU"/>
        </w:rPr>
        <w:t xml:space="preserve">; </w:t>
      </w:r>
      <w:proofErr w:type="spellStart"/>
      <w:r w:rsidRPr="00D85F89">
        <w:rPr>
          <w:lang w:val="ru-RU"/>
        </w:rPr>
        <w:t>шұңқыр</w:t>
      </w:r>
      <w:proofErr w:type="spellEnd"/>
      <w:r w:rsidRPr="00D85F89">
        <w:rPr>
          <w:lang w:val="ru-RU"/>
        </w:rPr>
        <w:t xml:space="preserve">, бос </w:t>
      </w:r>
      <w:proofErr w:type="spellStart"/>
      <w:r w:rsidRPr="00D85F89">
        <w:rPr>
          <w:lang w:val="ru-RU"/>
        </w:rPr>
        <w:t>құм</w:t>
      </w:r>
      <w:proofErr w:type="spellEnd"/>
      <w:r w:rsidRPr="00D85F89">
        <w:rPr>
          <w:lang w:val="ru-RU"/>
        </w:rPr>
        <w:t xml:space="preserve">, </w:t>
      </w:r>
      <w:proofErr w:type="spellStart"/>
      <w:r w:rsidRPr="00D85F89">
        <w:rPr>
          <w:lang w:val="ru-RU"/>
        </w:rPr>
        <w:t>биіктік</w:t>
      </w:r>
      <w:proofErr w:type="spellEnd"/>
      <w:r w:rsidRPr="00D85F89">
        <w:rPr>
          <w:lang w:val="ru-RU"/>
        </w:rPr>
        <w:t xml:space="preserve"> </w:t>
      </w:r>
      <w:proofErr w:type="spellStart"/>
      <w:r w:rsidRPr="00D85F89">
        <w:rPr>
          <w:lang w:val="ru-RU"/>
        </w:rPr>
        <w:t>айырмасы</w:t>
      </w:r>
      <w:proofErr w:type="spellEnd"/>
      <w:r w:rsidRPr="00D85F89">
        <w:rPr>
          <w:lang w:val="ru-RU"/>
        </w:rPr>
        <w:t xml:space="preserve">, </w:t>
      </w:r>
      <w:proofErr w:type="spellStart"/>
      <w:r w:rsidRPr="00D85F89">
        <w:rPr>
          <w:lang w:val="ru-RU"/>
        </w:rPr>
        <w:t>шығып</w:t>
      </w:r>
      <w:proofErr w:type="spellEnd"/>
      <w:r w:rsidRPr="00D85F89">
        <w:rPr>
          <w:lang w:val="ru-RU"/>
        </w:rPr>
        <w:t xml:space="preserve"> </w:t>
      </w:r>
      <w:proofErr w:type="spellStart"/>
      <w:r w:rsidRPr="00D85F89">
        <w:rPr>
          <w:lang w:val="ru-RU"/>
        </w:rPr>
        <w:t>тұрған</w:t>
      </w:r>
      <w:proofErr w:type="spellEnd"/>
      <w:r w:rsidRPr="00D85F89">
        <w:rPr>
          <w:lang w:val="ru-RU"/>
        </w:rPr>
        <w:t xml:space="preserve"> элемент </w:t>
      </w:r>
      <w:proofErr w:type="spellStart"/>
      <w:r w:rsidRPr="00D85F89">
        <w:rPr>
          <w:lang w:val="ru-RU"/>
        </w:rPr>
        <w:t>және</w:t>
      </w:r>
      <w:proofErr w:type="spellEnd"/>
      <w:r w:rsidRPr="00D85F89">
        <w:rPr>
          <w:lang w:val="ru-RU"/>
        </w:rPr>
        <w:t xml:space="preserve"> су </w:t>
      </w:r>
      <w:proofErr w:type="spellStart"/>
      <w:r w:rsidRPr="00D85F89">
        <w:rPr>
          <w:lang w:val="ru-RU"/>
        </w:rPr>
        <w:t>жиналаты</w:t>
      </w:r>
      <w:r w:rsidRPr="00D85F89">
        <w:rPr>
          <w:lang w:val="ru-RU"/>
        </w:rPr>
        <w:t>н</w:t>
      </w:r>
      <w:proofErr w:type="spellEnd"/>
      <w:r w:rsidRPr="00D85F89">
        <w:rPr>
          <w:lang w:val="ru-RU"/>
        </w:rPr>
        <w:t xml:space="preserve"> </w:t>
      </w:r>
      <w:proofErr w:type="spellStart"/>
      <w:r w:rsidRPr="00D85F89">
        <w:rPr>
          <w:lang w:val="ru-RU"/>
        </w:rPr>
        <w:t>жер</w:t>
      </w:r>
      <w:proofErr w:type="spellEnd"/>
      <w:r w:rsidRPr="00D85F89">
        <w:rPr>
          <w:lang w:val="ru-RU"/>
        </w:rPr>
        <w:t xml:space="preserve"> </w:t>
      </w:r>
      <w:proofErr w:type="spellStart"/>
      <w:r w:rsidRPr="00D85F89">
        <w:rPr>
          <w:lang w:val="ru-RU"/>
        </w:rPr>
        <w:t>қалдырылмайды</w:t>
      </w:r>
      <w:proofErr w:type="spellEnd"/>
      <w:r w:rsidRPr="00D85F89">
        <w:rPr>
          <w:lang w:val="ru-RU"/>
        </w:rPr>
        <w:t>.</w:t>
      </w:r>
    </w:p>
    <w:p w14:paraId="5E72CF35" w14:textId="77777777" w:rsidR="007322FA" w:rsidRPr="00D85F89" w:rsidRDefault="00E91743">
      <w:pPr>
        <w:keepLines/>
        <w:ind w:left="198" w:hanging="142"/>
        <w:jc w:val="both"/>
        <w:rPr>
          <w:lang w:val="ru-RU"/>
        </w:rPr>
      </w:pPr>
      <w:r w:rsidRPr="00D85F89">
        <w:rPr>
          <w:lang w:val="ru-RU"/>
        </w:rPr>
        <w:t xml:space="preserve">• </w:t>
      </w:r>
      <w:proofErr w:type="spellStart"/>
      <w:r w:rsidRPr="00D85F89">
        <w:rPr>
          <w:lang w:val="ru-RU"/>
        </w:rPr>
        <w:t>Жұмыс</w:t>
      </w:r>
      <w:proofErr w:type="spellEnd"/>
      <w:r w:rsidRPr="00D85F89">
        <w:rPr>
          <w:lang w:val="ru-RU"/>
        </w:rPr>
        <w:t xml:space="preserve"> </w:t>
      </w:r>
      <w:proofErr w:type="spellStart"/>
      <w:r w:rsidRPr="00D85F89">
        <w:rPr>
          <w:lang w:val="ru-RU"/>
        </w:rPr>
        <w:t>аяқталғаннан</w:t>
      </w:r>
      <w:proofErr w:type="spellEnd"/>
      <w:r w:rsidRPr="00D85F89">
        <w:rPr>
          <w:lang w:val="ru-RU"/>
        </w:rPr>
        <w:t xml:space="preserve"> </w:t>
      </w:r>
      <w:proofErr w:type="spellStart"/>
      <w:r w:rsidRPr="00D85F89">
        <w:rPr>
          <w:lang w:val="ru-RU"/>
        </w:rPr>
        <w:t>кейін</w:t>
      </w:r>
      <w:proofErr w:type="spellEnd"/>
      <w:r w:rsidRPr="00D85F89">
        <w:rPr>
          <w:lang w:val="ru-RU"/>
        </w:rPr>
        <w:t xml:space="preserve"> </w:t>
      </w:r>
      <w:proofErr w:type="spellStart"/>
      <w:r w:rsidRPr="00D85F89">
        <w:rPr>
          <w:lang w:val="ru-RU"/>
        </w:rPr>
        <w:t>қоршаулар</w:t>
      </w:r>
      <w:proofErr w:type="spellEnd"/>
      <w:r w:rsidRPr="00D85F89">
        <w:rPr>
          <w:lang w:val="ru-RU"/>
        </w:rPr>
        <w:t xml:space="preserve">, </w:t>
      </w:r>
      <w:proofErr w:type="spellStart"/>
      <w:r w:rsidRPr="00D85F89">
        <w:rPr>
          <w:lang w:val="ru-RU"/>
        </w:rPr>
        <w:t>артық</w:t>
      </w:r>
      <w:proofErr w:type="spellEnd"/>
      <w:r w:rsidRPr="00D85F89">
        <w:rPr>
          <w:lang w:val="ru-RU"/>
        </w:rPr>
        <w:t xml:space="preserve"> </w:t>
      </w:r>
      <w:proofErr w:type="spellStart"/>
      <w:r w:rsidRPr="00D85F89">
        <w:rPr>
          <w:lang w:val="ru-RU"/>
        </w:rPr>
        <w:t>топырақ</w:t>
      </w:r>
      <w:proofErr w:type="spellEnd"/>
      <w:r w:rsidRPr="00D85F89">
        <w:rPr>
          <w:lang w:val="ru-RU"/>
        </w:rPr>
        <w:t xml:space="preserve">, материал </w:t>
      </w:r>
      <w:proofErr w:type="spellStart"/>
      <w:r w:rsidRPr="00D85F89">
        <w:rPr>
          <w:lang w:val="ru-RU"/>
        </w:rPr>
        <w:t>қалдығы</w:t>
      </w:r>
      <w:proofErr w:type="spellEnd"/>
      <w:r w:rsidRPr="00D85F89">
        <w:rPr>
          <w:lang w:val="ru-RU"/>
        </w:rPr>
        <w:t xml:space="preserve">, </w:t>
      </w:r>
      <w:proofErr w:type="spellStart"/>
      <w:r w:rsidRPr="00D85F89">
        <w:rPr>
          <w:lang w:val="ru-RU"/>
        </w:rPr>
        <w:t>ескі</w:t>
      </w:r>
      <w:proofErr w:type="spellEnd"/>
      <w:r w:rsidRPr="00D85F89">
        <w:rPr>
          <w:lang w:val="ru-RU"/>
        </w:rPr>
        <w:t xml:space="preserve"> </w:t>
      </w:r>
      <w:proofErr w:type="spellStart"/>
      <w:r w:rsidRPr="00D85F89">
        <w:rPr>
          <w:lang w:val="ru-RU"/>
        </w:rPr>
        <w:t>құбырлар</w:t>
      </w:r>
      <w:proofErr w:type="spellEnd"/>
      <w:r w:rsidRPr="00D85F89">
        <w:rPr>
          <w:lang w:val="ru-RU"/>
        </w:rPr>
        <w:t xml:space="preserve"> </w:t>
      </w:r>
      <w:proofErr w:type="spellStart"/>
      <w:r w:rsidRPr="00D85F89">
        <w:rPr>
          <w:lang w:val="ru-RU"/>
        </w:rPr>
        <w:t>және</w:t>
      </w:r>
      <w:proofErr w:type="spellEnd"/>
      <w:r w:rsidRPr="00D85F89">
        <w:rPr>
          <w:lang w:val="ru-RU"/>
        </w:rPr>
        <w:t xml:space="preserve"> </w:t>
      </w:r>
      <w:proofErr w:type="spellStart"/>
      <w:r w:rsidRPr="00D85F89">
        <w:rPr>
          <w:lang w:val="ru-RU"/>
        </w:rPr>
        <w:t>барлық</w:t>
      </w:r>
      <w:proofErr w:type="spellEnd"/>
      <w:r w:rsidRPr="00D85F89">
        <w:rPr>
          <w:lang w:val="ru-RU"/>
        </w:rPr>
        <w:t xml:space="preserve"> </w:t>
      </w:r>
      <w:proofErr w:type="spellStart"/>
      <w:r w:rsidRPr="00D85F89">
        <w:rPr>
          <w:lang w:val="ru-RU"/>
        </w:rPr>
        <w:t>қоқыс</w:t>
      </w:r>
      <w:proofErr w:type="spellEnd"/>
      <w:r w:rsidRPr="00D85F89">
        <w:rPr>
          <w:lang w:val="ru-RU"/>
        </w:rPr>
        <w:t xml:space="preserve"> </w:t>
      </w:r>
      <w:proofErr w:type="spellStart"/>
      <w:r w:rsidRPr="00D85F89">
        <w:rPr>
          <w:lang w:val="ru-RU"/>
        </w:rPr>
        <w:t>алынып</w:t>
      </w:r>
      <w:proofErr w:type="spellEnd"/>
      <w:r w:rsidRPr="00D85F89">
        <w:rPr>
          <w:lang w:val="ru-RU"/>
        </w:rPr>
        <w:t xml:space="preserve">, </w:t>
      </w:r>
      <w:proofErr w:type="spellStart"/>
      <w:r w:rsidRPr="00D85F89">
        <w:rPr>
          <w:lang w:val="ru-RU"/>
        </w:rPr>
        <w:t>жолдар</w:t>
      </w:r>
      <w:proofErr w:type="spellEnd"/>
      <w:r w:rsidRPr="00D85F89">
        <w:rPr>
          <w:lang w:val="ru-RU"/>
        </w:rPr>
        <w:t xml:space="preserve"> мен </w:t>
      </w:r>
      <w:proofErr w:type="spellStart"/>
      <w:r w:rsidRPr="00D85F89">
        <w:rPr>
          <w:lang w:val="ru-RU"/>
        </w:rPr>
        <w:t>аумақ</w:t>
      </w:r>
      <w:proofErr w:type="spellEnd"/>
      <w:r w:rsidRPr="00D85F89">
        <w:rPr>
          <w:lang w:val="ru-RU"/>
        </w:rPr>
        <w:t xml:space="preserve"> </w:t>
      </w:r>
      <w:proofErr w:type="spellStart"/>
      <w:r w:rsidRPr="00D85F89">
        <w:rPr>
          <w:lang w:val="ru-RU"/>
        </w:rPr>
        <w:t>жуылып</w:t>
      </w:r>
      <w:proofErr w:type="spellEnd"/>
      <w:r w:rsidRPr="00D85F89">
        <w:rPr>
          <w:lang w:val="ru-RU"/>
        </w:rPr>
        <w:t xml:space="preserve"> </w:t>
      </w:r>
      <w:proofErr w:type="spellStart"/>
      <w:r w:rsidRPr="00D85F89">
        <w:rPr>
          <w:lang w:val="ru-RU"/>
        </w:rPr>
        <w:t>немесе</w:t>
      </w:r>
      <w:proofErr w:type="spellEnd"/>
      <w:r w:rsidRPr="00D85F89">
        <w:rPr>
          <w:lang w:val="ru-RU"/>
        </w:rPr>
        <w:t xml:space="preserve"> </w:t>
      </w:r>
      <w:proofErr w:type="spellStart"/>
      <w:r w:rsidRPr="00D85F89">
        <w:rPr>
          <w:lang w:val="ru-RU"/>
        </w:rPr>
        <w:t>тазаланып</w:t>
      </w:r>
      <w:proofErr w:type="spellEnd"/>
      <w:r w:rsidRPr="00D85F89">
        <w:rPr>
          <w:lang w:val="ru-RU"/>
        </w:rPr>
        <w:t xml:space="preserve">, </w:t>
      </w:r>
      <w:proofErr w:type="spellStart"/>
      <w:r w:rsidRPr="00D85F89">
        <w:rPr>
          <w:lang w:val="ru-RU"/>
        </w:rPr>
        <w:t>нысан</w:t>
      </w:r>
      <w:proofErr w:type="spellEnd"/>
      <w:r w:rsidRPr="00D85F89">
        <w:rPr>
          <w:lang w:val="ru-RU"/>
        </w:rPr>
        <w:t xml:space="preserve"> </w:t>
      </w:r>
      <w:proofErr w:type="spellStart"/>
      <w:r w:rsidRPr="00D85F89">
        <w:rPr>
          <w:lang w:val="ru-RU"/>
        </w:rPr>
        <w:t>бұрынғы</w:t>
      </w:r>
      <w:proofErr w:type="spellEnd"/>
      <w:r w:rsidRPr="00D85F89">
        <w:rPr>
          <w:lang w:val="ru-RU"/>
        </w:rPr>
        <w:t xml:space="preserve"> таза </w:t>
      </w:r>
      <w:proofErr w:type="spellStart"/>
      <w:r w:rsidRPr="00D85F89">
        <w:rPr>
          <w:lang w:val="ru-RU"/>
        </w:rPr>
        <w:t>күйінде</w:t>
      </w:r>
      <w:proofErr w:type="spellEnd"/>
      <w:r w:rsidRPr="00D85F89">
        <w:rPr>
          <w:lang w:val="ru-RU"/>
        </w:rPr>
        <w:t xml:space="preserve"> </w:t>
      </w:r>
      <w:proofErr w:type="spellStart"/>
      <w:r w:rsidRPr="00D85F89">
        <w:rPr>
          <w:lang w:val="ru-RU"/>
        </w:rPr>
        <w:t>тапсырылады</w:t>
      </w:r>
      <w:proofErr w:type="spellEnd"/>
      <w:r w:rsidRPr="00D85F89">
        <w:rPr>
          <w:lang w:val="ru-RU"/>
        </w:rPr>
        <w:t>.</w:t>
      </w:r>
    </w:p>
    <w:p w14:paraId="7583FB18" w14:textId="77777777" w:rsidR="007322FA" w:rsidRPr="00D85F89" w:rsidRDefault="00E91743">
      <w:pPr>
        <w:pStyle w:val="1"/>
        <w:rPr>
          <w:lang w:val="ru-RU"/>
        </w:rPr>
      </w:pPr>
      <w:r w:rsidRPr="00D85F89">
        <w:rPr>
          <w:rFonts w:ascii="Arial" w:hAnsi="Arial"/>
          <w:sz w:val="21"/>
          <w:lang w:val="ru-RU"/>
        </w:rPr>
        <w:t xml:space="preserve">11 Техника </w:t>
      </w:r>
      <w:proofErr w:type="spellStart"/>
      <w:r w:rsidRPr="00D85F89">
        <w:rPr>
          <w:rFonts w:ascii="Arial" w:hAnsi="Arial"/>
          <w:sz w:val="21"/>
          <w:lang w:val="ru-RU"/>
        </w:rPr>
        <w:t>және</w:t>
      </w:r>
      <w:proofErr w:type="spellEnd"/>
      <w:r w:rsidRPr="00D85F89">
        <w:rPr>
          <w:rFonts w:ascii="Arial" w:hAnsi="Arial"/>
          <w:sz w:val="21"/>
          <w:lang w:val="ru-RU"/>
        </w:rPr>
        <w:t xml:space="preserve"> </w:t>
      </w:r>
      <w:proofErr w:type="spellStart"/>
      <w:r w:rsidRPr="00D85F89">
        <w:rPr>
          <w:rFonts w:ascii="Arial" w:hAnsi="Arial"/>
          <w:sz w:val="21"/>
          <w:lang w:val="ru-RU"/>
        </w:rPr>
        <w:t>ресурстар</w:t>
      </w:r>
      <w:proofErr w:type="spellEnd"/>
    </w:p>
    <w:p w14:paraId="6344B590" w14:textId="77777777" w:rsidR="007322FA" w:rsidRPr="00D85F89" w:rsidRDefault="00E91743">
      <w:pPr>
        <w:keepLines/>
        <w:ind w:left="198" w:hanging="142"/>
        <w:jc w:val="both"/>
        <w:rPr>
          <w:lang w:val="ru-RU"/>
        </w:rPr>
      </w:pPr>
      <w:r w:rsidRPr="00D85F89">
        <w:rPr>
          <w:lang w:val="ru-RU"/>
        </w:rPr>
        <w:t xml:space="preserve">• </w:t>
      </w:r>
      <w:proofErr w:type="spellStart"/>
      <w:r w:rsidRPr="00D85F89">
        <w:rPr>
          <w:lang w:val="ru-RU"/>
        </w:rPr>
        <w:t>Мердігер</w:t>
      </w:r>
      <w:proofErr w:type="spellEnd"/>
      <w:r w:rsidRPr="00D85F89">
        <w:rPr>
          <w:lang w:val="ru-RU"/>
        </w:rPr>
        <w:t xml:space="preserve"> 500 м траншея </w:t>
      </w:r>
      <w:proofErr w:type="spellStart"/>
      <w:r w:rsidRPr="00D85F89">
        <w:rPr>
          <w:lang w:val="ru-RU"/>
        </w:rPr>
        <w:t>үшін</w:t>
      </w:r>
      <w:proofErr w:type="spellEnd"/>
      <w:r w:rsidRPr="00D85F89">
        <w:rPr>
          <w:lang w:val="ru-RU"/>
        </w:rPr>
        <w:t xml:space="preserve"> экскаватор, </w:t>
      </w:r>
      <w:proofErr w:type="spellStart"/>
      <w:r w:rsidRPr="00D85F89">
        <w:rPr>
          <w:lang w:val="ru-RU"/>
        </w:rPr>
        <w:t>тиегіш</w:t>
      </w:r>
      <w:proofErr w:type="spellEnd"/>
      <w:r w:rsidRPr="00D85F89">
        <w:rPr>
          <w:lang w:val="ru-RU"/>
        </w:rPr>
        <w:t xml:space="preserve">, </w:t>
      </w:r>
      <w:proofErr w:type="spellStart"/>
      <w:r w:rsidRPr="00D85F89">
        <w:rPr>
          <w:lang w:val="ru-RU"/>
        </w:rPr>
        <w:t>автосамосвалдар</w:t>
      </w:r>
      <w:proofErr w:type="spellEnd"/>
      <w:r w:rsidRPr="00D85F89">
        <w:rPr>
          <w:lang w:val="ru-RU"/>
        </w:rPr>
        <w:t xml:space="preserve">, </w:t>
      </w:r>
      <w:proofErr w:type="spellStart"/>
      <w:r w:rsidRPr="00D85F89">
        <w:rPr>
          <w:lang w:val="ru-RU"/>
        </w:rPr>
        <w:t>жүк</w:t>
      </w:r>
      <w:proofErr w:type="spellEnd"/>
      <w:r w:rsidRPr="00D85F89">
        <w:rPr>
          <w:lang w:val="ru-RU"/>
        </w:rPr>
        <w:t xml:space="preserve"> </w:t>
      </w:r>
      <w:proofErr w:type="spellStart"/>
      <w:r w:rsidRPr="00D85F89">
        <w:rPr>
          <w:lang w:val="ru-RU"/>
        </w:rPr>
        <w:t>көтергіш</w:t>
      </w:r>
      <w:proofErr w:type="spellEnd"/>
      <w:r w:rsidRPr="00D85F89">
        <w:rPr>
          <w:lang w:val="ru-RU"/>
        </w:rPr>
        <w:t xml:space="preserve"> </w:t>
      </w:r>
      <w:proofErr w:type="spellStart"/>
      <w:r w:rsidRPr="00D85F89">
        <w:rPr>
          <w:lang w:val="ru-RU"/>
        </w:rPr>
        <w:t>немесе</w:t>
      </w:r>
      <w:proofErr w:type="spellEnd"/>
      <w:r w:rsidRPr="00D85F89">
        <w:rPr>
          <w:lang w:val="ru-RU"/>
        </w:rPr>
        <w:t xml:space="preserve"> манипулятор, </w:t>
      </w:r>
      <w:proofErr w:type="spellStart"/>
      <w:r w:rsidRPr="00D85F89">
        <w:rPr>
          <w:lang w:val="ru-RU"/>
        </w:rPr>
        <w:t>құм</w:t>
      </w:r>
      <w:proofErr w:type="spellEnd"/>
      <w:r w:rsidRPr="00D85F89">
        <w:rPr>
          <w:lang w:val="ru-RU"/>
        </w:rPr>
        <w:t xml:space="preserve"> </w:t>
      </w:r>
      <w:proofErr w:type="spellStart"/>
      <w:r w:rsidRPr="00D85F89">
        <w:rPr>
          <w:lang w:val="ru-RU"/>
        </w:rPr>
        <w:t>тасымалдаушы</w:t>
      </w:r>
      <w:proofErr w:type="spellEnd"/>
      <w:r w:rsidRPr="00D85F89">
        <w:rPr>
          <w:lang w:val="ru-RU"/>
        </w:rPr>
        <w:t xml:space="preserve"> </w:t>
      </w:r>
      <w:proofErr w:type="spellStart"/>
      <w:r w:rsidRPr="00D85F89">
        <w:rPr>
          <w:lang w:val="ru-RU"/>
        </w:rPr>
        <w:t>көлік</w:t>
      </w:r>
      <w:proofErr w:type="spellEnd"/>
      <w:r w:rsidRPr="00D85F89">
        <w:rPr>
          <w:lang w:val="ru-RU"/>
        </w:rPr>
        <w:t xml:space="preserve">, </w:t>
      </w:r>
      <w:proofErr w:type="spellStart"/>
      <w:r w:rsidRPr="00D85F89">
        <w:rPr>
          <w:lang w:val="ru-RU"/>
        </w:rPr>
        <w:t>виброплита</w:t>
      </w:r>
      <w:proofErr w:type="spellEnd"/>
      <w:r w:rsidRPr="00D85F89">
        <w:rPr>
          <w:lang w:val="ru-RU"/>
        </w:rPr>
        <w:t xml:space="preserve"> </w:t>
      </w:r>
      <w:proofErr w:type="spellStart"/>
      <w:r w:rsidRPr="00D85F89">
        <w:rPr>
          <w:lang w:val="ru-RU"/>
        </w:rPr>
        <w:t>немесе</w:t>
      </w:r>
      <w:proofErr w:type="spellEnd"/>
      <w:r w:rsidRPr="00D85F89">
        <w:rPr>
          <w:lang w:val="ru-RU"/>
        </w:rPr>
        <w:t xml:space="preserve"> каток, </w:t>
      </w:r>
      <w:proofErr w:type="spellStart"/>
      <w:r w:rsidRPr="00D85F89">
        <w:rPr>
          <w:lang w:val="ru-RU"/>
        </w:rPr>
        <w:t>сорғылар</w:t>
      </w:r>
      <w:proofErr w:type="spellEnd"/>
      <w:r w:rsidRPr="00D85F89">
        <w:rPr>
          <w:lang w:val="ru-RU"/>
        </w:rPr>
        <w:t xml:space="preserve">, генератор, </w:t>
      </w:r>
      <w:proofErr w:type="spellStart"/>
      <w:r w:rsidRPr="00D85F89">
        <w:rPr>
          <w:lang w:val="ru-RU"/>
        </w:rPr>
        <w:t>геодезиялық</w:t>
      </w:r>
      <w:proofErr w:type="spellEnd"/>
      <w:r w:rsidRPr="00D85F89">
        <w:rPr>
          <w:lang w:val="ru-RU"/>
        </w:rPr>
        <w:t xml:space="preserve"> </w:t>
      </w:r>
      <w:proofErr w:type="spellStart"/>
      <w:r w:rsidRPr="00D85F89">
        <w:rPr>
          <w:lang w:val="ru-RU"/>
        </w:rPr>
        <w:t>аспап</w:t>
      </w:r>
      <w:proofErr w:type="spellEnd"/>
      <w:r w:rsidRPr="00D85F89">
        <w:rPr>
          <w:lang w:val="ru-RU"/>
        </w:rPr>
        <w:t xml:space="preserve"> </w:t>
      </w:r>
      <w:proofErr w:type="spellStart"/>
      <w:r w:rsidRPr="00D85F89">
        <w:rPr>
          <w:lang w:val="ru-RU"/>
        </w:rPr>
        <w:t>және</w:t>
      </w:r>
      <w:proofErr w:type="spellEnd"/>
      <w:r w:rsidRPr="00D85F89">
        <w:rPr>
          <w:lang w:val="ru-RU"/>
        </w:rPr>
        <w:t xml:space="preserve"> </w:t>
      </w:r>
      <w:proofErr w:type="spellStart"/>
      <w:r w:rsidRPr="00D85F89">
        <w:rPr>
          <w:lang w:val="ru-RU"/>
        </w:rPr>
        <w:t>қол</w:t>
      </w:r>
      <w:proofErr w:type="spellEnd"/>
      <w:r w:rsidRPr="00D85F89">
        <w:rPr>
          <w:lang w:val="ru-RU"/>
        </w:rPr>
        <w:t xml:space="preserve"> </w:t>
      </w:r>
      <w:proofErr w:type="spellStart"/>
      <w:r w:rsidRPr="00D85F89">
        <w:rPr>
          <w:lang w:val="ru-RU"/>
        </w:rPr>
        <w:t>құралдарын</w:t>
      </w:r>
      <w:proofErr w:type="spellEnd"/>
      <w:r w:rsidRPr="00D85F89">
        <w:rPr>
          <w:lang w:val="ru-RU"/>
        </w:rPr>
        <w:t xml:space="preserve"> </w:t>
      </w:r>
      <w:proofErr w:type="spellStart"/>
      <w:r w:rsidRPr="00D85F89">
        <w:rPr>
          <w:lang w:val="ru-RU"/>
        </w:rPr>
        <w:t>қамтамасыз</w:t>
      </w:r>
      <w:proofErr w:type="spellEnd"/>
      <w:r w:rsidRPr="00D85F89">
        <w:rPr>
          <w:lang w:val="ru-RU"/>
        </w:rPr>
        <w:t xml:space="preserve"> </w:t>
      </w:r>
      <w:proofErr w:type="spellStart"/>
      <w:r w:rsidRPr="00D85F89">
        <w:rPr>
          <w:lang w:val="ru-RU"/>
        </w:rPr>
        <w:t>етеді</w:t>
      </w:r>
      <w:proofErr w:type="spellEnd"/>
      <w:r w:rsidRPr="00D85F89">
        <w:rPr>
          <w:lang w:val="ru-RU"/>
        </w:rPr>
        <w:t>.</w:t>
      </w:r>
    </w:p>
    <w:p w14:paraId="5DF63A3D" w14:textId="77777777" w:rsidR="007322FA" w:rsidRPr="00D85F89" w:rsidRDefault="00E91743">
      <w:pPr>
        <w:keepLines/>
        <w:ind w:left="198" w:hanging="142"/>
        <w:jc w:val="both"/>
        <w:rPr>
          <w:lang w:val="ru-RU"/>
        </w:rPr>
      </w:pPr>
      <w:r w:rsidRPr="00D85F89">
        <w:rPr>
          <w:lang w:val="ru-RU"/>
        </w:rPr>
        <w:t xml:space="preserve">• Техника </w:t>
      </w:r>
      <w:proofErr w:type="spellStart"/>
      <w:r w:rsidRPr="00D85F89">
        <w:rPr>
          <w:lang w:val="ru-RU"/>
        </w:rPr>
        <w:t>жалдау</w:t>
      </w:r>
      <w:proofErr w:type="spellEnd"/>
      <w:r w:rsidRPr="00D85F89">
        <w:rPr>
          <w:lang w:val="ru-RU"/>
        </w:rPr>
        <w:t xml:space="preserve"> </w:t>
      </w:r>
      <w:proofErr w:type="spellStart"/>
      <w:r w:rsidRPr="00D85F89">
        <w:rPr>
          <w:lang w:val="ru-RU"/>
        </w:rPr>
        <w:t>ақысы</w:t>
      </w:r>
      <w:proofErr w:type="spellEnd"/>
      <w:r w:rsidRPr="00D85F89">
        <w:rPr>
          <w:lang w:val="ru-RU"/>
        </w:rPr>
        <w:t xml:space="preserve">, </w:t>
      </w:r>
      <w:proofErr w:type="spellStart"/>
      <w:r w:rsidRPr="00D85F89">
        <w:rPr>
          <w:lang w:val="ru-RU"/>
        </w:rPr>
        <w:t>машинист</w:t>
      </w:r>
      <w:r w:rsidRPr="00D85F89">
        <w:rPr>
          <w:lang w:val="ru-RU"/>
        </w:rPr>
        <w:t>ер</w:t>
      </w:r>
      <w:proofErr w:type="spellEnd"/>
      <w:r w:rsidRPr="00D85F89">
        <w:rPr>
          <w:lang w:val="ru-RU"/>
        </w:rPr>
        <w:t xml:space="preserve">, </w:t>
      </w:r>
      <w:proofErr w:type="spellStart"/>
      <w:r w:rsidRPr="00D85F89">
        <w:rPr>
          <w:lang w:val="ru-RU"/>
        </w:rPr>
        <w:t>жанармай</w:t>
      </w:r>
      <w:proofErr w:type="spellEnd"/>
      <w:r w:rsidRPr="00D85F89">
        <w:rPr>
          <w:lang w:val="ru-RU"/>
        </w:rPr>
        <w:t xml:space="preserve">, </w:t>
      </w:r>
      <w:proofErr w:type="spellStart"/>
      <w:r w:rsidRPr="00D85F89">
        <w:rPr>
          <w:lang w:val="ru-RU"/>
        </w:rPr>
        <w:t>жеткізу</w:t>
      </w:r>
      <w:proofErr w:type="spellEnd"/>
      <w:r w:rsidRPr="00D85F89">
        <w:rPr>
          <w:lang w:val="ru-RU"/>
        </w:rPr>
        <w:t xml:space="preserve">, </w:t>
      </w:r>
      <w:proofErr w:type="spellStart"/>
      <w:r w:rsidRPr="00D85F89">
        <w:rPr>
          <w:lang w:val="ru-RU"/>
        </w:rPr>
        <w:t>жұмылдыру</w:t>
      </w:r>
      <w:proofErr w:type="spellEnd"/>
      <w:r w:rsidRPr="00D85F89">
        <w:rPr>
          <w:lang w:val="ru-RU"/>
        </w:rPr>
        <w:t xml:space="preserve"> </w:t>
      </w:r>
      <w:proofErr w:type="spellStart"/>
      <w:r w:rsidRPr="00D85F89">
        <w:rPr>
          <w:lang w:val="ru-RU"/>
        </w:rPr>
        <w:t>және</w:t>
      </w:r>
      <w:proofErr w:type="spellEnd"/>
      <w:r w:rsidRPr="00D85F89">
        <w:rPr>
          <w:lang w:val="ru-RU"/>
        </w:rPr>
        <w:t xml:space="preserve"> </w:t>
      </w:r>
      <w:proofErr w:type="spellStart"/>
      <w:r w:rsidRPr="00D85F89">
        <w:rPr>
          <w:lang w:val="ru-RU"/>
        </w:rPr>
        <w:t>тұрып</w:t>
      </w:r>
      <w:proofErr w:type="spellEnd"/>
      <w:r w:rsidRPr="00D85F89">
        <w:rPr>
          <w:lang w:val="ru-RU"/>
        </w:rPr>
        <w:t xml:space="preserve"> </w:t>
      </w:r>
      <w:proofErr w:type="spellStart"/>
      <w:r w:rsidRPr="00D85F89">
        <w:rPr>
          <w:lang w:val="ru-RU"/>
        </w:rPr>
        <w:t>қалу</w:t>
      </w:r>
      <w:proofErr w:type="spellEnd"/>
      <w:r w:rsidRPr="00D85F89">
        <w:rPr>
          <w:lang w:val="ru-RU"/>
        </w:rPr>
        <w:t xml:space="preserve"> </w:t>
      </w:r>
      <w:proofErr w:type="spellStart"/>
      <w:r w:rsidRPr="00D85F89">
        <w:rPr>
          <w:lang w:val="ru-RU"/>
        </w:rPr>
        <w:t>тәуекелі</w:t>
      </w:r>
      <w:proofErr w:type="spellEnd"/>
      <w:r w:rsidRPr="00D85F89">
        <w:rPr>
          <w:lang w:val="ru-RU"/>
        </w:rPr>
        <w:t xml:space="preserve"> </w:t>
      </w:r>
      <w:proofErr w:type="spellStart"/>
      <w:r w:rsidRPr="00D85F89">
        <w:rPr>
          <w:lang w:val="ru-RU"/>
        </w:rPr>
        <w:t>жұмыстардың</w:t>
      </w:r>
      <w:proofErr w:type="spellEnd"/>
      <w:r w:rsidRPr="00D85F89">
        <w:rPr>
          <w:lang w:val="ru-RU"/>
        </w:rPr>
        <w:t xml:space="preserve"> </w:t>
      </w:r>
      <w:proofErr w:type="spellStart"/>
      <w:r w:rsidRPr="00D85F89">
        <w:rPr>
          <w:lang w:val="ru-RU"/>
        </w:rPr>
        <w:t>жалпы</w:t>
      </w:r>
      <w:proofErr w:type="spellEnd"/>
      <w:r w:rsidRPr="00D85F89">
        <w:rPr>
          <w:lang w:val="ru-RU"/>
        </w:rPr>
        <w:t xml:space="preserve"> </w:t>
      </w:r>
      <w:proofErr w:type="spellStart"/>
      <w:r w:rsidRPr="00D85F89">
        <w:rPr>
          <w:lang w:val="ru-RU"/>
        </w:rPr>
        <w:t>құнына</w:t>
      </w:r>
      <w:proofErr w:type="spellEnd"/>
      <w:r w:rsidRPr="00D85F89">
        <w:rPr>
          <w:lang w:val="ru-RU"/>
        </w:rPr>
        <w:t xml:space="preserve"> </w:t>
      </w:r>
      <w:proofErr w:type="spellStart"/>
      <w:r w:rsidRPr="00D85F89">
        <w:rPr>
          <w:lang w:val="ru-RU"/>
        </w:rPr>
        <w:t>енгізіледі</w:t>
      </w:r>
      <w:proofErr w:type="spellEnd"/>
      <w:r w:rsidRPr="00D85F89">
        <w:rPr>
          <w:lang w:val="ru-RU"/>
        </w:rPr>
        <w:t>.</w:t>
      </w:r>
    </w:p>
    <w:p w14:paraId="4A2529B3" w14:textId="77777777" w:rsidR="007322FA" w:rsidRPr="00D85F89" w:rsidRDefault="00E91743">
      <w:pPr>
        <w:keepLines/>
        <w:ind w:left="198" w:hanging="142"/>
        <w:jc w:val="both"/>
        <w:rPr>
          <w:lang w:val="ru-RU"/>
        </w:rPr>
      </w:pPr>
      <w:r w:rsidRPr="00D85F89">
        <w:rPr>
          <w:lang w:val="ru-RU"/>
        </w:rPr>
        <w:t xml:space="preserve">• 15 </w:t>
      </w:r>
      <w:proofErr w:type="spellStart"/>
      <w:r w:rsidRPr="00D85F89">
        <w:rPr>
          <w:lang w:val="ru-RU"/>
        </w:rPr>
        <w:t>күндік</w:t>
      </w:r>
      <w:proofErr w:type="spellEnd"/>
      <w:r w:rsidRPr="00D85F89">
        <w:rPr>
          <w:lang w:val="ru-RU"/>
        </w:rPr>
        <w:t xml:space="preserve"> </w:t>
      </w:r>
      <w:proofErr w:type="spellStart"/>
      <w:r w:rsidRPr="00D85F89">
        <w:rPr>
          <w:lang w:val="ru-RU"/>
        </w:rPr>
        <w:t>мерзімді</w:t>
      </w:r>
      <w:proofErr w:type="spellEnd"/>
      <w:r w:rsidRPr="00D85F89">
        <w:rPr>
          <w:lang w:val="ru-RU"/>
        </w:rPr>
        <w:t xml:space="preserve"> </w:t>
      </w:r>
      <w:proofErr w:type="spellStart"/>
      <w:r w:rsidRPr="00D85F89">
        <w:rPr>
          <w:lang w:val="ru-RU"/>
        </w:rPr>
        <w:t>сақтау</w:t>
      </w:r>
      <w:proofErr w:type="spellEnd"/>
      <w:r w:rsidRPr="00D85F89">
        <w:rPr>
          <w:lang w:val="ru-RU"/>
        </w:rPr>
        <w:t xml:space="preserve"> </w:t>
      </w:r>
      <w:proofErr w:type="spellStart"/>
      <w:r w:rsidRPr="00D85F89">
        <w:rPr>
          <w:lang w:val="ru-RU"/>
        </w:rPr>
        <w:t>үшін</w:t>
      </w:r>
      <w:proofErr w:type="spellEnd"/>
      <w:r w:rsidRPr="00D85F89">
        <w:rPr>
          <w:lang w:val="ru-RU"/>
        </w:rPr>
        <w:t xml:space="preserve"> </w:t>
      </w:r>
      <w:proofErr w:type="spellStart"/>
      <w:r w:rsidRPr="00D85F89">
        <w:rPr>
          <w:lang w:val="ru-RU"/>
        </w:rPr>
        <w:t>бірнеше</w:t>
      </w:r>
      <w:proofErr w:type="spellEnd"/>
      <w:r w:rsidRPr="00D85F89">
        <w:rPr>
          <w:lang w:val="ru-RU"/>
        </w:rPr>
        <w:t xml:space="preserve"> </w:t>
      </w:r>
      <w:proofErr w:type="spellStart"/>
      <w:r w:rsidRPr="00D85F89">
        <w:rPr>
          <w:lang w:val="ru-RU"/>
        </w:rPr>
        <w:t>учаскеде</w:t>
      </w:r>
      <w:proofErr w:type="spellEnd"/>
      <w:r w:rsidRPr="00D85F89">
        <w:rPr>
          <w:lang w:val="ru-RU"/>
        </w:rPr>
        <w:t xml:space="preserve"> параллель </w:t>
      </w:r>
      <w:proofErr w:type="spellStart"/>
      <w:r w:rsidRPr="00D85F89">
        <w:rPr>
          <w:lang w:val="ru-RU"/>
        </w:rPr>
        <w:t>жұмыс</w:t>
      </w:r>
      <w:proofErr w:type="spellEnd"/>
      <w:r w:rsidRPr="00D85F89">
        <w:rPr>
          <w:lang w:val="ru-RU"/>
        </w:rPr>
        <w:t xml:space="preserve"> </w:t>
      </w:r>
      <w:proofErr w:type="spellStart"/>
      <w:r w:rsidRPr="00D85F89">
        <w:rPr>
          <w:lang w:val="ru-RU"/>
        </w:rPr>
        <w:t>істеуге</w:t>
      </w:r>
      <w:proofErr w:type="spellEnd"/>
      <w:r w:rsidRPr="00D85F89">
        <w:rPr>
          <w:lang w:val="ru-RU"/>
        </w:rPr>
        <w:t xml:space="preserve"> </w:t>
      </w:r>
      <w:proofErr w:type="spellStart"/>
      <w:r w:rsidRPr="00D85F89">
        <w:rPr>
          <w:lang w:val="ru-RU"/>
        </w:rPr>
        <w:t>жеткілікті</w:t>
      </w:r>
      <w:proofErr w:type="spellEnd"/>
      <w:r w:rsidRPr="00D85F89">
        <w:rPr>
          <w:lang w:val="ru-RU"/>
        </w:rPr>
        <w:t xml:space="preserve"> техника, материал </w:t>
      </w:r>
      <w:proofErr w:type="spellStart"/>
      <w:r w:rsidRPr="00D85F89">
        <w:rPr>
          <w:lang w:val="ru-RU"/>
        </w:rPr>
        <w:t>және</w:t>
      </w:r>
      <w:proofErr w:type="spellEnd"/>
      <w:r w:rsidRPr="00D85F89">
        <w:rPr>
          <w:lang w:val="ru-RU"/>
        </w:rPr>
        <w:t xml:space="preserve"> </w:t>
      </w:r>
      <w:proofErr w:type="spellStart"/>
      <w:r w:rsidRPr="00D85F89">
        <w:rPr>
          <w:lang w:val="ru-RU"/>
        </w:rPr>
        <w:t>жұмысшы</w:t>
      </w:r>
      <w:proofErr w:type="spellEnd"/>
      <w:r w:rsidRPr="00D85F89">
        <w:rPr>
          <w:lang w:val="ru-RU"/>
        </w:rPr>
        <w:t xml:space="preserve"> саны </w:t>
      </w:r>
      <w:proofErr w:type="spellStart"/>
      <w:r w:rsidRPr="00D85F89">
        <w:rPr>
          <w:lang w:val="ru-RU"/>
        </w:rPr>
        <w:t>алдын</w:t>
      </w:r>
      <w:proofErr w:type="spellEnd"/>
      <w:r w:rsidRPr="00D85F89">
        <w:rPr>
          <w:lang w:val="ru-RU"/>
        </w:rPr>
        <w:t xml:space="preserve"> ала </w:t>
      </w:r>
      <w:proofErr w:type="spellStart"/>
      <w:r w:rsidRPr="00D85F89">
        <w:rPr>
          <w:lang w:val="ru-RU"/>
        </w:rPr>
        <w:t>қамтамасыз</w:t>
      </w:r>
      <w:proofErr w:type="spellEnd"/>
      <w:r w:rsidRPr="00D85F89">
        <w:rPr>
          <w:lang w:val="ru-RU"/>
        </w:rPr>
        <w:t xml:space="preserve"> </w:t>
      </w:r>
      <w:proofErr w:type="spellStart"/>
      <w:r w:rsidRPr="00D85F89">
        <w:rPr>
          <w:lang w:val="ru-RU"/>
        </w:rPr>
        <w:t>етіледі</w:t>
      </w:r>
      <w:proofErr w:type="spellEnd"/>
      <w:r w:rsidRPr="00D85F89">
        <w:rPr>
          <w:lang w:val="ru-RU"/>
        </w:rPr>
        <w:t>.</w:t>
      </w:r>
    </w:p>
    <w:p w14:paraId="0EBD9551" w14:textId="77777777" w:rsidR="007322FA" w:rsidRPr="00D85F89" w:rsidRDefault="00E91743">
      <w:pPr>
        <w:pStyle w:val="1"/>
        <w:rPr>
          <w:lang w:val="ru-RU"/>
        </w:rPr>
      </w:pPr>
      <w:r w:rsidRPr="00D85F89">
        <w:rPr>
          <w:rFonts w:ascii="Arial" w:hAnsi="Arial"/>
          <w:sz w:val="21"/>
          <w:lang w:val="ru-RU"/>
        </w:rPr>
        <w:t xml:space="preserve">12 </w:t>
      </w:r>
      <w:proofErr w:type="spellStart"/>
      <w:r w:rsidRPr="00D85F89">
        <w:rPr>
          <w:rFonts w:ascii="Arial" w:hAnsi="Arial"/>
          <w:sz w:val="21"/>
          <w:lang w:val="ru-RU"/>
        </w:rPr>
        <w:t>Қауіпсі</w:t>
      </w:r>
      <w:r w:rsidRPr="00D85F89">
        <w:rPr>
          <w:rFonts w:ascii="Arial" w:hAnsi="Arial"/>
          <w:sz w:val="21"/>
          <w:lang w:val="ru-RU"/>
        </w:rPr>
        <w:t>здік</w:t>
      </w:r>
      <w:proofErr w:type="spellEnd"/>
      <w:r w:rsidRPr="00D85F89">
        <w:rPr>
          <w:rFonts w:ascii="Arial" w:hAnsi="Arial"/>
          <w:sz w:val="21"/>
          <w:lang w:val="ru-RU"/>
        </w:rPr>
        <w:t xml:space="preserve"> </w:t>
      </w:r>
      <w:proofErr w:type="spellStart"/>
      <w:r w:rsidRPr="00D85F89">
        <w:rPr>
          <w:rFonts w:ascii="Arial" w:hAnsi="Arial"/>
          <w:sz w:val="21"/>
          <w:lang w:val="ru-RU"/>
        </w:rPr>
        <w:t>талаптары</w:t>
      </w:r>
      <w:proofErr w:type="spellEnd"/>
    </w:p>
    <w:p w14:paraId="1A15FD60" w14:textId="77777777" w:rsidR="007322FA" w:rsidRPr="00D85F89" w:rsidRDefault="00E91743">
      <w:pPr>
        <w:keepLines/>
        <w:ind w:left="198" w:hanging="142"/>
        <w:jc w:val="both"/>
        <w:rPr>
          <w:lang w:val="ru-RU"/>
        </w:rPr>
      </w:pPr>
      <w:r w:rsidRPr="00D85F89">
        <w:rPr>
          <w:lang w:val="ru-RU"/>
        </w:rPr>
        <w:t xml:space="preserve">• </w:t>
      </w:r>
      <w:proofErr w:type="spellStart"/>
      <w:r w:rsidRPr="00D85F89">
        <w:rPr>
          <w:lang w:val="ru-RU"/>
        </w:rPr>
        <w:t>Жұмыс</w:t>
      </w:r>
      <w:proofErr w:type="spellEnd"/>
      <w:r w:rsidRPr="00D85F89">
        <w:rPr>
          <w:lang w:val="ru-RU"/>
        </w:rPr>
        <w:t xml:space="preserve"> </w:t>
      </w:r>
      <w:proofErr w:type="spellStart"/>
      <w:r w:rsidRPr="00D85F89">
        <w:rPr>
          <w:lang w:val="ru-RU"/>
        </w:rPr>
        <w:t>аймағы</w:t>
      </w:r>
      <w:proofErr w:type="spellEnd"/>
      <w:r w:rsidRPr="00D85F89">
        <w:rPr>
          <w:lang w:val="ru-RU"/>
        </w:rPr>
        <w:t xml:space="preserve"> </w:t>
      </w:r>
      <w:proofErr w:type="spellStart"/>
      <w:r w:rsidRPr="00D85F89">
        <w:rPr>
          <w:lang w:val="ru-RU"/>
        </w:rPr>
        <w:t>бүкіл</w:t>
      </w:r>
      <w:proofErr w:type="spellEnd"/>
      <w:r w:rsidRPr="00D85F89">
        <w:rPr>
          <w:lang w:val="ru-RU"/>
        </w:rPr>
        <w:t xml:space="preserve"> </w:t>
      </w:r>
      <w:proofErr w:type="spellStart"/>
      <w:r w:rsidRPr="00D85F89">
        <w:rPr>
          <w:lang w:val="ru-RU"/>
        </w:rPr>
        <w:t>периметрі</w:t>
      </w:r>
      <w:proofErr w:type="spellEnd"/>
      <w:r w:rsidRPr="00D85F89">
        <w:rPr>
          <w:lang w:val="ru-RU"/>
        </w:rPr>
        <w:t xml:space="preserve"> </w:t>
      </w:r>
      <w:proofErr w:type="spellStart"/>
      <w:r w:rsidRPr="00D85F89">
        <w:rPr>
          <w:lang w:val="ru-RU"/>
        </w:rPr>
        <w:t>бойынша</w:t>
      </w:r>
      <w:proofErr w:type="spellEnd"/>
      <w:r w:rsidRPr="00D85F89">
        <w:rPr>
          <w:lang w:val="ru-RU"/>
        </w:rPr>
        <w:t xml:space="preserve"> </w:t>
      </w:r>
      <w:proofErr w:type="spellStart"/>
      <w:r w:rsidRPr="00D85F89">
        <w:rPr>
          <w:lang w:val="ru-RU"/>
        </w:rPr>
        <w:t>қоршалып</w:t>
      </w:r>
      <w:proofErr w:type="spellEnd"/>
      <w:r w:rsidRPr="00D85F89">
        <w:rPr>
          <w:lang w:val="ru-RU"/>
        </w:rPr>
        <w:t xml:space="preserve">, </w:t>
      </w:r>
      <w:proofErr w:type="spellStart"/>
      <w:r w:rsidRPr="00D85F89">
        <w:rPr>
          <w:lang w:val="ru-RU"/>
        </w:rPr>
        <w:t>ескерту</w:t>
      </w:r>
      <w:proofErr w:type="spellEnd"/>
      <w:r w:rsidRPr="00D85F89">
        <w:rPr>
          <w:lang w:val="ru-RU"/>
        </w:rPr>
        <w:t xml:space="preserve"> </w:t>
      </w:r>
      <w:proofErr w:type="spellStart"/>
      <w:r w:rsidRPr="00D85F89">
        <w:rPr>
          <w:lang w:val="ru-RU"/>
        </w:rPr>
        <w:t>белгілері</w:t>
      </w:r>
      <w:proofErr w:type="spellEnd"/>
      <w:r w:rsidRPr="00D85F89">
        <w:rPr>
          <w:lang w:val="ru-RU"/>
        </w:rPr>
        <w:t xml:space="preserve">, </w:t>
      </w:r>
      <w:proofErr w:type="spellStart"/>
      <w:r w:rsidRPr="00D85F89">
        <w:rPr>
          <w:lang w:val="ru-RU"/>
        </w:rPr>
        <w:t>түнгі</w:t>
      </w:r>
      <w:proofErr w:type="spellEnd"/>
      <w:r w:rsidRPr="00D85F89">
        <w:rPr>
          <w:lang w:val="ru-RU"/>
        </w:rPr>
        <w:t xml:space="preserve"> </w:t>
      </w:r>
      <w:proofErr w:type="spellStart"/>
      <w:r w:rsidRPr="00D85F89">
        <w:rPr>
          <w:lang w:val="ru-RU"/>
        </w:rPr>
        <w:t>жарық</w:t>
      </w:r>
      <w:proofErr w:type="spellEnd"/>
      <w:r w:rsidRPr="00D85F89">
        <w:rPr>
          <w:lang w:val="ru-RU"/>
        </w:rPr>
        <w:t xml:space="preserve"> </w:t>
      </w:r>
      <w:proofErr w:type="spellStart"/>
      <w:r w:rsidRPr="00D85F89">
        <w:rPr>
          <w:lang w:val="ru-RU"/>
        </w:rPr>
        <w:t>және</w:t>
      </w:r>
      <w:proofErr w:type="spellEnd"/>
      <w:r w:rsidRPr="00D85F89">
        <w:rPr>
          <w:lang w:val="ru-RU"/>
        </w:rPr>
        <w:t xml:space="preserve"> </w:t>
      </w:r>
      <w:proofErr w:type="spellStart"/>
      <w:r w:rsidRPr="00D85F89">
        <w:rPr>
          <w:lang w:val="ru-RU"/>
        </w:rPr>
        <w:t>қауіпсіз</w:t>
      </w:r>
      <w:proofErr w:type="spellEnd"/>
      <w:r w:rsidRPr="00D85F89">
        <w:rPr>
          <w:lang w:val="ru-RU"/>
        </w:rPr>
        <w:t xml:space="preserve"> </w:t>
      </w:r>
      <w:proofErr w:type="spellStart"/>
      <w:r w:rsidRPr="00D85F89">
        <w:rPr>
          <w:lang w:val="ru-RU"/>
        </w:rPr>
        <w:t>уақытша</w:t>
      </w:r>
      <w:proofErr w:type="spellEnd"/>
      <w:r w:rsidRPr="00D85F89">
        <w:rPr>
          <w:lang w:val="ru-RU"/>
        </w:rPr>
        <w:t xml:space="preserve"> </w:t>
      </w:r>
      <w:proofErr w:type="spellStart"/>
      <w:r w:rsidRPr="00D85F89">
        <w:rPr>
          <w:lang w:val="ru-RU"/>
        </w:rPr>
        <w:t>өткелдер</w:t>
      </w:r>
      <w:proofErr w:type="spellEnd"/>
      <w:r w:rsidRPr="00D85F89">
        <w:rPr>
          <w:lang w:val="ru-RU"/>
        </w:rPr>
        <w:t xml:space="preserve"> </w:t>
      </w:r>
      <w:proofErr w:type="spellStart"/>
      <w:r w:rsidRPr="00D85F89">
        <w:rPr>
          <w:lang w:val="ru-RU"/>
        </w:rPr>
        <w:t>орнатылады</w:t>
      </w:r>
      <w:proofErr w:type="spellEnd"/>
      <w:r w:rsidRPr="00D85F89">
        <w:rPr>
          <w:lang w:val="ru-RU"/>
        </w:rPr>
        <w:t xml:space="preserve">. </w:t>
      </w:r>
      <w:proofErr w:type="spellStart"/>
      <w:r w:rsidRPr="00D85F89">
        <w:rPr>
          <w:lang w:val="ru-RU"/>
        </w:rPr>
        <w:t>Ашық</w:t>
      </w:r>
      <w:proofErr w:type="spellEnd"/>
      <w:r w:rsidRPr="00D85F89">
        <w:rPr>
          <w:lang w:val="ru-RU"/>
        </w:rPr>
        <w:t xml:space="preserve"> </w:t>
      </w:r>
      <w:proofErr w:type="spellStart"/>
      <w:r w:rsidRPr="00D85F89">
        <w:rPr>
          <w:lang w:val="ru-RU"/>
        </w:rPr>
        <w:t>траншеяны</w:t>
      </w:r>
      <w:proofErr w:type="spellEnd"/>
      <w:r w:rsidRPr="00D85F89">
        <w:rPr>
          <w:lang w:val="ru-RU"/>
        </w:rPr>
        <w:t xml:space="preserve"> </w:t>
      </w:r>
      <w:proofErr w:type="spellStart"/>
      <w:r w:rsidRPr="00D85F89">
        <w:rPr>
          <w:lang w:val="ru-RU"/>
        </w:rPr>
        <w:t>қараусыз</w:t>
      </w:r>
      <w:proofErr w:type="spellEnd"/>
      <w:r w:rsidRPr="00D85F89">
        <w:rPr>
          <w:lang w:val="ru-RU"/>
        </w:rPr>
        <w:t xml:space="preserve"> </w:t>
      </w:r>
      <w:proofErr w:type="spellStart"/>
      <w:r w:rsidRPr="00D85F89">
        <w:rPr>
          <w:lang w:val="ru-RU"/>
        </w:rPr>
        <w:t>және</w:t>
      </w:r>
      <w:proofErr w:type="spellEnd"/>
      <w:r w:rsidRPr="00D85F89">
        <w:rPr>
          <w:lang w:val="ru-RU"/>
        </w:rPr>
        <w:t xml:space="preserve"> </w:t>
      </w:r>
      <w:proofErr w:type="spellStart"/>
      <w:r w:rsidRPr="00D85F89">
        <w:rPr>
          <w:lang w:val="ru-RU"/>
        </w:rPr>
        <w:t>қоршаусыз</w:t>
      </w:r>
      <w:proofErr w:type="spellEnd"/>
      <w:r w:rsidRPr="00D85F89">
        <w:rPr>
          <w:lang w:val="ru-RU"/>
        </w:rPr>
        <w:t xml:space="preserve"> </w:t>
      </w:r>
      <w:proofErr w:type="spellStart"/>
      <w:r w:rsidRPr="00D85F89">
        <w:rPr>
          <w:lang w:val="ru-RU"/>
        </w:rPr>
        <w:t>қалдыруға</w:t>
      </w:r>
      <w:proofErr w:type="spellEnd"/>
      <w:r w:rsidRPr="00D85F89">
        <w:rPr>
          <w:lang w:val="ru-RU"/>
        </w:rPr>
        <w:t xml:space="preserve"> </w:t>
      </w:r>
      <w:proofErr w:type="spellStart"/>
      <w:r w:rsidRPr="00D85F89">
        <w:rPr>
          <w:lang w:val="ru-RU"/>
        </w:rPr>
        <w:t>болмайды</w:t>
      </w:r>
      <w:proofErr w:type="spellEnd"/>
      <w:r w:rsidRPr="00D85F89">
        <w:rPr>
          <w:lang w:val="ru-RU"/>
        </w:rPr>
        <w:t>.</w:t>
      </w:r>
    </w:p>
    <w:p w14:paraId="58A60126" w14:textId="77777777" w:rsidR="007322FA" w:rsidRPr="00D85F89" w:rsidRDefault="00E91743">
      <w:pPr>
        <w:keepLines/>
        <w:ind w:left="198" w:hanging="142"/>
        <w:jc w:val="both"/>
        <w:rPr>
          <w:lang w:val="ru-RU"/>
        </w:rPr>
      </w:pPr>
      <w:r w:rsidRPr="00D85F89">
        <w:rPr>
          <w:lang w:val="ru-RU"/>
        </w:rPr>
        <w:t xml:space="preserve">• </w:t>
      </w:r>
      <w:proofErr w:type="spellStart"/>
      <w:r w:rsidRPr="00D85F89">
        <w:rPr>
          <w:lang w:val="ru-RU"/>
        </w:rPr>
        <w:t>Құдықтарға</w:t>
      </w:r>
      <w:proofErr w:type="spellEnd"/>
      <w:r w:rsidRPr="00D85F89">
        <w:rPr>
          <w:lang w:val="ru-RU"/>
        </w:rPr>
        <w:t xml:space="preserve"> </w:t>
      </w:r>
      <w:proofErr w:type="spellStart"/>
      <w:r w:rsidRPr="00D85F89">
        <w:rPr>
          <w:lang w:val="ru-RU"/>
        </w:rPr>
        <w:t>түсу</w:t>
      </w:r>
      <w:proofErr w:type="spellEnd"/>
      <w:r w:rsidRPr="00D85F89">
        <w:rPr>
          <w:lang w:val="ru-RU"/>
        </w:rPr>
        <w:t xml:space="preserve"> газ </w:t>
      </w:r>
      <w:proofErr w:type="spellStart"/>
      <w:r w:rsidRPr="00D85F89">
        <w:rPr>
          <w:lang w:val="ru-RU"/>
        </w:rPr>
        <w:t>талдағышпен</w:t>
      </w:r>
      <w:proofErr w:type="spellEnd"/>
      <w:r w:rsidRPr="00D85F89">
        <w:rPr>
          <w:lang w:val="ru-RU"/>
        </w:rPr>
        <w:t xml:space="preserve"> </w:t>
      </w:r>
      <w:proofErr w:type="spellStart"/>
      <w:r w:rsidRPr="00D85F89">
        <w:rPr>
          <w:lang w:val="ru-RU"/>
        </w:rPr>
        <w:t>ауаны</w:t>
      </w:r>
      <w:proofErr w:type="spellEnd"/>
      <w:r w:rsidRPr="00D85F89">
        <w:rPr>
          <w:lang w:val="ru-RU"/>
        </w:rPr>
        <w:t xml:space="preserve"> </w:t>
      </w:r>
      <w:proofErr w:type="spellStart"/>
      <w:r w:rsidRPr="00D85F89">
        <w:rPr>
          <w:lang w:val="ru-RU"/>
        </w:rPr>
        <w:t>тексергеннен</w:t>
      </w:r>
      <w:proofErr w:type="spellEnd"/>
      <w:r w:rsidRPr="00D85F89">
        <w:rPr>
          <w:lang w:val="ru-RU"/>
        </w:rPr>
        <w:t xml:space="preserve">, </w:t>
      </w:r>
      <w:proofErr w:type="spellStart"/>
      <w:r w:rsidRPr="00D85F89">
        <w:rPr>
          <w:lang w:val="ru-RU"/>
        </w:rPr>
        <w:t>желдеткеннен</w:t>
      </w:r>
      <w:proofErr w:type="spellEnd"/>
      <w:r w:rsidRPr="00D85F89">
        <w:rPr>
          <w:lang w:val="ru-RU"/>
        </w:rPr>
        <w:t>, наряд-</w:t>
      </w:r>
      <w:proofErr w:type="spellStart"/>
      <w:r w:rsidRPr="00D85F89">
        <w:rPr>
          <w:lang w:val="ru-RU"/>
        </w:rPr>
        <w:t>рұқсат</w:t>
      </w:r>
      <w:proofErr w:type="spellEnd"/>
      <w:r w:rsidRPr="00D85F89">
        <w:rPr>
          <w:lang w:val="ru-RU"/>
        </w:rPr>
        <w:t xml:space="preserve"> </w:t>
      </w:r>
      <w:proofErr w:type="spellStart"/>
      <w:r w:rsidRPr="00D85F89">
        <w:rPr>
          <w:lang w:val="ru-RU"/>
        </w:rPr>
        <w:t>рәсімдегеннен</w:t>
      </w:r>
      <w:proofErr w:type="spellEnd"/>
      <w:r w:rsidRPr="00D85F89">
        <w:rPr>
          <w:lang w:val="ru-RU"/>
        </w:rPr>
        <w:t xml:space="preserve"> </w:t>
      </w:r>
      <w:proofErr w:type="spellStart"/>
      <w:r w:rsidRPr="00D85F89">
        <w:rPr>
          <w:lang w:val="ru-RU"/>
        </w:rPr>
        <w:t>және</w:t>
      </w:r>
      <w:proofErr w:type="spellEnd"/>
      <w:r w:rsidRPr="00D85F89">
        <w:rPr>
          <w:lang w:val="ru-RU"/>
        </w:rPr>
        <w:t xml:space="preserve"> </w:t>
      </w:r>
      <w:proofErr w:type="spellStart"/>
      <w:r w:rsidRPr="00D85F89">
        <w:rPr>
          <w:lang w:val="ru-RU"/>
        </w:rPr>
        <w:t>жоғарыда</w:t>
      </w:r>
      <w:proofErr w:type="spellEnd"/>
      <w:r w:rsidRPr="00D85F89">
        <w:rPr>
          <w:lang w:val="ru-RU"/>
        </w:rPr>
        <w:t xml:space="preserve"> </w:t>
      </w:r>
      <w:proofErr w:type="spellStart"/>
      <w:r w:rsidRPr="00D85F89">
        <w:rPr>
          <w:lang w:val="ru-RU"/>
        </w:rPr>
        <w:t>бақылаушы</w:t>
      </w:r>
      <w:proofErr w:type="spellEnd"/>
      <w:r w:rsidRPr="00D85F89">
        <w:rPr>
          <w:lang w:val="ru-RU"/>
        </w:rPr>
        <w:t xml:space="preserve"> </w:t>
      </w:r>
      <w:proofErr w:type="spellStart"/>
      <w:r w:rsidRPr="00D85F89">
        <w:rPr>
          <w:lang w:val="ru-RU"/>
        </w:rPr>
        <w:t>тұрғаннан</w:t>
      </w:r>
      <w:proofErr w:type="spellEnd"/>
      <w:r w:rsidRPr="00D85F89">
        <w:rPr>
          <w:lang w:val="ru-RU"/>
        </w:rPr>
        <w:t xml:space="preserve"> </w:t>
      </w:r>
      <w:proofErr w:type="spellStart"/>
      <w:r w:rsidRPr="00D85F89">
        <w:rPr>
          <w:lang w:val="ru-RU"/>
        </w:rPr>
        <w:t>кейін</w:t>
      </w:r>
      <w:proofErr w:type="spellEnd"/>
      <w:r w:rsidRPr="00D85F89">
        <w:rPr>
          <w:lang w:val="ru-RU"/>
        </w:rPr>
        <w:t xml:space="preserve"> </w:t>
      </w:r>
      <w:proofErr w:type="spellStart"/>
      <w:r w:rsidRPr="00D85F89">
        <w:rPr>
          <w:lang w:val="ru-RU"/>
        </w:rPr>
        <w:t>ғана</w:t>
      </w:r>
      <w:proofErr w:type="spellEnd"/>
      <w:r w:rsidRPr="00D85F89">
        <w:rPr>
          <w:lang w:val="ru-RU"/>
        </w:rPr>
        <w:t xml:space="preserve"> </w:t>
      </w:r>
      <w:proofErr w:type="spellStart"/>
      <w:r w:rsidRPr="00D85F89">
        <w:rPr>
          <w:lang w:val="ru-RU"/>
        </w:rPr>
        <w:t>орындалады</w:t>
      </w:r>
      <w:proofErr w:type="spellEnd"/>
      <w:r w:rsidRPr="00D85F89">
        <w:rPr>
          <w:lang w:val="ru-RU"/>
        </w:rPr>
        <w:t xml:space="preserve">. </w:t>
      </w:r>
      <w:proofErr w:type="spellStart"/>
      <w:r w:rsidRPr="00D85F89">
        <w:rPr>
          <w:lang w:val="ru-RU"/>
        </w:rPr>
        <w:t>Қауіпсіздік</w:t>
      </w:r>
      <w:proofErr w:type="spellEnd"/>
      <w:r w:rsidRPr="00D85F89">
        <w:rPr>
          <w:lang w:val="ru-RU"/>
        </w:rPr>
        <w:t xml:space="preserve"> </w:t>
      </w:r>
      <w:proofErr w:type="spellStart"/>
      <w:r w:rsidRPr="00D85F89">
        <w:rPr>
          <w:lang w:val="ru-RU"/>
        </w:rPr>
        <w:t>белдігі</w:t>
      </w:r>
      <w:proofErr w:type="spellEnd"/>
      <w:r w:rsidRPr="00D85F89">
        <w:rPr>
          <w:lang w:val="ru-RU"/>
        </w:rPr>
        <w:t xml:space="preserve"> мен </w:t>
      </w:r>
      <w:proofErr w:type="spellStart"/>
      <w:r w:rsidRPr="00D85F89">
        <w:rPr>
          <w:lang w:val="ru-RU"/>
        </w:rPr>
        <w:t>құтқару</w:t>
      </w:r>
      <w:proofErr w:type="spellEnd"/>
      <w:r w:rsidRPr="00D85F89">
        <w:rPr>
          <w:lang w:val="ru-RU"/>
        </w:rPr>
        <w:t xml:space="preserve"> </w:t>
      </w:r>
      <w:proofErr w:type="spellStart"/>
      <w:r w:rsidRPr="00D85F89">
        <w:rPr>
          <w:lang w:val="ru-RU"/>
        </w:rPr>
        <w:t>арқаны</w:t>
      </w:r>
      <w:proofErr w:type="spellEnd"/>
      <w:r w:rsidRPr="00D85F89">
        <w:rPr>
          <w:lang w:val="ru-RU"/>
        </w:rPr>
        <w:t xml:space="preserve"> </w:t>
      </w:r>
      <w:proofErr w:type="spellStart"/>
      <w:r w:rsidRPr="00D85F89">
        <w:rPr>
          <w:lang w:val="ru-RU"/>
        </w:rPr>
        <w:t>міндетті</w:t>
      </w:r>
      <w:proofErr w:type="spellEnd"/>
      <w:r w:rsidRPr="00D85F89">
        <w:rPr>
          <w:lang w:val="ru-RU"/>
        </w:rPr>
        <w:t>.</w:t>
      </w:r>
    </w:p>
    <w:p w14:paraId="7386EE43" w14:textId="77777777" w:rsidR="007322FA" w:rsidRPr="00D85F89" w:rsidRDefault="00E91743">
      <w:pPr>
        <w:keepLines/>
        <w:ind w:left="198" w:hanging="142"/>
        <w:jc w:val="both"/>
        <w:rPr>
          <w:lang w:val="ru-RU"/>
        </w:rPr>
      </w:pPr>
      <w:r w:rsidRPr="00D85F89">
        <w:rPr>
          <w:lang w:val="ru-RU"/>
        </w:rPr>
        <w:t xml:space="preserve">• </w:t>
      </w:r>
      <w:proofErr w:type="spellStart"/>
      <w:r w:rsidRPr="00D85F89">
        <w:rPr>
          <w:lang w:val="ru-RU"/>
        </w:rPr>
        <w:t>Жұмысшылар</w:t>
      </w:r>
      <w:proofErr w:type="spellEnd"/>
      <w:r w:rsidRPr="00D85F89">
        <w:rPr>
          <w:lang w:val="ru-RU"/>
        </w:rPr>
        <w:t xml:space="preserve"> каска, </w:t>
      </w:r>
      <w:proofErr w:type="spellStart"/>
      <w:r w:rsidRPr="00D85F89">
        <w:rPr>
          <w:lang w:val="ru-RU"/>
        </w:rPr>
        <w:t>шағылыстырғыш</w:t>
      </w:r>
      <w:proofErr w:type="spellEnd"/>
      <w:r w:rsidRPr="00D85F89">
        <w:rPr>
          <w:lang w:val="ru-RU"/>
        </w:rPr>
        <w:t xml:space="preserve"> </w:t>
      </w:r>
      <w:proofErr w:type="spellStart"/>
      <w:r w:rsidRPr="00D85F89">
        <w:rPr>
          <w:lang w:val="ru-RU"/>
        </w:rPr>
        <w:t>кеудеше</w:t>
      </w:r>
      <w:proofErr w:type="spellEnd"/>
      <w:r w:rsidRPr="00D85F89">
        <w:rPr>
          <w:lang w:val="ru-RU"/>
        </w:rPr>
        <w:t xml:space="preserve">, </w:t>
      </w:r>
      <w:proofErr w:type="spellStart"/>
      <w:r w:rsidRPr="00D85F89">
        <w:rPr>
          <w:lang w:val="ru-RU"/>
        </w:rPr>
        <w:t>қолғап</w:t>
      </w:r>
      <w:proofErr w:type="spellEnd"/>
      <w:r w:rsidRPr="00D85F89">
        <w:rPr>
          <w:lang w:val="ru-RU"/>
        </w:rPr>
        <w:t xml:space="preserve">, </w:t>
      </w:r>
      <w:proofErr w:type="spellStart"/>
      <w:r w:rsidRPr="00D85F89">
        <w:rPr>
          <w:lang w:val="ru-RU"/>
        </w:rPr>
        <w:t>қорғаныш</w:t>
      </w:r>
      <w:proofErr w:type="spellEnd"/>
      <w:r w:rsidRPr="00D85F89">
        <w:rPr>
          <w:lang w:val="ru-RU"/>
        </w:rPr>
        <w:t xml:space="preserve"> </w:t>
      </w:r>
      <w:proofErr w:type="spellStart"/>
      <w:r w:rsidRPr="00D85F89">
        <w:rPr>
          <w:lang w:val="ru-RU"/>
        </w:rPr>
        <w:t>аяқ</w:t>
      </w:r>
      <w:proofErr w:type="spellEnd"/>
      <w:r w:rsidRPr="00D85F89">
        <w:rPr>
          <w:lang w:val="ru-RU"/>
        </w:rPr>
        <w:t xml:space="preserve"> </w:t>
      </w:r>
      <w:proofErr w:type="spellStart"/>
      <w:r w:rsidRPr="00D85F89">
        <w:rPr>
          <w:lang w:val="ru-RU"/>
        </w:rPr>
        <w:t>киім</w:t>
      </w:r>
      <w:proofErr w:type="spellEnd"/>
      <w:r w:rsidRPr="00D85F89">
        <w:rPr>
          <w:lang w:val="ru-RU"/>
        </w:rPr>
        <w:t xml:space="preserve"> </w:t>
      </w:r>
      <w:proofErr w:type="spellStart"/>
      <w:r w:rsidRPr="00D85F89">
        <w:rPr>
          <w:lang w:val="ru-RU"/>
        </w:rPr>
        <w:t>және</w:t>
      </w:r>
      <w:proofErr w:type="spellEnd"/>
      <w:r w:rsidRPr="00D85F89">
        <w:rPr>
          <w:lang w:val="ru-RU"/>
        </w:rPr>
        <w:t xml:space="preserve"> </w:t>
      </w:r>
      <w:proofErr w:type="spellStart"/>
      <w:r w:rsidRPr="00D85F89">
        <w:rPr>
          <w:lang w:val="ru-RU"/>
        </w:rPr>
        <w:t>қажетті</w:t>
      </w:r>
      <w:proofErr w:type="spellEnd"/>
      <w:r w:rsidRPr="00D85F89">
        <w:rPr>
          <w:lang w:val="ru-RU"/>
        </w:rPr>
        <w:t xml:space="preserve"> </w:t>
      </w:r>
      <w:proofErr w:type="spellStart"/>
      <w:r w:rsidRPr="00D85F89">
        <w:rPr>
          <w:lang w:val="ru-RU"/>
        </w:rPr>
        <w:t>жағдайда</w:t>
      </w:r>
      <w:proofErr w:type="spellEnd"/>
      <w:r w:rsidRPr="00D85F89">
        <w:rPr>
          <w:lang w:val="ru-RU"/>
        </w:rPr>
        <w:t xml:space="preserve"> </w:t>
      </w:r>
      <w:proofErr w:type="spellStart"/>
      <w:r w:rsidRPr="00D85F89">
        <w:rPr>
          <w:lang w:val="ru-RU"/>
        </w:rPr>
        <w:t>тыны</w:t>
      </w:r>
      <w:r w:rsidRPr="00D85F89">
        <w:rPr>
          <w:lang w:val="ru-RU"/>
        </w:rPr>
        <w:t>с</w:t>
      </w:r>
      <w:proofErr w:type="spellEnd"/>
      <w:r w:rsidRPr="00D85F89">
        <w:rPr>
          <w:lang w:val="ru-RU"/>
        </w:rPr>
        <w:t xml:space="preserve"> </w:t>
      </w:r>
      <w:proofErr w:type="spellStart"/>
      <w:r w:rsidRPr="00D85F89">
        <w:rPr>
          <w:lang w:val="ru-RU"/>
        </w:rPr>
        <w:t>алу</w:t>
      </w:r>
      <w:proofErr w:type="spellEnd"/>
      <w:r w:rsidRPr="00D85F89">
        <w:rPr>
          <w:lang w:val="ru-RU"/>
        </w:rPr>
        <w:t xml:space="preserve"> мен </w:t>
      </w:r>
      <w:proofErr w:type="spellStart"/>
      <w:r w:rsidRPr="00D85F89">
        <w:rPr>
          <w:lang w:val="ru-RU"/>
        </w:rPr>
        <w:t>көзді</w:t>
      </w:r>
      <w:proofErr w:type="spellEnd"/>
      <w:r w:rsidRPr="00D85F89">
        <w:rPr>
          <w:lang w:val="ru-RU"/>
        </w:rPr>
        <w:t xml:space="preserve"> </w:t>
      </w:r>
      <w:proofErr w:type="spellStart"/>
      <w:r w:rsidRPr="00D85F89">
        <w:rPr>
          <w:lang w:val="ru-RU"/>
        </w:rPr>
        <w:t>қорғау</w:t>
      </w:r>
      <w:proofErr w:type="spellEnd"/>
      <w:r w:rsidRPr="00D85F89">
        <w:rPr>
          <w:lang w:val="ru-RU"/>
        </w:rPr>
        <w:t xml:space="preserve"> </w:t>
      </w:r>
      <w:proofErr w:type="spellStart"/>
      <w:r w:rsidRPr="00D85F89">
        <w:rPr>
          <w:lang w:val="ru-RU"/>
        </w:rPr>
        <w:t>құралдарын</w:t>
      </w:r>
      <w:proofErr w:type="spellEnd"/>
      <w:r w:rsidRPr="00D85F89">
        <w:rPr>
          <w:lang w:val="ru-RU"/>
        </w:rPr>
        <w:t xml:space="preserve"> </w:t>
      </w:r>
      <w:proofErr w:type="spellStart"/>
      <w:r w:rsidRPr="00D85F89">
        <w:rPr>
          <w:lang w:val="ru-RU"/>
        </w:rPr>
        <w:t>қолданады</w:t>
      </w:r>
      <w:proofErr w:type="spellEnd"/>
      <w:r w:rsidRPr="00D85F89">
        <w:rPr>
          <w:lang w:val="ru-RU"/>
        </w:rPr>
        <w:t>.</w:t>
      </w:r>
    </w:p>
    <w:p w14:paraId="1A6F69EB" w14:textId="77777777" w:rsidR="007322FA" w:rsidRPr="00D85F89" w:rsidRDefault="00E91743">
      <w:pPr>
        <w:keepLines/>
        <w:ind w:left="198" w:hanging="142"/>
        <w:jc w:val="both"/>
        <w:rPr>
          <w:lang w:val="ru-RU"/>
        </w:rPr>
      </w:pPr>
      <w:r w:rsidRPr="00D85F89">
        <w:rPr>
          <w:lang w:val="ru-RU"/>
        </w:rPr>
        <w:t xml:space="preserve">• </w:t>
      </w:r>
      <w:proofErr w:type="spellStart"/>
      <w:r w:rsidRPr="00D85F89">
        <w:rPr>
          <w:lang w:val="ru-RU"/>
        </w:rPr>
        <w:t>Жұмыс</w:t>
      </w:r>
      <w:proofErr w:type="spellEnd"/>
      <w:r w:rsidRPr="00D85F89">
        <w:rPr>
          <w:lang w:val="ru-RU"/>
        </w:rPr>
        <w:t xml:space="preserve"> </w:t>
      </w:r>
      <w:proofErr w:type="spellStart"/>
      <w:r w:rsidRPr="00D85F89">
        <w:rPr>
          <w:lang w:val="ru-RU"/>
        </w:rPr>
        <w:t>істеп</w:t>
      </w:r>
      <w:proofErr w:type="spellEnd"/>
      <w:r w:rsidRPr="00D85F89">
        <w:rPr>
          <w:lang w:val="ru-RU"/>
        </w:rPr>
        <w:t xml:space="preserve"> </w:t>
      </w:r>
      <w:proofErr w:type="spellStart"/>
      <w:r w:rsidRPr="00D85F89">
        <w:rPr>
          <w:lang w:val="ru-RU"/>
        </w:rPr>
        <w:t>тұрған</w:t>
      </w:r>
      <w:proofErr w:type="spellEnd"/>
      <w:r w:rsidRPr="00D85F89">
        <w:rPr>
          <w:lang w:val="ru-RU"/>
        </w:rPr>
        <w:t xml:space="preserve"> техника </w:t>
      </w:r>
      <w:proofErr w:type="spellStart"/>
      <w:r w:rsidRPr="00D85F89">
        <w:rPr>
          <w:lang w:val="ru-RU"/>
        </w:rPr>
        <w:t>радиусында</w:t>
      </w:r>
      <w:proofErr w:type="spellEnd"/>
      <w:r w:rsidRPr="00D85F89">
        <w:rPr>
          <w:lang w:val="ru-RU"/>
        </w:rPr>
        <w:t xml:space="preserve">, </w:t>
      </w:r>
      <w:proofErr w:type="spellStart"/>
      <w:r w:rsidRPr="00D85F89">
        <w:rPr>
          <w:lang w:val="ru-RU"/>
        </w:rPr>
        <w:t>бекітілмеген</w:t>
      </w:r>
      <w:proofErr w:type="spellEnd"/>
      <w:r w:rsidRPr="00D85F89">
        <w:rPr>
          <w:lang w:val="ru-RU"/>
        </w:rPr>
        <w:t xml:space="preserve"> </w:t>
      </w:r>
      <w:proofErr w:type="spellStart"/>
      <w:r w:rsidRPr="00D85F89">
        <w:rPr>
          <w:lang w:val="ru-RU"/>
        </w:rPr>
        <w:t>траншеяда</w:t>
      </w:r>
      <w:proofErr w:type="spellEnd"/>
      <w:r w:rsidRPr="00D85F89">
        <w:rPr>
          <w:lang w:val="ru-RU"/>
        </w:rPr>
        <w:t xml:space="preserve">, </w:t>
      </w:r>
      <w:proofErr w:type="spellStart"/>
      <w:r w:rsidRPr="00D85F89">
        <w:rPr>
          <w:lang w:val="ru-RU"/>
        </w:rPr>
        <w:t>ілулі</w:t>
      </w:r>
      <w:proofErr w:type="spellEnd"/>
      <w:r w:rsidRPr="00D85F89">
        <w:rPr>
          <w:lang w:val="ru-RU"/>
        </w:rPr>
        <w:t xml:space="preserve"> </w:t>
      </w:r>
      <w:proofErr w:type="spellStart"/>
      <w:r w:rsidRPr="00D85F89">
        <w:rPr>
          <w:lang w:val="ru-RU"/>
        </w:rPr>
        <w:t>жүктің</w:t>
      </w:r>
      <w:proofErr w:type="spellEnd"/>
      <w:r w:rsidRPr="00D85F89">
        <w:rPr>
          <w:lang w:val="ru-RU"/>
        </w:rPr>
        <w:t xml:space="preserve"> </w:t>
      </w:r>
      <w:proofErr w:type="spellStart"/>
      <w:r w:rsidRPr="00D85F89">
        <w:rPr>
          <w:lang w:val="ru-RU"/>
        </w:rPr>
        <w:t>астында</w:t>
      </w:r>
      <w:proofErr w:type="spellEnd"/>
      <w:r w:rsidRPr="00D85F89">
        <w:rPr>
          <w:lang w:val="ru-RU"/>
        </w:rPr>
        <w:t xml:space="preserve"> </w:t>
      </w:r>
      <w:proofErr w:type="spellStart"/>
      <w:r w:rsidRPr="00D85F89">
        <w:rPr>
          <w:lang w:val="ru-RU"/>
        </w:rPr>
        <w:t>және</w:t>
      </w:r>
      <w:proofErr w:type="spellEnd"/>
      <w:r w:rsidRPr="00D85F89">
        <w:rPr>
          <w:lang w:val="ru-RU"/>
        </w:rPr>
        <w:t xml:space="preserve"> су басу </w:t>
      </w:r>
      <w:proofErr w:type="spellStart"/>
      <w:r w:rsidRPr="00D85F89">
        <w:rPr>
          <w:lang w:val="ru-RU"/>
        </w:rPr>
        <w:t>қаупі</w:t>
      </w:r>
      <w:proofErr w:type="spellEnd"/>
      <w:r w:rsidRPr="00D85F89">
        <w:rPr>
          <w:lang w:val="ru-RU"/>
        </w:rPr>
        <w:t xml:space="preserve"> бар </w:t>
      </w:r>
      <w:proofErr w:type="spellStart"/>
      <w:r w:rsidRPr="00D85F89">
        <w:rPr>
          <w:lang w:val="ru-RU"/>
        </w:rPr>
        <w:t>жерде</w:t>
      </w:r>
      <w:proofErr w:type="spellEnd"/>
      <w:r w:rsidRPr="00D85F89">
        <w:rPr>
          <w:lang w:val="ru-RU"/>
        </w:rPr>
        <w:t xml:space="preserve"> </w:t>
      </w:r>
      <w:proofErr w:type="spellStart"/>
      <w:r w:rsidRPr="00D85F89">
        <w:rPr>
          <w:lang w:val="ru-RU"/>
        </w:rPr>
        <w:t>адамдардың</w:t>
      </w:r>
      <w:proofErr w:type="spellEnd"/>
      <w:r w:rsidRPr="00D85F89">
        <w:rPr>
          <w:lang w:val="ru-RU"/>
        </w:rPr>
        <w:t xml:space="preserve"> </w:t>
      </w:r>
      <w:proofErr w:type="spellStart"/>
      <w:r w:rsidRPr="00D85F89">
        <w:rPr>
          <w:lang w:val="ru-RU"/>
        </w:rPr>
        <w:t>болуына</w:t>
      </w:r>
      <w:proofErr w:type="spellEnd"/>
      <w:r w:rsidRPr="00D85F89">
        <w:rPr>
          <w:lang w:val="ru-RU"/>
        </w:rPr>
        <w:t xml:space="preserve"> </w:t>
      </w:r>
      <w:proofErr w:type="spellStart"/>
      <w:r w:rsidRPr="00D85F89">
        <w:rPr>
          <w:lang w:val="ru-RU"/>
        </w:rPr>
        <w:t>тыйым</w:t>
      </w:r>
      <w:proofErr w:type="spellEnd"/>
      <w:r w:rsidRPr="00D85F89">
        <w:rPr>
          <w:lang w:val="ru-RU"/>
        </w:rPr>
        <w:t xml:space="preserve"> </w:t>
      </w:r>
      <w:proofErr w:type="spellStart"/>
      <w:r w:rsidRPr="00D85F89">
        <w:rPr>
          <w:lang w:val="ru-RU"/>
        </w:rPr>
        <w:t>салынады</w:t>
      </w:r>
      <w:proofErr w:type="spellEnd"/>
      <w:r w:rsidRPr="00D85F89">
        <w:rPr>
          <w:lang w:val="ru-RU"/>
        </w:rPr>
        <w:t>.</w:t>
      </w:r>
    </w:p>
    <w:p w14:paraId="3F3F0D4D" w14:textId="77777777" w:rsidR="007322FA" w:rsidRPr="00D85F89" w:rsidRDefault="00E91743">
      <w:pPr>
        <w:pStyle w:val="1"/>
        <w:rPr>
          <w:lang w:val="ru-RU"/>
        </w:rPr>
      </w:pPr>
      <w:r w:rsidRPr="00D85F89">
        <w:rPr>
          <w:rFonts w:ascii="Arial" w:hAnsi="Arial"/>
          <w:sz w:val="21"/>
          <w:lang w:val="ru-RU"/>
        </w:rPr>
        <w:t xml:space="preserve">13 </w:t>
      </w:r>
      <w:proofErr w:type="spellStart"/>
      <w:r w:rsidRPr="00D85F89">
        <w:rPr>
          <w:rFonts w:ascii="Arial" w:hAnsi="Arial"/>
          <w:sz w:val="21"/>
          <w:lang w:val="ru-RU"/>
        </w:rPr>
        <w:t>Сапаны</w:t>
      </w:r>
      <w:proofErr w:type="spellEnd"/>
      <w:r w:rsidRPr="00D85F89">
        <w:rPr>
          <w:rFonts w:ascii="Arial" w:hAnsi="Arial"/>
          <w:sz w:val="21"/>
          <w:lang w:val="ru-RU"/>
        </w:rPr>
        <w:t xml:space="preserve"> </w:t>
      </w:r>
      <w:proofErr w:type="spellStart"/>
      <w:r w:rsidRPr="00D85F89">
        <w:rPr>
          <w:rFonts w:ascii="Arial" w:hAnsi="Arial"/>
          <w:sz w:val="21"/>
          <w:lang w:val="ru-RU"/>
        </w:rPr>
        <w:t>бақылау</w:t>
      </w:r>
      <w:proofErr w:type="spellEnd"/>
      <w:r w:rsidRPr="00D85F89">
        <w:rPr>
          <w:rFonts w:ascii="Arial" w:hAnsi="Arial"/>
          <w:sz w:val="21"/>
          <w:lang w:val="ru-RU"/>
        </w:rPr>
        <w:t xml:space="preserve"> </w:t>
      </w:r>
      <w:proofErr w:type="spellStart"/>
      <w:r w:rsidRPr="00D85F89">
        <w:rPr>
          <w:rFonts w:ascii="Arial" w:hAnsi="Arial"/>
          <w:sz w:val="21"/>
          <w:lang w:val="ru-RU"/>
        </w:rPr>
        <w:t>және</w:t>
      </w:r>
      <w:proofErr w:type="spellEnd"/>
      <w:r w:rsidRPr="00D85F89">
        <w:rPr>
          <w:rFonts w:ascii="Arial" w:hAnsi="Arial"/>
          <w:sz w:val="21"/>
          <w:lang w:val="ru-RU"/>
        </w:rPr>
        <w:t xml:space="preserve"> </w:t>
      </w:r>
      <w:proofErr w:type="spellStart"/>
      <w:r w:rsidRPr="00D85F89">
        <w:rPr>
          <w:rFonts w:ascii="Arial" w:hAnsi="Arial"/>
          <w:sz w:val="21"/>
          <w:lang w:val="ru-RU"/>
        </w:rPr>
        <w:t>атқарушылық</w:t>
      </w:r>
      <w:proofErr w:type="spellEnd"/>
      <w:r w:rsidRPr="00D85F89">
        <w:rPr>
          <w:rFonts w:ascii="Arial" w:hAnsi="Arial"/>
          <w:sz w:val="21"/>
          <w:lang w:val="ru-RU"/>
        </w:rPr>
        <w:t xml:space="preserve"> </w:t>
      </w:r>
      <w:proofErr w:type="spellStart"/>
      <w:r w:rsidRPr="00D85F89">
        <w:rPr>
          <w:rFonts w:ascii="Arial" w:hAnsi="Arial"/>
          <w:sz w:val="21"/>
          <w:lang w:val="ru-RU"/>
        </w:rPr>
        <w:t>құжаттар</w:t>
      </w:r>
      <w:proofErr w:type="spellEnd"/>
    </w:p>
    <w:p w14:paraId="70EE0DE6" w14:textId="77777777" w:rsidR="007322FA" w:rsidRPr="00D85F89" w:rsidRDefault="00E91743">
      <w:pPr>
        <w:keepLines/>
        <w:ind w:left="198" w:hanging="142"/>
        <w:jc w:val="both"/>
        <w:rPr>
          <w:lang w:val="ru-RU"/>
        </w:rPr>
      </w:pPr>
      <w:r w:rsidRPr="00D85F89">
        <w:rPr>
          <w:lang w:val="ru-RU"/>
        </w:rPr>
        <w:t xml:space="preserve">• </w:t>
      </w:r>
      <w:proofErr w:type="spellStart"/>
      <w:r w:rsidRPr="00D85F89">
        <w:rPr>
          <w:lang w:val="ru-RU"/>
        </w:rPr>
        <w:t>Мердігер</w:t>
      </w:r>
      <w:proofErr w:type="spellEnd"/>
      <w:r w:rsidRPr="00D85F89">
        <w:rPr>
          <w:lang w:val="ru-RU"/>
        </w:rPr>
        <w:t xml:space="preserve"> </w:t>
      </w:r>
      <w:proofErr w:type="spellStart"/>
      <w:r w:rsidRPr="00D85F89">
        <w:rPr>
          <w:lang w:val="ru-RU"/>
        </w:rPr>
        <w:t>күн</w:t>
      </w:r>
      <w:proofErr w:type="spellEnd"/>
      <w:r w:rsidRPr="00D85F89">
        <w:rPr>
          <w:lang w:val="ru-RU"/>
        </w:rPr>
        <w:t xml:space="preserve"> </w:t>
      </w:r>
      <w:proofErr w:type="spellStart"/>
      <w:r w:rsidRPr="00D85F89">
        <w:rPr>
          <w:lang w:val="ru-RU"/>
        </w:rPr>
        <w:t>са</w:t>
      </w:r>
      <w:r w:rsidRPr="00D85F89">
        <w:rPr>
          <w:lang w:val="ru-RU"/>
        </w:rPr>
        <w:t>йын</w:t>
      </w:r>
      <w:proofErr w:type="spellEnd"/>
      <w:r w:rsidRPr="00D85F89">
        <w:rPr>
          <w:lang w:val="ru-RU"/>
        </w:rPr>
        <w:t xml:space="preserve"> </w:t>
      </w:r>
      <w:proofErr w:type="spellStart"/>
      <w:r w:rsidRPr="00D85F89">
        <w:rPr>
          <w:lang w:val="ru-RU"/>
        </w:rPr>
        <w:t>орындалған</w:t>
      </w:r>
      <w:proofErr w:type="spellEnd"/>
      <w:r w:rsidRPr="00D85F89">
        <w:rPr>
          <w:lang w:val="ru-RU"/>
        </w:rPr>
        <w:t xml:space="preserve"> </w:t>
      </w:r>
      <w:proofErr w:type="spellStart"/>
      <w:r w:rsidRPr="00D85F89">
        <w:rPr>
          <w:lang w:val="ru-RU"/>
        </w:rPr>
        <w:t>көлемді</w:t>
      </w:r>
      <w:proofErr w:type="spellEnd"/>
      <w:r w:rsidRPr="00D85F89">
        <w:rPr>
          <w:lang w:val="ru-RU"/>
        </w:rPr>
        <w:t xml:space="preserve">, </w:t>
      </w:r>
      <w:proofErr w:type="spellStart"/>
      <w:r w:rsidRPr="00D85F89">
        <w:rPr>
          <w:lang w:val="ru-RU"/>
        </w:rPr>
        <w:t>жұмысшылар</w:t>
      </w:r>
      <w:proofErr w:type="spellEnd"/>
      <w:r w:rsidRPr="00D85F89">
        <w:rPr>
          <w:lang w:val="ru-RU"/>
        </w:rPr>
        <w:t xml:space="preserve"> мен </w:t>
      </w:r>
      <w:proofErr w:type="spellStart"/>
      <w:r w:rsidRPr="00D85F89">
        <w:rPr>
          <w:lang w:val="ru-RU"/>
        </w:rPr>
        <w:t>техниканың</w:t>
      </w:r>
      <w:proofErr w:type="spellEnd"/>
      <w:r w:rsidRPr="00D85F89">
        <w:rPr>
          <w:lang w:val="ru-RU"/>
        </w:rPr>
        <w:t xml:space="preserve"> </w:t>
      </w:r>
      <w:proofErr w:type="spellStart"/>
      <w:r w:rsidRPr="00D85F89">
        <w:rPr>
          <w:lang w:val="ru-RU"/>
        </w:rPr>
        <w:t>санын</w:t>
      </w:r>
      <w:proofErr w:type="spellEnd"/>
      <w:r w:rsidRPr="00D85F89">
        <w:rPr>
          <w:lang w:val="ru-RU"/>
        </w:rPr>
        <w:t xml:space="preserve">, </w:t>
      </w:r>
      <w:proofErr w:type="spellStart"/>
      <w:r w:rsidRPr="00D85F89">
        <w:rPr>
          <w:lang w:val="ru-RU"/>
        </w:rPr>
        <w:t>ауа</w:t>
      </w:r>
      <w:proofErr w:type="spellEnd"/>
      <w:r w:rsidRPr="00D85F89">
        <w:rPr>
          <w:lang w:val="ru-RU"/>
        </w:rPr>
        <w:t xml:space="preserve"> </w:t>
      </w:r>
      <w:proofErr w:type="spellStart"/>
      <w:r w:rsidRPr="00D85F89">
        <w:rPr>
          <w:lang w:val="ru-RU"/>
        </w:rPr>
        <w:t>райын</w:t>
      </w:r>
      <w:proofErr w:type="spellEnd"/>
      <w:r w:rsidRPr="00D85F89">
        <w:rPr>
          <w:lang w:val="ru-RU"/>
        </w:rPr>
        <w:t xml:space="preserve">, траншея </w:t>
      </w:r>
      <w:proofErr w:type="spellStart"/>
      <w:r w:rsidRPr="00D85F89">
        <w:rPr>
          <w:lang w:val="ru-RU"/>
        </w:rPr>
        <w:t>тереңдігін</w:t>
      </w:r>
      <w:proofErr w:type="spellEnd"/>
      <w:r w:rsidRPr="00D85F89">
        <w:rPr>
          <w:lang w:val="ru-RU"/>
        </w:rPr>
        <w:t xml:space="preserve">, </w:t>
      </w:r>
      <w:proofErr w:type="spellStart"/>
      <w:r w:rsidRPr="00D85F89">
        <w:rPr>
          <w:lang w:val="ru-RU"/>
        </w:rPr>
        <w:t>құбыр</w:t>
      </w:r>
      <w:proofErr w:type="spellEnd"/>
      <w:r w:rsidRPr="00D85F89">
        <w:rPr>
          <w:lang w:val="ru-RU"/>
        </w:rPr>
        <w:t xml:space="preserve"> </w:t>
      </w:r>
      <w:proofErr w:type="spellStart"/>
      <w:r w:rsidRPr="00D85F89">
        <w:rPr>
          <w:lang w:val="ru-RU"/>
        </w:rPr>
        <w:t>белгілерін</w:t>
      </w:r>
      <w:proofErr w:type="spellEnd"/>
      <w:r w:rsidRPr="00D85F89">
        <w:rPr>
          <w:lang w:val="ru-RU"/>
        </w:rPr>
        <w:t xml:space="preserve"> </w:t>
      </w:r>
      <w:proofErr w:type="spellStart"/>
      <w:r w:rsidRPr="00D85F89">
        <w:rPr>
          <w:lang w:val="ru-RU"/>
        </w:rPr>
        <w:t>және</w:t>
      </w:r>
      <w:proofErr w:type="spellEnd"/>
      <w:r w:rsidRPr="00D85F89">
        <w:rPr>
          <w:lang w:val="ru-RU"/>
        </w:rPr>
        <w:t xml:space="preserve"> </w:t>
      </w:r>
      <w:proofErr w:type="spellStart"/>
      <w:r w:rsidRPr="00D85F89">
        <w:rPr>
          <w:lang w:val="ru-RU"/>
        </w:rPr>
        <w:t>тығыздау</w:t>
      </w:r>
      <w:proofErr w:type="spellEnd"/>
      <w:r w:rsidRPr="00D85F89">
        <w:rPr>
          <w:lang w:val="ru-RU"/>
        </w:rPr>
        <w:t xml:space="preserve"> </w:t>
      </w:r>
      <w:proofErr w:type="spellStart"/>
      <w:r w:rsidRPr="00D85F89">
        <w:rPr>
          <w:lang w:val="ru-RU"/>
        </w:rPr>
        <w:t>нәтижелерін</w:t>
      </w:r>
      <w:proofErr w:type="spellEnd"/>
      <w:r w:rsidRPr="00D85F89">
        <w:rPr>
          <w:lang w:val="ru-RU"/>
        </w:rPr>
        <w:t xml:space="preserve"> </w:t>
      </w:r>
      <w:proofErr w:type="spellStart"/>
      <w:r w:rsidRPr="00D85F89">
        <w:rPr>
          <w:lang w:val="ru-RU"/>
        </w:rPr>
        <w:t>жұмыс</w:t>
      </w:r>
      <w:proofErr w:type="spellEnd"/>
      <w:r w:rsidRPr="00D85F89">
        <w:rPr>
          <w:lang w:val="ru-RU"/>
        </w:rPr>
        <w:t xml:space="preserve"> </w:t>
      </w:r>
      <w:proofErr w:type="spellStart"/>
      <w:r w:rsidRPr="00D85F89">
        <w:rPr>
          <w:lang w:val="ru-RU"/>
        </w:rPr>
        <w:t>журналында</w:t>
      </w:r>
      <w:proofErr w:type="spellEnd"/>
      <w:r w:rsidRPr="00D85F89">
        <w:rPr>
          <w:lang w:val="ru-RU"/>
        </w:rPr>
        <w:t xml:space="preserve"> </w:t>
      </w:r>
      <w:proofErr w:type="spellStart"/>
      <w:r w:rsidRPr="00D85F89">
        <w:rPr>
          <w:lang w:val="ru-RU"/>
        </w:rPr>
        <w:t>тіркейді</w:t>
      </w:r>
      <w:proofErr w:type="spellEnd"/>
      <w:r w:rsidRPr="00D85F89">
        <w:rPr>
          <w:lang w:val="ru-RU"/>
        </w:rPr>
        <w:t>.</w:t>
      </w:r>
    </w:p>
    <w:p w14:paraId="779822F8" w14:textId="77777777" w:rsidR="007322FA" w:rsidRPr="00D85F89" w:rsidRDefault="00E91743">
      <w:pPr>
        <w:keepLines/>
        <w:ind w:left="198" w:hanging="142"/>
        <w:jc w:val="both"/>
        <w:rPr>
          <w:lang w:val="ru-RU"/>
        </w:rPr>
      </w:pPr>
      <w:r w:rsidRPr="00D85F89">
        <w:rPr>
          <w:lang w:val="ru-RU"/>
        </w:rPr>
        <w:t xml:space="preserve">• </w:t>
      </w:r>
      <w:proofErr w:type="spellStart"/>
      <w:r w:rsidRPr="00D85F89">
        <w:rPr>
          <w:lang w:val="ru-RU"/>
        </w:rPr>
        <w:t>Әрбір</w:t>
      </w:r>
      <w:proofErr w:type="spellEnd"/>
      <w:r w:rsidRPr="00D85F89">
        <w:rPr>
          <w:lang w:val="ru-RU"/>
        </w:rPr>
        <w:t xml:space="preserve"> </w:t>
      </w:r>
      <w:proofErr w:type="spellStart"/>
      <w:r w:rsidRPr="00D85F89">
        <w:rPr>
          <w:lang w:val="ru-RU"/>
        </w:rPr>
        <w:t>келесі</w:t>
      </w:r>
      <w:proofErr w:type="spellEnd"/>
      <w:r w:rsidRPr="00D85F89">
        <w:rPr>
          <w:lang w:val="ru-RU"/>
        </w:rPr>
        <w:t xml:space="preserve"> </w:t>
      </w:r>
      <w:proofErr w:type="spellStart"/>
      <w:r w:rsidRPr="00D85F89">
        <w:rPr>
          <w:lang w:val="ru-RU"/>
        </w:rPr>
        <w:t>жұмыс</w:t>
      </w:r>
      <w:proofErr w:type="spellEnd"/>
      <w:r w:rsidRPr="00D85F89">
        <w:rPr>
          <w:lang w:val="ru-RU"/>
        </w:rPr>
        <w:t xml:space="preserve"> </w:t>
      </w:r>
      <w:proofErr w:type="spellStart"/>
      <w:r w:rsidRPr="00D85F89">
        <w:rPr>
          <w:lang w:val="ru-RU"/>
        </w:rPr>
        <w:t>басталғанға</w:t>
      </w:r>
      <w:proofErr w:type="spellEnd"/>
      <w:r w:rsidRPr="00D85F89">
        <w:rPr>
          <w:lang w:val="ru-RU"/>
        </w:rPr>
        <w:t xml:space="preserve"> </w:t>
      </w:r>
      <w:proofErr w:type="spellStart"/>
      <w:r w:rsidRPr="00D85F89">
        <w:rPr>
          <w:lang w:val="ru-RU"/>
        </w:rPr>
        <w:t>дейін</w:t>
      </w:r>
      <w:proofErr w:type="spellEnd"/>
      <w:r w:rsidRPr="00D85F89">
        <w:rPr>
          <w:lang w:val="ru-RU"/>
        </w:rPr>
        <w:t xml:space="preserve"> </w:t>
      </w:r>
      <w:proofErr w:type="spellStart"/>
      <w:r w:rsidRPr="00D85F89">
        <w:rPr>
          <w:lang w:val="ru-RU"/>
        </w:rPr>
        <w:t>жасырын</w:t>
      </w:r>
      <w:proofErr w:type="spellEnd"/>
      <w:r w:rsidRPr="00D85F89">
        <w:rPr>
          <w:lang w:val="ru-RU"/>
        </w:rPr>
        <w:t xml:space="preserve"> </w:t>
      </w:r>
      <w:proofErr w:type="spellStart"/>
      <w:r w:rsidRPr="00D85F89">
        <w:rPr>
          <w:lang w:val="ru-RU"/>
        </w:rPr>
        <w:t>кезең</w:t>
      </w:r>
      <w:proofErr w:type="spellEnd"/>
      <w:r w:rsidRPr="00D85F89">
        <w:rPr>
          <w:lang w:val="ru-RU"/>
        </w:rPr>
        <w:t xml:space="preserve"> </w:t>
      </w:r>
      <w:proofErr w:type="spellStart"/>
      <w:r w:rsidRPr="00D85F89">
        <w:rPr>
          <w:lang w:val="ru-RU"/>
        </w:rPr>
        <w:t>Тапсырыс</w:t>
      </w:r>
      <w:proofErr w:type="spellEnd"/>
      <w:r w:rsidRPr="00D85F89">
        <w:rPr>
          <w:lang w:val="ru-RU"/>
        </w:rPr>
        <w:t xml:space="preserve"> </w:t>
      </w:r>
      <w:proofErr w:type="spellStart"/>
      <w:r w:rsidRPr="00D85F89">
        <w:rPr>
          <w:lang w:val="ru-RU"/>
        </w:rPr>
        <w:t>берушіге</w:t>
      </w:r>
      <w:proofErr w:type="spellEnd"/>
      <w:r w:rsidRPr="00D85F89">
        <w:rPr>
          <w:lang w:val="ru-RU"/>
        </w:rPr>
        <w:t xml:space="preserve"> </w:t>
      </w:r>
      <w:proofErr w:type="spellStart"/>
      <w:r w:rsidRPr="00D85F89">
        <w:rPr>
          <w:lang w:val="ru-RU"/>
        </w:rPr>
        <w:t>ұсынылады</w:t>
      </w:r>
      <w:proofErr w:type="spellEnd"/>
      <w:r w:rsidRPr="00D85F89">
        <w:rPr>
          <w:lang w:val="ru-RU"/>
        </w:rPr>
        <w:t xml:space="preserve">: траншея </w:t>
      </w:r>
      <w:proofErr w:type="spellStart"/>
      <w:r w:rsidRPr="00D85F89">
        <w:rPr>
          <w:lang w:val="ru-RU"/>
        </w:rPr>
        <w:t>түбі</w:t>
      </w:r>
      <w:proofErr w:type="spellEnd"/>
      <w:r w:rsidRPr="00D85F89">
        <w:rPr>
          <w:lang w:val="ru-RU"/>
        </w:rPr>
        <w:t xml:space="preserve">, </w:t>
      </w:r>
      <w:proofErr w:type="spellStart"/>
      <w:r w:rsidRPr="00D85F89">
        <w:rPr>
          <w:lang w:val="ru-RU"/>
        </w:rPr>
        <w:t>құ</w:t>
      </w:r>
      <w:r w:rsidRPr="00D85F89">
        <w:rPr>
          <w:lang w:val="ru-RU"/>
        </w:rPr>
        <w:t>м</w:t>
      </w:r>
      <w:proofErr w:type="spellEnd"/>
      <w:r w:rsidRPr="00D85F89">
        <w:rPr>
          <w:lang w:val="ru-RU"/>
        </w:rPr>
        <w:t xml:space="preserve"> </w:t>
      </w:r>
      <w:proofErr w:type="spellStart"/>
      <w:r w:rsidRPr="00D85F89">
        <w:rPr>
          <w:lang w:val="ru-RU"/>
        </w:rPr>
        <w:t>төсемі</w:t>
      </w:r>
      <w:proofErr w:type="spellEnd"/>
      <w:r w:rsidRPr="00D85F89">
        <w:rPr>
          <w:lang w:val="ru-RU"/>
        </w:rPr>
        <w:t xml:space="preserve">, </w:t>
      </w:r>
      <w:proofErr w:type="spellStart"/>
      <w:r w:rsidRPr="00D85F89">
        <w:rPr>
          <w:lang w:val="ru-RU"/>
        </w:rPr>
        <w:t>құбыр</w:t>
      </w:r>
      <w:proofErr w:type="spellEnd"/>
      <w:r w:rsidRPr="00D85F89">
        <w:rPr>
          <w:lang w:val="ru-RU"/>
        </w:rPr>
        <w:t xml:space="preserve"> </w:t>
      </w:r>
      <w:proofErr w:type="spellStart"/>
      <w:r w:rsidRPr="00D85F89">
        <w:rPr>
          <w:lang w:val="ru-RU"/>
        </w:rPr>
        <w:t>еңісі</w:t>
      </w:r>
      <w:proofErr w:type="spellEnd"/>
      <w:r w:rsidRPr="00D85F89">
        <w:rPr>
          <w:lang w:val="ru-RU"/>
        </w:rPr>
        <w:t xml:space="preserve">, </w:t>
      </w:r>
      <w:proofErr w:type="spellStart"/>
      <w:r w:rsidRPr="00D85F89">
        <w:rPr>
          <w:lang w:val="ru-RU"/>
        </w:rPr>
        <w:t>түйіспелер</w:t>
      </w:r>
      <w:proofErr w:type="spellEnd"/>
      <w:r w:rsidRPr="00D85F89">
        <w:rPr>
          <w:lang w:val="ru-RU"/>
        </w:rPr>
        <w:t xml:space="preserve">, </w:t>
      </w:r>
      <w:proofErr w:type="spellStart"/>
      <w:r w:rsidRPr="00D85F89">
        <w:rPr>
          <w:lang w:val="ru-RU"/>
        </w:rPr>
        <w:t>құдық</w:t>
      </w:r>
      <w:proofErr w:type="spellEnd"/>
      <w:r w:rsidRPr="00D85F89">
        <w:rPr>
          <w:lang w:val="ru-RU"/>
        </w:rPr>
        <w:t xml:space="preserve"> </w:t>
      </w:r>
      <w:proofErr w:type="spellStart"/>
      <w:r w:rsidRPr="00D85F89">
        <w:rPr>
          <w:lang w:val="ru-RU"/>
        </w:rPr>
        <w:t>енгізулері</w:t>
      </w:r>
      <w:proofErr w:type="spellEnd"/>
      <w:r w:rsidRPr="00D85F89">
        <w:rPr>
          <w:lang w:val="ru-RU"/>
        </w:rPr>
        <w:t xml:space="preserve">, </w:t>
      </w:r>
      <w:proofErr w:type="spellStart"/>
      <w:r w:rsidRPr="00D85F89">
        <w:rPr>
          <w:lang w:val="ru-RU"/>
        </w:rPr>
        <w:t>гидрооқшаулау</w:t>
      </w:r>
      <w:proofErr w:type="spellEnd"/>
      <w:r w:rsidRPr="00D85F89">
        <w:rPr>
          <w:lang w:val="ru-RU"/>
        </w:rPr>
        <w:t xml:space="preserve">, </w:t>
      </w:r>
      <w:proofErr w:type="spellStart"/>
      <w:r w:rsidRPr="00D85F89">
        <w:rPr>
          <w:lang w:val="ru-RU"/>
        </w:rPr>
        <w:t>алғашқы</w:t>
      </w:r>
      <w:proofErr w:type="spellEnd"/>
      <w:r w:rsidRPr="00D85F89">
        <w:rPr>
          <w:lang w:val="ru-RU"/>
        </w:rPr>
        <w:t xml:space="preserve"> 300 мм </w:t>
      </w:r>
      <w:proofErr w:type="spellStart"/>
      <w:r w:rsidRPr="00D85F89">
        <w:rPr>
          <w:lang w:val="ru-RU"/>
        </w:rPr>
        <w:t>қорғаныш</w:t>
      </w:r>
      <w:proofErr w:type="spellEnd"/>
      <w:r w:rsidRPr="00D85F89">
        <w:rPr>
          <w:lang w:val="ru-RU"/>
        </w:rPr>
        <w:t xml:space="preserve"> </w:t>
      </w:r>
      <w:proofErr w:type="spellStart"/>
      <w:r w:rsidRPr="00D85F89">
        <w:rPr>
          <w:lang w:val="ru-RU"/>
        </w:rPr>
        <w:t>толтыру</w:t>
      </w:r>
      <w:proofErr w:type="spellEnd"/>
      <w:r w:rsidRPr="00D85F89">
        <w:rPr>
          <w:lang w:val="ru-RU"/>
        </w:rPr>
        <w:t xml:space="preserve"> </w:t>
      </w:r>
      <w:proofErr w:type="spellStart"/>
      <w:r w:rsidRPr="00D85F89">
        <w:rPr>
          <w:lang w:val="ru-RU"/>
        </w:rPr>
        <w:t>және</w:t>
      </w:r>
      <w:proofErr w:type="spellEnd"/>
      <w:r w:rsidRPr="00D85F89">
        <w:rPr>
          <w:lang w:val="ru-RU"/>
        </w:rPr>
        <w:t xml:space="preserve"> </w:t>
      </w:r>
      <w:proofErr w:type="spellStart"/>
      <w:r w:rsidRPr="00D85F89">
        <w:rPr>
          <w:lang w:val="ru-RU"/>
        </w:rPr>
        <w:t>кейінгі</w:t>
      </w:r>
      <w:proofErr w:type="spellEnd"/>
      <w:r w:rsidRPr="00D85F89">
        <w:rPr>
          <w:lang w:val="ru-RU"/>
        </w:rPr>
        <w:t xml:space="preserve"> </w:t>
      </w:r>
      <w:proofErr w:type="spellStart"/>
      <w:r w:rsidRPr="00D85F89">
        <w:rPr>
          <w:lang w:val="ru-RU"/>
        </w:rPr>
        <w:t>қабаттап</w:t>
      </w:r>
      <w:proofErr w:type="spellEnd"/>
      <w:r w:rsidRPr="00D85F89">
        <w:rPr>
          <w:lang w:val="ru-RU"/>
        </w:rPr>
        <w:t xml:space="preserve"> </w:t>
      </w:r>
      <w:proofErr w:type="spellStart"/>
      <w:r w:rsidRPr="00D85F89">
        <w:rPr>
          <w:lang w:val="ru-RU"/>
        </w:rPr>
        <w:t>тығыздау</w:t>
      </w:r>
      <w:proofErr w:type="spellEnd"/>
      <w:r w:rsidRPr="00D85F89">
        <w:rPr>
          <w:lang w:val="ru-RU"/>
        </w:rPr>
        <w:t>.</w:t>
      </w:r>
    </w:p>
    <w:p w14:paraId="22826C05" w14:textId="77777777" w:rsidR="007322FA" w:rsidRPr="00D85F89" w:rsidRDefault="00E91743">
      <w:pPr>
        <w:keepLines/>
        <w:ind w:left="198" w:hanging="142"/>
        <w:jc w:val="both"/>
        <w:rPr>
          <w:lang w:val="ru-RU"/>
        </w:rPr>
      </w:pPr>
      <w:r w:rsidRPr="00D85F89">
        <w:rPr>
          <w:lang w:val="ru-RU"/>
        </w:rPr>
        <w:t xml:space="preserve">• </w:t>
      </w:r>
      <w:proofErr w:type="spellStart"/>
      <w:r w:rsidRPr="00D85F89">
        <w:rPr>
          <w:lang w:val="ru-RU"/>
        </w:rPr>
        <w:t>Құбырдың</w:t>
      </w:r>
      <w:proofErr w:type="spellEnd"/>
      <w:r w:rsidRPr="00D85F89">
        <w:rPr>
          <w:lang w:val="ru-RU"/>
        </w:rPr>
        <w:t xml:space="preserve"> </w:t>
      </w:r>
      <w:proofErr w:type="spellStart"/>
      <w:r w:rsidRPr="00D85F89">
        <w:rPr>
          <w:lang w:val="ru-RU"/>
        </w:rPr>
        <w:t>белгісі</w:t>
      </w:r>
      <w:proofErr w:type="spellEnd"/>
      <w:r w:rsidRPr="00D85F89">
        <w:rPr>
          <w:lang w:val="ru-RU"/>
        </w:rPr>
        <w:t xml:space="preserve"> мен </w:t>
      </w:r>
      <w:proofErr w:type="spellStart"/>
      <w:r w:rsidRPr="00D85F89">
        <w:rPr>
          <w:lang w:val="ru-RU"/>
        </w:rPr>
        <w:t>еңісі</w:t>
      </w:r>
      <w:proofErr w:type="spellEnd"/>
      <w:r w:rsidRPr="00D85F89">
        <w:rPr>
          <w:lang w:val="ru-RU"/>
        </w:rPr>
        <w:t xml:space="preserve"> </w:t>
      </w:r>
      <w:proofErr w:type="spellStart"/>
      <w:r w:rsidRPr="00D85F89">
        <w:rPr>
          <w:lang w:val="ru-RU"/>
        </w:rPr>
        <w:t>кемінде</w:t>
      </w:r>
      <w:proofErr w:type="spellEnd"/>
      <w:r w:rsidRPr="00D85F89">
        <w:rPr>
          <w:lang w:val="ru-RU"/>
        </w:rPr>
        <w:t xml:space="preserve"> </w:t>
      </w:r>
      <w:proofErr w:type="spellStart"/>
      <w:r w:rsidRPr="00D85F89">
        <w:rPr>
          <w:lang w:val="ru-RU"/>
        </w:rPr>
        <w:t>әр</w:t>
      </w:r>
      <w:proofErr w:type="spellEnd"/>
      <w:r w:rsidRPr="00D85F89">
        <w:rPr>
          <w:lang w:val="ru-RU"/>
        </w:rPr>
        <w:t xml:space="preserve"> 25 м </w:t>
      </w:r>
      <w:proofErr w:type="spellStart"/>
      <w:r w:rsidRPr="00D85F89">
        <w:rPr>
          <w:lang w:val="ru-RU"/>
        </w:rPr>
        <w:t>сайын</w:t>
      </w:r>
      <w:proofErr w:type="spellEnd"/>
      <w:r w:rsidRPr="00D85F89">
        <w:rPr>
          <w:lang w:val="ru-RU"/>
        </w:rPr>
        <w:t xml:space="preserve">, </w:t>
      </w:r>
      <w:proofErr w:type="spellStart"/>
      <w:r w:rsidRPr="00D85F89">
        <w:rPr>
          <w:lang w:val="ru-RU"/>
        </w:rPr>
        <w:t>әр</w:t>
      </w:r>
      <w:proofErr w:type="spellEnd"/>
      <w:r w:rsidRPr="00D85F89">
        <w:rPr>
          <w:lang w:val="ru-RU"/>
        </w:rPr>
        <w:t xml:space="preserve"> </w:t>
      </w:r>
      <w:proofErr w:type="spellStart"/>
      <w:r w:rsidRPr="00D85F89">
        <w:rPr>
          <w:lang w:val="ru-RU"/>
        </w:rPr>
        <w:t>бұрылыста</w:t>
      </w:r>
      <w:proofErr w:type="spellEnd"/>
      <w:r w:rsidRPr="00D85F89">
        <w:rPr>
          <w:lang w:val="ru-RU"/>
        </w:rPr>
        <w:t xml:space="preserve">, </w:t>
      </w:r>
      <w:proofErr w:type="spellStart"/>
      <w:r w:rsidRPr="00D85F89">
        <w:rPr>
          <w:lang w:val="ru-RU"/>
        </w:rPr>
        <w:t>қосылу</w:t>
      </w:r>
      <w:proofErr w:type="spellEnd"/>
      <w:r w:rsidRPr="00D85F89">
        <w:rPr>
          <w:lang w:val="ru-RU"/>
        </w:rPr>
        <w:t xml:space="preserve"> </w:t>
      </w:r>
      <w:proofErr w:type="spellStart"/>
      <w:r w:rsidRPr="00D85F89">
        <w:rPr>
          <w:lang w:val="ru-RU"/>
        </w:rPr>
        <w:t>нүктесінде</w:t>
      </w:r>
      <w:proofErr w:type="spellEnd"/>
      <w:r w:rsidRPr="00D85F89">
        <w:rPr>
          <w:lang w:val="ru-RU"/>
        </w:rPr>
        <w:t xml:space="preserve"> </w:t>
      </w:r>
      <w:proofErr w:type="spellStart"/>
      <w:r w:rsidRPr="00D85F89">
        <w:rPr>
          <w:lang w:val="ru-RU"/>
        </w:rPr>
        <w:t>және</w:t>
      </w:r>
      <w:proofErr w:type="spellEnd"/>
      <w:r w:rsidRPr="00D85F89">
        <w:rPr>
          <w:lang w:val="ru-RU"/>
        </w:rPr>
        <w:t xml:space="preserve"> </w:t>
      </w:r>
      <w:proofErr w:type="spellStart"/>
      <w:r w:rsidRPr="00D85F89">
        <w:rPr>
          <w:lang w:val="ru-RU"/>
        </w:rPr>
        <w:t>құдықта</w:t>
      </w:r>
      <w:proofErr w:type="spellEnd"/>
      <w:r w:rsidRPr="00D85F89">
        <w:rPr>
          <w:lang w:val="ru-RU"/>
        </w:rPr>
        <w:t xml:space="preserve"> </w:t>
      </w:r>
      <w:proofErr w:type="spellStart"/>
      <w:r w:rsidRPr="00D85F89">
        <w:rPr>
          <w:lang w:val="ru-RU"/>
        </w:rPr>
        <w:t>аспаппен</w:t>
      </w:r>
      <w:proofErr w:type="spellEnd"/>
      <w:r w:rsidRPr="00D85F89">
        <w:rPr>
          <w:lang w:val="ru-RU"/>
        </w:rPr>
        <w:t xml:space="preserve"> </w:t>
      </w:r>
      <w:proofErr w:type="spellStart"/>
      <w:r w:rsidRPr="00D85F89">
        <w:rPr>
          <w:lang w:val="ru-RU"/>
        </w:rPr>
        <w:t>өлшенеді</w:t>
      </w:r>
      <w:proofErr w:type="spellEnd"/>
      <w:r w:rsidRPr="00D85F89">
        <w:rPr>
          <w:lang w:val="ru-RU"/>
        </w:rPr>
        <w:t xml:space="preserve">. </w:t>
      </w:r>
      <w:proofErr w:type="spellStart"/>
      <w:r w:rsidRPr="00D85F89">
        <w:rPr>
          <w:lang w:val="ru-RU"/>
        </w:rPr>
        <w:t>Ауызша</w:t>
      </w:r>
      <w:proofErr w:type="spellEnd"/>
      <w:r w:rsidRPr="00D85F89">
        <w:rPr>
          <w:lang w:val="ru-RU"/>
        </w:rPr>
        <w:t xml:space="preserve"> </w:t>
      </w:r>
      <w:proofErr w:type="spellStart"/>
      <w:r w:rsidRPr="00D85F89">
        <w:rPr>
          <w:lang w:val="ru-RU"/>
        </w:rPr>
        <w:t>к</w:t>
      </w:r>
      <w:r w:rsidRPr="00D85F89">
        <w:rPr>
          <w:lang w:val="ru-RU"/>
        </w:rPr>
        <w:t>елісіммен</w:t>
      </w:r>
      <w:proofErr w:type="spellEnd"/>
      <w:r w:rsidRPr="00D85F89">
        <w:rPr>
          <w:lang w:val="ru-RU"/>
        </w:rPr>
        <w:t xml:space="preserve"> </w:t>
      </w:r>
      <w:proofErr w:type="spellStart"/>
      <w:r w:rsidRPr="00D85F89">
        <w:rPr>
          <w:lang w:val="ru-RU"/>
        </w:rPr>
        <w:t>жобалық</w:t>
      </w:r>
      <w:proofErr w:type="spellEnd"/>
      <w:r w:rsidRPr="00D85F89">
        <w:rPr>
          <w:lang w:val="ru-RU"/>
        </w:rPr>
        <w:t xml:space="preserve"> </w:t>
      </w:r>
      <w:proofErr w:type="spellStart"/>
      <w:r w:rsidRPr="00D85F89">
        <w:rPr>
          <w:lang w:val="ru-RU"/>
        </w:rPr>
        <w:t>белгілерді</w:t>
      </w:r>
      <w:proofErr w:type="spellEnd"/>
      <w:r w:rsidRPr="00D85F89">
        <w:rPr>
          <w:lang w:val="ru-RU"/>
        </w:rPr>
        <w:t xml:space="preserve"> </w:t>
      </w:r>
      <w:proofErr w:type="spellStart"/>
      <w:r w:rsidRPr="00D85F89">
        <w:rPr>
          <w:lang w:val="ru-RU"/>
        </w:rPr>
        <w:t>немесе</w:t>
      </w:r>
      <w:proofErr w:type="spellEnd"/>
      <w:r w:rsidRPr="00D85F89">
        <w:rPr>
          <w:lang w:val="ru-RU"/>
        </w:rPr>
        <w:t xml:space="preserve"> </w:t>
      </w:r>
      <w:proofErr w:type="spellStart"/>
      <w:r w:rsidRPr="00D85F89">
        <w:rPr>
          <w:lang w:val="ru-RU"/>
        </w:rPr>
        <w:t>трассаны</w:t>
      </w:r>
      <w:proofErr w:type="spellEnd"/>
      <w:r w:rsidRPr="00D85F89">
        <w:rPr>
          <w:lang w:val="ru-RU"/>
        </w:rPr>
        <w:t xml:space="preserve"> </w:t>
      </w:r>
      <w:proofErr w:type="spellStart"/>
      <w:r w:rsidRPr="00D85F89">
        <w:rPr>
          <w:lang w:val="ru-RU"/>
        </w:rPr>
        <w:t>өзгертуге</w:t>
      </w:r>
      <w:proofErr w:type="spellEnd"/>
      <w:r w:rsidRPr="00D85F89">
        <w:rPr>
          <w:lang w:val="ru-RU"/>
        </w:rPr>
        <w:t xml:space="preserve"> </w:t>
      </w:r>
      <w:proofErr w:type="spellStart"/>
      <w:r w:rsidRPr="00D85F89">
        <w:rPr>
          <w:lang w:val="ru-RU"/>
        </w:rPr>
        <w:t>тыйым</w:t>
      </w:r>
      <w:proofErr w:type="spellEnd"/>
      <w:r w:rsidRPr="00D85F89">
        <w:rPr>
          <w:lang w:val="ru-RU"/>
        </w:rPr>
        <w:t xml:space="preserve"> </w:t>
      </w:r>
      <w:proofErr w:type="spellStart"/>
      <w:r w:rsidRPr="00D85F89">
        <w:rPr>
          <w:lang w:val="ru-RU"/>
        </w:rPr>
        <w:t>салынады</w:t>
      </w:r>
      <w:proofErr w:type="spellEnd"/>
      <w:r w:rsidRPr="00D85F89">
        <w:rPr>
          <w:lang w:val="ru-RU"/>
        </w:rPr>
        <w:t>.</w:t>
      </w:r>
    </w:p>
    <w:p w14:paraId="0076D343" w14:textId="77777777" w:rsidR="007322FA" w:rsidRPr="00D85F89" w:rsidRDefault="00E91743">
      <w:pPr>
        <w:keepLines/>
        <w:ind w:left="198" w:hanging="142"/>
        <w:jc w:val="both"/>
        <w:rPr>
          <w:lang w:val="ru-RU"/>
        </w:rPr>
      </w:pPr>
      <w:r w:rsidRPr="00D85F89">
        <w:rPr>
          <w:lang w:val="ru-RU"/>
        </w:rPr>
        <w:t xml:space="preserve">• </w:t>
      </w:r>
      <w:proofErr w:type="spellStart"/>
      <w:r w:rsidRPr="00D85F89">
        <w:rPr>
          <w:lang w:val="ru-RU"/>
        </w:rPr>
        <w:t>Құмның</w:t>
      </w:r>
      <w:proofErr w:type="spellEnd"/>
      <w:r w:rsidRPr="00D85F89">
        <w:rPr>
          <w:lang w:val="ru-RU"/>
        </w:rPr>
        <w:t xml:space="preserve"> </w:t>
      </w:r>
      <w:proofErr w:type="spellStart"/>
      <w:r w:rsidRPr="00D85F89">
        <w:rPr>
          <w:lang w:val="ru-RU"/>
        </w:rPr>
        <w:t>әр</w:t>
      </w:r>
      <w:proofErr w:type="spellEnd"/>
      <w:r w:rsidRPr="00D85F89">
        <w:rPr>
          <w:lang w:val="ru-RU"/>
        </w:rPr>
        <w:t xml:space="preserve"> </w:t>
      </w:r>
      <w:proofErr w:type="spellStart"/>
      <w:r w:rsidRPr="00D85F89">
        <w:rPr>
          <w:lang w:val="ru-RU"/>
        </w:rPr>
        <w:t>қабаты</w:t>
      </w:r>
      <w:proofErr w:type="spellEnd"/>
      <w:r w:rsidRPr="00D85F89">
        <w:rPr>
          <w:lang w:val="ru-RU"/>
        </w:rPr>
        <w:t xml:space="preserve"> </w:t>
      </w:r>
      <w:proofErr w:type="spellStart"/>
      <w:r w:rsidRPr="00D85F89">
        <w:rPr>
          <w:lang w:val="ru-RU"/>
        </w:rPr>
        <w:t>бойынша</w:t>
      </w:r>
      <w:proofErr w:type="spellEnd"/>
      <w:r w:rsidRPr="00D85F89">
        <w:rPr>
          <w:lang w:val="ru-RU"/>
        </w:rPr>
        <w:t xml:space="preserve"> </w:t>
      </w:r>
      <w:proofErr w:type="spellStart"/>
      <w:r w:rsidRPr="00D85F89">
        <w:rPr>
          <w:lang w:val="ru-RU"/>
        </w:rPr>
        <w:t>тығыздау</w:t>
      </w:r>
      <w:proofErr w:type="spellEnd"/>
      <w:r w:rsidRPr="00D85F89">
        <w:rPr>
          <w:lang w:val="ru-RU"/>
        </w:rPr>
        <w:t xml:space="preserve"> </w:t>
      </w:r>
      <w:proofErr w:type="spellStart"/>
      <w:r w:rsidRPr="00D85F89">
        <w:rPr>
          <w:lang w:val="ru-RU"/>
        </w:rPr>
        <w:t>сапасы</w:t>
      </w:r>
      <w:proofErr w:type="spellEnd"/>
      <w:r w:rsidRPr="00D85F89">
        <w:rPr>
          <w:lang w:val="ru-RU"/>
        </w:rPr>
        <w:t xml:space="preserve"> </w:t>
      </w:r>
      <w:proofErr w:type="spellStart"/>
      <w:r w:rsidRPr="00D85F89">
        <w:rPr>
          <w:lang w:val="ru-RU"/>
        </w:rPr>
        <w:t>бақыланады</w:t>
      </w:r>
      <w:proofErr w:type="spellEnd"/>
      <w:r w:rsidRPr="00D85F89">
        <w:rPr>
          <w:lang w:val="ru-RU"/>
        </w:rPr>
        <w:t xml:space="preserve">; </w:t>
      </w:r>
      <w:proofErr w:type="spellStart"/>
      <w:r w:rsidRPr="00D85F89">
        <w:rPr>
          <w:lang w:val="ru-RU"/>
        </w:rPr>
        <w:t>кемінде</w:t>
      </w:r>
      <w:proofErr w:type="spellEnd"/>
      <w:r w:rsidRPr="00D85F89">
        <w:rPr>
          <w:lang w:val="ru-RU"/>
        </w:rPr>
        <w:t xml:space="preserve"> </w:t>
      </w:r>
      <w:proofErr w:type="spellStart"/>
      <w:r w:rsidRPr="00D85F89">
        <w:rPr>
          <w:lang w:val="ru-RU"/>
        </w:rPr>
        <w:t>әр</w:t>
      </w:r>
      <w:proofErr w:type="spellEnd"/>
      <w:r w:rsidRPr="00D85F89">
        <w:rPr>
          <w:lang w:val="ru-RU"/>
        </w:rPr>
        <w:t xml:space="preserve"> 50 м </w:t>
      </w:r>
      <w:proofErr w:type="spellStart"/>
      <w:r w:rsidRPr="00D85F89">
        <w:rPr>
          <w:lang w:val="ru-RU"/>
        </w:rPr>
        <w:t>сайын</w:t>
      </w:r>
      <w:proofErr w:type="spellEnd"/>
      <w:r w:rsidRPr="00D85F89">
        <w:rPr>
          <w:lang w:val="ru-RU"/>
        </w:rPr>
        <w:t xml:space="preserve"> </w:t>
      </w:r>
      <w:proofErr w:type="spellStart"/>
      <w:r w:rsidRPr="00D85F89">
        <w:rPr>
          <w:lang w:val="ru-RU"/>
        </w:rPr>
        <w:t>бақылау</w:t>
      </w:r>
      <w:proofErr w:type="spellEnd"/>
      <w:r w:rsidRPr="00D85F89">
        <w:rPr>
          <w:lang w:val="ru-RU"/>
        </w:rPr>
        <w:t xml:space="preserve"> </w:t>
      </w:r>
      <w:proofErr w:type="spellStart"/>
      <w:r w:rsidRPr="00D85F89">
        <w:rPr>
          <w:lang w:val="ru-RU"/>
        </w:rPr>
        <w:t>өлшеуі</w:t>
      </w:r>
      <w:proofErr w:type="spellEnd"/>
      <w:r w:rsidRPr="00D85F89">
        <w:rPr>
          <w:lang w:val="ru-RU"/>
        </w:rPr>
        <w:t xml:space="preserve"> </w:t>
      </w:r>
      <w:proofErr w:type="spellStart"/>
      <w:r w:rsidRPr="00D85F89">
        <w:rPr>
          <w:lang w:val="ru-RU"/>
        </w:rPr>
        <w:t>немесе</w:t>
      </w:r>
      <w:proofErr w:type="spellEnd"/>
      <w:r w:rsidRPr="00D85F89">
        <w:rPr>
          <w:lang w:val="ru-RU"/>
        </w:rPr>
        <w:t xml:space="preserve"> </w:t>
      </w:r>
      <w:proofErr w:type="spellStart"/>
      <w:r w:rsidRPr="00D85F89">
        <w:rPr>
          <w:lang w:val="ru-RU"/>
        </w:rPr>
        <w:t>сынағы</w:t>
      </w:r>
      <w:proofErr w:type="spellEnd"/>
      <w:r w:rsidRPr="00D85F89">
        <w:rPr>
          <w:lang w:val="ru-RU"/>
        </w:rPr>
        <w:t xml:space="preserve"> </w:t>
      </w:r>
      <w:proofErr w:type="spellStart"/>
      <w:r w:rsidRPr="00D85F89">
        <w:rPr>
          <w:lang w:val="ru-RU"/>
        </w:rPr>
        <w:t>жүргізіледі</w:t>
      </w:r>
      <w:proofErr w:type="spellEnd"/>
      <w:r w:rsidRPr="00D85F89">
        <w:rPr>
          <w:lang w:val="ru-RU"/>
        </w:rPr>
        <w:t xml:space="preserve">. </w:t>
      </w:r>
      <w:proofErr w:type="spellStart"/>
      <w:r w:rsidRPr="00D85F89">
        <w:rPr>
          <w:lang w:val="ru-RU"/>
        </w:rPr>
        <w:t>Шөгу</w:t>
      </w:r>
      <w:proofErr w:type="spellEnd"/>
      <w:r w:rsidRPr="00D85F89">
        <w:rPr>
          <w:lang w:val="ru-RU"/>
        </w:rPr>
        <w:t xml:space="preserve"> </w:t>
      </w:r>
      <w:proofErr w:type="spellStart"/>
      <w:r w:rsidRPr="00D85F89">
        <w:rPr>
          <w:lang w:val="ru-RU"/>
        </w:rPr>
        <w:t>немесе</w:t>
      </w:r>
      <w:proofErr w:type="spellEnd"/>
      <w:r w:rsidRPr="00D85F89">
        <w:rPr>
          <w:lang w:val="ru-RU"/>
        </w:rPr>
        <w:t xml:space="preserve"> </w:t>
      </w:r>
      <w:proofErr w:type="spellStart"/>
      <w:r w:rsidRPr="00D85F89">
        <w:rPr>
          <w:lang w:val="ru-RU"/>
        </w:rPr>
        <w:t>жеткіліксіз</w:t>
      </w:r>
      <w:proofErr w:type="spellEnd"/>
      <w:r w:rsidRPr="00D85F89">
        <w:rPr>
          <w:lang w:val="ru-RU"/>
        </w:rPr>
        <w:t xml:space="preserve"> </w:t>
      </w:r>
      <w:proofErr w:type="spellStart"/>
      <w:r w:rsidRPr="00D85F89">
        <w:rPr>
          <w:lang w:val="ru-RU"/>
        </w:rPr>
        <w:t>тығыздау</w:t>
      </w:r>
      <w:proofErr w:type="spellEnd"/>
      <w:r w:rsidRPr="00D85F89">
        <w:rPr>
          <w:lang w:val="ru-RU"/>
        </w:rPr>
        <w:t xml:space="preserve"> </w:t>
      </w:r>
      <w:proofErr w:type="spellStart"/>
      <w:r w:rsidRPr="00D85F89">
        <w:rPr>
          <w:lang w:val="ru-RU"/>
        </w:rPr>
        <w:t>анықталса</w:t>
      </w:r>
      <w:proofErr w:type="spellEnd"/>
      <w:r w:rsidRPr="00D85F89">
        <w:rPr>
          <w:lang w:val="ru-RU"/>
        </w:rPr>
        <w:t xml:space="preserve">, </w:t>
      </w:r>
      <w:proofErr w:type="spellStart"/>
      <w:r w:rsidRPr="00D85F89">
        <w:rPr>
          <w:lang w:val="ru-RU"/>
        </w:rPr>
        <w:t>қабат</w:t>
      </w:r>
      <w:proofErr w:type="spellEnd"/>
      <w:r w:rsidRPr="00D85F89">
        <w:rPr>
          <w:lang w:val="ru-RU"/>
        </w:rPr>
        <w:t xml:space="preserve"> </w:t>
      </w:r>
      <w:proofErr w:type="spellStart"/>
      <w:r w:rsidRPr="00D85F89">
        <w:rPr>
          <w:lang w:val="ru-RU"/>
        </w:rPr>
        <w:t>қайта</w:t>
      </w:r>
      <w:proofErr w:type="spellEnd"/>
      <w:r w:rsidRPr="00D85F89">
        <w:rPr>
          <w:lang w:val="ru-RU"/>
        </w:rPr>
        <w:t xml:space="preserve"> </w:t>
      </w:r>
      <w:proofErr w:type="spellStart"/>
      <w:r w:rsidRPr="00D85F89">
        <w:rPr>
          <w:lang w:val="ru-RU"/>
        </w:rPr>
        <w:t>ашылып</w:t>
      </w:r>
      <w:proofErr w:type="spellEnd"/>
      <w:r w:rsidRPr="00D85F89">
        <w:rPr>
          <w:lang w:val="ru-RU"/>
        </w:rPr>
        <w:t xml:space="preserve">, </w:t>
      </w:r>
      <w:proofErr w:type="spellStart"/>
      <w:r w:rsidRPr="00D85F89">
        <w:rPr>
          <w:lang w:val="ru-RU"/>
        </w:rPr>
        <w:t>қа</w:t>
      </w:r>
      <w:r w:rsidRPr="00D85F89">
        <w:rPr>
          <w:lang w:val="ru-RU"/>
        </w:rPr>
        <w:t>йта</w:t>
      </w:r>
      <w:proofErr w:type="spellEnd"/>
      <w:r w:rsidRPr="00D85F89">
        <w:rPr>
          <w:lang w:val="ru-RU"/>
        </w:rPr>
        <w:t xml:space="preserve"> </w:t>
      </w:r>
      <w:proofErr w:type="spellStart"/>
      <w:r w:rsidRPr="00D85F89">
        <w:rPr>
          <w:lang w:val="ru-RU"/>
        </w:rPr>
        <w:t>тығыздалады</w:t>
      </w:r>
      <w:proofErr w:type="spellEnd"/>
      <w:r w:rsidRPr="00D85F89">
        <w:rPr>
          <w:lang w:val="ru-RU"/>
        </w:rPr>
        <w:t>.</w:t>
      </w:r>
    </w:p>
    <w:p w14:paraId="699363D7" w14:textId="77777777" w:rsidR="007322FA" w:rsidRPr="00D85F89" w:rsidRDefault="00E91743">
      <w:pPr>
        <w:keepLines/>
        <w:ind w:left="198" w:hanging="142"/>
        <w:jc w:val="both"/>
        <w:rPr>
          <w:lang w:val="ru-RU"/>
        </w:rPr>
      </w:pPr>
      <w:r w:rsidRPr="00D85F89">
        <w:rPr>
          <w:lang w:val="ru-RU"/>
        </w:rPr>
        <w:t xml:space="preserve">• </w:t>
      </w:r>
      <w:proofErr w:type="spellStart"/>
      <w:r w:rsidRPr="00D85F89">
        <w:rPr>
          <w:lang w:val="ru-RU"/>
        </w:rPr>
        <w:t>Материалдарды</w:t>
      </w:r>
      <w:proofErr w:type="spellEnd"/>
      <w:r w:rsidRPr="00D85F89">
        <w:rPr>
          <w:lang w:val="ru-RU"/>
        </w:rPr>
        <w:t xml:space="preserve"> </w:t>
      </w:r>
      <w:proofErr w:type="spellStart"/>
      <w:r w:rsidRPr="00D85F89">
        <w:rPr>
          <w:lang w:val="ru-RU"/>
        </w:rPr>
        <w:t>қолдануға</w:t>
      </w:r>
      <w:proofErr w:type="spellEnd"/>
      <w:r w:rsidRPr="00D85F89">
        <w:rPr>
          <w:lang w:val="ru-RU"/>
        </w:rPr>
        <w:t xml:space="preserve"> </w:t>
      </w:r>
      <w:proofErr w:type="spellStart"/>
      <w:r w:rsidRPr="00D85F89">
        <w:rPr>
          <w:lang w:val="ru-RU"/>
        </w:rPr>
        <w:t>дейін</w:t>
      </w:r>
      <w:proofErr w:type="spellEnd"/>
      <w:r w:rsidRPr="00D85F89">
        <w:rPr>
          <w:lang w:val="ru-RU"/>
        </w:rPr>
        <w:t xml:space="preserve"> </w:t>
      </w:r>
      <w:proofErr w:type="spellStart"/>
      <w:r w:rsidRPr="00D85F89">
        <w:rPr>
          <w:lang w:val="ru-RU"/>
        </w:rPr>
        <w:t>Тапсырыс</w:t>
      </w:r>
      <w:proofErr w:type="spellEnd"/>
      <w:r w:rsidRPr="00D85F89">
        <w:rPr>
          <w:lang w:val="ru-RU"/>
        </w:rPr>
        <w:t xml:space="preserve"> </w:t>
      </w:r>
      <w:proofErr w:type="spellStart"/>
      <w:r w:rsidRPr="00D85F89">
        <w:rPr>
          <w:lang w:val="ru-RU"/>
        </w:rPr>
        <w:t>берушіге</w:t>
      </w:r>
      <w:proofErr w:type="spellEnd"/>
      <w:r w:rsidRPr="00D85F89">
        <w:rPr>
          <w:lang w:val="ru-RU"/>
        </w:rPr>
        <w:t xml:space="preserve"> </w:t>
      </w:r>
      <w:proofErr w:type="spellStart"/>
      <w:r w:rsidRPr="00D85F89">
        <w:rPr>
          <w:lang w:val="ru-RU"/>
        </w:rPr>
        <w:t>құбырлар</w:t>
      </w:r>
      <w:proofErr w:type="spellEnd"/>
      <w:r w:rsidRPr="00D85F89">
        <w:rPr>
          <w:lang w:val="ru-RU"/>
        </w:rPr>
        <w:t xml:space="preserve">, </w:t>
      </w:r>
      <w:proofErr w:type="spellStart"/>
      <w:r w:rsidRPr="00D85F89">
        <w:rPr>
          <w:lang w:val="ru-RU"/>
        </w:rPr>
        <w:t>фитингтер</w:t>
      </w:r>
      <w:proofErr w:type="spellEnd"/>
      <w:r w:rsidRPr="00D85F89">
        <w:rPr>
          <w:lang w:val="ru-RU"/>
        </w:rPr>
        <w:t xml:space="preserve">, </w:t>
      </w:r>
      <w:proofErr w:type="spellStart"/>
      <w:r w:rsidRPr="00D85F89">
        <w:rPr>
          <w:lang w:val="ru-RU"/>
        </w:rPr>
        <w:t>тығыздағыштар</w:t>
      </w:r>
      <w:proofErr w:type="spellEnd"/>
      <w:r w:rsidRPr="00D85F89">
        <w:rPr>
          <w:lang w:val="ru-RU"/>
        </w:rPr>
        <w:t xml:space="preserve">, </w:t>
      </w:r>
      <w:proofErr w:type="spellStart"/>
      <w:r w:rsidRPr="00D85F89">
        <w:rPr>
          <w:lang w:val="ru-RU"/>
        </w:rPr>
        <w:t>люктер</w:t>
      </w:r>
      <w:proofErr w:type="spellEnd"/>
      <w:r w:rsidRPr="00D85F89">
        <w:rPr>
          <w:lang w:val="ru-RU"/>
        </w:rPr>
        <w:t xml:space="preserve">, </w:t>
      </w:r>
      <w:proofErr w:type="spellStart"/>
      <w:r w:rsidRPr="00D85F89">
        <w:rPr>
          <w:lang w:val="ru-RU"/>
        </w:rPr>
        <w:t>жөндеу</w:t>
      </w:r>
      <w:proofErr w:type="spellEnd"/>
      <w:r w:rsidRPr="00D85F89">
        <w:rPr>
          <w:lang w:val="ru-RU"/>
        </w:rPr>
        <w:t xml:space="preserve"> </w:t>
      </w:r>
      <w:proofErr w:type="spellStart"/>
      <w:r w:rsidRPr="00D85F89">
        <w:rPr>
          <w:lang w:val="ru-RU"/>
        </w:rPr>
        <w:t>қоспалары</w:t>
      </w:r>
      <w:proofErr w:type="spellEnd"/>
      <w:r w:rsidRPr="00D85F89">
        <w:rPr>
          <w:lang w:val="ru-RU"/>
        </w:rPr>
        <w:t xml:space="preserve"> </w:t>
      </w:r>
      <w:proofErr w:type="spellStart"/>
      <w:r w:rsidRPr="00D85F89">
        <w:rPr>
          <w:lang w:val="ru-RU"/>
        </w:rPr>
        <w:t>және</w:t>
      </w:r>
      <w:proofErr w:type="spellEnd"/>
      <w:r w:rsidRPr="00D85F89">
        <w:rPr>
          <w:lang w:val="ru-RU"/>
        </w:rPr>
        <w:t xml:space="preserve"> </w:t>
      </w:r>
      <w:proofErr w:type="spellStart"/>
      <w:r w:rsidRPr="00D85F89">
        <w:rPr>
          <w:lang w:val="ru-RU"/>
        </w:rPr>
        <w:t>гидрооқшаулағыш</w:t>
      </w:r>
      <w:proofErr w:type="spellEnd"/>
      <w:r w:rsidRPr="00D85F89">
        <w:rPr>
          <w:lang w:val="ru-RU"/>
        </w:rPr>
        <w:t xml:space="preserve"> </w:t>
      </w:r>
      <w:proofErr w:type="spellStart"/>
      <w:r w:rsidRPr="00D85F89">
        <w:rPr>
          <w:lang w:val="ru-RU"/>
        </w:rPr>
        <w:t>материалдардың</w:t>
      </w:r>
      <w:proofErr w:type="spellEnd"/>
      <w:r w:rsidRPr="00D85F89">
        <w:rPr>
          <w:lang w:val="ru-RU"/>
        </w:rPr>
        <w:t xml:space="preserve"> </w:t>
      </w:r>
      <w:proofErr w:type="spellStart"/>
      <w:r w:rsidRPr="00D85F89">
        <w:rPr>
          <w:lang w:val="ru-RU"/>
        </w:rPr>
        <w:t>паспорттары</w:t>
      </w:r>
      <w:proofErr w:type="spellEnd"/>
      <w:r w:rsidRPr="00D85F89">
        <w:rPr>
          <w:lang w:val="ru-RU"/>
        </w:rPr>
        <w:t xml:space="preserve"> мен </w:t>
      </w:r>
      <w:proofErr w:type="spellStart"/>
      <w:r w:rsidRPr="00D85F89">
        <w:rPr>
          <w:lang w:val="ru-RU"/>
        </w:rPr>
        <w:t>сәйкестік</w:t>
      </w:r>
      <w:proofErr w:type="spellEnd"/>
      <w:r w:rsidRPr="00D85F89">
        <w:rPr>
          <w:lang w:val="ru-RU"/>
        </w:rPr>
        <w:t xml:space="preserve"> </w:t>
      </w:r>
      <w:proofErr w:type="spellStart"/>
      <w:r w:rsidRPr="00D85F89">
        <w:rPr>
          <w:lang w:val="ru-RU"/>
        </w:rPr>
        <w:t>құжаттары</w:t>
      </w:r>
      <w:proofErr w:type="spellEnd"/>
      <w:r w:rsidRPr="00D85F89">
        <w:rPr>
          <w:lang w:val="ru-RU"/>
        </w:rPr>
        <w:t xml:space="preserve"> </w:t>
      </w:r>
      <w:proofErr w:type="spellStart"/>
      <w:r w:rsidRPr="00D85F89">
        <w:rPr>
          <w:lang w:val="ru-RU"/>
        </w:rPr>
        <w:t>беріледі</w:t>
      </w:r>
      <w:proofErr w:type="spellEnd"/>
      <w:r w:rsidRPr="00D85F89">
        <w:rPr>
          <w:lang w:val="ru-RU"/>
        </w:rPr>
        <w:t>.</w:t>
      </w:r>
    </w:p>
    <w:p w14:paraId="566A1947" w14:textId="77777777" w:rsidR="007322FA" w:rsidRPr="00D85F89" w:rsidRDefault="00E91743">
      <w:pPr>
        <w:keepLines/>
        <w:ind w:left="198" w:hanging="142"/>
        <w:jc w:val="both"/>
        <w:rPr>
          <w:lang w:val="ru-RU"/>
        </w:rPr>
      </w:pPr>
      <w:r w:rsidRPr="00D85F89">
        <w:rPr>
          <w:lang w:val="ru-RU"/>
        </w:rPr>
        <w:t xml:space="preserve">• </w:t>
      </w:r>
      <w:proofErr w:type="spellStart"/>
      <w:r w:rsidRPr="00D85F89">
        <w:rPr>
          <w:lang w:val="ru-RU"/>
        </w:rPr>
        <w:t>Қорытынды</w:t>
      </w:r>
      <w:proofErr w:type="spellEnd"/>
      <w:r w:rsidRPr="00D85F89">
        <w:rPr>
          <w:lang w:val="ru-RU"/>
        </w:rPr>
        <w:t xml:space="preserve"> </w:t>
      </w:r>
      <w:proofErr w:type="spellStart"/>
      <w:r w:rsidRPr="00D85F89">
        <w:rPr>
          <w:lang w:val="ru-RU"/>
        </w:rPr>
        <w:t>тапсыру</w:t>
      </w:r>
      <w:proofErr w:type="spellEnd"/>
      <w:r w:rsidRPr="00D85F89">
        <w:rPr>
          <w:lang w:val="ru-RU"/>
        </w:rPr>
        <w:t xml:space="preserve"> </w:t>
      </w:r>
      <w:proofErr w:type="spellStart"/>
      <w:r w:rsidRPr="00D85F89">
        <w:rPr>
          <w:lang w:val="ru-RU"/>
        </w:rPr>
        <w:t>кезінде</w:t>
      </w:r>
      <w:proofErr w:type="spellEnd"/>
      <w:r w:rsidRPr="00D85F89">
        <w:rPr>
          <w:lang w:val="ru-RU"/>
        </w:rPr>
        <w:t xml:space="preserve"> </w:t>
      </w:r>
      <w:proofErr w:type="spellStart"/>
      <w:r w:rsidRPr="00D85F89">
        <w:rPr>
          <w:lang w:val="ru-RU"/>
        </w:rPr>
        <w:t>жасырын</w:t>
      </w:r>
      <w:proofErr w:type="spellEnd"/>
      <w:r w:rsidRPr="00D85F89">
        <w:rPr>
          <w:lang w:val="ru-RU"/>
        </w:rPr>
        <w:t xml:space="preserve"> </w:t>
      </w:r>
      <w:proofErr w:type="spellStart"/>
      <w:r w:rsidRPr="00D85F89">
        <w:rPr>
          <w:lang w:val="ru-RU"/>
        </w:rPr>
        <w:t>жұмыстар</w:t>
      </w:r>
      <w:proofErr w:type="spellEnd"/>
      <w:r w:rsidRPr="00D85F89">
        <w:rPr>
          <w:lang w:val="ru-RU"/>
        </w:rPr>
        <w:t xml:space="preserve"> </w:t>
      </w:r>
      <w:proofErr w:type="spellStart"/>
      <w:r w:rsidRPr="00D85F89">
        <w:rPr>
          <w:lang w:val="ru-RU"/>
        </w:rPr>
        <w:t>а</w:t>
      </w:r>
      <w:r w:rsidRPr="00D85F89">
        <w:rPr>
          <w:lang w:val="ru-RU"/>
        </w:rPr>
        <w:t>ктілері</w:t>
      </w:r>
      <w:proofErr w:type="spellEnd"/>
      <w:r w:rsidRPr="00D85F89">
        <w:rPr>
          <w:lang w:val="ru-RU"/>
        </w:rPr>
        <w:t xml:space="preserve">, </w:t>
      </w:r>
      <w:proofErr w:type="spellStart"/>
      <w:r w:rsidRPr="00D85F89">
        <w:rPr>
          <w:lang w:val="ru-RU"/>
        </w:rPr>
        <w:t>гидравликалық</w:t>
      </w:r>
      <w:proofErr w:type="spellEnd"/>
      <w:r w:rsidRPr="00D85F89">
        <w:rPr>
          <w:lang w:val="ru-RU"/>
        </w:rPr>
        <w:t xml:space="preserve"> </w:t>
      </w:r>
      <w:proofErr w:type="spellStart"/>
      <w:r w:rsidRPr="00D85F89">
        <w:rPr>
          <w:lang w:val="ru-RU"/>
        </w:rPr>
        <w:t>сынау</w:t>
      </w:r>
      <w:proofErr w:type="spellEnd"/>
      <w:r w:rsidRPr="00D85F89">
        <w:rPr>
          <w:lang w:val="ru-RU"/>
        </w:rPr>
        <w:t xml:space="preserve"> </w:t>
      </w:r>
      <w:proofErr w:type="spellStart"/>
      <w:r w:rsidRPr="00D85F89">
        <w:rPr>
          <w:lang w:val="ru-RU"/>
        </w:rPr>
        <w:t>актісі</w:t>
      </w:r>
      <w:proofErr w:type="spellEnd"/>
      <w:r w:rsidRPr="00D85F89">
        <w:rPr>
          <w:lang w:val="ru-RU"/>
        </w:rPr>
        <w:t xml:space="preserve">, </w:t>
      </w:r>
      <w:proofErr w:type="spellStart"/>
      <w:r w:rsidRPr="00D85F89">
        <w:rPr>
          <w:lang w:val="ru-RU"/>
        </w:rPr>
        <w:t>жуу</w:t>
      </w:r>
      <w:proofErr w:type="spellEnd"/>
      <w:r w:rsidRPr="00D85F89">
        <w:rPr>
          <w:lang w:val="ru-RU"/>
        </w:rPr>
        <w:t xml:space="preserve"> </w:t>
      </w:r>
      <w:proofErr w:type="spellStart"/>
      <w:r w:rsidRPr="00D85F89">
        <w:rPr>
          <w:lang w:val="ru-RU"/>
        </w:rPr>
        <w:t>және</w:t>
      </w:r>
      <w:proofErr w:type="spellEnd"/>
      <w:r w:rsidRPr="00D85F89">
        <w:rPr>
          <w:lang w:val="ru-RU"/>
        </w:rPr>
        <w:t xml:space="preserve"> </w:t>
      </w:r>
      <w:proofErr w:type="spellStart"/>
      <w:r w:rsidRPr="00D85F89">
        <w:rPr>
          <w:lang w:val="ru-RU"/>
        </w:rPr>
        <w:t>бейнеинспекция</w:t>
      </w:r>
      <w:proofErr w:type="spellEnd"/>
      <w:r w:rsidRPr="00D85F89">
        <w:rPr>
          <w:lang w:val="ru-RU"/>
        </w:rPr>
        <w:t xml:space="preserve"> </w:t>
      </w:r>
      <w:proofErr w:type="spellStart"/>
      <w:r w:rsidRPr="00D85F89">
        <w:rPr>
          <w:lang w:val="ru-RU"/>
        </w:rPr>
        <w:t>хаттамасы</w:t>
      </w:r>
      <w:proofErr w:type="spellEnd"/>
      <w:r w:rsidRPr="00D85F89">
        <w:rPr>
          <w:lang w:val="ru-RU"/>
        </w:rPr>
        <w:t xml:space="preserve">, </w:t>
      </w:r>
      <w:proofErr w:type="spellStart"/>
      <w:r w:rsidRPr="00D85F89">
        <w:rPr>
          <w:lang w:val="ru-RU"/>
        </w:rPr>
        <w:t>құбыр</w:t>
      </w:r>
      <w:proofErr w:type="spellEnd"/>
      <w:r w:rsidRPr="00D85F89">
        <w:rPr>
          <w:lang w:val="ru-RU"/>
        </w:rPr>
        <w:t xml:space="preserve"> </w:t>
      </w:r>
      <w:proofErr w:type="spellStart"/>
      <w:r w:rsidRPr="00D85F89">
        <w:rPr>
          <w:lang w:val="ru-RU"/>
        </w:rPr>
        <w:t>белгілері</w:t>
      </w:r>
      <w:proofErr w:type="spellEnd"/>
      <w:r w:rsidRPr="00D85F89">
        <w:rPr>
          <w:lang w:val="ru-RU"/>
        </w:rPr>
        <w:t xml:space="preserve"> </w:t>
      </w:r>
      <w:proofErr w:type="spellStart"/>
      <w:r w:rsidRPr="00D85F89">
        <w:rPr>
          <w:lang w:val="ru-RU"/>
        </w:rPr>
        <w:t>көрсетілген</w:t>
      </w:r>
      <w:proofErr w:type="spellEnd"/>
      <w:r w:rsidRPr="00D85F89">
        <w:rPr>
          <w:lang w:val="ru-RU"/>
        </w:rPr>
        <w:t xml:space="preserve"> </w:t>
      </w:r>
      <w:proofErr w:type="spellStart"/>
      <w:r w:rsidRPr="00D85F89">
        <w:rPr>
          <w:lang w:val="ru-RU"/>
        </w:rPr>
        <w:t>атқарушылық</w:t>
      </w:r>
      <w:proofErr w:type="spellEnd"/>
      <w:r w:rsidRPr="00D85F89">
        <w:rPr>
          <w:lang w:val="ru-RU"/>
        </w:rPr>
        <w:t xml:space="preserve"> схема, материал </w:t>
      </w:r>
      <w:proofErr w:type="spellStart"/>
      <w:r w:rsidRPr="00D85F89">
        <w:rPr>
          <w:lang w:val="ru-RU"/>
        </w:rPr>
        <w:t>құжаттары</w:t>
      </w:r>
      <w:proofErr w:type="spellEnd"/>
      <w:r w:rsidRPr="00D85F89">
        <w:rPr>
          <w:lang w:val="ru-RU"/>
        </w:rPr>
        <w:t xml:space="preserve">, </w:t>
      </w:r>
      <w:proofErr w:type="spellStart"/>
      <w:r w:rsidRPr="00D85F89">
        <w:rPr>
          <w:lang w:val="ru-RU"/>
        </w:rPr>
        <w:t>қоқыс</w:t>
      </w:r>
      <w:proofErr w:type="spellEnd"/>
      <w:r w:rsidRPr="00D85F89">
        <w:rPr>
          <w:lang w:val="ru-RU"/>
        </w:rPr>
        <w:t xml:space="preserve"> </w:t>
      </w:r>
      <w:proofErr w:type="spellStart"/>
      <w:r w:rsidRPr="00D85F89">
        <w:rPr>
          <w:lang w:val="ru-RU"/>
        </w:rPr>
        <w:t>шығару</w:t>
      </w:r>
      <w:proofErr w:type="spellEnd"/>
      <w:r w:rsidRPr="00D85F89">
        <w:rPr>
          <w:lang w:val="ru-RU"/>
        </w:rPr>
        <w:t xml:space="preserve"> </w:t>
      </w:r>
      <w:proofErr w:type="spellStart"/>
      <w:r w:rsidRPr="00D85F89">
        <w:rPr>
          <w:lang w:val="ru-RU"/>
        </w:rPr>
        <w:t>растауы</w:t>
      </w:r>
      <w:proofErr w:type="spellEnd"/>
      <w:r w:rsidRPr="00D85F89">
        <w:rPr>
          <w:lang w:val="ru-RU"/>
        </w:rPr>
        <w:t xml:space="preserve"> </w:t>
      </w:r>
      <w:proofErr w:type="spellStart"/>
      <w:r w:rsidRPr="00D85F89">
        <w:rPr>
          <w:lang w:val="ru-RU"/>
        </w:rPr>
        <w:t>және</w:t>
      </w:r>
      <w:proofErr w:type="spellEnd"/>
      <w:r w:rsidRPr="00D85F89">
        <w:rPr>
          <w:lang w:val="ru-RU"/>
        </w:rPr>
        <w:t xml:space="preserve"> </w:t>
      </w:r>
      <w:proofErr w:type="spellStart"/>
      <w:r w:rsidRPr="00D85F89">
        <w:rPr>
          <w:lang w:val="ru-RU"/>
        </w:rPr>
        <w:t>фотоесеп</w:t>
      </w:r>
      <w:proofErr w:type="spellEnd"/>
      <w:r w:rsidRPr="00D85F89">
        <w:rPr>
          <w:lang w:val="ru-RU"/>
        </w:rPr>
        <w:t xml:space="preserve"> </w:t>
      </w:r>
      <w:proofErr w:type="spellStart"/>
      <w:r w:rsidRPr="00D85F89">
        <w:rPr>
          <w:lang w:val="ru-RU"/>
        </w:rPr>
        <w:t>беріледі</w:t>
      </w:r>
      <w:proofErr w:type="spellEnd"/>
      <w:r w:rsidRPr="00D85F89">
        <w:rPr>
          <w:lang w:val="ru-RU"/>
        </w:rPr>
        <w:t>.</w:t>
      </w:r>
    </w:p>
    <w:p w14:paraId="3F58ACDB" w14:textId="77777777" w:rsidR="007322FA" w:rsidRPr="00D85F89" w:rsidRDefault="00E91743">
      <w:pPr>
        <w:keepLines/>
        <w:ind w:left="198" w:hanging="142"/>
        <w:jc w:val="both"/>
        <w:rPr>
          <w:lang w:val="ru-RU"/>
        </w:rPr>
      </w:pPr>
      <w:r w:rsidRPr="00D85F89">
        <w:rPr>
          <w:lang w:val="ru-RU"/>
        </w:rPr>
        <w:t xml:space="preserve">• </w:t>
      </w:r>
      <w:proofErr w:type="spellStart"/>
      <w:r w:rsidRPr="00D85F89">
        <w:rPr>
          <w:lang w:val="ru-RU"/>
        </w:rPr>
        <w:t>Талапқа</w:t>
      </w:r>
      <w:proofErr w:type="spellEnd"/>
      <w:r w:rsidRPr="00D85F89">
        <w:rPr>
          <w:lang w:val="ru-RU"/>
        </w:rPr>
        <w:t xml:space="preserve"> сай </w:t>
      </w:r>
      <w:proofErr w:type="spellStart"/>
      <w:r w:rsidRPr="00D85F89">
        <w:rPr>
          <w:lang w:val="ru-RU"/>
        </w:rPr>
        <w:t>емес</w:t>
      </w:r>
      <w:proofErr w:type="spellEnd"/>
      <w:r w:rsidRPr="00D85F89">
        <w:rPr>
          <w:lang w:val="ru-RU"/>
        </w:rPr>
        <w:t xml:space="preserve"> материал, </w:t>
      </w:r>
      <w:proofErr w:type="spellStart"/>
      <w:r w:rsidRPr="00D85F89">
        <w:rPr>
          <w:lang w:val="ru-RU"/>
        </w:rPr>
        <w:t>кері</w:t>
      </w:r>
      <w:proofErr w:type="spellEnd"/>
      <w:r w:rsidRPr="00D85F89">
        <w:rPr>
          <w:lang w:val="ru-RU"/>
        </w:rPr>
        <w:t xml:space="preserve"> </w:t>
      </w:r>
      <w:proofErr w:type="spellStart"/>
      <w:r w:rsidRPr="00D85F89">
        <w:rPr>
          <w:lang w:val="ru-RU"/>
        </w:rPr>
        <w:t>еңіс</w:t>
      </w:r>
      <w:proofErr w:type="spellEnd"/>
      <w:r w:rsidRPr="00D85F89">
        <w:rPr>
          <w:lang w:val="ru-RU"/>
        </w:rPr>
        <w:t xml:space="preserve">, </w:t>
      </w:r>
      <w:proofErr w:type="spellStart"/>
      <w:r w:rsidRPr="00D85F89">
        <w:rPr>
          <w:lang w:val="ru-RU"/>
        </w:rPr>
        <w:t>ағып</w:t>
      </w:r>
      <w:proofErr w:type="spellEnd"/>
      <w:r w:rsidRPr="00D85F89">
        <w:rPr>
          <w:lang w:val="ru-RU"/>
        </w:rPr>
        <w:t xml:space="preserve"> кету, деформация, </w:t>
      </w:r>
      <w:proofErr w:type="spellStart"/>
      <w:r w:rsidRPr="00D85F89">
        <w:rPr>
          <w:lang w:val="ru-RU"/>
        </w:rPr>
        <w:t>нашар</w:t>
      </w:r>
      <w:proofErr w:type="spellEnd"/>
      <w:r w:rsidRPr="00D85F89">
        <w:rPr>
          <w:lang w:val="ru-RU"/>
        </w:rPr>
        <w:t xml:space="preserve"> </w:t>
      </w:r>
      <w:proofErr w:type="spellStart"/>
      <w:r w:rsidRPr="00D85F89">
        <w:rPr>
          <w:lang w:val="ru-RU"/>
        </w:rPr>
        <w:t>тығ</w:t>
      </w:r>
      <w:r w:rsidRPr="00D85F89">
        <w:rPr>
          <w:lang w:val="ru-RU"/>
        </w:rPr>
        <w:t>ыздалу</w:t>
      </w:r>
      <w:proofErr w:type="spellEnd"/>
      <w:r w:rsidRPr="00D85F89">
        <w:rPr>
          <w:lang w:val="ru-RU"/>
        </w:rPr>
        <w:t xml:space="preserve"> </w:t>
      </w:r>
      <w:proofErr w:type="spellStart"/>
      <w:r w:rsidRPr="00D85F89">
        <w:rPr>
          <w:lang w:val="ru-RU"/>
        </w:rPr>
        <w:t>немесе</w:t>
      </w:r>
      <w:proofErr w:type="spellEnd"/>
      <w:r w:rsidRPr="00D85F89">
        <w:rPr>
          <w:lang w:val="ru-RU"/>
        </w:rPr>
        <w:t xml:space="preserve"> </w:t>
      </w:r>
      <w:proofErr w:type="spellStart"/>
      <w:r w:rsidRPr="00D85F89">
        <w:rPr>
          <w:lang w:val="ru-RU"/>
        </w:rPr>
        <w:t>құжатсыз</w:t>
      </w:r>
      <w:proofErr w:type="spellEnd"/>
      <w:r w:rsidRPr="00D85F89">
        <w:rPr>
          <w:lang w:val="ru-RU"/>
        </w:rPr>
        <w:t xml:space="preserve"> </w:t>
      </w:r>
      <w:proofErr w:type="spellStart"/>
      <w:r w:rsidRPr="00D85F89">
        <w:rPr>
          <w:lang w:val="ru-RU"/>
        </w:rPr>
        <w:t>орындалған</w:t>
      </w:r>
      <w:proofErr w:type="spellEnd"/>
      <w:r w:rsidRPr="00D85F89">
        <w:rPr>
          <w:lang w:val="ru-RU"/>
        </w:rPr>
        <w:t xml:space="preserve"> </w:t>
      </w:r>
      <w:proofErr w:type="spellStart"/>
      <w:r w:rsidRPr="00D85F89">
        <w:rPr>
          <w:lang w:val="ru-RU"/>
        </w:rPr>
        <w:t>жасырын</w:t>
      </w:r>
      <w:proofErr w:type="spellEnd"/>
      <w:r w:rsidRPr="00D85F89">
        <w:rPr>
          <w:lang w:val="ru-RU"/>
        </w:rPr>
        <w:t xml:space="preserve"> </w:t>
      </w:r>
      <w:proofErr w:type="spellStart"/>
      <w:r w:rsidRPr="00D85F89">
        <w:rPr>
          <w:lang w:val="ru-RU"/>
        </w:rPr>
        <w:t>жұмыс</w:t>
      </w:r>
      <w:proofErr w:type="spellEnd"/>
      <w:r w:rsidRPr="00D85F89">
        <w:rPr>
          <w:lang w:val="ru-RU"/>
        </w:rPr>
        <w:t xml:space="preserve"> </w:t>
      </w:r>
      <w:proofErr w:type="spellStart"/>
      <w:r w:rsidRPr="00D85F89">
        <w:rPr>
          <w:lang w:val="ru-RU"/>
        </w:rPr>
        <w:t>қабылданбайды</w:t>
      </w:r>
      <w:proofErr w:type="spellEnd"/>
      <w:r w:rsidRPr="00D85F89">
        <w:rPr>
          <w:lang w:val="ru-RU"/>
        </w:rPr>
        <w:t xml:space="preserve"> </w:t>
      </w:r>
      <w:proofErr w:type="spellStart"/>
      <w:r w:rsidRPr="00D85F89">
        <w:rPr>
          <w:lang w:val="ru-RU"/>
        </w:rPr>
        <w:t>және</w:t>
      </w:r>
      <w:proofErr w:type="spellEnd"/>
      <w:r w:rsidRPr="00D85F89">
        <w:rPr>
          <w:lang w:val="ru-RU"/>
        </w:rPr>
        <w:t xml:space="preserve"> </w:t>
      </w:r>
      <w:proofErr w:type="spellStart"/>
      <w:r w:rsidRPr="00D85F89">
        <w:rPr>
          <w:lang w:val="ru-RU"/>
        </w:rPr>
        <w:t>Мердігердің</w:t>
      </w:r>
      <w:proofErr w:type="spellEnd"/>
      <w:r w:rsidRPr="00D85F89">
        <w:rPr>
          <w:lang w:val="ru-RU"/>
        </w:rPr>
        <w:t xml:space="preserve"> </w:t>
      </w:r>
      <w:proofErr w:type="spellStart"/>
      <w:r w:rsidRPr="00D85F89">
        <w:rPr>
          <w:lang w:val="ru-RU"/>
        </w:rPr>
        <w:t>қаражаты</w:t>
      </w:r>
      <w:proofErr w:type="spellEnd"/>
      <w:r w:rsidRPr="00D85F89">
        <w:rPr>
          <w:lang w:val="ru-RU"/>
        </w:rPr>
        <w:t xml:space="preserve"> </w:t>
      </w:r>
      <w:proofErr w:type="spellStart"/>
      <w:r w:rsidRPr="00D85F89">
        <w:rPr>
          <w:lang w:val="ru-RU"/>
        </w:rPr>
        <w:t>есебінен</w:t>
      </w:r>
      <w:proofErr w:type="spellEnd"/>
      <w:r w:rsidRPr="00D85F89">
        <w:rPr>
          <w:lang w:val="ru-RU"/>
        </w:rPr>
        <w:t xml:space="preserve"> </w:t>
      </w:r>
      <w:proofErr w:type="spellStart"/>
      <w:r w:rsidRPr="00D85F89">
        <w:rPr>
          <w:lang w:val="ru-RU"/>
        </w:rPr>
        <w:t>толық</w:t>
      </w:r>
      <w:proofErr w:type="spellEnd"/>
      <w:r w:rsidRPr="00D85F89">
        <w:rPr>
          <w:lang w:val="ru-RU"/>
        </w:rPr>
        <w:t xml:space="preserve"> </w:t>
      </w:r>
      <w:proofErr w:type="spellStart"/>
      <w:r w:rsidRPr="00D85F89">
        <w:rPr>
          <w:lang w:val="ru-RU"/>
        </w:rPr>
        <w:t>қайта</w:t>
      </w:r>
      <w:proofErr w:type="spellEnd"/>
      <w:r w:rsidRPr="00D85F89">
        <w:rPr>
          <w:lang w:val="ru-RU"/>
        </w:rPr>
        <w:t xml:space="preserve"> </w:t>
      </w:r>
      <w:proofErr w:type="spellStart"/>
      <w:r w:rsidRPr="00D85F89">
        <w:rPr>
          <w:lang w:val="ru-RU"/>
        </w:rPr>
        <w:t>орындалады</w:t>
      </w:r>
      <w:proofErr w:type="spellEnd"/>
      <w:r w:rsidRPr="00D85F89">
        <w:rPr>
          <w:lang w:val="ru-RU"/>
        </w:rPr>
        <w:t>.</w:t>
      </w:r>
    </w:p>
    <w:p w14:paraId="47EC3542" w14:textId="77777777" w:rsidR="007322FA" w:rsidRPr="00D85F89" w:rsidRDefault="00E91743">
      <w:pPr>
        <w:pStyle w:val="1"/>
        <w:rPr>
          <w:lang w:val="ru-RU"/>
        </w:rPr>
      </w:pPr>
      <w:r w:rsidRPr="00D85F89">
        <w:rPr>
          <w:rFonts w:ascii="Arial" w:hAnsi="Arial"/>
          <w:sz w:val="21"/>
          <w:lang w:val="ru-RU"/>
        </w:rPr>
        <w:t xml:space="preserve">14 </w:t>
      </w:r>
      <w:proofErr w:type="spellStart"/>
      <w:r w:rsidRPr="00D85F89">
        <w:rPr>
          <w:rFonts w:ascii="Arial" w:hAnsi="Arial"/>
          <w:sz w:val="21"/>
          <w:lang w:val="ru-RU"/>
        </w:rPr>
        <w:t>Мерзім</w:t>
      </w:r>
      <w:proofErr w:type="spellEnd"/>
      <w:r w:rsidRPr="00D85F89">
        <w:rPr>
          <w:rFonts w:ascii="Arial" w:hAnsi="Arial"/>
          <w:sz w:val="21"/>
          <w:lang w:val="ru-RU"/>
        </w:rPr>
        <w:t xml:space="preserve"> </w:t>
      </w:r>
      <w:proofErr w:type="spellStart"/>
      <w:r w:rsidRPr="00D85F89">
        <w:rPr>
          <w:rFonts w:ascii="Arial" w:hAnsi="Arial"/>
          <w:sz w:val="21"/>
          <w:lang w:val="ru-RU"/>
        </w:rPr>
        <w:t>және</w:t>
      </w:r>
      <w:proofErr w:type="spellEnd"/>
      <w:r w:rsidRPr="00D85F89">
        <w:rPr>
          <w:rFonts w:ascii="Arial" w:hAnsi="Arial"/>
          <w:sz w:val="21"/>
          <w:lang w:val="ru-RU"/>
        </w:rPr>
        <w:t xml:space="preserve"> </w:t>
      </w:r>
      <w:proofErr w:type="spellStart"/>
      <w:r w:rsidRPr="00D85F89">
        <w:rPr>
          <w:rFonts w:ascii="Arial" w:hAnsi="Arial"/>
          <w:sz w:val="21"/>
          <w:lang w:val="ru-RU"/>
        </w:rPr>
        <w:t>кепілдік</w:t>
      </w:r>
      <w:proofErr w:type="spellEnd"/>
    </w:p>
    <w:p w14:paraId="4BC40DCD" w14:textId="77777777" w:rsidR="007322FA" w:rsidRPr="00D85F89" w:rsidRDefault="00E91743">
      <w:pPr>
        <w:keepLines/>
        <w:ind w:left="198" w:hanging="142"/>
        <w:jc w:val="both"/>
        <w:rPr>
          <w:lang w:val="ru-RU"/>
        </w:rPr>
      </w:pPr>
      <w:r w:rsidRPr="00D85F89">
        <w:rPr>
          <w:lang w:val="ru-RU"/>
        </w:rPr>
        <w:t xml:space="preserve">• </w:t>
      </w:r>
      <w:proofErr w:type="spellStart"/>
      <w:r w:rsidRPr="00D85F89">
        <w:rPr>
          <w:lang w:val="ru-RU"/>
        </w:rPr>
        <w:t>Барлық</w:t>
      </w:r>
      <w:proofErr w:type="spellEnd"/>
      <w:r w:rsidRPr="00D85F89">
        <w:rPr>
          <w:lang w:val="ru-RU"/>
        </w:rPr>
        <w:t xml:space="preserve"> </w:t>
      </w:r>
      <w:proofErr w:type="spellStart"/>
      <w:r w:rsidRPr="00D85F89">
        <w:rPr>
          <w:lang w:val="ru-RU"/>
        </w:rPr>
        <w:t>жұмыстар</w:t>
      </w:r>
      <w:proofErr w:type="spellEnd"/>
      <w:r w:rsidRPr="00D85F89">
        <w:rPr>
          <w:lang w:val="ru-RU"/>
        </w:rPr>
        <w:t xml:space="preserve"> </w:t>
      </w:r>
      <w:proofErr w:type="spellStart"/>
      <w:r w:rsidRPr="00D85F89">
        <w:rPr>
          <w:lang w:val="ru-RU"/>
        </w:rPr>
        <w:t>шартқа</w:t>
      </w:r>
      <w:proofErr w:type="spellEnd"/>
      <w:r w:rsidRPr="00D85F89">
        <w:rPr>
          <w:lang w:val="ru-RU"/>
        </w:rPr>
        <w:t xml:space="preserve"> </w:t>
      </w:r>
      <w:proofErr w:type="spellStart"/>
      <w:r w:rsidRPr="00D85F89">
        <w:rPr>
          <w:lang w:val="ru-RU"/>
        </w:rPr>
        <w:t>қол</w:t>
      </w:r>
      <w:proofErr w:type="spellEnd"/>
      <w:r w:rsidRPr="00D85F89">
        <w:rPr>
          <w:lang w:val="ru-RU"/>
        </w:rPr>
        <w:t xml:space="preserve"> </w:t>
      </w:r>
      <w:proofErr w:type="spellStart"/>
      <w:r w:rsidRPr="00D85F89">
        <w:rPr>
          <w:lang w:val="ru-RU"/>
        </w:rPr>
        <w:t>қойылып</w:t>
      </w:r>
      <w:proofErr w:type="spellEnd"/>
      <w:r w:rsidRPr="00D85F89">
        <w:rPr>
          <w:lang w:val="ru-RU"/>
        </w:rPr>
        <w:t xml:space="preserve">, </w:t>
      </w:r>
      <w:proofErr w:type="spellStart"/>
      <w:r w:rsidRPr="00D85F89">
        <w:rPr>
          <w:lang w:val="ru-RU"/>
        </w:rPr>
        <w:t>нысан</w:t>
      </w:r>
      <w:proofErr w:type="spellEnd"/>
      <w:r w:rsidRPr="00D85F89">
        <w:rPr>
          <w:lang w:val="ru-RU"/>
        </w:rPr>
        <w:t xml:space="preserve"> </w:t>
      </w:r>
      <w:proofErr w:type="spellStart"/>
      <w:r w:rsidRPr="00D85F89">
        <w:rPr>
          <w:lang w:val="ru-RU"/>
        </w:rPr>
        <w:t>берілген</w:t>
      </w:r>
      <w:proofErr w:type="spellEnd"/>
      <w:r w:rsidRPr="00D85F89">
        <w:rPr>
          <w:lang w:val="ru-RU"/>
        </w:rPr>
        <w:t xml:space="preserve"> </w:t>
      </w:r>
      <w:proofErr w:type="spellStart"/>
      <w:r w:rsidRPr="00D85F89">
        <w:rPr>
          <w:lang w:val="ru-RU"/>
        </w:rPr>
        <w:t>күннен</w:t>
      </w:r>
      <w:proofErr w:type="spellEnd"/>
      <w:r w:rsidRPr="00D85F89">
        <w:rPr>
          <w:lang w:val="ru-RU"/>
        </w:rPr>
        <w:t xml:space="preserve"> </w:t>
      </w:r>
      <w:proofErr w:type="spellStart"/>
      <w:r w:rsidRPr="00D85F89">
        <w:rPr>
          <w:lang w:val="ru-RU"/>
        </w:rPr>
        <w:t>бастап</w:t>
      </w:r>
      <w:proofErr w:type="spellEnd"/>
      <w:r w:rsidRPr="00D85F89">
        <w:rPr>
          <w:lang w:val="ru-RU"/>
        </w:rPr>
        <w:t xml:space="preserve"> 15 </w:t>
      </w:r>
      <w:proofErr w:type="spellStart"/>
      <w:r w:rsidRPr="00D85F89">
        <w:rPr>
          <w:lang w:val="ru-RU"/>
        </w:rPr>
        <w:t>күнтізбелік</w:t>
      </w:r>
      <w:proofErr w:type="spellEnd"/>
      <w:r w:rsidRPr="00D85F89">
        <w:rPr>
          <w:lang w:val="ru-RU"/>
        </w:rPr>
        <w:t xml:space="preserve"> </w:t>
      </w:r>
      <w:proofErr w:type="spellStart"/>
      <w:r w:rsidRPr="00D85F89">
        <w:rPr>
          <w:lang w:val="ru-RU"/>
        </w:rPr>
        <w:t>күн</w:t>
      </w:r>
      <w:proofErr w:type="spellEnd"/>
      <w:r w:rsidRPr="00D85F89">
        <w:rPr>
          <w:lang w:val="ru-RU"/>
        </w:rPr>
        <w:t xml:space="preserve"> </w:t>
      </w:r>
      <w:proofErr w:type="spellStart"/>
      <w:r w:rsidRPr="00D85F89">
        <w:rPr>
          <w:lang w:val="ru-RU"/>
        </w:rPr>
        <w:t>ішінде</w:t>
      </w:r>
      <w:proofErr w:type="spellEnd"/>
      <w:r w:rsidRPr="00D85F89">
        <w:rPr>
          <w:lang w:val="ru-RU"/>
        </w:rPr>
        <w:t xml:space="preserve"> </w:t>
      </w:r>
      <w:proofErr w:type="spellStart"/>
      <w:r w:rsidRPr="00D85F89">
        <w:rPr>
          <w:lang w:val="ru-RU"/>
        </w:rPr>
        <w:t>толық</w:t>
      </w:r>
      <w:proofErr w:type="spellEnd"/>
      <w:r w:rsidRPr="00D85F89">
        <w:rPr>
          <w:lang w:val="ru-RU"/>
        </w:rPr>
        <w:t xml:space="preserve"> </w:t>
      </w:r>
      <w:proofErr w:type="spellStart"/>
      <w:r w:rsidRPr="00D85F89">
        <w:rPr>
          <w:lang w:val="ru-RU"/>
        </w:rPr>
        <w:t>аяқталуы</w:t>
      </w:r>
      <w:proofErr w:type="spellEnd"/>
      <w:r w:rsidRPr="00D85F89">
        <w:rPr>
          <w:lang w:val="ru-RU"/>
        </w:rPr>
        <w:t xml:space="preserve"> </w:t>
      </w:r>
      <w:proofErr w:type="spellStart"/>
      <w:r w:rsidRPr="00D85F89">
        <w:rPr>
          <w:lang w:val="ru-RU"/>
        </w:rPr>
        <w:t>тиі</w:t>
      </w:r>
      <w:r w:rsidRPr="00D85F89">
        <w:rPr>
          <w:lang w:val="ru-RU"/>
        </w:rPr>
        <w:t>с</w:t>
      </w:r>
      <w:proofErr w:type="spellEnd"/>
      <w:r w:rsidRPr="00D85F89">
        <w:rPr>
          <w:lang w:val="ru-RU"/>
        </w:rPr>
        <w:t xml:space="preserve">. </w:t>
      </w:r>
      <w:proofErr w:type="spellStart"/>
      <w:r w:rsidRPr="00D85F89">
        <w:rPr>
          <w:lang w:val="ru-RU"/>
        </w:rPr>
        <w:t>Бұл</w:t>
      </w:r>
      <w:proofErr w:type="spellEnd"/>
      <w:r w:rsidRPr="00D85F89">
        <w:rPr>
          <w:lang w:val="ru-RU"/>
        </w:rPr>
        <w:t xml:space="preserve"> </w:t>
      </w:r>
      <w:proofErr w:type="spellStart"/>
      <w:r w:rsidRPr="00D85F89">
        <w:rPr>
          <w:lang w:val="ru-RU"/>
        </w:rPr>
        <w:t>мерзімге</w:t>
      </w:r>
      <w:proofErr w:type="spellEnd"/>
      <w:r w:rsidRPr="00D85F89">
        <w:rPr>
          <w:lang w:val="ru-RU"/>
        </w:rPr>
        <w:t xml:space="preserve"> </w:t>
      </w:r>
      <w:proofErr w:type="spellStart"/>
      <w:r w:rsidRPr="00D85F89">
        <w:rPr>
          <w:lang w:val="ru-RU"/>
        </w:rPr>
        <w:t>жұмылдыру</w:t>
      </w:r>
      <w:proofErr w:type="spellEnd"/>
      <w:r w:rsidRPr="00D85F89">
        <w:rPr>
          <w:lang w:val="ru-RU"/>
        </w:rPr>
        <w:t xml:space="preserve">, материал </w:t>
      </w:r>
      <w:proofErr w:type="spellStart"/>
      <w:r w:rsidRPr="00D85F89">
        <w:rPr>
          <w:lang w:val="ru-RU"/>
        </w:rPr>
        <w:t>жеткізу</w:t>
      </w:r>
      <w:proofErr w:type="spellEnd"/>
      <w:r w:rsidRPr="00D85F89">
        <w:rPr>
          <w:lang w:val="ru-RU"/>
        </w:rPr>
        <w:t xml:space="preserve">, </w:t>
      </w:r>
      <w:proofErr w:type="spellStart"/>
      <w:r w:rsidRPr="00D85F89">
        <w:rPr>
          <w:lang w:val="ru-RU"/>
        </w:rPr>
        <w:t>бөлшектеу</w:t>
      </w:r>
      <w:proofErr w:type="spellEnd"/>
      <w:r w:rsidRPr="00D85F89">
        <w:rPr>
          <w:lang w:val="ru-RU"/>
        </w:rPr>
        <w:t xml:space="preserve">, монтаж, </w:t>
      </w:r>
      <w:proofErr w:type="spellStart"/>
      <w:r w:rsidRPr="00D85F89">
        <w:rPr>
          <w:lang w:val="ru-RU"/>
        </w:rPr>
        <w:t>сынау</w:t>
      </w:r>
      <w:proofErr w:type="spellEnd"/>
      <w:r w:rsidRPr="00D85F89">
        <w:rPr>
          <w:lang w:val="ru-RU"/>
        </w:rPr>
        <w:t xml:space="preserve">, </w:t>
      </w:r>
      <w:proofErr w:type="spellStart"/>
      <w:r w:rsidRPr="00D85F89">
        <w:rPr>
          <w:lang w:val="ru-RU"/>
        </w:rPr>
        <w:t>толтыру</w:t>
      </w:r>
      <w:proofErr w:type="spellEnd"/>
      <w:r w:rsidRPr="00D85F89">
        <w:rPr>
          <w:lang w:val="ru-RU"/>
        </w:rPr>
        <w:t xml:space="preserve">, </w:t>
      </w:r>
      <w:proofErr w:type="spellStart"/>
      <w:r w:rsidRPr="00D85F89">
        <w:rPr>
          <w:lang w:val="ru-RU"/>
        </w:rPr>
        <w:t>қалпына</w:t>
      </w:r>
      <w:proofErr w:type="spellEnd"/>
      <w:r w:rsidRPr="00D85F89">
        <w:rPr>
          <w:lang w:val="ru-RU"/>
        </w:rPr>
        <w:t xml:space="preserve"> </w:t>
      </w:r>
      <w:proofErr w:type="spellStart"/>
      <w:r w:rsidRPr="00D85F89">
        <w:rPr>
          <w:lang w:val="ru-RU"/>
        </w:rPr>
        <w:t>келтіру</w:t>
      </w:r>
      <w:proofErr w:type="spellEnd"/>
      <w:r w:rsidRPr="00D85F89">
        <w:rPr>
          <w:lang w:val="ru-RU"/>
        </w:rPr>
        <w:t xml:space="preserve"> </w:t>
      </w:r>
      <w:proofErr w:type="spellStart"/>
      <w:r w:rsidRPr="00D85F89">
        <w:rPr>
          <w:lang w:val="ru-RU"/>
        </w:rPr>
        <w:t>және</w:t>
      </w:r>
      <w:proofErr w:type="spellEnd"/>
      <w:r w:rsidRPr="00D85F89">
        <w:rPr>
          <w:lang w:val="ru-RU"/>
        </w:rPr>
        <w:t xml:space="preserve"> </w:t>
      </w:r>
      <w:proofErr w:type="spellStart"/>
      <w:r w:rsidRPr="00D85F89">
        <w:rPr>
          <w:lang w:val="ru-RU"/>
        </w:rPr>
        <w:t>құжаттарды</w:t>
      </w:r>
      <w:proofErr w:type="spellEnd"/>
      <w:r w:rsidRPr="00D85F89">
        <w:rPr>
          <w:lang w:val="ru-RU"/>
        </w:rPr>
        <w:t xml:space="preserve"> </w:t>
      </w:r>
      <w:proofErr w:type="spellStart"/>
      <w:r w:rsidRPr="00D85F89">
        <w:rPr>
          <w:lang w:val="ru-RU"/>
        </w:rPr>
        <w:t>тапсыру</w:t>
      </w:r>
      <w:proofErr w:type="spellEnd"/>
      <w:r w:rsidRPr="00D85F89">
        <w:rPr>
          <w:lang w:val="ru-RU"/>
        </w:rPr>
        <w:t xml:space="preserve"> </w:t>
      </w:r>
      <w:proofErr w:type="spellStart"/>
      <w:r w:rsidRPr="00D85F89">
        <w:rPr>
          <w:lang w:val="ru-RU"/>
        </w:rPr>
        <w:t>кіреді</w:t>
      </w:r>
      <w:proofErr w:type="spellEnd"/>
      <w:r w:rsidRPr="00D85F89">
        <w:rPr>
          <w:lang w:val="ru-RU"/>
        </w:rPr>
        <w:t>.</w:t>
      </w:r>
    </w:p>
    <w:p w14:paraId="3B524FBC" w14:textId="77777777" w:rsidR="007322FA" w:rsidRPr="00D85F89" w:rsidRDefault="00E91743">
      <w:pPr>
        <w:keepLines/>
        <w:ind w:left="198" w:hanging="142"/>
        <w:jc w:val="both"/>
        <w:rPr>
          <w:lang w:val="ru-RU"/>
        </w:rPr>
      </w:pPr>
      <w:r w:rsidRPr="00D85F89">
        <w:rPr>
          <w:lang w:val="ru-RU"/>
        </w:rPr>
        <w:t xml:space="preserve">• </w:t>
      </w:r>
      <w:proofErr w:type="spellStart"/>
      <w:r w:rsidRPr="00D85F89">
        <w:rPr>
          <w:lang w:val="ru-RU"/>
        </w:rPr>
        <w:t>Орындалған</w:t>
      </w:r>
      <w:proofErr w:type="spellEnd"/>
      <w:r w:rsidRPr="00D85F89">
        <w:rPr>
          <w:lang w:val="ru-RU"/>
        </w:rPr>
        <w:t xml:space="preserve"> </w:t>
      </w:r>
      <w:proofErr w:type="spellStart"/>
      <w:r w:rsidRPr="00D85F89">
        <w:rPr>
          <w:lang w:val="ru-RU"/>
        </w:rPr>
        <w:t>жұмыстарға</w:t>
      </w:r>
      <w:proofErr w:type="spellEnd"/>
      <w:r w:rsidRPr="00D85F89">
        <w:rPr>
          <w:lang w:val="ru-RU"/>
        </w:rPr>
        <w:t xml:space="preserve">, </w:t>
      </w:r>
      <w:proofErr w:type="spellStart"/>
      <w:r w:rsidRPr="00D85F89">
        <w:rPr>
          <w:lang w:val="ru-RU"/>
        </w:rPr>
        <w:t>құбыр</w:t>
      </w:r>
      <w:proofErr w:type="spellEnd"/>
      <w:r w:rsidRPr="00D85F89">
        <w:rPr>
          <w:lang w:val="ru-RU"/>
        </w:rPr>
        <w:t xml:space="preserve"> </w:t>
      </w:r>
      <w:proofErr w:type="spellStart"/>
      <w:r w:rsidRPr="00D85F89">
        <w:rPr>
          <w:lang w:val="ru-RU"/>
        </w:rPr>
        <w:t>қосылыстарының</w:t>
      </w:r>
      <w:proofErr w:type="spellEnd"/>
      <w:r w:rsidRPr="00D85F89">
        <w:rPr>
          <w:lang w:val="ru-RU"/>
        </w:rPr>
        <w:t xml:space="preserve"> </w:t>
      </w:r>
      <w:proofErr w:type="spellStart"/>
      <w:r w:rsidRPr="00D85F89">
        <w:rPr>
          <w:lang w:val="ru-RU"/>
        </w:rPr>
        <w:t>герметикалығына</w:t>
      </w:r>
      <w:proofErr w:type="spellEnd"/>
      <w:r w:rsidRPr="00D85F89">
        <w:rPr>
          <w:lang w:val="ru-RU"/>
        </w:rPr>
        <w:t xml:space="preserve">, </w:t>
      </w:r>
      <w:proofErr w:type="spellStart"/>
      <w:r w:rsidRPr="00D85F89">
        <w:rPr>
          <w:lang w:val="ru-RU"/>
        </w:rPr>
        <w:t>құдықтардың</w:t>
      </w:r>
      <w:proofErr w:type="spellEnd"/>
      <w:r w:rsidRPr="00D85F89">
        <w:rPr>
          <w:lang w:val="ru-RU"/>
        </w:rPr>
        <w:t xml:space="preserve"> </w:t>
      </w:r>
      <w:proofErr w:type="spellStart"/>
      <w:r w:rsidRPr="00D85F89">
        <w:rPr>
          <w:lang w:val="ru-RU"/>
        </w:rPr>
        <w:t>гидрооқшаулауына</w:t>
      </w:r>
      <w:proofErr w:type="spellEnd"/>
      <w:r w:rsidRPr="00D85F89">
        <w:rPr>
          <w:lang w:val="ru-RU"/>
        </w:rPr>
        <w:t xml:space="preserve"> </w:t>
      </w:r>
      <w:proofErr w:type="spellStart"/>
      <w:r w:rsidRPr="00D85F89">
        <w:rPr>
          <w:lang w:val="ru-RU"/>
        </w:rPr>
        <w:t>және</w:t>
      </w:r>
      <w:proofErr w:type="spellEnd"/>
      <w:r w:rsidRPr="00D85F89">
        <w:rPr>
          <w:lang w:val="ru-RU"/>
        </w:rPr>
        <w:t xml:space="preserve"> </w:t>
      </w:r>
      <w:proofErr w:type="spellStart"/>
      <w:r w:rsidRPr="00D85F89">
        <w:rPr>
          <w:lang w:val="ru-RU"/>
        </w:rPr>
        <w:t>қалпына</w:t>
      </w:r>
      <w:proofErr w:type="spellEnd"/>
      <w:r w:rsidRPr="00D85F89">
        <w:rPr>
          <w:lang w:val="ru-RU"/>
        </w:rPr>
        <w:t xml:space="preserve"> </w:t>
      </w:r>
      <w:proofErr w:type="spellStart"/>
      <w:r w:rsidRPr="00D85F89">
        <w:rPr>
          <w:lang w:val="ru-RU"/>
        </w:rPr>
        <w:t>келтірілген</w:t>
      </w:r>
      <w:proofErr w:type="spellEnd"/>
      <w:r w:rsidRPr="00D85F89">
        <w:rPr>
          <w:lang w:val="ru-RU"/>
        </w:rPr>
        <w:t xml:space="preserve"> </w:t>
      </w:r>
      <w:proofErr w:type="spellStart"/>
      <w:r w:rsidRPr="00D85F89">
        <w:rPr>
          <w:lang w:val="ru-RU"/>
        </w:rPr>
        <w:t>аумаққа</w:t>
      </w:r>
      <w:proofErr w:type="spellEnd"/>
      <w:r w:rsidRPr="00D85F89">
        <w:rPr>
          <w:lang w:val="ru-RU"/>
        </w:rPr>
        <w:t xml:space="preserve"> </w:t>
      </w:r>
      <w:proofErr w:type="spellStart"/>
      <w:r w:rsidRPr="00D85F89">
        <w:rPr>
          <w:lang w:val="ru-RU"/>
        </w:rPr>
        <w:t>кеп</w:t>
      </w:r>
      <w:r w:rsidRPr="00D85F89">
        <w:rPr>
          <w:lang w:val="ru-RU"/>
        </w:rPr>
        <w:t>ілдік</w:t>
      </w:r>
      <w:proofErr w:type="spellEnd"/>
      <w:r w:rsidRPr="00D85F89">
        <w:rPr>
          <w:lang w:val="ru-RU"/>
        </w:rPr>
        <w:t xml:space="preserve"> </w:t>
      </w:r>
      <w:proofErr w:type="spellStart"/>
      <w:r w:rsidRPr="00D85F89">
        <w:rPr>
          <w:lang w:val="ru-RU"/>
        </w:rPr>
        <w:t>мерзімі</w:t>
      </w:r>
      <w:proofErr w:type="spellEnd"/>
      <w:r w:rsidRPr="00D85F89">
        <w:rPr>
          <w:lang w:val="ru-RU"/>
        </w:rPr>
        <w:t xml:space="preserve"> </w:t>
      </w:r>
      <w:proofErr w:type="spellStart"/>
      <w:r w:rsidRPr="00D85F89">
        <w:rPr>
          <w:lang w:val="ru-RU"/>
        </w:rPr>
        <w:t>қорытынды</w:t>
      </w:r>
      <w:proofErr w:type="spellEnd"/>
      <w:r w:rsidRPr="00D85F89">
        <w:rPr>
          <w:lang w:val="ru-RU"/>
        </w:rPr>
        <w:t xml:space="preserve"> </w:t>
      </w:r>
      <w:proofErr w:type="spellStart"/>
      <w:r w:rsidRPr="00D85F89">
        <w:rPr>
          <w:lang w:val="ru-RU"/>
        </w:rPr>
        <w:t>қабылдау</w:t>
      </w:r>
      <w:proofErr w:type="spellEnd"/>
      <w:r w:rsidRPr="00D85F89">
        <w:rPr>
          <w:lang w:val="ru-RU"/>
        </w:rPr>
        <w:t xml:space="preserve"> </w:t>
      </w:r>
      <w:proofErr w:type="spellStart"/>
      <w:r w:rsidRPr="00D85F89">
        <w:rPr>
          <w:lang w:val="ru-RU"/>
        </w:rPr>
        <w:t>актісіне</w:t>
      </w:r>
      <w:proofErr w:type="spellEnd"/>
      <w:r w:rsidRPr="00D85F89">
        <w:rPr>
          <w:lang w:val="ru-RU"/>
        </w:rPr>
        <w:t xml:space="preserve"> </w:t>
      </w:r>
      <w:proofErr w:type="spellStart"/>
      <w:r w:rsidRPr="00D85F89">
        <w:rPr>
          <w:lang w:val="ru-RU"/>
        </w:rPr>
        <w:t>қол</w:t>
      </w:r>
      <w:proofErr w:type="spellEnd"/>
      <w:r w:rsidRPr="00D85F89">
        <w:rPr>
          <w:lang w:val="ru-RU"/>
        </w:rPr>
        <w:t xml:space="preserve"> </w:t>
      </w:r>
      <w:proofErr w:type="spellStart"/>
      <w:r w:rsidRPr="00D85F89">
        <w:rPr>
          <w:lang w:val="ru-RU"/>
        </w:rPr>
        <w:t>қойылған</w:t>
      </w:r>
      <w:proofErr w:type="spellEnd"/>
      <w:r w:rsidRPr="00D85F89">
        <w:rPr>
          <w:lang w:val="ru-RU"/>
        </w:rPr>
        <w:t xml:space="preserve"> </w:t>
      </w:r>
      <w:proofErr w:type="spellStart"/>
      <w:r w:rsidRPr="00D85F89">
        <w:rPr>
          <w:lang w:val="ru-RU"/>
        </w:rPr>
        <w:t>күннен</w:t>
      </w:r>
      <w:proofErr w:type="spellEnd"/>
      <w:r w:rsidRPr="00D85F89">
        <w:rPr>
          <w:lang w:val="ru-RU"/>
        </w:rPr>
        <w:t xml:space="preserve"> </w:t>
      </w:r>
      <w:proofErr w:type="spellStart"/>
      <w:r w:rsidRPr="00D85F89">
        <w:rPr>
          <w:lang w:val="ru-RU"/>
        </w:rPr>
        <w:t>бастап</w:t>
      </w:r>
      <w:proofErr w:type="spellEnd"/>
      <w:r w:rsidRPr="00D85F89">
        <w:rPr>
          <w:lang w:val="ru-RU"/>
        </w:rPr>
        <w:t xml:space="preserve"> 2 </w:t>
      </w:r>
      <w:proofErr w:type="spellStart"/>
      <w:r w:rsidRPr="00D85F89">
        <w:rPr>
          <w:lang w:val="ru-RU"/>
        </w:rPr>
        <w:t>айды</w:t>
      </w:r>
      <w:proofErr w:type="spellEnd"/>
      <w:r w:rsidRPr="00D85F89">
        <w:rPr>
          <w:lang w:val="ru-RU"/>
        </w:rPr>
        <w:t xml:space="preserve"> </w:t>
      </w:r>
      <w:proofErr w:type="spellStart"/>
      <w:r w:rsidRPr="00D85F89">
        <w:rPr>
          <w:lang w:val="ru-RU"/>
        </w:rPr>
        <w:t>құрайды</w:t>
      </w:r>
      <w:proofErr w:type="spellEnd"/>
      <w:r w:rsidRPr="00D85F89">
        <w:rPr>
          <w:lang w:val="ru-RU"/>
        </w:rPr>
        <w:t>.</w:t>
      </w:r>
    </w:p>
    <w:p w14:paraId="5FC9A61A" w14:textId="77777777" w:rsidR="007322FA" w:rsidRPr="00D85F89" w:rsidRDefault="00E91743">
      <w:pPr>
        <w:keepLines/>
        <w:ind w:left="198" w:hanging="142"/>
        <w:jc w:val="both"/>
        <w:rPr>
          <w:lang w:val="ru-RU"/>
        </w:rPr>
      </w:pPr>
      <w:r w:rsidRPr="00D85F89">
        <w:rPr>
          <w:lang w:val="ru-RU"/>
        </w:rPr>
        <w:t xml:space="preserve">• </w:t>
      </w:r>
      <w:proofErr w:type="spellStart"/>
      <w:r w:rsidRPr="00D85F89">
        <w:rPr>
          <w:lang w:val="ru-RU"/>
        </w:rPr>
        <w:t>Кепілдік</w:t>
      </w:r>
      <w:proofErr w:type="spellEnd"/>
      <w:r w:rsidRPr="00D85F89">
        <w:rPr>
          <w:lang w:val="ru-RU"/>
        </w:rPr>
        <w:t xml:space="preserve"> </w:t>
      </w:r>
      <w:proofErr w:type="spellStart"/>
      <w:r w:rsidRPr="00D85F89">
        <w:rPr>
          <w:lang w:val="ru-RU"/>
        </w:rPr>
        <w:t>кезеңінде</w:t>
      </w:r>
      <w:proofErr w:type="spellEnd"/>
      <w:r w:rsidRPr="00D85F89">
        <w:rPr>
          <w:lang w:val="ru-RU"/>
        </w:rPr>
        <w:t xml:space="preserve"> </w:t>
      </w:r>
      <w:proofErr w:type="spellStart"/>
      <w:r w:rsidRPr="00D85F89">
        <w:rPr>
          <w:lang w:val="ru-RU"/>
        </w:rPr>
        <w:t>ағып</w:t>
      </w:r>
      <w:proofErr w:type="spellEnd"/>
      <w:r w:rsidRPr="00D85F89">
        <w:rPr>
          <w:lang w:val="ru-RU"/>
        </w:rPr>
        <w:t xml:space="preserve"> кету, </w:t>
      </w:r>
      <w:proofErr w:type="spellStart"/>
      <w:r w:rsidRPr="00D85F89">
        <w:rPr>
          <w:lang w:val="ru-RU"/>
        </w:rPr>
        <w:t>бітелу</w:t>
      </w:r>
      <w:proofErr w:type="spellEnd"/>
      <w:r w:rsidRPr="00D85F89">
        <w:rPr>
          <w:lang w:val="ru-RU"/>
        </w:rPr>
        <w:t xml:space="preserve">, </w:t>
      </w:r>
      <w:proofErr w:type="spellStart"/>
      <w:r w:rsidRPr="00D85F89">
        <w:rPr>
          <w:lang w:val="ru-RU"/>
        </w:rPr>
        <w:t>құбырдың</w:t>
      </w:r>
      <w:proofErr w:type="spellEnd"/>
      <w:r w:rsidRPr="00D85F89">
        <w:rPr>
          <w:lang w:val="ru-RU"/>
        </w:rPr>
        <w:t xml:space="preserve"> </w:t>
      </w:r>
      <w:proofErr w:type="spellStart"/>
      <w:r w:rsidRPr="00D85F89">
        <w:rPr>
          <w:lang w:val="ru-RU"/>
        </w:rPr>
        <w:t>ығысуы</w:t>
      </w:r>
      <w:proofErr w:type="spellEnd"/>
      <w:r w:rsidRPr="00D85F89">
        <w:rPr>
          <w:lang w:val="ru-RU"/>
        </w:rPr>
        <w:t xml:space="preserve">, </w:t>
      </w:r>
      <w:proofErr w:type="spellStart"/>
      <w:r w:rsidRPr="00D85F89">
        <w:rPr>
          <w:lang w:val="ru-RU"/>
        </w:rPr>
        <w:t>траншеяның</w:t>
      </w:r>
      <w:proofErr w:type="spellEnd"/>
      <w:r w:rsidRPr="00D85F89">
        <w:rPr>
          <w:lang w:val="ru-RU"/>
        </w:rPr>
        <w:t xml:space="preserve"> </w:t>
      </w:r>
      <w:proofErr w:type="spellStart"/>
      <w:r w:rsidRPr="00D85F89">
        <w:rPr>
          <w:lang w:val="ru-RU"/>
        </w:rPr>
        <w:t>шөгуі</w:t>
      </w:r>
      <w:proofErr w:type="spellEnd"/>
      <w:r w:rsidRPr="00D85F89">
        <w:rPr>
          <w:lang w:val="ru-RU"/>
        </w:rPr>
        <w:t xml:space="preserve">, </w:t>
      </w:r>
      <w:proofErr w:type="spellStart"/>
      <w:r w:rsidRPr="00D85F89">
        <w:rPr>
          <w:lang w:val="ru-RU"/>
        </w:rPr>
        <w:t>люктің</w:t>
      </w:r>
      <w:proofErr w:type="spellEnd"/>
      <w:r w:rsidRPr="00D85F89">
        <w:rPr>
          <w:lang w:val="ru-RU"/>
        </w:rPr>
        <w:t xml:space="preserve"> </w:t>
      </w:r>
      <w:proofErr w:type="spellStart"/>
      <w:r w:rsidRPr="00D85F89">
        <w:rPr>
          <w:lang w:val="ru-RU"/>
        </w:rPr>
        <w:t>босап</w:t>
      </w:r>
      <w:proofErr w:type="spellEnd"/>
      <w:r w:rsidRPr="00D85F89">
        <w:rPr>
          <w:lang w:val="ru-RU"/>
        </w:rPr>
        <w:t xml:space="preserve"> </w:t>
      </w:r>
      <w:proofErr w:type="spellStart"/>
      <w:r w:rsidRPr="00D85F89">
        <w:rPr>
          <w:lang w:val="ru-RU"/>
        </w:rPr>
        <w:t>қалуы</w:t>
      </w:r>
      <w:proofErr w:type="spellEnd"/>
      <w:r w:rsidRPr="00D85F89">
        <w:rPr>
          <w:lang w:val="ru-RU"/>
        </w:rPr>
        <w:t xml:space="preserve"> </w:t>
      </w:r>
      <w:proofErr w:type="spellStart"/>
      <w:r w:rsidRPr="00D85F89">
        <w:rPr>
          <w:lang w:val="ru-RU"/>
        </w:rPr>
        <w:t>немесе</w:t>
      </w:r>
      <w:proofErr w:type="spellEnd"/>
      <w:r w:rsidRPr="00D85F89">
        <w:rPr>
          <w:lang w:val="ru-RU"/>
        </w:rPr>
        <w:t xml:space="preserve"> </w:t>
      </w:r>
      <w:proofErr w:type="spellStart"/>
      <w:r w:rsidRPr="00D85F89">
        <w:rPr>
          <w:lang w:val="ru-RU"/>
        </w:rPr>
        <w:t>қалпына</w:t>
      </w:r>
      <w:proofErr w:type="spellEnd"/>
      <w:r w:rsidRPr="00D85F89">
        <w:rPr>
          <w:lang w:val="ru-RU"/>
        </w:rPr>
        <w:t xml:space="preserve"> </w:t>
      </w:r>
      <w:proofErr w:type="spellStart"/>
      <w:r w:rsidRPr="00D85F89">
        <w:rPr>
          <w:lang w:val="ru-RU"/>
        </w:rPr>
        <w:t>келтірілген</w:t>
      </w:r>
      <w:proofErr w:type="spellEnd"/>
      <w:r w:rsidRPr="00D85F89">
        <w:rPr>
          <w:lang w:val="ru-RU"/>
        </w:rPr>
        <w:t xml:space="preserve"> </w:t>
      </w:r>
      <w:proofErr w:type="spellStart"/>
      <w:r w:rsidRPr="00D85F89">
        <w:rPr>
          <w:lang w:val="ru-RU"/>
        </w:rPr>
        <w:t>жабынның</w:t>
      </w:r>
      <w:proofErr w:type="spellEnd"/>
      <w:r w:rsidRPr="00D85F89">
        <w:rPr>
          <w:lang w:val="ru-RU"/>
        </w:rPr>
        <w:t xml:space="preserve"> </w:t>
      </w:r>
      <w:proofErr w:type="spellStart"/>
      <w:r w:rsidRPr="00D85F89">
        <w:rPr>
          <w:lang w:val="ru-RU"/>
        </w:rPr>
        <w:t>бұзылуы</w:t>
      </w:r>
      <w:proofErr w:type="spellEnd"/>
      <w:r w:rsidRPr="00D85F89">
        <w:rPr>
          <w:lang w:val="ru-RU"/>
        </w:rPr>
        <w:t xml:space="preserve"> </w:t>
      </w:r>
      <w:proofErr w:type="spellStart"/>
      <w:r w:rsidRPr="00D85F89">
        <w:rPr>
          <w:lang w:val="ru-RU"/>
        </w:rPr>
        <w:t>Мердігердің</w:t>
      </w:r>
      <w:proofErr w:type="spellEnd"/>
      <w:r w:rsidRPr="00D85F89">
        <w:rPr>
          <w:lang w:val="ru-RU"/>
        </w:rPr>
        <w:t xml:space="preserve"> </w:t>
      </w:r>
      <w:proofErr w:type="spellStart"/>
      <w:r w:rsidRPr="00D85F89">
        <w:rPr>
          <w:lang w:val="ru-RU"/>
        </w:rPr>
        <w:t>кінәсінен</w:t>
      </w:r>
      <w:proofErr w:type="spellEnd"/>
      <w:r w:rsidRPr="00D85F89">
        <w:rPr>
          <w:lang w:val="ru-RU"/>
        </w:rPr>
        <w:t xml:space="preserve"> </w:t>
      </w:r>
      <w:proofErr w:type="spellStart"/>
      <w:r w:rsidRPr="00D85F89">
        <w:rPr>
          <w:lang w:val="ru-RU"/>
        </w:rPr>
        <w:t>болса</w:t>
      </w:r>
      <w:proofErr w:type="spellEnd"/>
      <w:r w:rsidRPr="00D85F89">
        <w:rPr>
          <w:lang w:val="ru-RU"/>
        </w:rPr>
        <w:t xml:space="preserve">, </w:t>
      </w:r>
      <w:proofErr w:type="spellStart"/>
      <w:r w:rsidRPr="00D85F89">
        <w:rPr>
          <w:lang w:val="ru-RU"/>
        </w:rPr>
        <w:t>барл</w:t>
      </w:r>
      <w:r w:rsidRPr="00D85F89">
        <w:rPr>
          <w:lang w:val="ru-RU"/>
        </w:rPr>
        <w:t>ық</w:t>
      </w:r>
      <w:proofErr w:type="spellEnd"/>
      <w:r w:rsidRPr="00D85F89">
        <w:rPr>
          <w:lang w:val="ru-RU"/>
        </w:rPr>
        <w:t xml:space="preserve"> </w:t>
      </w:r>
      <w:proofErr w:type="spellStart"/>
      <w:r w:rsidRPr="00D85F89">
        <w:rPr>
          <w:lang w:val="ru-RU"/>
        </w:rPr>
        <w:t>ақау</w:t>
      </w:r>
      <w:proofErr w:type="spellEnd"/>
      <w:r w:rsidRPr="00D85F89">
        <w:rPr>
          <w:lang w:val="ru-RU"/>
        </w:rPr>
        <w:t xml:space="preserve"> </w:t>
      </w:r>
      <w:proofErr w:type="spellStart"/>
      <w:r w:rsidRPr="00D85F89">
        <w:rPr>
          <w:lang w:val="ru-RU"/>
        </w:rPr>
        <w:t>тегін</w:t>
      </w:r>
      <w:proofErr w:type="spellEnd"/>
      <w:r w:rsidRPr="00D85F89">
        <w:rPr>
          <w:lang w:val="ru-RU"/>
        </w:rPr>
        <w:t xml:space="preserve"> </w:t>
      </w:r>
      <w:proofErr w:type="spellStart"/>
      <w:r w:rsidRPr="00D85F89">
        <w:rPr>
          <w:lang w:val="ru-RU"/>
        </w:rPr>
        <w:t>жойылады</w:t>
      </w:r>
      <w:proofErr w:type="spellEnd"/>
      <w:r w:rsidRPr="00D85F89">
        <w:rPr>
          <w:lang w:val="ru-RU"/>
        </w:rPr>
        <w:t>.</w:t>
      </w:r>
    </w:p>
    <w:p w14:paraId="55F6263C" w14:textId="77777777" w:rsidR="007322FA" w:rsidRPr="00D85F89" w:rsidRDefault="00E91743">
      <w:pPr>
        <w:rPr>
          <w:lang w:val="ru-RU"/>
        </w:rPr>
      </w:pPr>
      <w:r w:rsidRPr="00D85F89">
        <w:rPr>
          <w:lang w:val="ru-RU"/>
        </w:rPr>
        <w:br w:type="page"/>
      </w:r>
    </w:p>
    <w:p w14:paraId="13E436BD" w14:textId="77777777" w:rsidR="007322FA" w:rsidRPr="00D85F89" w:rsidRDefault="00E91743">
      <w:pPr>
        <w:pStyle w:val="aa"/>
        <w:jc w:val="center"/>
        <w:rPr>
          <w:lang w:val="ru-RU"/>
        </w:rPr>
      </w:pPr>
      <w:r w:rsidRPr="00D85F89">
        <w:rPr>
          <w:rFonts w:ascii="Arial" w:hAnsi="Arial"/>
          <w:sz w:val="30"/>
          <w:lang w:val="ru-RU"/>
        </w:rPr>
        <w:lastRenderedPageBreak/>
        <w:t>ТЕХНИЧЕСКАЯ СПЕЦИФИКАЦИЯ</w:t>
      </w:r>
    </w:p>
    <w:p w14:paraId="3514A75C" w14:textId="7E60C460" w:rsidR="007322FA" w:rsidRPr="00D85F89" w:rsidRDefault="007322FA">
      <w:pPr>
        <w:jc w:val="center"/>
        <w:rPr>
          <w:lang w:val="ru-RU"/>
        </w:rPr>
      </w:pPr>
    </w:p>
    <w:tbl>
      <w:tblPr>
        <w:tblW w:w="0" w:type="auto"/>
        <w:tblBorders>
          <w:top w:val="single" w:sz="6" w:space="0" w:color="D9D9D9"/>
          <w:left w:val="single" w:sz="6" w:space="0" w:color="D9D9D9"/>
          <w:bottom w:val="single" w:sz="6" w:space="0" w:color="D9D9D9"/>
          <w:right w:val="single" w:sz="6" w:space="0" w:color="D9D9D9"/>
          <w:insideH w:val="single" w:sz="6" w:space="0" w:color="D9D9D9"/>
          <w:insideV w:val="single" w:sz="6" w:space="0" w:color="D9D9D9"/>
        </w:tblBorders>
        <w:tblLayout w:type="fixed"/>
        <w:tblLook w:val="04A0" w:firstRow="1" w:lastRow="0" w:firstColumn="1" w:lastColumn="0" w:noHBand="0" w:noVBand="1"/>
      </w:tblPr>
      <w:tblGrid>
        <w:gridCol w:w="633"/>
        <w:gridCol w:w="3608"/>
        <w:gridCol w:w="1646"/>
        <w:gridCol w:w="4432"/>
      </w:tblGrid>
      <w:tr w:rsidR="007322FA" w14:paraId="45FBBA54" w14:textId="77777777" w:rsidTr="00D85F89">
        <w:trPr>
          <w:trHeight w:val="252"/>
        </w:trPr>
        <w:tc>
          <w:tcPr>
            <w:tcW w:w="633" w:type="dxa"/>
            <w:shd w:val="clear" w:color="auto" w:fill="24557A"/>
            <w:tcMar>
              <w:top w:w="85" w:type="dxa"/>
              <w:left w:w="85" w:type="dxa"/>
              <w:bottom w:w="85" w:type="dxa"/>
              <w:right w:w="85" w:type="dxa"/>
            </w:tcMar>
            <w:vAlign w:val="center"/>
          </w:tcPr>
          <w:p w14:paraId="74653ED3" w14:textId="77777777" w:rsidR="007322FA" w:rsidRDefault="00E91743">
            <w:pPr>
              <w:jc w:val="center"/>
            </w:pPr>
            <w:r>
              <w:rPr>
                <w:b/>
                <w:color w:val="FFFFFF"/>
                <w:sz w:val="16"/>
              </w:rPr>
              <w:t>№</w:t>
            </w:r>
          </w:p>
        </w:tc>
        <w:tc>
          <w:tcPr>
            <w:tcW w:w="3608" w:type="dxa"/>
            <w:shd w:val="clear" w:color="auto" w:fill="24557A"/>
            <w:tcMar>
              <w:top w:w="85" w:type="dxa"/>
              <w:left w:w="85" w:type="dxa"/>
              <w:bottom w:w="85" w:type="dxa"/>
              <w:right w:w="85" w:type="dxa"/>
            </w:tcMar>
            <w:vAlign w:val="center"/>
          </w:tcPr>
          <w:p w14:paraId="6B280CA7" w14:textId="77777777" w:rsidR="007322FA" w:rsidRDefault="00E91743">
            <w:pPr>
              <w:jc w:val="center"/>
            </w:pPr>
            <w:r>
              <w:rPr>
                <w:b/>
                <w:color w:val="FFFFFF"/>
                <w:sz w:val="16"/>
              </w:rPr>
              <w:t>Основной показатель</w:t>
            </w:r>
          </w:p>
        </w:tc>
        <w:tc>
          <w:tcPr>
            <w:tcW w:w="1646" w:type="dxa"/>
            <w:shd w:val="clear" w:color="auto" w:fill="24557A"/>
            <w:tcMar>
              <w:top w:w="85" w:type="dxa"/>
              <w:left w:w="85" w:type="dxa"/>
              <w:bottom w:w="85" w:type="dxa"/>
              <w:right w:w="85" w:type="dxa"/>
            </w:tcMar>
            <w:vAlign w:val="center"/>
          </w:tcPr>
          <w:p w14:paraId="7A7A4100" w14:textId="77777777" w:rsidR="007322FA" w:rsidRDefault="00E91743">
            <w:pPr>
              <w:jc w:val="center"/>
            </w:pPr>
            <w:r>
              <w:rPr>
                <w:b/>
                <w:color w:val="FFFFFF"/>
                <w:sz w:val="16"/>
              </w:rPr>
              <w:t>Единица</w:t>
            </w:r>
          </w:p>
        </w:tc>
        <w:tc>
          <w:tcPr>
            <w:tcW w:w="4432" w:type="dxa"/>
            <w:shd w:val="clear" w:color="auto" w:fill="24557A"/>
            <w:tcMar>
              <w:top w:w="85" w:type="dxa"/>
              <w:left w:w="85" w:type="dxa"/>
              <w:bottom w:w="85" w:type="dxa"/>
              <w:right w:w="85" w:type="dxa"/>
            </w:tcMar>
            <w:vAlign w:val="center"/>
          </w:tcPr>
          <w:p w14:paraId="3F1C9137" w14:textId="77777777" w:rsidR="007322FA" w:rsidRDefault="00E91743">
            <w:pPr>
              <w:jc w:val="center"/>
            </w:pPr>
            <w:r>
              <w:rPr>
                <w:b/>
                <w:color w:val="FFFFFF"/>
                <w:sz w:val="16"/>
              </w:rPr>
              <w:t>Значение</w:t>
            </w:r>
          </w:p>
        </w:tc>
      </w:tr>
      <w:tr w:rsidR="007322FA" w14:paraId="0CCACC85" w14:textId="77777777" w:rsidTr="00D85F89">
        <w:trPr>
          <w:trHeight w:val="445"/>
        </w:trPr>
        <w:tc>
          <w:tcPr>
            <w:tcW w:w="633" w:type="dxa"/>
            <w:tcMar>
              <w:top w:w="85" w:type="dxa"/>
              <w:left w:w="85" w:type="dxa"/>
              <w:bottom w:w="85" w:type="dxa"/>
              <w:right w:w="85" w:type="dxa"/>
            </w:tcMar>
            <w:vAlign w:val="center"/>
          </w:tcPr>
          <w:p w14:paraId="65281011" w14:textId="77777777" w:rsidR="007322FA" w:rsidRDefault="00E91743">
            <w:pPr>
              <w:jc w:val="center"/>
            </w:pPr>
            <w:r>
              <w:rPr>
                <w:sz w:val="16"/>
              </w:rPr>
              <w:t>1</w:t>
            </w:r>
          </w:p>
        </w:tc>
        <w:tc>
          <w:tcPr>
            <w:tcW w:w="3608" w:type="dxa"/>
            <w:tcMar>
              <w:top w:w="85" w:type="dxa"/>
              <w:left w:w="85" w:type="dxa"/>
              <w:bottom w:w="85" w:type="dxa"/>
              <w:right w:w="85" w:type="dxa"/>
            </w:tcMar>
            <w:vAlign w:val="center"/>
          </w:tcPr>
          <w:p w14:paraId="4CFD3710" w14:textId="77777777" w:rsidR="007322FA" w:rsidRDefault="00E91743">
            <w:r>
              <w:rPr>
                <w:sz w:val="16"/>
              </w:rPr>
              <w:t>Демонтаж старых канализационных труб</w:t>
            </w:r>
          </w:p>
        </w:tc>
        <w:tc>
          <w:tcPr>
            <w:tcW w:w="1646" w:type="dxa"/>
            <w:tcMar>
              <w:top w:w="85" w:type="dxa"/>
              <w:left w:w="85" w:type="dxa"/>
              <w:bottom w:w="85" w:type="dxa"/>
              <w:right w:w="85" w:type="dxa"/>
            </w:tcMar>
            <w:vAlign w:val="center"/>
          </w:tcPr>
          <w:p w14:paraId="29364751" w14:textId="77777777" w:rsidR="007322FA" w:rsidRDefault="00E91743">
            <w:r>
              <w:rPr>
                <w:sz w:val="16"/>
              </w:rPr>
              <w:t>м</w:t>
            </w:r>
          </w:p>
        </w:tc>
        <w:tc>
          <w:tcPr>
            <w:tcW w:w="4432" w:type="dxa"/>
            <w:tcMar>
              <w:top w:w="85" w:type="dxa"/>
              <w:left w:w="85" w:type="dxa"/>
              <w:bottom w:w="85" w:type="dxa"/>
              <w:right w:w="85" w:type="dxa"/>
            </w:tcMar>
            <w:vAlign w:val="center"/>
          </w:tcPr>
          <w:p w14:paraId="225AB47C" w14:textId="77777777" w:rsidR="007322FA" w:rsidRDefault="00E91743">
            <w:pPr>
              <w:jc w:val="center"/>
            </w:pPr>
            <w:r>
              <w:rPr>
                <w:sz w:val="16"/>
              </w:rPr>
              <w:t>500</w:t>
            </w:r>
          </w:p>
        </w:tc>
      </w:tr>
      <w:tr w:rsidR="007322FA" w14:paraId="1755AE1D" w14:textId="77777777" w:rsidTr="00D85F89">
        <w:trPr>
          <w:trHeight w:val="252"/>
        </w:trPr>
        <w:tc>
          <w:tcPr>
            <w:tcW w:w="633" w:type="dxa"/>
            <w:shd w:val="clear" w:color="auto" w:fill="F2F6F9"/>
            <w:tcMar>
              <w:top w:w="85" w:type="dxa"/>
              <w:left w:w="85" w:type="dxa"/>
              <w:bottom w:w="85" w:type="dxa"/>
              <w:right w:w="85" w:type="dxa"/>
            </w:tcMar>
            <w:vAlign w:val="center"/>
          </w:tcPr>
          <w:p w14:paraId="5B14CB21" w14:textId="77777777" w:rsidR="007322FA" w:rsidRDefault="00E91743">
            <w:pPr>
              <w:jc w:val="center"/>
            </w:pPr>
            <w:r>
              <w:rPr>
                <w:sz w:val="16"/>
              </w:rPr>
              <w:t>2</w:t>
            </w:r>
          </w:p>
        </w:tc>
        <w:tc>
          <w:tcPr>
            <w:tcW w:w="3608" w:type="dxa"/>
            <w:shd w:val="clear" w:color="auto" w:fill="F2F6F9"/>
            <w:tcMar>
              <w:top w:w="85" w:type="dxa"/>
              <w:left w:w="85" w:type="dxa"/>
              <w:bottom w:w="85" w:type="dxa"/>
              <w:right w:w="85" w:type="dxa"/>
            </w:tcMar>
            <w:vAlign w:val="center"/>
          </w:tcPr>
          <w:p w14:paraId="47C18F66" w14:textId="77777777" w:rsidR="007322FA" w:rsidRPr="00D85F89" w:rsidRDefault="00E91743">
            <w:pPr>
              <w:rPr>
                <w:lang w:val="ru-RU"/>
              </w:rPr>
            </w:pPr>
            <w:r w:rsidRPr="00D85F89">
              <w:rPr>
                <w:sz w:val="16"/>
                <w:lang w:val="ru-RU"/>
              </w:rPr>
              <w:t xml:space="preserve">Новая </w:t>
            </w:r>
            <w:r w:rsidRPr="00D85F89">
              <w:rPr>
                <w:sz w:val="16"/>
                <w:lang w:val="ru-RU"/>
              </w:rPr>
              <w:t>канализационная труба Ø160 мм</w:t>
            </w:r>
          </w:p>
        </w:tc>
        <w:tc>
          <w:tcPr>
            <w:tcW w:w="1646" w:type="dxa"/>
            <w:shd w:val="clear" w:color="auto" w:fill="F2F6F9"/>
            <w:tcMar>
              <w:top w:w="85" w:type="dxa"/>
              <w:left w:w="85" w:type="dxa"/>
              <w:bottom w:w="85" w:type="dxa"/>
              <w:right w:w="85" w:type="dxa"/>
            </w:tcMar>
            <w:vAlign w:val="center"/>
          </w:tcPr>
          <w:p w14:paraId="67A710CC" w14:textId="77777777" w:rsidR="007322FA" w:rsidRDefault="00E91743">
            <w:r>
              <w:rPr>
                <w:sz w:val="16"/>
              </w:rPr>
              <w:t>м</w:t>
            </w:r>
          </w:p>
        </w:tc>
        <w:tc>
          <w:tcPr>
            <w:tcW w:w="4432" w:type="dxa"/>
            <w:shd w:val="clear" w:color="auto" w:fill="F2F6F9"/>
            <w:tcMar>
              <w:top w:w="85" w:type="dxa"/>
              <w:left w:w="85" w:type="dxa"/>
              <w:bottom w:w="85" w:type="dxa"/>
              <w:right w:w="85" w:type="dxa"/>
            </w:tcMar>
            <w:vAlign w:val="center"/>
          </w:tcPr>
          <w:p w14:paraId="0F3C4CA9" w14:textId="77777777" w:rsidR="007322FA" w:rsidRDefault="00E91743">
            <w:pPr>
              <w:jc w:val="center"/>
            </w:pPr>
            <w:r>
              <w:rPr>
                <w:sz w:val="16"/>
              </w:rPr>
              <w:t>500</w:t>
            </w:r>
          </w:p>
        </w:tc>
      </w:tr>
      <w:tr w:rsidR="007322FA" w14:paraId="19BCB56C" w14:textId="77777777" w:rsidTr="00D85F89">
        <w:trPr>
          <w:trHeight w:val="264"/>
        </w:trPr>
        <w:tc>
          <w:tcPr>
            <w:tcW w:w="633" w:type="dxa"/>
            <w:tcMar>
              <w:top w:w="85" w:type="dxa"/>
              <w:left w:w="85" w:type="dxa"/>
              <w:bottom w:w="85" w:type="dxa"/>
              <w:right w:w="85" w:type="dxa"/>
            </w:tcMar>
            <w:vAlign w:val="center"/>
          </w:tcPr>
          <w:p w14:paraId="4D054349" w14:textId="77777777" w:rsidR="007322FA" w:rsidRDefault="00E91743">
            <w:pPr>
              <w:jc w:val="center"/>
            </w:pPr>
            <w:r>
              <w:rPr>
                <w:sz w:val="16"/>
              </w:rPr>
              <w:t>3</w:t>
            </w:r>
          </w:p>
        </w:tc>
        <w:tc>
          <w:tcPr>
            <w:tcW w:w="3608" w:type="dxa"/>
            <w:tcMar>
              <w:top w:w="85" w:type="dxa"/>
              <w:left w:w="85" w:type="dxa"/>
              <w:bottom w:w="85" w:type="dxa"/>
              <w:right w:w="85" w:type="dxa"/>
            </w:tcMar>
            <w:vAlign w:val="center"/>
          </w:tcPr>
          <w:p w14:paraId="5DF31C90" w14:textId="77777777" w:rsidR="007322FA" w:rsidRDefault="00E91743">
            <w:r>
              <w:rPr>
                <w:sz w:val="16"/>
              </w:rPr>
              <w:t>Отводы Ø160 мм</w:t>
            </w:r>
          </w:p>
        </w:tc>
        <w:tc>
          <w:tcPr>
            <w:tcW w:w="1646" w:type="dxa"/>
            <w:tcMar>
              <w:top w:w="85" w:type="dxa"/>
              <w:left w:w="85" w:type="dxa"/>
              <w:bottom w:w="85" w:type="dxa"/>
              <w:right w:w="85" w:type="dxa"/>
            </w:tcMar>
            <w:vAlign w:val="center"/>
          </w:tcPr>
          <w:p w14:paraId="529BA05F" w14:textId="77777777" w:rsidR="007322FA" w:rsidRDefault="00E91743">
            <w:r>
              <w:rPr>
                <w:sz w:val="16"/>
              </w:rPr>
              <w:t>шт.</w:t>
            </w:r>
          </w:p>
        </w:tc>
        <w:tc>
          <w:tcPr>
            <w:tcW w:w="4432" w:type="dxa"/>
            <w:tcMar>
              <w:top w:w="85" w:type="dxa"/>
              <w:left w:w="85" w:type="dxa"/>
              <w:bottom w:w="85" w:type="dxa"/>
              <w:right w:w="85" w:type="dxa"/>
            </w:tcMar>
            <w:vAlign w:val="center"/>
          </w:tcPr>
          <w:p w14:paraId="3764311B" w14:textId="77777777" w:rsidR="007322FA" w:rsidRDefault="00E91743">
            <w:pPr>
              <w:jc w:val="center"/>
            </w:pPr>
            <w:r>
              <w:rPr>
                <w:sz w:val="16"/>
              </w:rPr>
              <w:t>60</w:t>
            </w:r>
          </w:p>
        </w:tc>
      </w:tr>
      <w:tr w:rsidR="007322FA" w14:paraId="2A67C001" w14:textId="77777777" w:rsidTr="00D85F89">
        <w:trPr>
          <w:trHeight w:val="252"/>
        </w:trPr>
        <w:tc>
          <w:tcPr>
            <w:tcW w:w="633" w:type="dxa"/>
            <w:shd w:val="clear" w:color="auto" w:fill="F2F6F9"/>
            <w:tcMar>
              <w:top w:w="85" w:type="dxa"/>
              <w:left w:w="85" w:type="dxa"/>
              <w:bottom w:w="85" w:type="dxa"/>
              <w:right w:w="85" w:type="dxa"/>
            </w:tcMar>
            <w:vAlign w:val="center"/>
          </w:tcPr>
          <w:p w14:paraId="7788B730" w14:textId="77777777" w:rsidR="007322FA" w:rsidRDefault="00E91743">
            <w:pPr>
              <w:jc w:val="center"/>
            </w:pPr>
            <w:r>
              <w:rPr>
                <w:sz w:val="16"/>
              </w:rPr>
              <w:t>4</w:t>
            </w:r>
          </w:p>
        </w:tc>
        <w:tc>
          <w:tcPr>
            <w:tcW w:w="3608" w:type="dxa"/>
            <w:shd w:val="clear" w:color="auto" w:fill="F2F6F9"/>
            <w:tcMar>
              <w:top w:w="85" w:type="dxa"/>
              <w:left w:w="85" w:type="dxa"/>
              <w:bottom w:w="85" w:type="dxa"/>
              <w:right w:w="85" w:type="dxa"/>
            </w:tcMar>
            <w:vAlign w:val="center"/>
          </w:tcPr>
          <w:p w14:paraId="52E8AD2A" w14:textId="77777777" w:rsidR="007322FA" w:rsidRDefault="00E91743">
            <w:r>
              <w:rPr>
                <w:sz w:val="16"/>
              </w:rPr>
              <w:t>Ремонт канализационных колодцев</w:t>
            </w:r>
          </w:p>
        </w:tc>
        <w:tc>
          <w:tcPr>
            <w:tcW w:w="1646" w:type="dxa"/>
            <w:shd w:val="clear" w:color="auto" w:fill="F2F6F9"/>
            <w:tcMar>
              <w:top w:w="85" w:type="dxa"/>
              <w:left w:w="85" w:type="dxa"/>
              <w:bottom w:w="85" w:type="dxa"/>
              <w:right w:w="85" w:type="dxa"/>
            </w:tcMar>
            <w:vAlign w:val="center"/>
          </w:tcPr>
          <w:p w14:paraId="4348007F" w14:textId="77777777" w:rsidR="007322FA" w:rsidRDefault="00E91743">
            <w:r>
              <w:rPr>
                <w:sz w:val="16"/>
              </w:rPr>
              <w:t>шт.</w:t>
            </w:r>
          </w:p>
        </w:tc>
        <w:tc>
          <w:tcPr>
            <w:tcW w:w="4432" w:type="dxa"/>
            <w:shd w:val="clear" w:color="auto" w:fill="F2F6F9"/>
            <w:tcMar>
              <w:top w:w="85" w:type="dxa"/>
              <w:left w:w="85" w:type="dxa"/>
              <w:bottom w:w="85" w:type="dxa"/>
              <w:right w:w="85" w:type="dxa"/>
            </w:tcMar>
            <w:vAlign w:val="center"/>
          </w:tcPr>
          <w:p w14:paraId="3C47D29E" w14:textId="77777777" w:rsidR="007322FA" w:rsidRDefault="00E91743">
            <w:pPr>
              <w:jc w:val="center"/>
            </w:pPr>
            <w:r>
              <w:rPr>
                <w:sz w:val="16"/>
              </w:rPr>
              <w:t>3</w:t>
            </w:r>
          </w:p>
        </w:tc>
      </w:tr>
      <w:tr w:rsidR="007322FA" w14:paraId="05B76580" w14:textId="77777777" w:rsidTr="00D85F89">
        <w:trPr>
          <w:trHeight w:val="252"/>
        </w:trPr>
        <w:tc>
          <w:tcPr>
            <w:tcW w:w="633" w:type="dxa"/>
            <w:tcMar>
              <w:top w:w="85" w:type="dxa"/>
              <w:left w:w="85" w:type="dxa"/>
              <w:bottom w:w="85" w:type="dxa"/>
              <w:right w:w="85" w:type="dxa"/>
            </w:tcMar>
            <w:vAlign w:val="center"/>
          </w:tcPr>
          <w:p w14:paraId="693DC093" w14:textId="77777777" w:rsidR="007322FA" w:rsidRDefault="00E91743">
            <w:pPr>
              <w:jc w:val="center"/>
            </w:pPr>
            <w:r>
              <w:rPr>
                <w:sz w:val="16"/>
              </w:rPr>
              <w:t>5</w:t>
            </w:r>
          </w:p>
        </w:tc>
        <w:tc>
          <w:tcPr>
            <w:tcW w:w="3608" w:type="dxa"/>
            <w:tcMar>
              <w:top w:w="85" w:type="dxa"/>
              <w:left w:w="85" w:type="dxa"/>
              <w:bottom w:w="85" w:type="dxa"/>
              <w:right w:w="85" w:type="dxa"/>
            </w:tcMar>
            <w:vAlign w:val="center"/>
          </w:tcPr>
          <w:p w14:paraId="0111BBEC" w14:textId="77777777" w:rsidR="007322FA" w:rsidRDefault="00E91743">
            <w:r>
              <w:rPr>
                <w:sz w:val="16"/>
              </w:rPr>
              <w:t>Чугунный люк с рамой</w:t>
            </w:r>
          </w:p>
        </w:tc>
        <w:tc>
          <w:tcPr>
            <w:tcW w:w="1646" w:type="dxa"/>
            <w:tcMar>
              <w:top w:w="85" w:type="dxa"/>
              <w:left w:w="85" w:type="dxa"/>
              <w:bottom w:w="85" w:type="dxa"/>
              <w:right w:w="85" w:type="dxa"/>
            </w:tcMar>
            <w:vAlign w:val="center"/>
          </w:tcPr>
          <w:p w14:paraId="2062EB28" w14:textId="77777777" w:rsidR="007322FA" w:rsidRDefault="00E91743">
            <w:r>
              <w:rPr>
                <w:sz w:val="16"/>
              </w:rPr>
              <w:t>комплект</w:t>
            </w:r>
          </w:p>
        </w:tc>
        <w:tc>
          <w:tcPr>
            <w:tcW w:w="4432" w:type="dxa"/>
            <w:tcMar>
              <w:top w:w="85" w:type="dxa"/>
              <w:left w:w="85" w:type="dxa"/>
              <w:bottom w:w="85" w:type="dxa"/>
              <w:right w:w="85" w:type="dxa"/>
            </w:tcMar>
            <w:vAlign w:val="center"/>
          </w:tcPr>
          <w:p w14:paraId="0DE42DA2" w14:textId="77777777" w:rsidR="007322FA" w:rsidRDefault="00E91743">
            <w:pPr>
              <w:jc w:val="center"/>
            </w:pPr>
            <w:r>
              <w:rPr>
                <w:sz w:val="16"/>
              </w:rPr>
              <w:t>3</w:t>
            </w:r>
          </w:p>
        </w:tc>
      </w:tr>
      <w:tr w:rsidR="007322FA" w14:paraId="1E18F5A4" w14:textId="77777777" w:rsidTr="00D85F89">
        <w:trPr>
          <w:trHeight w:val="252"/>
        </w:trPr>
        <w:tc>
          <w:tcPr>
            <w:tcW w:w="633" w:type="dxa"/>
            <w:shd w:val="clear" w:color="auto" w:fill="F2F6F9"/>
            <w:tcMar>
              <w:top w:w="85" w:type="dxa"/>
              <w:left w:w="85" w:type="dxa"/>
              <w:bottom w:w="85" w:type="dxa"/>
              <w:right w:w="85" w:type="dxa"/>
            </w:tcMar>
            <w:vAlign w:val="center"/>
          </w:tcPr>
          <w:p w14:paraId="67BD9FD3" w14:textId="77777777" w:rsidR="007322FA" w:rsidRDefault="00E91743">
            <w:pPr>
              <w:jc w:val="center"/>
            </w:pPr>
            <w:r>
              <w:rPr>
                <w:sz w:val="16"/>
              </w:rPr>
              <w:t>6</w:t>
            </w:r>
          </w:p>
        </w:tc>
        <w:tc>
          <w:tcPr>
            <w:tcW w:w="3608" w:type="dxa"/>
            <w:shd w:val="clear" w:color="auto" w:fill="F2F6F9"/>
            <w:tcMar>
              <w:top w:w="85" w:type="dxa"/>
              <w:left w:w="85" w:type="dxa"/>
              <w:bottom w:w="85" w:type="dxa"/>
              <w:right w:w="85" w:type="dxa"/>
            </w:tcMar>
            <w:vAlign w:val="center"/>
          </w:tcPr>
          <w:p w14:paraId="70A94C4F" w14:textId="77777777" w:rsidR="007322FA" w:rsidRDefault="00E91743">
            <w:r>
              <w:rPr>
                <w:sz w:val="16"/>
              </w:rPr>
              <w:t>Размер траншеи</w:t>
            </w:r>
          </w:p>
        </w:tc>
        <w:tc>
          <w:tcPr>
            <w:tcW w:w="1646" w:type="dxa"/>
            <w:shd w:val="clear" w:color="auto" w:fill="F2F6F9"/>
            <w:tcMar>
              <w:top w:w="85" w:type="dxa"/>
              <w:left w:w="85" w:type="dxa"/>
              <w:bottom w:w="85" w:type="dxa"/>
              <w:right w:w="85" w:type="dxa"/>
            </w:tcMar>
            <w:vAlign w:val="center"/>
          </w:tcPr>
          <w:p w14:paraId="29E17560" w14:textId="77777777" w:rsidR="007322FA" w:rsidRDefault="00E91743">
            <w:r>
              <w:rPr>
                <w:sz w:val="16"/>
              </w:rPr>
              <w:t>м</w:t>
            </w:r>
          </w:p>
        </w:tc>
        <w:tc>
          <w:tcPr>
            <w:tcW w:w="4432" w:type="dxa"/>
            <w:shd w:val="clear" w:color="auto" w:fill="F2F6F9"/>
            <w:tcMar>
              <w:top w:w="85" w:type="dxa"/>
              <w:left w:w="85" w:type="dxa"/>
              <w:bottom w:w="85" w:type="dxa"/>
              <w:right w:w="85" w:type="dxa"/>
            </w:tcMar>
            <w:vAlign w:val="center"/>
          </w:tcPr>
          <w:p w14:paraId="4960B552" w14:textId="77777777" w:rsidR="007322FA" w:rsidRDefault="00E91743">
            <w:pPr>
              <w:jc w:val="center"/>
            </w:pPr>
            <w:r>
              <w:rPr>
                <w:sz w:val="16"/>
              </w:rPr>
              <w:t>500 × 2,5 × 1,0</w:t>
            </w:r>
          </w:p>
        </w:tc>
      </w:tr>
      <w:tr w:rsidR="007322FA" w14:paraId="7B692DD0" w14:textId="77777777" w:rsidTr="00D85F89">
        <w:trPr>
          <w:trHeight w:val="445"/>
        </w:trPr>
        <w:tc>
          <w:tcPr>
            <w:tcW w:w="633" w:type="dxa"/>
            <w:tcMar>
              <w:top w:w="85" w:type="dxa"/>
              <w:left w:w="85" w:type="dxa"/>
              <w:bottom w:w="85" w:type="dxa"/>
              <w:right w:w="85" w:type="dxa"/>
            </w:tcMar>
            <w:vAlign w:val="center"/>
          </w:tcPr>
          <w:p w14:paraId="3E9448CE" w14:textId="77777777" w:rsidR="007322FA" w:rsidRDefault="00E91743">
            <w:pPr>
              <w:jc w:val="center"/>
            </w:pPr>
            <w:r>
              <w:rPr>
                <w:sz w:val="16"/>
              </w:rPr>
              <w:t>7</w:t>
            </w:r>
          </w:p>
        </w:tc>
        <w:tc>
          <w:tcPr>
            <w:tcW w:w="3608" w:type="dxa"/>
            <w:tcMar>
              <w:top w:w="85" w:type="dxa"/>
              <w:left w:w="85" w:type="dxa"/>
              <w:bottom w:w="85" w:type="dxa"/>
              <w:right w:w="85" w:type="dxa"/>
            </w:tcMar>
            <w:vAlign w:val="center"/>
          </w:tcPr>
          <w:p w14:paraId="59B9D177" w14:textId="77777777" w:rsidR="007322FA" w:rsidRDefault="00E91743">
            <w:r>
              <w:rPr>
                <w:sz w:val="16"/>
              </w:rPr>
              <w:t>Срок выполнения</w:t>
            </w:r>
          </w:p>
        </w:tc>
        <w:tc>
          <w:tcPr>
            <w:tcW w:w="1646" w:type="dxa"/>
            <w:tcMar>
              <w:top w:w="85" w:type="dxa"/>
              <w:left w:w="85" w:type="dxa"/>
              <w:bottom w:w="85" w:type="dxa"/>
              <w:right w:w="85" w:type="dxa"/>
            </w:tcMar>
            <w:vAlign w:val="center"/>
          </w:tcPr>
          <w:p w14:paraId="48A598C6" w14:textId="77777777" w:rsidR="007322FA" w:rsidRDefault="00E91743">
            <w:r>
              <w:rPr>
                <w:sz w:val="16"/>
              </w:rPr>
              <w:t>календарные дни</w:t>
            </w:r>
          </w:p>
        </w:tc>
        <w:tc>
          <w:tcPr>
            <w:tcW w:w="4432" w:type="dxa"/>
            <w:tcMar>
              <w:top w:w="85" w:type="dxa"/>
              <w:left w:w="85" w:type="dxa"/>
              <w:bottom w:w="85" w:type="dxa"/>
              <w:right w:w="85" w:type="dxa"/>
            </w:tcMar>
            <w:vAlign w:val="center"/>
          </w:tcPr>
          <w:p w14:paraId="13E2B5E7" w14:textId="77777777" w:rsidR="007322FA" w:rsidRDefault="00E91743">
            <w:pPr>
              <w:jc w:val="center"/>
            </w:pPr>
            <w:r>
              <w:rPr>
                <w:sz w:val="16"/>
              </w:rPr>
              <w:t>15</w:t>
            </w:r>
          </w:p>
        </w:tc>
      </w:tr>
      <w:tr w:rsidR="007322FA" w14:paraId="6EFDD057" w14:textId="77777777" w:rsidTr="00D85F89">
        <w:trPr>
          <w:trHeight w:val="264"/>
        </w:trPr>
        <w:tc>
          <w:tcPr>
            <w:tcW w:w="633" w:type="dxa"/>
            <w:shd w:val="clear" w:color="auto" w:fill="F2F6F9"/>
            <w:tcMar>
              <w:top w:w="85" w:type="dxa"/>
              <w:left w:w="85" w:type="dxa"/>
              <w:bottom w:w="85" w:type="dxa"/>
              <w:right w:w="85" w:type="dxa"/>
            </w:tcMar>
            <w:vAlign w:val="center"/>
          </w:tcPr>
          <w:p w14:paraId="0D0F8F09" w14:textId="77777777" w:rsidR="007322FA" w:rsidRDefault="00E91743">
            <w:pPr>
              <w:jc w:val="center"/>
            </w:pPr>
            <w:r>
              <w:rPr>
                <w:sz w:val="16"/>
              </w:rPr>
              <w:t>8</w:t>
            </w:r>
          </w:p>
        </w:tc>
        <w:tc>
          <w:tcPr>
            <w:tcW w:w="3608" w:type="dxa"/>
            <w:shd w:val="clear" w:color="auto" w:fill="F2F6F9"/>
            <w:tcMar>
              <w:top w:w="85" w:type="dxa"/>
              <w:left w:w="85" w:type="dxa"/>
              <w:bottom w:w="85" w:type="dxa"/>
              <w:right w:w="85" w:type="dxa"/>
            </w:tcMar>
            <w:vAlign w:val="center"/>
          </w:tcPr>
          <w:p w14:paraId="28EEF329" w14:textId="77777777" w:rsidR="007322FA" w:rsidRDefault="00E91743">
            <w:r>
              <w:rPr>
                <w:sz w:val="16"/>
              </w:rPr>
              <w:t>Гарантия</w:t>
            </w:r>
          </w:p>
        </w:tc>
        <w:tc>
          <w:tcPr>
            <w:tcW w:w="1646" w:type="dxa"/>
            <w:shd w:val="clear" w:color="auto" w:fill="F2F6F9"/>
            <w:tcMar>
              <w:top w:w="85" w:type="dxa"/>
              <w:left w:w="85" w:type="dxa"/>
              <w:bottom w:w="85" w:type="dxa"/>
              <w:right w:w="85" w:type="dxa"/>
            </w:tcMar>
            <w:vAlign w:val="center"/>
          </w:tcPr>
          <w:p w14:paraId="71F329C8" w14:textId="77777777" w:rsidR="007322FA" w:rsidRDefault="00E91743">
            <w:r>
              <w:rPr>
                <w:sz w:val="16"/>
              </w:rPr>
              <w:t>месяцы</w:t>
            </w:r>
          </w:p>
        </w:tc>
        <w:tc>
          <w:tcPr>
            <w:tcW w:w="4432" w:type="dxa"/>
            <w:shd w:val="clear" w:color="auto" w:fill="F2F6F9"/>
            <w:tcMar>
              <w:top w:w="85" w:type="dxa"/>
              <w:left w:w="85" w:type="dxa"/>
              <w:bottom w:w="85" w:type="dxa"/>
              <w:right w:w="85" w:type="dxa"/>
            </w:tcMar>
            <w:vAlign w:val="center"/>
          </w:tcPr>
          <w:p w14:paraId="1896DF36" w14:textId="77777777" w:rsidR="007322FA" w:rsidRDefault="00E91743">
            <w:pPr>
              <w:jc w:val="center"/>
            </w:pPr>
            <w:r>
              <w:rPr>
                <w:sz w:val="16"/>
              </w:rPr>
              <w:t>2</w:t>
            </w:r>
          </w:p>
        </w:tc>
      </w:tr>
    </w:tbl>
    <w:p w14:paraId="1A2E7C83" w14:textId="77777777" w:rsidR="007322FA" w:rsidRDefault="007322FA"/>
    <w:p w14:paraId="046B7E71" w14:textId="77777777" w:rsidR="007322FA" w:rsidRDefault="00E91743">
      <w:pPr>
        <w:pStyle w:val="1"/>
      </w:pPr>
      <w:r>
        <w:rPr>
          <w:rFonts w:ascii="Arial" w:hAnsi="Arial"/>
          <w:sz w:val="21"/>
        </w:rPr>
        <w:t xml:space="preserve">1 Общие </w:t>
      </w:r>
      <w:r>
        <w:rPr>
          <w:rFonts w:ascii="Arial" w:hAnsi="Arial"/>
          <w:sz w:val="21"/>
        </w:rPr>
        <w:t>требования</w:t>
      </w:r>
    </w:p>
    <w:p w14:paraId="2ADE6827" w14:textId="77777777" w:rsidR="007322FA" w:rsidRPr="00D85F89" w:rsidRDefault="00E91743">
      <w:pPr>
        <w:keepLines/>
        <w:ind w:left="198" w:hanging="142"/>
        <w:jc w:val="both"/>
        <w:rPr>
          <w:lang w:val="ru-RU"/>
        </w:rPr>
      </w:pPr>
      <w:r w:rsidRPr="00D85F89">
        <w:rPr>
          <w:lang w:val="ru-RU"/>
        </w:rPr>
        <w:t>• Подрядчик обязан выполнить полный комплекс работ по замене 500 м действующей наружной канализационной сети: демонтировать старые трубы, установить новые трубы наружным диаметром 160 мм, смонтировать 60 отводов, отремонтировать три канализацион</w:t>
      </w:r>
      <w:r w:rsidRPr="00D85F89">
        <w:rPr>
          <w:lang w:val="ru-RU"/>
        </w:rPr>
        <w:t>ных колодца и установить на каждый колодец чугунную крышку люка.</w:t>
      </w:r>
    </w:p>
    <w:p w14:paraId="314E755D" w14:textId="77777777" w:rsidR="007322FA" w:rsidRPr="00D85F89" w:rsidRDefault="00E91743">
      <w:pPr>
        <w:keepLines/>
        <w:ind w:left="198" w:hanging="142"/>
        <w:jc w:val="both"/>
        <w:rPr>
          <w:lang w:val="ru-RU"/>
        </w:rPr>
      </w:pPr>
      <w:r w:rsidRPr="00D85F89">
        <w:rPr>
          <w:lang w:val="ru-RU"/>
        </w:rPr>
        <w:t>• В состав входят обследование и инструментальная разбивка трассы, выявление коммуникаций, временное переключение или откачка стоков, аренда техники, разработка и крепление траншеи, водоотлив</w:t>
      </w:r>
      <w:r w:rsidRPr="00D85F89">
        <w:rPr>
          <w:lang w:val="ru-RU"/>
        </w:rPr>
        <w:t>, демонтаж, монтаж, проверка герметичности, гидроизоляция, засыпка мытым песком, уплотнение, восстановление территории и полный вывоз мусора.</w:t>
      </w:r>
    </w:p>
    <w:p w14:paraId="29F9386B" w14:textId="77777777" w:rsidR="007322FA" w:rsidRPr="00D85F89" w:rsidRDefault="00E91743">
      <w:pPr>
        <w:keepLines/>
        <w:ind w:left="198" w:hanging="142"/>
        <w:jc w:val="both"/>
        <w:rPr>
          <w:lang w:val="ru-RU"/>
        </w:rPr>
      </w:pPr>
      <w:r w:rsidRPr="00D85F89">
        <w:rPr>
          <w:lang w:val="ru-RU"/>
        </w:rPr>
        <w:t>• Все материалы, техника, топливо, инструмент, рабочая сила, подъёмные механизмы, безопасность, транспорт, погрузк</w:t>
      </w:r>
      <w:r w:rsidRPr="00D85F89">
        <w:rPr>
          <w:lang w:val="ru-RU"/>
        </w:rPr>
        <w:t>а, разгрузка и восстановительные работы входят в общую договорную стоимость.</w:t>
      </w:r>
    </w:p>
    <w:p w14:paraId="58F62D39" w14:textId="77777777" w:rsidR="007322FA" w:rsidRPr="00D85F89" w:rsidRDefault="00E91743">
      <w:pPr>
        <w:pStyle w:val="1"/>
        <w:rPr>
          <w:lang w:val="ru-RU"/>
        </w:rPr>
      </w:pPr>
      <w:r w:rsidRPr="00D85F89">
        <w:rPr>
          <w:rFonts w:ascii="Arial" w:hAnsi="Arial"/>
          <w:sz w:val="21"/>
          <w:lang w:val="ru-RU"/>
        </w:rPr>
        <w:t>2 Предварительное обследование и организация</w:t>
      </w:r>
    </w:p>
    <w:p w14:paraId="7731C111" w14:textId="77777777" w:rsidR="007322FA" w:rsidRPr="00D85F89" w:rsidRDefault="00E91743">
      <w:pPr>
        <w:keepLines/>
        <w:ind w:left="198" w:hanging="142"/>
        <w:jc w:val="both"/>
        <w:rPr>
          <w:lang w:val="ru-RU"/>
        </w:rPr>
      </w:pPr>
      <w:r w:rsidRPr="00D85F89">
        <w:rPr>
          <w:lang w:val="ru-RU"/>
        </w:rPr>
        <w:t>• До начала работ Подрядчик совместно с Заказчиком обследует трассу длиной 500 м, определяет начальные и конечные отметки, существующи</w:t>
      </w:r>
      <w:r w:rsidRPr="00D85F89">
        <w:rPr>
          <w:lang w:val="ru-RU"/>
        </w:rPr>
        <w:t>й уклон, расположение колодцев, точки подключения и подземные коммуникации.</w:t>
      </w:r>
    </w:p>
    <w:p w14:paraId="4AC88F74" w14:textId="77777777" w:rsidR="007322FA" w:rsidRPr="00D85F89" w:rsidRDefault="00E91743">
      <w:pPr>
        <w:keepLines/>
        <w:ind w:left="198" w:hanging="142"/>
        <w:jc w:val="both"/>
        <w:rPr>
          <w:lang w:val="ru-RU"/>
        </w:rPr>
      </w:pPr>
      <w:r w:rsidRPr="00D85F89">
        <w:rPr>
          <w:lang w:val="ru-RU"/>
        </w:rPr>
        <w:t xml:space="preserve">• Для исключения повреждения скрытых сетей выполняются инструментальный поиск и ручные контрольные шурфы. Механизированная разработка в охранной зоне коммуникаций без согласования </w:t>
      </w:r>
      <w:r w:rsidRPr="00D85F89">
        <w:rPr>
          <w:lang w:val="ru-RU"/>
        </w:rPr>
        <w:t>запрещается.</w:t>
      </w:r>
    </w:p>
    <w:p w14:paraId="0B342CBC" w14:textId="77777777" w:rsidR="007322FA" w:rsidRPr="00D85F89" w:rsidRDefault="00E91743">
      <w:pPr>
        <w:keepLines/>
        <w:ind w:left="198" w:hanging="142"/>
        <w:jc w:val="both"/>
        <w:rPr>
          <w:lang w:val="ru-RU"/>
        </w:rPr>
      </w:pPr>
      <w:r w:rsidRPr="00D85F89">
        <w:rPr>
          <w:lang w:val="ru-RU"/>
        </w:rPr>
        <w:t>• Календарный график составляется на 15 календарных дней с указанием количества бригад и техники, последовательности участков, временного отвода стоков и безопасных проходов для людей.</w:t>
      </w:r>
    </w:p>
    <w:p w14:paraId="6BA4E8BC" w14:textId="77777777" w:rsidR="007322FA" w:rsidRPr="00D85F89" w:rsidRDefault="00E91743">
      <w:pPr>
        <w:pStyle w:val="1"/>
        <w:rPr>
          <w:lang w:val="ru-RU"/>
        </w:rPr>
      </w:pPr>
      <w:r w:rsidRPr="00D85F89">
        <w:rPr>
          <w:rFonts w:ascii="Arial" w:hAnsi="Arial"/>
          <w:sz w:val="21"/>
          <w:lang w:val="ru-RU"/>
        </w:rPr>
        <w:t>3 Траншея и земляные работы</w:t>
      </w:r>
    </w:p>
    <w:p w14:paraId="3081563B" w14:textId="77777777" w:rsidR="007322FA" w:rsidRPr="00D85F89" w:rsidRDefault="00E91743">
      <w:pPr>
        <w:keepLines/>
        <w:ind w:left="198" w:hanging="142"/>
        <w:jc w:val="both"/>
        <w:rPr>
          <w:lang w:val="ru-RU"/>
        </w:rPr>
      </w:pPr>
      <w:r w:rsidRPr="00D85F89">
        <w:rPr>
          <w:lang w:val="ru-RU"/>
        </w:rPr>
        <w:t>• Плановая длина траншеи — 500</w:t>
      </w:r>
      <w:r w:rsidRPr="00D85F89">
        <w:rPr>
          <w:lang w:val="ru-RU"/>
        </w:rPr>
        <w:t xml:space="preserve"> м, средняя глубина — 2,5 м, ширина — 1,0 м. Расчётный объём разработки: 500 × 2,5 × 1,0 = 1 250 м³.</w:t>
      </w:r>
    </w:p>
    <w:p w14:paraId="6CD5D87E" w14:textId="77777777" w:rsidR="007322FA" w:rsidRPr="00D85F89" w:rsidRDefault="00E91743">
      <w:pPr>
        <w:keepLines/>
        <w:ind w:left="198" w:hanging="142"/>
        <w:jc w:val="both"/>
        <w:rPr>
          <w:lang w:val="ru-RU"/>
        </w:rPr>
      </w:pPr>
      <w:r w:rsidRPr="00D85F89">
        <w:rPr>
          <w:lang w:val="ru-RU"/>
        </w:rPr>
        <w:t>• Траншея разрабатывается экскаватором, возле коммуникаций и колодцев — вручную. Извлечённый грунт временно складируется либо вывозится так, чтобы не созда</w:t>
      </w:r>
      <w:r w:rsidRPr="00D85F89">
        <w:rPr>
          <w:lang w:val="ru-RU"/>
        </w:rPr>
        <w:t>вать опасности для пешеходов, транспорта и зданий.</w:t>
      </w:r>
    </w:p>
    <w:p w14:paraId="62DF496A" w14:textId="77777777" w:rsidR="007322FA" w:rsidRPr="00D85F89" w:rsidRDefault="00E91743">
      <w:pPr>
        <w:keepLines/>
        <w:ind w:left="198" w:hanging="142"/>
        <w:jc w:val="both"/>
        <w:rPr>
          <w:lang w:val="ru-RU"/>
        </w:rPr>
      </w:pPr>
      <w:r w:rsidRPr="00D85F89">
        <w:rPr>
          <w:lang w:val="ru-RU"/>
        </w:rPr>
        <w:t>• Стенки траншеи глубиной 2,5 м закрепляются инвентарными щитами либо выполняются с безопасным откосом по фактическому грунту. Работа людей в траншее с незакреплёнными вертикальными стенками запрещается.</w:t>
      </w:r>
    </w:p>
    <w:p w14:paraId="2B105A3A" w14:textId="77777777" w:rsidR="007322FA" w:rsidRPr="00D85F89" w:rsidRDefault="00E91743">
      <w:pPr>
        <w:keepLines/>
        <w:ind w:left="198" w:hanging="142"/>
        <w:jc w:val="both"/>
        <w:rPr>
          <w:lang w:val="ru-RU"/>
        </w:rPr>
      </w:pPr>
      <w:r w:rsidRPr="00D85F89">
        <w:rPr>
          <w:lang w:val="ru-RU"/>
        </w:rPr>
        <w:t>•</w:t>
      </w:r>
      <w:r w:rsidRPr="00D85F89">
        <w:rPr>
          <w:lang w:val="ru-RU"/>
        </w:rPr>
        <w:t xml:space="preserve"> Безопасный спуск по исправным лестницам предусматривается не реже чем через каждые 25 м. При появлении грунтовых или сточных вод организуется непрерывный водоотлив насосами.</w:t>
      </w:r>
    </w:p>
    <w:p w14:paraId="2D621A12" w14:textId="77777777" w:rsidR="007322FA" w:rsidRPr="00D85F89" w:rsidRDefault="00E91743">
      <w:pPr>
        <w:keepLines/>
        <w:ind w:left="198" w:hanging="142"/>
        <w:jc w:val="both"/>
        <w:rPr>
          <w:lang w:val="ru-RU"/>
        </w:rPr>
      </w:pPr>
      <w:r w:rsidRPr="00D85F89">
        <w:rPr>
          <w:lang w:val="ru-RU"/>
        </w:rPr>
        <w:t>• Дно траншеи инструментально выравнивается по проектному либо существующему укло</w:t>
      </w:r>
      <w:r w:rsidRPr="00D85F89">
        <w:rPr>
          <w:lang w:val="ru-RU"/>
        </w:rPr>
        <w:t>ну канализации. Обратный уклон, локальные ямы, рыхлое и переувлажнённое основание не допускаются.</w:t>
      </w:r>
    </w:p>
    <w:p w14:paraId="278EE474" w14:textId="77777777" w:rsidR="007322FA" w:rsidRPr="00D85F89" w:rsidRDefault="00E91743">
      <w:pPr>
        <w:pStyle w:val="1"/>
        <w:rPr>
          <w:lang w:val="ru-RU"/>
        </w:rPr>
      </w:pPr>
      <w:r w:rsidRPr="00D85F89">
        <w:rPr>
          <w:rFonts w:ascii="Arial" w:hAnsi="Arial"/>
          <w:sz w:val="21"/>
          <w:lang w:val="ru-RU"/>
        </w:rPr>
        <w:t>4 Демонтаж старых труб</w:t>
      </w:r>
    </w:p>
    <w:p w14:paraId="2FDF0DA8" w14:textId="77777777" w:rsidR="007322FA" w:rsidRPr="00D85F89" w:rsidRDefault="00E91743">
      <w:pPr>
        <w:keepLines/>
        <w:ind w:left="198" w:hanging="142"/>
        <w:jc w:val="both"/>
        <w:rPr>
          <w:lang w:val="ru-RU"/>
        </w:rPr>
      </w:pPr>
      <w:r w:rsidRPr="00D85F89">
        <w:rPr>
          <w:lang w:val="ru-RU"/>
        </w:rPr>
        <w:t>• Существующие канализационные трубы общей длиной 500 м полностью демонтируются без повреждения действующих подключений и колодцев. Сто</w:t>
      </w:r>
      <w:r w:rsidRPr="00D85F89">
        <w:rPr>
          <w:lang w:val="ru-RU"/>
        </w:rPr>
        <w:t>чный поток временно перекрывается или перекачивается в обход рабочей зоны.</w:t>
      </w:r>
    </w:p>
    <w:p w14:paraId="1B1BC5DE" w14:textId="77777777" w:rsidR="007322FA" w:rsidRPr="00D85F89" w:rsidRDefault="00E91743">
      <w:pPr>
        <w:keepLines/>
        <w:ind w:left="198" w:hanging="142"/>
        <w:jc w:val="both"/>
        <w:rPr>
          <w:lang w:val="ru-RU"/>
        </w:rPr>
      </w:pPr>
      <w:r w:rsidRPr="00D85F89">
        <w:rPr>
          <w:lang w:val="ru-RU"/>
        </w:rPr>
        <w:lastRenderedPageBreak/>
        <w:t>• Старые трубы, фитинги, отложения и загрязнённые отходы сортируются, грузятся в герметичный транспорт и вывозятся на законную переработку или утилизацию.</w:t>
      </w:r>
    </w:p>
    <w:p w14:paraId="13829557" w14:textId="77777777" w:rsidR="007322FA" w:rsidRPr="00D85F89" w:rsidRDefault="00E91743">
      <w:pPr>
        <w:keepLines/>
        <w:ind w:left="198" w:hanging="142"/>
        <w:jc w:val="both"/>
        <w:rPr>
          <w:lang w:val="ru-RU"/>
        </w:rPr>
      </w:pPr>
      <w:r w:rsidRPr="00D85F89">
        <w:rPr>
          <w:lang w:val="ru-RU"/>
        </w:rPr>
        <w:t>• Обратная засыпка старыми</w:t>
      </w:r>
      <w:r w:rsidRPr="00D85F89">
        <w:rPr>
          <w:lang w:val="ru-RU"/>
        </w:rPr>
        <w:t xml:space="preserve"> трубами, загрязнённым грунтом и строительным мусором, а также их оставление на территории запрещаются.</w:t>
      </w:r>
    </w:p>
    <w:p w14:paraId="13A7ED38" w14:textId="77777777" w:rsidR="007322FA" w:rsidRPr="00D85F89" w:rsidRDefault="00E91743">
      <w:pPr>
        <w:pStyle w:val="1"/>
        <w:rPr>
          <w:lang w:val="ru-RU"/>
        </w:rPr>
      </w:pPr>
      <w:r w:rsidRPr="00D85F89">
        <w:rPr>
          <w:rFonts w:ascii="Arial" w:hAnsi="Arial"/>
          <w:sz w:val="21"/>
          <w:lang w:val="ru-RU"/>
        </w:rPr>
        <w:t>5 Требования к новым трубам и фасонным частям</w:t>
      </w:r>
    </w:p>
    <w:p w14:paraId="2C44432E" w14:textId="77777777" w:rsidR="007322FA" w:rsidRPr="00D85F89" w:rsidRDefault="00E91743">
      <w:pPr>
        <w:keepLines/>
        <w:ind w:left="198" w:hanging="142"/>
        <w:jc w:val="both"/>
        <w:rPr>
          <w:lang w:val="ru-RU"/>
        </w:rPr>
      </w:pPr>
      <w:r w:rsidRPr="00D85F89">
        <w:rPr>
          <w:lang w:val="ru-RU"/>
        </w:rPr>
        <w:t>• Новые канализационные трубы должны иметь наружный диаметр 160 мм, гладкую внутреннюю поверхность, предна</w:t>
      </w:r>
      <w:r w:rsidRPr="00D85F89">
        <w:rPr>
          <w:lang w:val="ru-RU"/>
        </w:rPr>
        <w:t xml:space="preserve">значаться для наружной подземной безнапорной канализации и иметь кольцевую жёсткость не менее </w:t>
      </w:r>
      <w:r>
        <w:t>SN</w:t>
      </w:r>
      <w:r w:rsidRPr="00D85F89">
        <w:rPr>
          <w:lang w:val="ru-RU"/>
        </w:rPr>
        <w:t>8.</w:t>
      </w:r>
    </w:p>
    <w:p w14:paraId="51D1FA46" w14:textId="77777777" w:rsidR="007322FA" w:rsidRPr="00D85F89" w:rsidRDefault="00E91743">
      <w:pPr>
        <w:keepLines/>
        <w:ind w:left="198" w:hanging="142"/>
        <w:jc w:val="both"/>
        <w:rPr>
          <w:lang w:val="ru-RU"/>
        </w:rPr>
      </w:pPr>
      <w:r w:rsidRPr="00D85F89">
        <w:rPr>
          <w:lang w:val="ru-RU"/>
        </w:rPr>
        <w:t>• Трубы и 60 отводов должны быть новыми, заводского изготовления, совместимыми между собой, иметь раструбные соединения с резиновыми уплотнительными кольцами</w:t>
      </w:r>
      <w:r w:rsidRPr="00D85F89">
        <w:rPr>
          <w:lang w:val="ru-RU"/>
        </w:rPr>
        <w:t xml:space="preserve"> и сопровождаться паспортами качества.</w:t>
      </w:r>
    </w:p>
    <w:p w14:paraId="7F7B42F7" w14:textId="77777777" w:rsidR="007322FA" w:rsidRPr="00D85F89" w:rsidRDefault="00E91743">
      <w:pPr>
        <w:keepLines/>
        <w:ind w:left="198" w:hanging="142"/>
        <w:jc w:val="both"/>
        <w:rPr>
          <w:lang w:val="ru-RU"/>
        </w:rPr>
      </w:pPr>
      <w:r w:rsidRPr="00D85F89">
        <w:rPr>
          <w:lang w:val="ru-RU"/>
        </w:rPr>
        <w:t>• Углы отводов выбираются по фактической трассе и существующим точкам подключения. Необоснованные резкие повороты и монтаж против направления потока не допускаются.</w:t>
      </w:r>
    </w:p>
    <w:p w14:paraId="36C50161" w14:textId="77777777" w:rsidR="007322FA" w:rsidRPr="00D85F89" w:rsidRDefault="00E91743">
      <w:pPr>
        <w:keepLines/>
        <w:ind w:left="198" w:hanging="142"/>
        <w:jc w:val="both"/>
        <w:rPr>
          <w:lang w:val="ru-RU"/>
        </w:rPr>
      </w:pPr>
      <w:r w:rsidRPr="00D85F89">
        <w:rPr>
          <w:lang w:val="ru-RU"/>
        </w:rPr>
        <w:t>• Треснувшие, деформированные, овальные, глубоко поц</w:t>
      </w:r>
      <w:r w:rsidRPr="00D85F89">
        <w:rPr>
          <w:lang w:val="ru-RU"/>
        </w:rPr>
        <w:t>арапанные, длительно хранившиеся под солнцем или не имеющие документов трубы и фитинги не применяются.</w:t>
      </w:r>
    </w:p>
    <w:p w14:paraId="3ED2C59F" w14:textId="77777777" w:rsidR="007322FA" w:rsidRPr="00D85F89" w:rsidRDefault="00E91743">
      <w:pPr>
        <w:pStyle w:val="1"/>
        <w:rPr>
          <w:lang w:val="ru-RU"/>
        </w:rPr>
      </w:pPr>
      <w:r w:rsidRPr="00D85F89">
        <w:rPr>
          <w:rFonts w:ascii="Arial" w:hAnsi="Arial"/>
          <w:sz w:val="21"/>
          <w:lang w:val="ru-RU"/>
        </w:rPr>
        <w:t>6 Монтаж трубопровода</w:t>
      </w:r>
    </w:p>
    <w:p w14:paraId="36F4475E" w14:textId="77777777" w:rsidR="007322FA" w:rsidRPr="00D85F89" w:rsidRDefault="00E91743">
      <w:pPr>
        <w:keepLines/>
        <w:ind w:left="198" w:hanging="142"/>
        <w:jc w:val="both"/>
        <w:rPr>
          <w:lang w:val="ru-RU"/>
        </w:rPr>
      </w:pPr>
      <w:r w:rsidRPr="00D85F89">
        <w:rPr>
          <w:lang w:val="ru-RU"/>
        </w:rPr>
        <w:t>• На дне траншеи устраивается равномерная постель из мытого песка уплотнённой толщиной не менее 150 мм с соблюдением требуемой отме</w:t>
      </w:r>
      <w:r w:rsidRPr="00D85F89">
        <w:rPr>
          <w:lang w:val="ru-RU"/>
        </w:rPr>
        <w:t>тки и уклона.</w:t>
      </w:r>
    </w:p>
    <w:p w14:paraId="5462BC7C" w14:textId="77777777" w:rsidR="007322FA" w:rsidRPr="00D85F89" w:rsidRDefault="00E91743">
      <w:pPr>
        <w:keepLines/>
        <w:ind w:left="198" w:hanging="142"/>
        <w:jc w:val="both"/>
        <w:rPr>
          <w:lang w:val="ru-RU"/>
        </w:rPr>
      </w:pPr>
      <w:r w:rsidRPr="00D85F89">
        <w:rPr>
          <w:lang w:val="ru-RU"/>
        </w:rPr>
        <w:t>• Трубы укладываются от нижней отметки к верхней, раструбами против направления потока. Ось, отметка и уклон каждого участка контролируются нивелиром.</w:t>
      </w:r>
    </w:p>
    <w:p w14:paraId="6AE5CAFE" w14:textId="77777777" w:rsidR="007322FA" w:rsidRPr="00D85F89" w:rsidRDefault="00E91743">
      <w:pPr>
        <w:keepLines/>
        <w:ind w:left="198" w:hanging="142"/>
        <w:jc w:val="both"/>
        <w:rPr>
          <w:lang w:val="ru-RU"/>
        </w:rPr>
      </w:pPr>
      <w:r w:rsidRPr="00D85F89">
        <w:rPr>
          <w:lang w:val="ru-RU"/>
        </w:rPr>
        <w:t xml:space="preserve">• Резиновое кольцо и раструб очищаются, применяется разрешённая изготовителем </w:t>
      </w:r>
      <w:r w:rsidRPr="00D85F89">
        <w:rPr>
          <w:lang w:val="ru-RU"/>
        </w:rPr>
        <w:t>смазка. Труба вводится до монтажной отметки; нагрев, ударная посадка и самодельные уплотнения запрещаются.</w:t>
      </w:r>
    </w:p>
    <w:p w14:paraId="0CA96C56" w14:textId="77777777" w:rsidR="007322FA" w:rsidRPr="00D85F89" w:rsidRDefault="00E91743">
      <w:pPr>
        <w:keepLines/>
        <w:ind w:left="198" w:hanging="142"/>
        <w:jc w:val="both"/>
        <w:rPr>
          <w:lang w:val="ru-RU"/>
        </w:rPr>
      </w:pPr>
      <w:r w:rsidRPr="00D85F89">
        <w:rPr>
          <w:lang w:val="ru-RU"/>
        </w:rPr>
        <w:t>• Под трубой и по бокам не должно быть пустот. Песок по обе стороны уплотняется одновременно ручным инструментом слоями 150–200 мм без смещения трубы</w:t>
      </w:r>
      <w:r w:rsidRPr="00D85F89">
        <w:rPr>
          <w:lang w:val="ru-RU"/>
        </w:rPr>
        <w:t>.</w:t>
      </w:r>
    </w:p>
    <w:p w14:paraId="5AADCEAC" w14:textId="77777777" w:rsidR="007322FA" w:rsidRPr="00D85F89" w:rsidRDefault="00E91743">
      <w:pPr>
        <w:keepLines/>
        <w:ind w:left="198" w:hanging="142"/>
        <w:jc w:val="both"/>
        <w:rPr>
          <w:lang w:val="ru-RU"/>
        </w:rPr>
      </w:pPr>
      <w:r w:rsidRPr="00D85F89">
        <w:rPr>
          <w:lang w:val="ru-RU"/>
        </w:rPr>
        <w:t>• Подключение к действующим колодцам и сетям выполняется герметичными манжетами, заводскими проходными элементами либо согласованными узлами.</w:t>
      </w:r>
    </w:p>
    <w:p w14:paraId="58DE757F" w14:textId="77777777" w:rsidR="007322FA" w:rsidRPr="00D85F89" w:rsidRDefault="00E91743">
      <w:pPr>
        <w:pStyle w:val="1"/>
        <w:rPr>
          <w:lang w:val="ru-RU"/>
        </w:rPr>
      </w:pPr>
      <w:r w:rsidRPr="00D85F89">
        <w:rPr>
          <w:rFonts w:ascii="Arial" w:hAnsi="Arial"/>
          <w:sz w:val="21"/>
          <w:lang w:val="ru-RU"/>
        </w:rPr>
        <w:t>7 Ремонт трёх канализационных колодцев</w:t>
      </w:r>
    </w:p>
    <w:p w14:paraId="694E813F" w14:textId="77777777" w:rsidR="007322FA" w:rsidRPr="00D85F89" w:rsidRDefault="00E91743">
      <w:pPr>
        <w:keepLines/>
        <w:ind w:left="198" w:hanging="142"/>
        <w:jc w:val="both"/>
        <w:rPr>
          <w:lang w:val="ru-RU"/>
        </w:rPr>
      </w:pPr>
      <w:r w:rsidRPr="00D85F89">
        <w:rPr>
          <w:lang w:val="ru-RU"/>
        </w:rPr>
        <w:t>• Три существующих канализационных колодца полностью очищаются от ила и м</w:t>
      </w:r>
      <w:r w:rsidRPr="00D85F89">
        <w:rPr>
          <w:lang w:val="ru-RU"/>
        </w:rPr>
        <w:t>усора; обследуются стены, дно, лоток, стыки и горловина.</w:t>
      </w:r>
    </w:p>
    <w:p w14:paraId="03C12E40" w14:textId="77777777" w:rsidR="007322FA" w:rsidRPr="00D85F89" w:rsidRDefault="00E91743">
      <w:pPr>
        <w:keepLines/>
        <w:ind w:left="198" w:hanging="142"/>
        <w:jc w:val="both"/>
        <w:rPr>
          <w:lang w:val="ru-RU"/>
        </w:rPr>
      </w:pPr>
      <w:r w:rsidRPr="00D85F89">
        <w:rPr>
          <w:lang w:val="ru-RU"/>
        </w:rPr>
        <w:t>• Разрушенные участки бетона, кирпича и раствора удаляются до прочного основания; трещины заполняются ремонтным составом, лоток восстанавливается по направлению потока.</w:t>
      </w:r>
    </w:p>
    <w:p w14:paraId="2517F0FE" w14:textId="77777777" w:rsidR="007322FA" w:rsidRPr="00D85F89" w:rsidRDefault="00E91743">
      <w:pPr>
        <w:keepLines/>
        <w:ind w:left="198" w:hanging="142"/>
        <w:jc w:val="both"/>
        <w:rPr>
          <w:lang w:val="ru-RU"/>
        </w:rPr>
      </w:pPr>
      <w:r w:rsidRPr="00D85F89">
        <w:rPr>
          <w:lang w:val="ru-RU"/>
        </w:rPr>
        <w:t>• Внутренние поверхности обраб</w:t>
      </w:r>
      <w:r w:rsidRPr="00D85F89">
        <w:rPr>
          <w:lang w:val="ru-RU"/>
        </w:rPr>
        <w:t xml:space="preserve">атываются минимум двумя слоями цементно-полимерной гидроизоляции, стойкой к канализационной среде. Вводы труб герметизируются эластичным </w:t>
      </w:r>
      <w:proofErr w:type="spellStart"/>
      <w:r w:rsidRPr="00D85F89">
        <w:rPr>
          <w:lang w:val="ru-RU"/>
        </w:rPr>
        <w:t>водоостанавливающим</w:t>
      </w:r>
      <w:proofErr w:type="spellEnd"/>
      <w:r w:rsidRPr="00D85F89">
        <w:rPr>
          <w:lang w:val="ru-RU"/>
        </w:rPr>
        <w:t xml:space="preserve"> материалом.</w:t>
      </w:r>
    </w:p>
    <w:p w14:paraId="22850C67" w14:textId="77777777" w:rsidR="007322FA" w:rsidRPr="00D85F89" w:rsidRDefault="00E91743">
      <w:pPr>
        <w:keepLines/>
        <w:ind w:left="198" w:hanging="142"/>
        <w:jc w:val="both"/>
        <w:rPr>
          <w:lang w:val="ru-RU"/>
        </w:rPr>
      </w:pPr>
      <w:r w:rsidRPr="00D85F89">
        <w:rPr>
          <w:lang w:val="ru-RU"/>
        </w:rPr>
        <w:t>• На каждый колодец устанавливается новый чугунный люк с рамой, всего 3 комплекта. На п</w:t>
      </w:r>
      <w:r w:rsidRPr="00D85F89">
        <w:rPr>
          <w:lang w:val="ru-RU"/>
        </w:rPr>
        <w:t xml:space="preserve">роезжей части принимается класс нагрузки не ниже </w:t>
      </w:r>
      <w:r>
        <w:t>D</w:t>
      </w:r>
      <w:r w:rsidRPr="00D85F89">
        <w:rPr>
          <w:lang w:val="ru-RU"/>
        </w:rPr>
        <w:t xml:space="preserve">400, в пешеходной зоне — не ниже </w:t>
      </w:r>
      <w:r>
        <w:t>C</w:t>
      </w:r>
      <w:r w:rsidRPr="00D85F89">
        <w:rPr>
          <w:lang w:val="ru-RU"/>
        </w:rPr>
        <w:t>250; люк должен иметь заводскую маркировку, быть неподвижным, без зазоров и находиться в уровне восстановленного покрытия.</w:t>
      </w:r>
    </w:p>
    <w:p w14:paraId="653993DF" w14:textId="77777777" w:rsidR="007322FA" w:rsidRPr="00D85F89" w:rsidRDefault="00E91743">
      <w:pPr>
        <w:pStyle w:val="1"/>
        <w:rPr>
          <w:lang w:val="ru-RU"/>
        </w:rPr>
      </w:pPr>
      <w:r w:rsidRPr="00D85F89">
        <w:rPr>
          <w:rFonts w:ascii="Arial" w:hAnsi="Arial"/>
          <w:sz w:val="21"/>
          <w:lang w:val="ru-RU"/>
        </w:rPr>
        <w:t>8 Испытание и проверка до обратной засыпки</w:t>
      </w:r>
    </w:p>
    <w:p w14:paraId="6CEAC4A6" w14:textId="77777777" w:rsidR="007322FA" w:rsidRPr="00D85F89" w:rsidRDefault="00E91743">
      <w:pPr>
        <w:keepLines/>
        <w:ind w:left="198" w:hanging="142"/>
        <w:jc w:val="both"/>
        <w:rPr>
          <w:lang w:val="ru-RU"/>
        </w:rPr>
      </w:pPr>
      <w:r w:rsidRPr="00D85F89">
        <w:rPr>
          <w:lang w:val="ru-RU"/>
        </w:rPr>
        <w:t>• До з</w:t>
      </w:r>
      <w:r w:rsidRPr="00D85F89">
        <w:rPr>
          <w:lang w:val="ru-RU"/>
        </w:rPr>
        <w:t>асыпки трубопровод осматривается по участкам, проверяются геодезические отметки и уклон, фотографируются все соединения и вводы.</w:t>
      </w:r>
    </w:p>
    <w:p w14:paraId="05871110" w14:textId="77777777" w:rsidR="007322FA" w:rsidRPr="00D85F89" w:rsidRDefault="00E91743">
      <w:pPr>
        <w:keepLines/>
        <w:ind w:left="198" w:hanging="142"/>
        <w:jc w:val="both"/>
        <w:rPr>
          <w:lang w:val="ru-RU"/>
        </w:rPr>
      </w:pPr>
      <w:r w:rsidRPr="00D85F89">
        <w:rPr>
          <w:lang w:val="ru-RU"/>
        </w:rPr>
        <w:t>• Самотечная канализационная сеть испытывается на герметичность гидравлическим методом. Указанная опрессовка выполняется как за</w:t>
      </w:r>
      <w:r w:rsidRPr="00D85F89">
        <w:rPr>
          <w:lang w:val="ru-RU"/>
        </w:rPr>
        <w:t>полнение водой и контроль утечки по методике для безнапорного трубопровода.</w:t>
      </w:r>
    </w:p>
    <w:p w14:paraId="29A656ED" w14:textId="77777777" w:rsidR="007322FA" w:rsidRPr="00D85F89" w:rsidRDefault="00E91743">
      <w:pPr>
        <w:keepLines/>
        <w:ind w:left="198" w:hanging="142"/>
        <w:jc w:val="both"/>
        <w:rPr>
          <w:lang w:val="ru-RU"/>
        </w:rPr>
      </w:pPr>
      <w:r w:rsidRPr="00D85F89">
        <w:rPr>
          <w:lang w:val="ru-RU"/>
        </w:rPr>
        <w:t xml:space="preserve">• После испытания сеть промывается чистой водой. Обязательная </w:t>
      </w:r>
      <w:proofErr w:type="spellStart"/>
      <w:r w:rsidRPr="00D85F89">
        <w:rPr>
          <w:lang w:val="ru-RU"/>
        </w:rPr>
        <w:t>телеинспекция</w:t>
      </w:r>
      <w:proofErr w:type="spellEnd"/>
      <w:r w:rsidRPr="00D85F89">
        <w:rPr>
          <w:lang w:val="ru-RU"/>
        </w:rPr>
        <w:t xml:space="preserve"> проводится по всей длине 500 м с передачей видеозаписи, подтверждающей отсутствие просадок, </w:t>
      </w:r>
      <w:r w:rsidRPr="00D85F89">
        <w:rPr>
          <w:lang w:val="ru-RU"/>
        </w:rPr>
        <w:t>посторонних предметов, деформации, смещения стыков и обратного уклона.</w:t>
      </w:r>
    </w:p>
    <w:p w14:paraId="6D6179D8" w14:textId="77777777" w:rsidR="007322FA" w:rsidRPr="00D85F89" w:rsidRDefault="00E91743">
      <w:pPr>
        <w:keepLines/>
        <w:ind w:left="198" w:hanging="142"/>
        <w:jc w:val="both"/>
        <w:rPr>
          <w:lang w:val="ru-RU"/>
        </w:rPr>
      </w:pPr>
      <w:r w:rsidRPr="00D85F89">
        <w:rPr>
          <w:lang w:val="ru-RU"/>
        </w:rPr>
        <w:t>• Заказчику передаются акты испытаний, акты скрытых работ, исполнительная схема и поэтапная фотофиксация.</w:t>
      </w:r>
    </w:p>
    <w:p w14:paraId="4F8C32B4" w14:textId="77777777" w:rsidR="007322FA" w:rsidRPr="00D85F89" w:rsidRDefault="00E91743">
      <w:pPr>
        <w:pStyle w:val="1"/>
        <w:rPr>
          <w:lang w:val="ru-RU"/>
        </w:rPr>
      </w:pPr>
      <w:r w:rsidRPr="00D85F89">
        <w:rPr>
          <w:rFonts w:ascii="Arial" w:hAnsi="Arial"/>
          <w:sz w:val="21"/>
          <w:lang w:val="ru-RU"/>
        </w:rPr>
        <w:t>9 Засыпка мытым песком и уплотнение</w:t>
      </w:r>
    </w:p>
    <w:p w14:paraId="5081F822" w14:textId="77777777" w:rsidR="007322FA" w:rsidRPr="00D85F89" w:rsidRDefault="00E91743">
      <w:pPr>
        <w:keepLines/>
        <w:ind w:left="198" w:hanging="142"/>
        <w:jc w:val="both"/>
        <w:rPr>
          <w:lang w:val="ru-RU"/>
        </w:rPr>
      </w:pPr>
      <w:r w:rsidRPr="00D85F89">
        <w:rPr>
          <w:lang w:val="ru-RU"/>
        </w:rPr>
        <w:t>• Траншея засыпается мытым песком от зоны т</w:t>
      </w:r>
      <w:r w:rsidRPr="00D85F89">
        <w:rPr>
          <w:lang w:val="ru-RU"/>
        </w:rPr>
        <w:t>рубы до полной глубины. Первые 300 мм над трубой засыпаются вручную материалом без камней и твёрдых включений.</w:t>
      </w:r>
    </w:p>
    <w:p w14:paraId="25191AE7" w14:textId="77777777" w:rsidR="007322FA" w:rsidRPr="00D85F89" w:rsidRDefault="00E91743">
      <w:pPr>
        <w:keepLines/>
        <w:ind w:left="198" w:hanging="142"/>
        <w:jc w:val="both"/>
        <w:rPr>
          <w:lang w:val="ru-RU"/>
        </w:rPr>
      </w:pPr>
      <w:r w:rsidRPr="00D85F89">
        <w:rPr>
          <w:lang w:val="ru-RU"/>
        </w:rPr>
        <w:t xml:space="preserve">• Дальнейшая засыпка выполняется слоями 200–300 мм с уплотнением каждого слоя </w:t>
      </w:r>
      <w:proofErr w:type="spellStart"/>
      <w:r w:rsidRPr="00D85F89">
        <w:rPr>
          <w:lang w:val="ru-RU"/>
        </w:rPr>
        <w:t>виброплитой</w:t>
      </w:r>
      <w:proofErr w:type="spellEnd"/>
      <w:r w:rsidRPr="00D85F89">
        <w:rPr>
          <w:lang w:val="ru-RU"/>
        </w:rPr>
        <w:t xml:space="preserve"> или иным подходящим оборудованием при допустимой влажно</w:t>
      </w:r>
      <w:r w:rsidRPr="00D85F89">
        <w:rPr>
          <w:lang w:val="ru-RU"/>
        </w:rPr>
        <w:t>сти.</w:t>
      </w:r>
    </w:p>
    <w:p w14:paraId="4F29CEA2" w14:textId="77777777" w:rsidR="007322FA" w:rsidRPr="00D85F89" w:rsidRDefault="00E91743">
      <w:pPr>
        <w:keepLines/>
        <w:ind w:left="198" w:hanging="142"/>
        <w:jc w:val="both"/>
        <w:rPr>
          <w:lang w:val="ru-RU"/>
        </w:rPr>
      </w:pPr>
      <w:r w:rsidRPr="00D85F89">
        <w:rPr>
          <w:lang w:val="ru-RU"/>
        </w:rPr>
        <w:t>• Расчётный объём траншеи 500 × 2,5 × 1,0 м составляет 1 250 м³. За вычетом объёма трубы и с 15-процентным запасом на уплотнение плановая потребность в мытом песке составляет приблизительно 1 426 м³.</w:t>
      </w:r>
    </w:p>
    <w:p w14:paraId="11E8F7F8" w14:textId="77777777" w:rsidR="007322FA" w:rsidRPr="00D85F89" w:rsidRDefault="00E91743">
      <w:pPr>
        <w:keepLines/>
        <w:ind w:left="198" w:hanging="142"/>
        <w:jc w:val="both"/>
        <w:rPr>
          <w:lang w:val="ru-RU"/>
        </w:rPr>
      </w:pPr>
      <w:r w:rsidRPr="00D85F89">
        <w:rPr>
          <w:lang w:val="ru-RU"/>
        </w:rPr>
        <w:t>• При засыпке положение и уклон трубы не должны изм</w:t>
      </w:r>
      <w:r w:rsidRPr="00D85F89">
        <w:rPr>
          <w:lang w:val="ru-RU"/>
        </w:rPr>
        <w:t>еняться. Применение просадочного, мёрзлого, загрязнённого или глинистого материала запрещается.</w:t>
      </w:r>
    </w:p>
    <w:p w14:paraId="317D93C6" w14:textId="77777777" w:rsidR="007322FA" w:rsidRPr="00D85F89" w:rsidRDefault="00E91743">
      <w:pPr>
        <w:pStyle w:val="1"/>
        <w:rPr>
          <w:lang w:val="ru-RU"/>
        </w:rPr>
      </w:pPr>
      <w:r w:rsidRPr="00D85F89">
        <w:rPr>
          <w:rFonts w:ascii="Arial" w:hAnsi="Arial"/>
          <w:sz w:val="21"/>
          <w:lang w:val="ru-RU"/>
        </w:rPr>
        <w:lastRenderedPageBreak/>
        <w:t>10 Восстановление территории</w:t>
      </w:r>
    </w:p>
    <w:p w14:paraId="399AF2FD" w14:textId="77777777" w:rsidR="007322FA" w:rsidRPr="00D85F89" w:rsidRDefault="00E91743">
      <w:pPr>
        <w:keepLines/>
        <w:ind w:left="198" w:hanging="142"/>
        <w:jc w:val="both"/>
        <w:rPr>
          <w:lang w:val="ru-RU"/>
        </w:rPr>
      </w:pPr>
      <w:r w:rsidRPr="00D85F89">
        <w:rPr>
          <w:lang w:val="ru-RU"/>
        </w:rPr>
        <w:t>• Рабочая полоса вдоль траншеи ориентировочной площадью 500 м² восстанавливается по фактическому первоначальному типу покрытия: асф</w:t>
      </w:r>
      <w:r w:rsidRPr="00D85F89">
        <w:rPr>
          <w:lang w:val="ru-RU"/>
        </w:rPr>
        <w:t>альт, брусчатка, бетон, щебень, грунт или озеленение возвращаются к прежним отметкам и качеству.</w:t>
      </w:r>
    </w:p>
    <w:p w14:paraId="0868A882" w14:textId="77777777" w:rsidR="007322FA" w:rsidRPr="00D85F89" w:rsidRDefault="00E91743">
      <w:pPr>
        <w:keepLines/>
        <w:ind w:left="198" w:hanging="142"/>
        <w:jc w:val="both"/>
        <w:rPr>
          <w:lang w:val="ru-RU"/>
        </w:rPr>
      </w:pPr>
      <w:r w:rsidRPr="00D85F89">
        <w:rPr>
          <w:lang w:val="ru-RU"/>
        </w:rPr>
        <w:t>• Поверхность для прохода людей должна быть ровной, устойчивой и безопасной; ямы, рыхлый песок, перепады высоты, выступающие элементы и места застоя воды не до</w:t>
      </w:r>
      <w:r w:rsidRPr="00D85F89">
        <w:rPr>
          <w:lang w:val="ru-RU"/>
        </w:rPr>
        <w:t>пускаются.</w:t>
      </w:r>
    </w:p>
    <w:p w14:paraId="3215397A" w14:textId="77777777" w:rsidR="007322FA" w:rsidRPr="00D85F89" w:rsidRDefault="00E91743">
      <w:pPr>
        <w:keepLines/>
        <w:ind w:left="198" w:hanging="142"/>
        <w:jc w:val="both"/>
        <w:rPr>
          <w:lang w:val="ru-RU"/>
        </w:rPr>
      </w:pPr>
      <w:r w:rsidRPr="00D85F89">
        <w:rPr>
          <w:lang w:val="ru-RU"/>
        </w:rPr>
        <w:t>• После завершения убираются ограждения, излишний грунт, остатки материалов, старые трубы и весь мусор; проходы и территория очищаются и передаются в первоначальном благоустроенном виде.</w:t>
      </w:r>
    </w:p>
    <w:p w14:paraId="734AC446" w14:textId="77777777" w:rsidR="007322FA" w:rsidRPr="00D85F89" w:rsidRDefault="00E91743">
      <w:pPr>
        <w:pStyle w:val="1"/>
        <w:rPr>
          <w:lang w:val="ru-RU"/>
        </w:rPr>
      </w:pPr>
      <w:r w:rsidRPr="00D85F89">
        <w:rPr>
          <w:rFonts w:ascii="Arial" w:hAnsi="Arial"/>
          <w:sz w:val="21"/>
          <w:lang w:val="ru-RU"/>
        </w:rPr>
        <w:t>11 Техника и ресурсы</w:t>
      </w:r>
    </w:p>
    <w:p w14:paraId="1658B229" w14:textId="77777777" w:rsidR="007322FA" w:rsidRPr="00D85F89" w:rsidRDefault="00E91743">
      <w:pPr>
        <w:keepLines/>
        <w:ind w:left="198" w:hanging="142"/>
        <w:jc w:val="both"/>
        <w:rPr>
          <w:lang w:val="ru-RU"/>
        </w:rPr>
      </w:pPr>
      <w:r w:rsidRPr="00D85F89">
        <w:rPr>
          <w:lang w:val="ru-RU"/>
        </w:rPr>
        <w:t xml:space="preserve">• Подрядчик обеспечивает экскаватор, </w:t>
      </w:r>
      <w:r w:rsidRPr="00D85F89">
        <w:rPr>
          <w:lang w:val="ru-RU"/>
        </w:rPr>
        <w:t xml:space="preserve">погрузчик, автосамосвалы, кран или манипулятор, транспорт для мытого песка, </w:t>
      </w:r>
      <w:proofErr w:type="spellStart"/>
      <w:r w:rsidRPr="00D85F89">
        <w:rPr>
          <w:lang w:val="ru-RU"/>
        </w:rPr>
        <w:t>виброплиту</w:t>
      </w:r>
      <w:proofErr w:type="spellEnd"/>
      <w:r w:rsidRPr="00D85F89">
        <w:rPr>
          <w:lang w:val="ru-RU"/>
        </w:rPr>
        <w:t xml:space="preserve"> или каток, насосы, генератор, геодезические приборы и ручной инструмент.</w:t>
      </w:r>
    </w:p>
    <w:p w14:paraId="63B784C4" w14:textId="77777777" w:rsidR="007322FA" w:rsidRPr="00D85F89" w:rsidRDefault="00E91743">
      <w:pPr>
        <w:keepLines/>
        <w:ind w:left="198" w:hanging="142"/>
        <w:jc w:val="both"/>
        <w:rPr>
          <w:lang w:val="ru-RU"/>
        </w:rPr>
      </w:pPr>
      <w:r w:rsidRPr="00D85F89">
        <w:rPr>
          <w:lang w:val="ru-RU"/>
        </w:rPr>
        <w:t>• Аренда техники, машинисты, топливо, доставка, мобилизация и риск простоев включаются в общую с</w:t>
      </w:r>
      <w:r w:rsidRPr="00D85F89">
        <w:rPr>
          <w:lang w:val="ru-RU"/>
        </w:rPr>
        <w:t>тоимость работ.</w:t>
      </w:r>
    </w:p>
    <w:p w14:paraId="126D440C" w14:textId="77777777" w:rsidR="007322FA" w:rsidRPr="00D85F89" w:rsidRDefault="00E91743">
      <w:pPr>
        <w:keepLines/>
        <w:ind w:left="198" w:hanging="142"/>
        <w:jc w:val="both"/>
        <w:rPr>
          <w:lang w:val="ru-RU"/>
        </w:rPr>
      </w:pPr>
      <w:r w:rsidRPr="00D85F89">
        <w:rPr>
          <w:lang w:val="ru-RU"/>
        </w:rPr>
        <w:t>• Для соблюдения 15-дневного срока заранее обеспечивается достаточное количество техники, материалов и работников, при необходимости работы ведутся параллельно на нескольких участках.</w:t>
      </w:r>
    </w:p>
    <w:p w14:paraId="04D848F8" w14:textId="77777777" w:rsidR="007322FA" w:rsidRPr="00D85F89" w:rsidRDefault="00E91743">
      <w:pPr>
        <w:pStyle w:val="1"/>
        <w:rPr>
          <w:lang w:val="ru-RU"/>
        </w:rPr>
      </w:pPr>
      <w:r w:rsidRPr="00D85F89">
        <w:rPr>
          <w:rFonts w:ascii="Arial" w:hAnsi="Arial"/>
          <w:sz w:val="21"/>
          <w:lang w:val="ru-RU"/>
        </w:rPr>
        <w:t>12 Требования безопасности</w:t>
      </w:r>
    </w:p>
    <w:p w14:paraId="787405F1" w14:textId="77777777" w:rsidR="007322FA" w:rsidRPr="00D85F89" w:rsidRDefault="00E91743">
      <w:pPr>
        <w:keepLines/>
        <w:ind w:left="198" w:hanging="142"/>
        <w:jc w:val="both"/>
        <w:rPr>
          <w:lang w:val="ru-RU"/>
        </w:rPr>
      </w:pPr>
      <w:r w:rsidRPr="00D85F89">
        <w:rPr>
          <w:lang w:val="ru-RU"/>
        </w:rPr>
        <w:t xml:space="preserve">• Рабочая зона </w:t>
      </w:r>
      <w:r w:rsidRPr="00D85F89">
        <w:rPr>
          <w:lang w:val="ru-RU"/>
        </w:rPr>
        <w:t>ограждается по всей длине, устанавливаются предупреждающие знаки, ночное освещение и безопасные временные переходы. Открытая траншея не оставляется без ограждения и контроля.</w:t>
      </w:r>
    </w:p>
    <w:p w14:paraId="1614E311" w14:textId="77777777" w:rsidR="007322FA" w:rsidRPr="00D85F89" w:rsidRDefault="00E91743">
      <w:pPr>
        <w:keepLines/>
        <w:ind w:left="198" w:hanging="142"/>
        <w:jc w:val="both"/>
        <w:rPr>
          <w:lang w:val="ru-RU"/>
        </w:rPr>
      </w:pPr>
      <w:r w:rsidRPr="00D85F89">
        <w:rPr>
          <w:lang w:val="ru-RU"/>
        </w:rPr>
        <w:t>• Спуск в колодцы допускается только после проверки воздуха газоанализатором, про</w:t>
      </w:r>
      <w:r w:rsidRPr="00D85F89">
        <w:rPr>
          <w:lang w:val="ru-RU"/>
        </w:rPr>
        <w:t xml:space="preserve">ветривания, оформления наряда-допуска и при </w:t>
      </w:r>
      <w:proofErr w:type="gramStart"/>
      <w:r w:rsidRPr="00D85F89">
        <w:rPr>
          <w:lang w:val="ru-RU"/>
        </w:rPr>
        <w:t>наличии</w:t>
      </w:r>
      <w:proofErr w:type="gramEnd"/>
      <w:r w:rsidRPr="00D85F89">
        <w:rPr>
          <w:lang w:val="ru-RU"/>
        </w:rPr>
        <w:t xml:space="preserve"> наблюдающего наверху. Обязательны страховочная система и спасательная верёвка.</w:t>
      </w:r>
    </w:p>
    <w:p w14:paraId="3A57C809" w14:textId="77777777" w:rsidR="007322FA" w:rsidRPr="00D85F89" w:rsidRDefault="00E91743">
      <w:pPr>
        <w:keepLines/>
        <w:ind w:left="198" w:hanging="142"/>
        <w:jc w:val="both"/>
        <w:rPr>
          <w:lang w:val="ru-RU"/>
        </w:rPr>
      </w:pPr>
      <w:r w:rsidRPr="00D85F89">
        <w:rPr>
          <w:lang w:val="ru-RU"/>
        </w:rPr>
        <w:t>• Работники используют каски, сигнальные жилеты, перчатки, защитную обувь и при необходимости средства защиты органов дыхания</w:t>
      </w:r>
      <w:r w:rsidRPr="00D85F89">
        <w:rPr>
          <w:lang w:val="ru-RU"/>
        </w:rPr>
        <w:t xml:space="preserve"> и глаз.</w:t>
      </w:r>
    </w:p>
    <w:p w14:paraId="54A1D856" w14:textId="77777777" w:rsidR="007322FA" w:rsidRPr="00D85F89" w:rsidRDefault="00E91743">
      <w:pPr>
        <w:keepLines/>
        <w:ind w:left="198" w:hanging="142"/>
        <w:jc w:val="both"/>
        <w:rPr>
          <w:lang w:val="ru-RU"/>
        </w:rPr>
      </w:pPr>
      <w:r w:rsidRPr="00D85F89">
        <w:rPr>
          <w:lang w:val="ru-RU"/>
        </w:rPr>
        <w:t>• Запрещается находиться в радиусе работающей техники, в незакреплённой траншее, под поднятым грузом и в зоне возможного затопления.</w:t>
      </w:r>
    </w:p>
    <w:p w14:paraId="5FF537A1" w14:textId="77777777" w:rsidR="007322FA" w:rsidRPr="00D85F89" w:rsidRDefault="00E91743">
      <w:pPr>
        <w:pStyle w:val="1"/>
        <w:rPr>
          <w:lang w:val="ru-RU"/>
        </w:rPr>
      </w:pPr>
      <w:r w:rsidRPr="00D85F89">
        <w:rPr>
          <w:rFonts w:ascii="Arial" w:hAnsi="Arial"/>
          <w:sz w:val="21"/>
          <w:lang w:val="ru-RU"/>
        </w:rPr>
        <w:t>13 Контроль качества и исполнительная документация</w:t>
      </w:r>
    </w:p>
    <w:p w14:paraId="5D63F3E7" w14:textId="77777777" w:rsidR="007322FA" w:rsidRPr="00D85F89" w:rsidRDefault="00E91743">
      <w:pPr>
        <w:keepLines/>
        <w:ind w:left="198" w:hanging="142"/>
        <w:jc w:val="both"/>
        <w:rPr>
          <w:lang w:val="ru-RU"/>
        </w:rPr>
      </w:pPr>
      <w:r w:rsidRPr="00D85F89">
        <w:rPr>
          <w:lang w:val="ru-RU"/>
        </w:rPr>
        <w:t>• Подрядчик ежедневно ведёт журнал работ с указанием выполненно</w:t>
      </w:r>
      <w:r w:rsidRPr="00D85F89">
        <w:rPr>
          <w:lang w:val="ru-RU"/>
        </w:rPr>
        <w:t>го объёма, числа работников и техники, погодных условий, глубины траншеи, отметок трубопровода и результатов уплотнения.</w:t>
      </w:r>
    </w:p>
    <w:p w14:paraId="5E90CBA5" w14:textId="77777777" w:rsidR="007322FA" w:rsidRPr="00D85F89" w:rsidRDefault="00E91743">
      <w:pPr>
        <w:keepLines/>
        <w:ind w:left="198" w:hanging="142"/>
        <w:jc w:val="both"/>
        <w:rPr>
          <w:lang w:val="ru-RU"/>
        </w:rPr>
      </w:pPr>
      <w:r w:rsidRPr="00D85F89">
        <w:rPr>
          <w:lang w:val="ru-RU"/>
        </w:rPr>
        <w:t>• До начала следующей операции Заказчику предъявляется каждый скрытый этап: дно траншеи, песчаная постель, уклон труб, соединения, ввод</w:t>
      </w:r>
      <w:r w:rsidRPr="00D85F89">
        <w:rPr>
          <w:lang w:val="ru-RU"/>
        </w:rPr>
        <w:t>ы в колодцы, гидроизоляция, первые 300 мм защитной засыпки и последующее послойное уплотнение.</w:t>
      </w:r>
    </w:p>
    <w:p w14:paraId="73E153E7" w14:textId="77777777" w:rsidR="007322FA" w:rsidRPr="00D85F89" w:rsidRDefault="00E91743">
      <w:pPr>
        <w:keepLines/>
        <w:ind w:left="198" w:hanging="142"/>
        <w:jc w:val="both"/>
        <w:rPr>
          <w:lang w:val="ru-RU"/>
        </w:rPr>
      </w:pPr>
      <w:r w:rsidRPr="00D85F89">
        <w:rPr>
          <w:lang w:val="ru-RU"/>
        </w:rPr>
        <w:t>• Отметка и уклон трубопровода инструментально проверяются не реже чем через каждые 25 м, на каждом повороте, подключении и в колодце. Изменение трассы или отмет</w:t>
      </w:r>
      <w:r w:rsidRPr="00D85F89">
        <w:rPr>
          <w:lang w:val="ru-RU"/>
        </w:rPr>
        <w:t>ок по устной договорённости запрещается.</w:t>
      </w:r>
    </w:p>
    <w:p w14:paraId="265CB264" w14:textId="77777777" w:rsidR="007322FA" w:rsidRPr="00D85F89" w:rsidRDefault="00E91743">
      <w:pPr>
        <w:keepLines/>
        <w:ind w:left="198" w:hanging="142"/>
        <w:jc w:val="both"/>
        <w:rPr>
          <w:lang w:val="ru-RU"/>
        </w:rPr>
      </w:pPr>
      <w:r w:rsidRPr="00D85F89">
        <w:rPr>
          <w:lang w:val="ru-RU"/>
        </w:rPr>
        <w:t xml:space="preserve">• Контролируется уплотнение каждого слоя песка; контрольное измерение или испытание проводится не реже одного раза на каждые 50 м. При выявлении просадки или недостаточного уплотнения слой вскрывается и уплотняется </w:t>
      </w:r>
      <w:r w:rsidRPr="00D85F89">
        <w:rPr>
          <w:lang w:val="ru-RU"/>
        </w:rPr>
        <w:t>повторно.</w:t>
      </w:r>
    </w:p>
    <w:p w14:paraId="4D346857" w14:textId="77777777" w:rsidR="007322FA" w:rsidRPr="00D85F89" w:rsidRDefault="00E91743">
      <w:pPr>
        <w:keepLines/>
        <w:ind w:left="198" w:hanging="142"/>
        <w:jc w:val="both"/>
        <w:rPr>
          <w:lang w:val="ru-RU"/>
        </w:rPr>
      </w:pPr>
      <w:r w:rsidRPr="00D85F89">
        <w:rPr>
          <w:lang w:val="ru-RU"/>
        </w:rPr>
        <w:t>• До применения материалов Заказчику передаются паспорта и документы о соответствии на трубы, фитинги, уплотнители, люки, ремонтные и гидроизоляционные составы.</w:t>
      </w:r>
    </w:p>
    <w:p w14:paraId="6E93AC6B" w14:textId="77777777" w:rsidR="007322FA" w:rsidRPr="00D85F89" w:rsidRDefault="00E91743">
      <w:pPr>
        <w:keepLines/>
        <w:ind w:left="198" w:hanging="142"/>
        <w:jc w:val="both"/>
        <w:rPr>
          <w:lang w:val="ru-RU"/>
        </w:rPr>
      </w:pPr>
      <w:r w:rsidRPr="00D85F89">
        <w:rPr>
          <w:lang w:val="ru-RU"/>
        </w:rPr>
        <w:t>• При итоговой сдаче предоставляются акты скрытых работ, акт гидравлического испытани</w:t>
      </w:r>
      <w:r w:rsidRPr="00D85F89">
        <w:rPr>
          <w:lang w:val="ru-RU"/>
        </w:rPr>
        <w:t xml:space="preserve">я, протокол промывки и </w:t>
      </w:r>
      <w:proofErr w:type="spellStart"/>
      <w:r w:rsidRPr="00D85F89">
        <w:rPr>
          <w:lang w:val="ru-RU"/>
        </w:rPr>
        <w:t>телеинспекции</w:t>
      </w:r>
      <w:proofErr w:type="spellEnd"/>
      <w:r w:rsidRPr="00D85F89">
        <w:rPr>
          <w:lang w:val="ru-RU"/>
        </w:rPr>
        <w:t>, исполнительная схема с отметками трубопровода, документы на материалы, подтверждение вывоза отходов и полный фотоотчёт.</w:t>
      </w:r>
    </w:p>
    <w:p w14:paraId="324A6468" w14:textId="77777777" w:rsidR="007322FA" w:rsidRPr="00D85F89" w:rsidRDefault="00E91743">
      <w:pPr>
        <w:keepLines/>
        <w:ind w:left="198" w:hanging="142"/>
        <w:jc w:val="both"/>
        <w:rPr>
          <w:lang w:val="ru-RU"/>
        </w:rPr>
      </w:pPr>
      <w:r w:rsidRPr="00D85F89">
        <w:rPr>
          <w:lang w:val="ru-RU"/>
        </w:rPr>
        <w:t>• Материалы ненадлежащего качества, обратный уклон, течь, деформация, недостаточное уплотнение или</w:t>
      </w:r>
      <w:r w:rsidRPr="00D85F89">
        <w:rPr>
          <w:lang w:val="ru-RU"/>
        </w:rPr>
        <w:t xml:space="preserve"> скрытые работы без подтверждающих актов не принимаются и полностью переделываются за счёт Подрядчика.</w:t>
      </w:r>
    </w:p>
    <w:p w14:paraId="6AFAB408" w14:textId="77777777" w:rsidR="007322FA" w:rsidRPr="00D85F89" w:rsidRDefault="00E91743">
      <w:pPr>
        <w:pStyle w:val="1"/>
        <w:rPr>
          <w:lang w:val="ru-RU"/>
        </w:rPr>
      </w:pPr>
      <w:r w:rsidRPr="00D85F89">
        <w:rPr>
          <w:rFonts w:ascii="Arial" w:hAnsi="Arial"/>
          <w:sz w:val="21"/>
          <w:lang w:val="ru-RU"/>
        </w:rPr>
        <w:t>14 Срок и гарантия</w:t>
      </w:r>
    </w:p>
    <w:p w14:paraId="2ED99756" w14:textId="77777777" w:rsidR="007322FA" w:rsidRPr="00D85F89" w:rsidRDefault="00E91743">
      <w:pPr>
        <w:keepLines/>
        <w:ind w:left="198" w:hanging="142"/>
        <w:jc w:val="both"/>
        <w:rPr>
          <w:lang w:val="ru-RU"/>
        </w:rPr>
      </w:pPr>
      <w:r w:rsidRPr="00D85F89">
        <w:rPr>
          <w:lang w:val="ru-RU"/>
        </w:rPr>
        <w:t>• Полный комплекс работ должен быть завершён в течение 15 календарных дней со дня подписания договора и передачи объекта. В срок входя</w:t>
      </w:r>
      <w:r w:rsidRPr="00D85F89">
        <w:rPr>
          <w:lang w:val="ru-RU"/>
        </w:rPr>
        <w:t>т мобилизация, доставка, демонтаж, монтаж, испытание, засыпка, восстановление и передача документов.</w:t>
      </w:r>
    </w:p>
    <w:p w14:paraId="6C8F7E9A" w14:textId="77777777" w:rsidR="007322FA" w:rsidRPr="00D85F89" w:rsidRDefault="00E91743">
      <w:pPr>
        <w:keepLines/>
        <w:ind w:left="198" w:hanging="142"/>
        <w:jc w:val="both"/>
        <w:rPr>
          <w:lang w:val="ru-RU"/>
        </w:rPr>
      </w:pPr>
      <w:r w:rsidRPr="00D85F89">
        <w:rPr>
          <w:lang w:val="ru-RU"/>
        </w:rPr>
        <w:t xml:space="preserve">• Гарантийный срок на выполненные работы, герметичность трубных соединений, гидроизоляцию колодцев и восстановленную территорию составляет 2 месяца со дня </w:t>
      </w:r>
      <w:r w:rsidRPr="00D85F89">
        <w:rPr>
          <w:lang w:val="ru-RU"/>
        </w:rPr>
        <w:t>подписания итогового акта приёмки.</w:t>
      </w:r>
    </w:p>
    <w:p w14:paraId="57F8DB45" w14:textId="77777777" w:rsidR="007322FA" w:rsidRPr="00D85F89" w:rsidRDefault="00E91743">
      <w:pPr>
        <w:keepLines/>
        <w:ind w:left="198" w:hanging="142"/>
        <w:jc w:val="both"/>
        <w:rPr>
          <w:lang w:val="ru-RU"/>
        </w:rPr>
      </w:pPr>
      <w:r w:rsidRPr="00D85F89">
        <w:rPr>
          <w:lang w:val="ru-RU"/>
        </w:rPr>
        <w:t>• Протечки, засоры, смещение труб, просадка траншеи, подвижность люков и разрушение восстановленного покрытия, возникшие по вине Подрядчика в гарантийный период, устраняются бесплатно.</w:t>
      </w:r>
    </w:p>
    <w:p w14:paraId="0100D3B1" w14:textId="57C780B5" w:rsidR="007322FA" w:rsidRPr="00D85F89" w:rsidRDefault="007322FA">
      <w:pPr>
        <w:rPr>
          <w:lang w:val="ru-RU"/>
        </w:rPr>
      </w:pPr>
    </w:p>
    <w:sectPr w:rsidR="007322FA" w:rsidRPr="00D85F89" w:rsidSect="00034616">
      <w:footerReference w:type="default" r:id="rId8"/>
      <w:pgSz w:w="12240" w:h="15840"/>
      <w:pgMar w:top="850" w:right="964" w:bottom="850"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EDED2D" w14:textId="77777777" w:rsidR="00E91743" w:rsidRDefault="00E91743">
      <w:pPr>
        <w:spacing w:after="0" w:line="240" w:lineRule="auto"/>
      </w:pPr>
      <w:r>
        <w:separator/>
      </w:r>
    </w:p>
  </w:endnote>
  <w:endnote w:type="continuationSeparator" w:id="0">
    <w:p w14:paraId="02EF1719" w14:textId="77777777" w:rsidR="00E91743" w:rsidRDefault="00E917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779E8" w14:textId="77777777" w:rsidR="007322FA" w:rsidRDefault="00E91743">
    <w:pPr>
      <w:pStyle w:val="a7"/>
      <w:jc w:val="center"/>
    </w:pPr>
    <w:r>
      <w:rPr>
        <w:color w:val="5A5A5A"/>
        <w:sz w:val="16"/>
      </w:rPr>
      <w:t xml:space="preserve">Страница </w:t>
    </w:r>
    <w:r>
      <w:fldChar w:fldCharType="begin"/>
    </w:r>
    <w:r>
      <w:instrText>PAGE</w:instrText>
    </w:r>
    <w:r>
      <w:fldChar w:fldCharType="separate"/>
    </w:r>
    <w:r w:rsidR="00D85F8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4DA615" w14:textId="77777777" w:rsidR="00E91743" w:rsidRDefault="00E91743">
      <w:pPr>
        <w:spacing w:after="0" w:line="240" w:lineRule="auto"/>
      </w:pPr>
      <w:r>
        <w:separator/>
      </w:r>
    </w:p>
  </w:footnote>
  <w:footnote w:type="continuationSeparator" w:id="0">
    <w:p w14:paraId="7E50D1A5" w14:textId="77777777" w:rsidR="00E91743" w:rsidRDefault="00E917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7322FA"/>
    <w:rsid w:val="00AA1D8D"/>
    <w:rsid w:val="00B47730"/>
    <w:rsid w:val="00CB0664"/>
    <w:rsid w:val="00D85F89"/>
    <w:rsid w:val="00E9174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33CD719"/>
  <w14:defaultImageDpi w14:val="300"/>
  <w15:docId w15:val="{C8759B86-1842-4338-B9B7-065662FEC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pPr>
      <w:spacing w:after="60" w:line="247" w:lineRule="auto"/>
    </w:pPr>
    <w:rPr>
      <w:rFonts w:ascii="Arial" w:eastAsia="Arial" w:hAnsi="Arial"/>
      <w:color w:val="000000"/>
      <w:sz w:val="18"/>
    </w:rPr>
  </w:style>
  <w:style w:type="paragraph" w:styleId="1">
    <w:name w:val="heading 1"/>
    <w:basedOn w:val="a1"/>
    <w:next w:val="a1"/>
    <w:link w:val="10"/>
    <w:uiPriority w:val="9"/>
    <w:qFormat/>
    <w:rsid w:val="00FC693F"/>
    <w:pPr>
      <w:keepNext/>
      <w:keepLines/>
      <w:spacing w:before="180" w:after="80"/>
      <w:outlineLvl w:val="0"/>
    </w:pPr>
    <w:rPr>
      <w:rFonts w:asciiTheme="majorHAnsi" w:eastAsiaTheme="majorEastAsia" w:hAnsiTheme="majorHAnsi" w:cstheme="majorBidi"/>
      <w:b/>
      <w:bCs/>
      <w:sz w:val="25"/>
      <w:szCs w:val="28"/>
    </w:rPr>
  </w:style>
  <w:style w:type="paragraph" w:styleId="21">
    <w:name w:val="heading 2"/>
    <w:basedOn w:val="a1"/>
    <w:next w:val="a1"/>
    <w:link w:val="22"/>
    <w:uiPriority w:val="9"/>
    <w:unhideWhenUsed/>
    <w:qFormat/>
    <w:rsid w:val="00FC693F"/>
    <w:pPr>
      <w:keepNext/>
      <w:keepLines/>
      <w:spacing w:before="120"/>
      <w:outlineLvl w:val="1"/>
    </w:pPr>
    <w:rPr>
      <w:rFonts w:asciiTheme="majorHAnsi" w:eastAsiaTheme="majorEastAsia" w:hAnsiTheme="majorHAnsi" w:cstheme="majorBidi"/>
      <w:b/>
      <w:bCs/>
      <w:sz w:val="22"/>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keepNext/>
      <w:spacing w:after="160" w:line="240" w:lineRule="auto"/>
      <w:contextualSpacing/>
    </w:pPr>
    <w:rPr>
      <w:rFonts w:asciiTheme="majorHAnsi" w:eastAsiaTheme="majorEastAsia" w:hAnsiTheme="majorHAnsi" w:cstheme="majorBidi"/>
      <w:b/>
      <w:spacing w:val="5"/>
      <w:kern w:val="28"/>
      <w:sz w:val="3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ompactList">
    <w:name w:val="Compact List"/>
    <w:basedOn w:val="a1"/>
    <w:pPr>
      <w:spacing w:after="40"/>
      <w:ind w:left="317" w:hanging="230"/>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3272</Words>
  <Characters>18651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21880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Техническая спецификация на грунтование и окраску кровли школы 6550 м²</dc:title>
  <dc:subject>Подготовка поверхности, один слой грунтовки и два слоя краски с материалами и безопасностью</dc:subject>
  <dc:creator>Заказчик</dc:creator>
  <cp:keywords/>
  <dc:description>generated by python-docx</dc:description>
  <cp:lastModifiedBy>user</cp:lastModifiedBy>
  <cp:revision>2</cp:revision>
  <dcterms:created xsi:type="dcterms:W3CDTF">2013-12-23T23:15:00Z</dcterms:created>
  <dcterms:modified xsi:type="dcterms:W3CDTF">2026-10-26T19:04:00Z</dcterms:modified>
  <cp:category/>
</cp:coreProperties>
</file>