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85A" w:rsidRPr="009103AE" w:rsidRDefault="00FA341A">
      <w:pPr>
        <w:jc w:val="center"/>
        <w:rPr>
          <w:lang w:val="ru-RU"/>
        </w:rPr>
      </w:pPr>
      <w:r w:rsidRPr="009103AE">
        <w:rPr>
          <w:b/>
          <w:sz w:val="32"/>
          <w:lang w:val="ru-RU"/>
        </w:rPr>
        <w:t>ТЕХНИЧЕСКАЯ СПЕЦИФИКАЦИЯ</w:t>
      </w:r>
    </w:p>
    <w:p w:rsidR="00D6785A" w:rsidRPr="009103AE" w:rsidRDefault="00FA341A">
      <w:pPr>
        <w:jc w:val="center"/>
        <w:rPr>
          <w:lang w:val="ru-RU"/>
        </w:rPr>
      </w:pPr>
      <w:r w:rsidRPr="009103AE">
        <w:rPr>
          <w:sz w:val="28"/>
          <w:lang w:val="ru-RU"/>
        </w:rPr>
        <w:t>Услуги по вывозу</w:t>
      </w:r>
      <w:r w:rsidR="00381E98">
        <w:rPr>
          <w:sz w:val="28"/>
          <w:lang w:val="ru-RU"/>
        </w:rPr>
        <w:t xml:space="preserve"> опасных</w:t>
      </w:r>
      <w:r w:rsidRPr="009103AE">
        <w:rPr>
          <w:sz w:val="28"/>
          <w:lang w:val="ru-RU"/>
        </w:rPr>
        <w:t xml:space="preserve"> отходов</w:t>
      </w:r>
    </w:p>
    <w:p w:rsidR="00D6785A" w:rsidRDefault="00FA341A">
      <w:pPr>
        <w:spacing w:before="100" w:after="80"/>
        <w:rPr>
          <w:b/>
          <w:lang w:val="ru-RU"/>
        </w:rPr>
      </w:pPr>
      <w:r w:rsidRPr="009103AE">
        <w:rPr>
          <w:b/>
          <w:lang w:val="ru-RU"/>
        </w:rPr>
        <w:t>Общие требования:</w:t>
      </w:r>
    </w:p>
    <w:p w:rsidR="00EE1C35" w:rsidRPr="004C4ED6" w:rsidRDefault="00732E21" w:rsidP="00732E21">
      <w:pPr>
        <w:spacing w:before="100" w:after="80"/>
        <w:rPr>
          <w:lang w:val="ru-RU"/>
        </w:rPr>
      </w:pPr>
      <w:r>
        <w:rPr>
          <w:lang w:val="ru-RU"/>
        </w:rPr>
        <w:t xml:space="preserve">           </w:t>
      </w:r>
      <w:r w:rsidR="00EE1C35" w:rsidRPr="004C4ED6">
        <w:rPr>
          <w:lang w:val="ru-RU"/>
        </w:rPr>
        <w:t>Для предоставления услуг по вывозу отходов исполнитель должен имеет в наличие или заключить договор с мусороперерабатывающим заводом и договор намерения с городским полигоном</w:t>
      </w:r>
      <w:r w:rsidR="004C4ED6" w:rsidRPr="004C4ED6">
        <w:rPr>
          <w:lang w:val="ru-RU"/>
        </w:rPr>
        <w:t xml:space="preserve"> </w:t>
      </w:r>
      <w:proofErr w:type="gramStart"/>
      <w:r w:rsidR="004C4ED6" w:rsidRPr="004C4ED6">
        <w:rPr>
          <w:lang w:val="ru-RU"/>
        </w:rPr>
        <w:t>на утилизация</w:t>
      </w:r>
      <w:proofErr w:type="gramEnd"/>
      <w:r w:rsidR="004C4ED6" w:rsidRPr="004C4ED6">
        <w:rPr>
          <w:lang w:val="ru-RU"/>
        </w:rPr>
        <w:t xml:space="preserve"> отходов с </w:t>
      </w:r>
      <w:proofErr w:type="spellStart"/>
      <w:r w:rsidR="004C4ED6" w:rsidRPr="004C4ED6">
        <w:rPr>
          <w:lang w:val="ru-RU"/>
        </w:rPr>
        <w:t>прдоставлением</w:t>
      </w:r>
      <w:proofErr w:type="spellEnd"/>
      <w:r w:rsidR="004C4ED6" w:rsidRPr="004C4ED6">
        <w:rPr>
          <w:lang w:val="ru-RU"/>
        </w:rPr>
        <w:t xml:space="preserve"> в составе заявки на участие в закупках нотариально заверенную копию договора на оказание услуг по утилизации отходов.</w:t>
      </w:r>
    </w:p>
    <w:p w:rsidR="004C4ED6" w:rsidRDefault="004C4ED6" w:rsidP="00732E21">
      <w:pPr>
        <w:spacing w:after="80" w:line="240" w:lineRule="auto"/>
        <w:ind w:firstLine="709"/>
        <w:rPr>
          <w:lang w:val="ru-RU"/>
        </w:rPr>
      </w:pPr>
      <w:r>
        <w:rPr>
          <w:lang w:val="ru-RU"/>
        </w:rPr>
        <w:t xml:space="preserve">Для оказания услуг по вывозу отходы должен имеет в собственности или арендовать специализированный транспорт </w:t>
      </w:r>
      <w:proofErr w:type="gramStart"/>
      <w:r>
        <w:rPr>
          <w:lang w:val="ru-RU"/>
        </w:rPr>
        <w:t>( мусоровоз</w:t>
      </w:r>
      <w:proofErr w:type="gramEnd"/>
      <w:r>
        <w:rPr>
          <w:lang w:val="ru-RU"/>
        </w:rPr>
        <w:t xml:space="preserve">, грузовой автомобиль 20т., ковшовой </w:t>
      </w:r>
      <w:proofErr w:type="spellStart"/>
      <w:r>
        <w:rPr>
          <w:lang w:val="ru-RU"/>
        </w:rPr>
        <w:t>погрузщик</w:t>
      </w:r>
      <w:proofErr w:type="spellEnd"/>
      <w:r>
        <w:rPr>
          <w:lang w:val="ru-RU"/>
        </w:rPr>
        <w:t>).</w:t>
      </w:r>
      <w:r w:rsidR="00AE50E4">
        <w:rPr>
          <w:lang w:val="ru-RU"/>
        </w:rPr>
        <w:t xml:space="preserve"> </w:t>
      </w:r>
      <w:r w:rsidR="00A14DE7">
        <w:rPr>
          <w:lang w:val="ru-RU"/>
        </w:rPr>
        <w:t xml:space="preserve"> Работы по сбору, погрузке и размещению отходов в транспортном средстве должны выполняться работники исполнителя. </w:t>
      </w:r>
      <w:r>
        <w:rPr>
          <w:lang w:val="ru-RU"/>
        </w:rPr>
        <w:t>С предоставлением в составе заявки на участие в закупках нотариально заверенных копий техпаспортов автомобилей на предприятие исполнителя или договор аренды автотранспорта исполнителем.</w:t>
      </w:r>
    </w:p>
    <w:p w:rsidR="00A10C57" w:rsidRDefault="00A10C57" w:rsidP="00732E21">
      <w:pPr>
        <w:spacing w:after="80" w:line="240" w:lineRule="auto"/>
        <w:ind w:firstLine="709"/>
        <w:rPr>
          <w:lang w:val="ru-RU"/>
        </w:rPr>
      </w:pPr>
      <w:r w:rsidRPr="009103AE">
        <w:rPr>
          <w:lang w:val="ru-RU"/>
        </w:rPr>
        <w:t xml:space="preserve">Исполнитель обязан обеспечивать наличие необходимого транспорта, персонала и средств для оказания услуг в городе </w:t>
      </w:r>
      <w:proofErr w:type="spellStart"/>
      <w:r w:rsidRPr="009103AE">
        <w:rPr>
          <w:lang w:val="ru-RU"/>
        </w:rPr>
        <w:t>Жанаозен</w:t>
      </w:r>
      <w:proofErr w:type="spellEnd"/>
      <w:r w:rsidRPr="009103AE">
        <w:rPr>
          <w:lang w:val="ru-RU"/>
        </w:rPr>
        <w:t xml:space="preserve"> и быть готовым к выполнению заявки Заказчика в установленный срок. После поступления заявки исполнитель должен своевременно прибыть на объект и приступить к работам в срок, согласованный с Заказчиком.</w:t>
      </w:r>
    </w:p>
    <w:p w:rsidR="004C4ED6" w:rsidRPr="009103AE" w:rsidRDefault="004C4ED6" w:rsidP="00732E21">
      <w:pPr>
        <w:spacing w:after="80" w:line="240" w:lineRule="auto"/>
        <w:ind w:firstLine="709"/>
        <w:rPr>
          <w:lang w:val="ru-RU"/>
        </w:rPr>
      </w:pPr>
      <w:r>
        <w:rPr>
          <w:lang w:val="ru-RU"/>
        </w:rPr>
        <w:t>Исполнитель</w:t>
      </w:r>
      <w:r w:rsidRPr="009103AE">
        <w:rPr>
          <w:lang w:val="ru-RU"/>
        </w:rPr>
        <w:t xml:space="preserve"> должен иметь место нахождения (юридический адрес и/или фактическую производственную базу) в городе </w:t>
      </w:r>
      <w:proofErr w:type="spellStart"/>
      <w:r w:rsidRPr="009103AE">
        <w:rPr>
          <w:lang w:val="ru-RU"/>
        </w:rPr>
        <w:t>Жанаозен</w:t>
      </w:r>
      <w:proofErr w:type="spellEnd"/>
      <w:r w:rsidRPr="009103AE">
        <w:rPr>
          <w:lang w:val="ru-RU"/>
        </w:rPr>
        <w:t>, что должно обеспечивать оперативный выезд на объекты Заказчика. В составе заявки предоставляется документ, подтверждающий место нахождения поставщика.</w:t>
      </w:r>
    </w:p>
    <w:p w:rsidR="00A10C57" w:rsidRPr="009103AE" w:rsidRDefault="00A10C57" w:rsidP="00732E21">
      <w:pPr>
        <w:spacing w:before="100" w:after="80"/>
        <w:rPr>
          <w:lang w:val="ru-RU"/>
        </w:rPr>
      </w:pPr>
    </w:p>
    <w:p w:rsidR="009103AE" w:rsidRPr="009103AE" w:rsidRDefault="009103AE" w:rsidP="00732E21">
      <w:pPr>
        <w:spacing w:before="100" w:after="80"/>
        <w:jc w:val="center"/>
        <w:rPr>
          <w:lang w:val="ru-RU"/>
        </w:rPr>
      </w:pPr>
      <w:r w:rsidRPr="009103AE">
        <w:rPr>
          <w:b/>
          <w:lang w:val="ru-RU"/>
        </w:rPr>
        <w:t>ХИМИЧЕСКИЕ ОТХОДЫ: СБОР, ВЫВОЗ И ТРАНСПОРТИРОВКА</w:t>
      </w:r>
    </w:p>
    <w:p w:rsidR="009103AE" w:rsidRPr="009103AE" w:rsidRDefault="009103AE" w:rsidP="009103AE">
      <w:pPr>
        <w:spacing w:after="80" w:line="240" w:lineRule="auto"/>
        <w:ind w:firstLine="709"/>
        <w:rPr>
          <w:lang w:val="ru-RU"/>
        </w:rPr>
      </w:pPr>
      <w:r w:rsidRPr="009103AE">
        <w:rPr>
          <w:lang w:val="ru-RU"/>
        </w:rPr>
        <w:t>Сбор, погрузка, транспортировка и дальнейшая утилизация, обезвреживание или передача химических отходов осуществляются в соответствии с действующими экологическими, санитарными требованиями и требованиями безопасности Республики Казахстан.</w:t>
      </w:r>
    </w:p>
    <w:p w:rsidR="009103AE" w:rsidRPr="009103AE" w:rsidRDefault="009103AE" w:rsidP="009103AE">
      <w:pPr>
        <w:spacing w:after="80" w:line="240" w:lineRule="auto"/>
        <w:ind w:firstLine="709"/>
        <w:rPr>
          <w:lang w:val="ru-RU"/>
        </w:rPr>
      </w:pPr>
      <w:r w:rsidRPr="009103AE">
        <w:rPr>
          <w:lang w:val="ru-RU"/>
        </w:rPr>
        <w:t>Исполнитель обязан обеспечить приём химических отходов, их безопасную транспортировку и передачу специализированной организации, имеющей соответствующие возможности и право на утилизацию, обезвреживание или размещение таких отходов.</w:t>
      </w:r>
    </w:p>
    <w:p w:rsidR="009103AE" w:rsidRPr="009103AE" w:rsidRDefault="009103AE" w:rsidP="009103AE">
      <w:pPr>
        <w:spacing w:before="100" w:after="80"/>
        <w:rPr>
          <w:lang w:val="ru-RU"/>
        </w:rPr>
      </w:pPr>
      <w:r w:rsidRPr="009103AE">
        <w:rPr>
          <w:b/>
          <w:lang w:val="ru-RU"/>
        </w:rPr>
        <w:t>Требования к сбору химических отходов:</w:t>
      </w:r>
    </w:p>
    <w:p w:rsidR="009103AE" w:rsidRPr="009103AE" w:rsidRDefault="0005649C" w:rsidP="009103AE">
      <w:pPr>
        <w:pStyle w:val="a0"/>
        <w:spacing w:after="40" w:line="240" w:lineRule="auto"/>
        <w:rPr>
          <w:lang w:val="ru-RU"/>
        </w:rPr>
      </w:pPr>
      <w:r>
        <w:rPr>
          <w:lang w:val="ru-RU"/>
        </w:rPr>
        <w:t>При вывозе химических реактивов и химических отходов исполнител</w:t>
      </w:r>
      <w:r w:rsidR="00BA5687">
        <w:rPr>
          <w:lang w:val="ru-RU"/>
        </w:rPr>
        <w:t>ь обязан</w:t>
      </w:r>
      <w:r w:rsidR="00732E21">
        <w:rPr>
          <w:lang w:val="ru-RU"/>
        </w:rPr>
        <w:t xml:space="preserve"> предоставлять за свой счет спе</w:t>
      </w:r>
      <w:r w:rsidR="00BA5687">
        <w:rPr>
          <w:lang w:val="ru-RU"/>
        </w:rPr>
        <w:t xml:space="preserve">циальные герметичные, </w:t>
      </w:r>
      <w:proofErr w:type="spellStart"/>
      <w:r w:rsidR="00BA5687">
        <w:rPr>
          <w:lang w:val="ru-RU"/>
        </w:rPr>
        <w:t>хмимческий</w:t>
      </w:r>
      <w:proofErr w:type="spellEnd"/>
      <w:r w:rsidR="00BA5687">
        <w:rPr>
          <w:lang w:val="ru-RU"/>
        </w:rPr>
        <w:t xml:space="preserve"> стойкие емкости для их сбора, временного накопления и транспортировки</w:t>
      </w:r>
      <w:r w:rsidR="009103AE" w:rsidRPr="009103AE">
        <w:rPr>
          <w:lang w:val="ru-RU"/>
        </w:rPr>
        <w:t>.</w:t>
      </w:r>
    </w:p>
    <w:p w:rsidR="009103AE" w:rsidRPr="009103AE" w:rsidRDefault="009103AE" w:rsidP="009103AE">
      <w:pPr>
        <w:pStyle w:val="a0"/>
        <w:spacing w:after="40" w:line="240" w:lineRule="auto"/>
        <w:rPr>
          <w:lang w:val="ru-RU"/>
        </w:rPr>
      </w:pPr>
      <w:r w:rsidRPr="009103AE">
        <w:rPr>
          <w:lang w:val="ru-RU"/>
        </w:rPr>
        <w:t>Не допускается смешивание химических отходов, способных вступать между собой в химическую реакцию.</w:t>
      </w:r>
    </w:p>
    <w:p w:rsidR="009103AE" w:rsidRPr="009103AE" w:rsidRDefault="009103AE" w:rsidP="009103AE">
      <w:pPr>
        <w:pStyle w:val="a0"/>
        <w:spacing w:after="40" w:line="240" w:lineRule="auto"/>
        <w:rPr>
          <w:lang w:val="ru-RU"/>
        </w:rPr>
      </w:pPr>
      <w:r w:rsidRPr="009103AE">
        <w:rPr>
          <w:lang w:val="ru-RU"/>
        </w:rPr>
        <w:t>Различные химические реагенты и отходы должны собираться раздельно.</w:t>
      </w:r>
    </w:p>
    <w:p w:rsidR="009103AE" w:rsidRPr="009103AE" w:rsidRDefault="009103AE" w:rsidP="009103AE">
      <w:pPr>
        <w:pStyle w:val="a0"/>
        <w:spacing w:after="40" w:line="240" w:lineRule="auto"/>
        <w:rPr>
          <w:lang w:val="ru-RU"/>
        </w:rPr>
      </w:pPr>
      <w:r w:rsidRPr="009103AE">
        <w:rPr>
          <w:lang w:val="ru-RU"/>
        </w:rPr>
        <w:t>Ёмкости должны храниться в закрытом и устойчивом положении, исключающем опрокидывание и пролив.</w:t>
      </w:r>
    </w:p>
    <w:p w:rsidR="009103AE" w:rsidRPr="009103AE" w:rsidRDefault="009103AE" w:rsidP="009103AE">
      <w:pPr>
        <w:spacing w:before="100" w:after="80"/>
        <w:rPr>
          <w:lang w:val="ru-RU"/>
        </w:rPr>
      </w:pPr>
      <w:r w:rsidRPr="009103AE">
        <w:rPr>
          <w:b/>
          <w:lang w:val="ru-RU"/>
        </w:rPr>
        <w:t>Требования к транспортировке химических отходов:</w:t>
      </w:r>
    </w:p>
    <w:p w:rsidR="009103AE" w:rsidRPr="009103AE" w:rsidRDefault="009103AE" w:rsidP="009103AE">
      <w:pPr>
        <w:pStyle w:val="a0"/>
        <w:spacing w:after="40" w:line="240" w:lineRule="auto"/>
        <w:rPr>
          <w:lang w:val="ru-RU"/>
        </w:rPr>
      </w:pPr>
      <w:bookmarkStart w:id="0" w:name="_GoBack"/>
      <w:bookmarkEnd w:id="0"/>
      <w:r w:rsidRPr="009103AE">
        <w:rPr>
          <w:lang w:val="ru-RU"/>
        </w:rPr>
        <w:lastRenderedPageBreak/>
        <w:t>Для перевозки химических отходов используется закрытый или специально оборудованный транспорт, соответствующий виду и свойствам отходов.</w:t>
      </w:r>
    </w:p>
    <w:p w:rsidR="009103AE" w:rsidRPr="009103AE" w:rsidRDefault="009103AE" w:rsidP="009103AE">
      <w:pPr>
        <w:pStyle w:val="a0"/>
        <w:spacing w:after="40" w:line="240" w:lineRule="auto"/>
        <w:rPr>
          <w:lang w:val="ru-RU"/>
        </w:rPr>
      </w:pPr>
      <w:r w:rsidRPr="009103AE">
        <w:rPr>
          <w:lang w:val="ru-RU"/>
        </w:rPr>
        <w:t>Транспорт должен исключать пролив, рассыпание и попадание отходов в окружающую среду.</w:t>
      </w:r>
    </w:p>
    <w:p w:rsidR="009103AE" w:rsidRPr="009103AE" w:rsidRDefault="009103AE" w:rsidP="009103AE">
      <w:pPr>
        <w:pStyle w:val="a0"/>
        <w:spacing w:after="40" w:line="240" w:lineRule="auto"/>
        <w:rPr>
          <w:lang w:val="ru-RU"/>
        </w:rPr>
      </w:pPr>
      <w:r w:rsidRPr="009103AE">
        <w:rPr>
          <w:lang w:val="ru-RU"/>
        </w:rPr>
        <w:t>Ёмкости с отходами должны быть надёжно закреплены в кузове и защищены от повреждения и опрокидывания.</w:t>
      </w:r>
    </w:p>
    <w:p w:rsidR="009103AE" w:rsidRPr="009103AE" w:rsidRDefault="009103AE" w:rsidP="009103AE">
      <w:pPr>
        <w:pStyle w:val="a0"/>
        <w:spacing w:after="40" w:line="240" w:lineRule="auto"/>
        <w:rPr>
          <w:lang w:val="ru-RU"/>
        </w:rPr>
      </w:pPr>
      <w:r w:rsidRPr="009103AE">
        <w:rPr>
          <w:lang w:val="ru-RU"/>
        </w:rPr>
        <w:t>В транспортном средстве должны иметься средства первичного реагирования и локализации возможного пролива.</w:t>
      </w:r>
    </w:p>
    <w:p w:rsidR="009103AE" w:rsidRPr="009103AE" w:rsidRDefault="009103AE" w:rsidP="009103AE">
      <w:pPr>
        <w:pStyle w:val="a0"/>
        <w:spacing w:after="40" w:line="240" w:lineRule="auto"/>
        <w:rPr>
          <w:lang w:val="ru-RU"/>
        </w:rPr>
      </w:pPr>
      <w:r w:rsidRPr="009103AE">
        <w:rPr>
          <w:lang w:val="ru-RU"/>
        </w:rPr>
        <w:t>При передаче отходов оформляются документы, подтверждающие приём, транспортировку и передачу отходов.</w:t>
      </w:r>
    </w:p>
    <w:p w:rsidR="009103AE" w:rsidRPr="009103AE" w:rsidRDefault="009103AE" w:rsidP="009103AE">
      <w:pPr>
        <w:pStyle w:val="a0"/>
        <w:spacing w:after="40" w:line="240" w:lineRule="auto"/>
        <w:rPr>
          <w:lang w:val="ru-RU"/>
        </w:rPr>
      </w:pPr>
      <w:r w:rsidRPr="009103AE">
        <w:rPr>
          <w:lang w:val="ru-RU"/>
        </w:rPr>
        <w:t>Химические отходы передаются специализированной организации для утилизации, обезвреживания или размещения.</w:t>
      </w:r>
    </w:p>
    <w:p w:rsidR="009103AE" w:rsidRPr="009103AE" w:rsidRDefault="009103AE" w:rsidP="009103AE">
      <w:pPr>
        <w:pStyle w:val="a0"/>
        <w:spacing w:after="40" w:line="240" w:lineRule="auto"/>
        <w:rPr>
          <w:lang w:val="ru-RU"/>
        </w:rPr>
      </w:pPr>
      <w:r w:rsidRPr="009103AE">
        <w:rPr>
          <w:lang w:val="ru-RU"/>
        </w:rPr>
        <w:t>По факту вывоза и передачи отходов предоставляются акты, накладные и иные подтверждающие документы при необходимости.</w:t>
      </w:r>
    </w:p>
    <w:p w:rsidR="009103AE" w:rsidRPr="009103AE" w:rsidRDefault="009103AE">
      <w:pPr>
        <w:spacing w:after="80" w:line="240" w:lineRule="auto"/>
        <w:ind w:firstLine="709"/>
        <w:rPr>
          <w:lang w:val="ru-RU"/>
        </w:rPr>
      </w:pPr>
    </w:p>
    <w:p w:rsidR="00D6785A" w:rsidRPr="00BA5687" w:rsidRDefault="00FA341A">
      <w:pPr>
        <w:spacing w:before="100" w:after="80"/>
        <w:rPr>
          <w:b/>
        </w:rPr>
      </w:pPr>
      <w:proofErr w:type="spellStart"/>
      <w:r w:rsidRPr="00BA5687">
        <w:rPr>
          <w:b/>
        </w:rPr>
        <w:t>Наименование</w:t>
      </w:r>
      <w:proofErr w:type="spellEnd"/>
      <w:r w:rsidRPr="00BA5687">
        <w:rPr>
          <w:b/>
        </w:rPr>
        <w:t xml:space="preserve"> </w:t>
      </w:r>
      <w:proofErr w:type="spellStart"/>
      <w:r w:rsidRPr="00BA5687">
        <w:rPr>
          <w:b/>
        </w:rPr>
        <w:t>отходов</w:t>
      </w:r>
      <w:proofErr w:type="spellEnd"/>
      <w:r w:rsidRPr="00BA5687">
        <w:rPr>
          <w:b/>
        </w:rPr>
        <w:t>:</w:t>
      </w:r>
    </w:p>
    <w:p w:rsidR="00D6785A" w:rsidRPr="00BA5687" w:rsidRDefault="00FA341A">
      <w:pPr>
        <w:pStyle w:val="a"/>
        <w:spacing w:after="40" w:line="240" w:lineRule="auto"/>
        <w:rPr>
          <w:b/>
        </w:rPr>
      </w:pPr>
      <w:r w:rsidRPr="00BA5687">
        <w:rPr>
          <w:b/>
        </w:rPr>
        <w:t>Отработанные аккумуляторные батареи</w:t>
      </w:r>
    </w:p>
    <w:p w:rsidR="00D6785A" w:rsidRPr="00BA5687" w:rsidRDefault="00FA341A">
      <w:pPr>
        <w:pStyle w:val="a"/>
        <w:spacing w:after="40" w:line="240" w:lineRule="auto"/>
        <w:rPr>
          <w:b/>
        </w:rPr>
      </w:pPr>
      <w:r w:rsidRPr="00BA5687">
        <w:rPr>
          <w:b/>
        </w:rPr>
        <w:t>Моторные масла</w:t>
      </w:r>
    </w:p>
    <w:p w:rsidR="00D6785A" w:rsidRPr="00BA5687" w:rsidRDefault="00FA341A">
      <w:pPr>
        <w:pStyle w:val="a"/>
        <w:spacing w:after="40" w:line="240" w:lineRule="auto"/>
        <w:rPr>
          <w:b/>
        </w:rPr>
      </w:pPr>
      <w:r w:rsidRPr="00BA5687">
        <w:rPr>
          <w:b/>
        </w:rPr>
        <w:t>Огарки сварочных электродов</w:t>
      </w:r>
    </w:p>
    <w:p w:rsidR="00D6785A" w:rsidRPr="00BA5687" w:rsidRDefault="00FA341A">
      <w:pPr>
        <w:pStyle w:val="a"/>
        <w:spacing w:after="40" w:line="240" w:lineRule="auto"/>
        <w:rPr>
          <w:b/>
        </w:rPr>
      </w:pPr>
      <w:r w:rsidRPr="00BA5687">
        <w:rPr>
          <w:b/>
        </w:rPr>
        <w:t>Отработанные шины</w:t>
      </w:r>
    </w:p>
    <w:p w:rsidR="00D6785A" w:rsidRPr="00BA5687" w:rsidRDefault="00FA341A">
      <w:pPr>
        <w:pStyle w:val="a"/>
        <w:spacing w:after="40" w:line="240" w:lineRule="auto"/>
        <w:rPr>
          <w:b/>
        </w:rPr>
      </w:pPr>
      <w:r w:rsidRPr="00BA5687">
        <w:rPr>
          <w:b/>
        </w:rPr>
        <w:t>Промасленная ветошь</w:t>
      </w:r>
    </w:p>
    <w:p w:rsidR="00D6785A" w:rsidRPr="00BA5687" w:rsidRDefault="00FA341A">
      <w:pPr>
        <w:pStyle w:val="a"/>
        <w:spacing w:after="40" w:line="240" w:lineRule="auto"/>
        <w:rPr>
          <w:b/>
          <w:lang w:val="ru-RU"/>
        </w:rPr>
      </w:pPr>
      <w:r w:rsidRPr="00BA5687">
        <w:rPr>
          <w:b/>
          <w:lang w:val="ru-RU"/>
        </w:rPr>
        <w:t>Тара и контейнеры из-под лакокрасочных материалов</w:t>
      </w:r>
    </w:p>
    <w:p w:rsidR="00D6785A" w:rsidRPr="00BA5687" w:rsidRDefault="00FA341A">
      <w:pPr>
        <w:pStyle w:val="a"/>
        <w:spacing w:after="40" w:line="240" w:lineRule="auto"/>
        <w:rPr>
          <w:b/>
        </w:rPr>
      </w:pPr>
      <w:proofErr w:type="spellStart"/>
      <w:r w:rsidRPr="00BA5687">
        <w:rPr>
          <w:b/>
        </w:rPr>
        <w:t>Отходы</w:t>
      </w:r>
      <w:proofErr w:type="spellEnd"/>
      <w:r w:rsidRPr="00BA5687">
        <w:rPr>
          <w:b/>
        </w:rPr>
        <w:t xml:space="preserve"> </w:t>
      </w:r>
      <w:proofErr w:type="spellStart"/>
      <w:r w:rsidRPr="00BA5687">
        <w:rPr>
          <w:b/>
        </w:rPr>
        <w:t>Трилона</w:t>
      </w:r>
      <w:proofErr w:type="spellEnd"/>
      <w:r w:rsidRPr="00BA5687">
        <w:rPr>
          <w:b/>
        </w:rPr>
        <w:t xml:space="preserve"> Б</w:t>
      </w:r>
    </w:p>
    <w:p w:rsidR="00D6785A" w:rsidRPr="00BA5687" w:rsidRDefault="00FA341A">
      <w:pPr>
        <w:pStyle w:val="a"/>
        <w:spacing w:after="40" w:line="240" w:lineRule="auto"/>
        <w:rPr>
          <w:b/>
        </w:rPr>
      </w:pPr>
      <w:r w:rsidRPr="00BA5687">
        <w:rPr>
          <w:b/>
        </w:rPr>
        <w:t>Отходы аммиачного буфера</w:t>
      </w:r>
    </w:p>
    <w:p w:rsidR="00D6785A" w:rsidRPr="00BA5687" w:rsidRDefault="00FA341A">
      <w:pPr>
        <w:pStyle w:val="a"/>
        <w:spacing w:after="40" w:line="240" w:lineRule="auto"/>
        <w:rPr>
          <w:b/>
        </w:rPr>
      </w:pPr>
      <w:r w:rsidRPr="00BA5687">
        <w:rPr>
          <w:b/>
        </w:rPr>
        <w:t>Отходы фенолфталеина</w:t>
      </w:r>
    </w:p>
    <w:p w:rsidR="00D6785A" w:rsidRPr="00BA5687" w:rsidRDefault="00FA341A">
      <w:pPr>
        <w:pStyle w:val="a"/>
        <w:spacing w:after="40" w:line="240" w:lineRule="auto"/>
        <w:rPr>
          <w:b/>
        </w:rPr>
      </w:pPr>
      <w:r w:rsidRPr="00BA5687">
        <w:rPr>
          <w:b/>
        </w:rPr>
        <w:t>Отходы метилоранжа</w:t>
      </w:r>
    </w:p>
    <w:p w:rsidR="00D6785A" w:rsidRPr="00BA5687" w:rsidRDefault="00FA341A">
      <w:pPr>
        <w:pStyle w:val="a"/>
        <w:spacing w:after="40" w:line="240" w:lineRule="auto"/>
        <w:rPr>
          <w:b/>
          <w:lang w:val="ru-RU"/>
        </w:rPr>
      </w:pPr>
      <w:r w:rsidRPr="00BA5687">
        <w:rPr>
          <w:b/>
          <w:lang w:val="ru-RU"/>
        </w:rPr>
        <w:t>Непригодные и использованные лабораторные химические реактивы</w:t>
      </w:r>
    </w:p>
    <w:p w:rsidR="00D6785A" w:rsidRPr="00BA5687" w:rsidRDefault="00FA341A">
      <w:pPr>
        <w:pStyle w:val="a"/>
        <w:spacing w:after="40" w:line="240" w:lineRule="auto"/>
        <w:rPr>
          <w:b/>
          <w:lang w:val="ru-RU"/>
        </w:rPr>
      </w:pPr>
      <w:r w:rsidRPr="00BA5687">
        <w:rPr>
          <w:b/>
          <w:lang w:val="ru-RU"/>
        </w:rPr>
        <w:t>Тара, флаконы и упаковка, загрязнённые химическими веществами</w:t>
      </w:r>
    </w:p>
    <w:p w:rsidR="00D6785A" w:rsidRPr="00BA5687" w:rsidRDefault="00FA341A">
      <w:pPr>
        <w:pStyle w:val="a"/>
        <w:spacing w:after="40" w:line="240" w:lineRule="auto"/>
        <w:rPr>
          <w:b/>
          <w:lang w:val="ru-RU"/>
        </w:rPr>
      </w:pPr>
      <w:r w:rsidRPr="00BA5687">
        <w:rPr>
          <w:b/>
          <w:lang w:val="ru-RU"/>
        </w:rPr>
        <w:t>Загрязнённые химическими реагентами ветошь, сорбенты и другие химические отходы</w:t>
      </w:r>
    </w:p>
    <w:p w:rsidR="00BA5687" w:rsidRPr="002E186D" w:rsidRDefault="00BA5687">
      <w:pPr>
        <w:spacing w:before="100" w:after="80"/>
        <w:rPr>
          <w:b/>
          <w:lang w:val="ru-RU"/>
        </w:rPr>
      </w:pPr>
    </w:p>
    <w:p w:rsidR="00D6785A" w:rsidRPr="00BA5687" w:rsidRDefault="00FA341A">
      <w:pPr>
        <w:spacing w:before="100" w:after="80"/>
        <w:rPr>
          <w:lang w:val="ru-RU"/>
        </w:rPr>
      </w:pPr>
      <w:r w:rsidRPr="00BA5687">
        <w:rPr>
          <w:b/>
          <w:lang w:val="ru-RU"/>
        </w:rPr>
        <w:t>Места вывоза мусорных контейнеров:</w:t>
      </w:r>
    </w:p>
    <w:p w:rsidR="00D6785A" w:rsidRPr="009103AE" w:rsidRDefault="00FA341A" w:rsidP="00BA5687">
      <w:pPr>
        <w:pStyle w:val="a"/>
        <w:numPr>
          <w:ilvl w:val="0"/>
          <w:numId w:val="0"/>
        </w:numPr>
        <w:spacing w:after="40" w:line="240" w:lineRule="auto"/>
        <w:ind w:left="360" w:hanging="360"/>
        <w:rPr>
          <w:lang w:val="ru-RU"/>
        </w:rPr>
      </w:pPr>
      <w:r w:rsidRPr="009103AE">
        <w:rPr>
          <w:lang w:val="ru-RU"/>
        </w:rPr>
        <w:t xml:space="preserve">г. </w:t>
      </w:r>
      <w:proofErr w:type="spellStart"/>
      <w:r w:rsidRPr="009103AE">
        <w:rPr>
          <w:lang w:val="ru-RU"/>
        </w:rPr>
        <w:t>Жанаозен</w:t>
      </w:r>
      <w:proofErr w:type="spellEnd"/>
      <w:r w:rsidRPr="009103AE">
        <w:rPr>
          <w:lang w:val="ru-RU"/>
        </w:rPr>
        <w:t>, ул. Абая, производственная зона, Центральная котельная и Малая ТЭЦ.</w:t>
      </w:r>
    </w:p>
    <w:p w:rsidR="00D6785A" w:rsidRPr="009103AE" w:rsidRDefault="00FA341A" w:rsidP="00BA5687">
      <w:pPr>
        <w:pStyle w:val="a"/>
        <w:numPr>
          <w:ilvl w:val="0"/>
          <w:numId w:val="0"/>
        </w:numPr>
        <w:spacing w:after="40" w:line="240" w:lineRule="auto"/>
        <w:ind w:left="360" w:hanging="360"/>
        <w:rPr>
          <w:lang w:val="ru-RU"/>
        </w:rPr>
      </w:pPr>
      <w:r w:rsidRPr="009103AE">
        <w:rPr>
          <w:lang w:val="ru-RU"/>
        </w:rPr>
        <w:t xml:space="preserve">г. </w:t>
      </w:r>
      <w:proofErr w:type="spellStart"/>
      <w:r w:rsidRPr="009103AE">
        <w:rPr>
          <w:lang w:val="ru-RU"/>
        </w:rPr>
        <w:t>Жанаозен</w:t>
      </w:r>
      <w:proofErr w:type="spellEnd"/>
      <w:r w:rsidRPr="009103AE">
        <w:rPr>
          <w:lang w:val="ru-RU"/>
        </w:rPr>
        <w:t xml:space="preserve">, котельная железнодорожной станции </w:t>
      </w:r>
      <w:proofErr w:type="spellStart"/>
      <w:r w:rsidRPr="009103AE">
        <w:rPr>
          <w:lang w:val="ru-RU"/>
        </w:rPr>
        <w:t>Озен</w:t>
      </w:r>
      <w:proofErr w:type="spellEnd"/>
      <w:r w:rsidRPr="009103AE">
        <w:rPr>
          <w:lang w:val="ru-RU"/>
        </w:rPr>
        <w:t>.</w:t>
      </w:r>
    </w:p>
    <w:p w:rsidR="00D6785A" w:rsidRPr="009103AE" w:rsidRDefault="00FA341A" w:rsidP="00BA5687">
      <w:pPr>
        <w:pStyle w:val="a"/>
        <w:numPr>
          <w:ilvl w:val="0"/>
          <w:numId w:val="0"/>
        </w:numPr>
        <w:spacing w:after="40" w:line="240" w:lineRule="auto"/>
        <w:rPr>
          <w:lang w:val="ru-RU"/>
        </w:rPr>
      </w:pPr>
      <w:r w:rsidRPr="009103AE">
        <w:rPr>
          <w:lang w:val="ru-RU"/>
        </w:rPr>
        <w:t>Иные объекты ГКП «</w:t>
      </w:r>
      <w:proofErr w:type="spellStart"/>
      <w:r w:rsidRPr="009103AE">
        <w:rPr>
          <w:lang w:val="ru-RU"/>
        </w:rPr>
        <w:t>ӨзенЖылу</w:t>
      </w:r>
      <w:proofErr w:type="spellEnd"/>
      <w:r w:rsidRPr="009103AE">
        <w:rPr>
          <w:lang w:val="ru-RU"/>
        </w:rPr>
        <w:t>» — согласно заявке Заказчика.</w:t>
      </w:r>
    </w:p>
    <w:p w:rsidR="00E87902" w:rsidRPr="009103AE" w:rsidRDefault="00E87902">
      <w:pPr>
        <w:spacing w:after="80" w:line="240" w:lineRule="auto"/>
        <w:ind w:firstLine="709"/>
        <w:rPr>
          <w:lang w:val="ru-RU"/>
        </w:rPr>
      </w:pPr>
    </w:p>
    <w:p w:rsidR="00D6785A" w:rsidRPr="009103AE" w:rsidRDefault="00FA341A">
      <w:pPr>
        <w:spacing w:before="100" w:after="80"/>
        <w:rPr>
          <w:lang w:val="ru-RU"/>
        </w:rPr>
      </w:pPr>
      <w:r w:rsidRPr="009103AE">
        <w:rPr>
          <w:b/>
          <w:lang w:val="ru-RU"/>
        </w:rPr>
        <w:t>Подтверждение оказания услуг:</w:t>
      </w:r>
    </w:p>
    <w:p w:rsidR="00D6785A" w:rsidRPr="009103AE" w:rsidRDefault="00FA341A">
      <w:pPr>
        <w:spacing w:after="80" w:line="240" w:lineRule="auto"/>
        <w:ind w:firstLine="709"/>
        <w:rPr>
          <w:lang w:val="ru-RU"/>
        </w:rPr>
      </w:pPr>
      <w:r w:rsidRPr="009103AE">
        <w:rPr>
          <w:lang w:val="ru-RU"/>
        </w:rPr>
        <w:t>Исполнитель предоставляет Заказчику документы, подтверждающие вывоз и передачу отходов уполномоченной организации. В документах указываются наименование и количество отходов, дата вывоза, сведения о перевозчике и принимающей организации.</w:t>
      </w:r>
    </w:p>
    <w:p w:rsidR="00B94E77" w:rsidRDefault="00B94E77" w:rsidP="00B94E77">
      <w:pPr>
        <w:spacing w:after="80" w:line="240" w:lineRule="auto"/>
        <w:rPr>
          <w:lang w:val="ru-RU"/>
        </w:rPr>
      </w:pPr>
    </w:p>
    <w:p w:rsidR="00B94E77" w:rsidRPr="009103AE" w:rsidRDefault="00B94E77">
      <w:pPr>
        <w:spacing w:after="80" w:line="240" w:lineRule="auto"/>
        <w:ind w:firstLine="709"/>
        <w:rPr>
          <w:lang w:val="ru-RU"/>
        </w:rPr>
      </w:pPr>
    </w:p>
    <w:p w:rsidR="00D6785A" w:rsidRPr="009103AE" w:rsidRDefault="00FA341A">
      <w:pPr>
        <w:rPr>
          <w:lang w:val="ru-RU"/>
        </w:rPr>
      </w:pPr>
      <w:r w:rsidRPr="009103AE">
        <w:rPr>
          <w:lang w:val="ru-RU"/>
        </w:rPr>
        <w:br w:type="page"/>
      </w:r>
    </w:p>
    <w:p w:rsidR="00D6785A" w:rsidRPr="009103AE" w:rsidRDefault="00FA341A">
      <w:pPr>
        <w:jc w:val="center"/>
        <w:rPr>
          <w:lang w:val="ru-RU"/>
        </w:rPr>
      </w:pPr>
      <w:r w:rsidRPr="009103AE">
        <w:rPr>
          <w:b/>
          <w:sz w:val="32"/>
          <w:lang w:val="ru-RU"/>
        </w:rPr>
        <w:lastRenderedPageBreak/>
        <w:t>ТЕХНИКАЛЫҚ СПЕЦИФИКАЦИЯ</w:t>
      </w:r>
    </w:p>
    <w:p w:rsidR="00D6785A" w:rsidRDefault="00670356">
      <w:pPr>
        <w:jc w:val="center"/>
        <w:rPr>
          <w:sz w:val="28"/>
          <w:lang w:val="ru-RU"/>
        </w:rPr>
      </w:pPr>
      <w:r>
        <w:rPr>
          <w:sz w:val="28"/>
          <w:lang w:val="kk-KZ"/>
        </w:rPr>
        <w:t xml:space="preserve">Қауіпті </w:t>
      </w:r>
      <w:proofErr w:type="spellStart"/>
      <w:r>
        <w:rPr>
          <w:sz w:val="28"/>
          <w:lang w:val="ru-RU"/>
        </w:rPr>
        <w:t>қ</w:t>
      </w:r>
      <w:r w:rsidR="00FA341A" w:rsidRPr="009103AE">
        <w:rPr>
          <w:sz w:val="28"/>
          <w:lang w:val="ru-RU"/>
        </w:rPr>
        <w:t>алдықтарды</w:t>
      </w:r>
      <w:proofErr w:type="spellEnd"/>
      <w:r w:rsidR="00FA341A" w:rsidRPr="009103AE">
        <w:rPr>
          <w:sz w:val="28"/>
          <w:lang w:val="ru-RU"/>
        </w:rPr>
        <w:t xml:space="preserve"> </w:t>
      </w:r>
      <w:proofErr w:type="spellStart"/>
      <w:r w:rsidR="00FA341A" w:rsidRPr="009103AE">
        <w:rPr>
          <w:sz w:val="28"/>
          <w:lang w:val="ru-RU"/>
        </w:rPr>
        <w:t>шығару</w:t>
      </w:r>
      <w:proofErr w:type="spellEnd"/>
      <w:r w:rsidR="00FA341A" w:rsidRPr="009103AE">
        <w:rPr>
          <w:sz w:val="28"/>
          <w:lang w:val="ru-RU"/>
        </w:rPr>
        <w:t xml:space="preserve"> </w:t>
      </w:r>
      <w:proofErr w:type="spellStart"/>
      <w:r w:rsidR="00FA341A" w:rsidRPr="009103AE">
        <w:rPr>
          <w:sz w:val="28"/>
          <w:lang w:val="ru-RU"/>
        </w:rPr>
        <w:t>қызметтері</w:t>
      </w:r>
      <w:proofErr w:type="spellEnd"/>
    </w:p>
    <w:p w:rsidR="00670356" w:rsidRDefault="00670356" w:rsidP="00670356">
      <w:pPr>
        <w:spacing w:before="100" w:after="80"/>
        <w:rPr>
          <w:b/>
          <w:lang w:val="ru-RU"/>
        </w:rPr>
      </w:pPr>
      <w:proofErr w:type="spellStart"/>
      <w:r w:rsidRPr="009103AE">
        <w:rPr>
          <w:b/>
          <w:lang w:val="ru-RU"/>
        </w:rPr>
        <w:t>Жалпы</w:t>
      </w:r>
      <w:proofErr w:type="spellEnd"/>
      <w:r w:rsidRPr="009103AE">
        <w:rPr>
          <w:b/>
          <w:lang w:val="ru-RU"/>
        </w:rPr>
        <w:t xml:space="preserve"> </w:t>
      </w:r>
      <w:proofErr w:type="spellStart"/>
      <w:r w:rsidRPr="009103AE">
        <w:rPr>
          <w:b/>
          <w:lang w:val="ru-RU"/>
        </w:rPr>
        <w:t>талаптар</w:t>
      </w:r>
      <w:proofErr w:type="spellEnd"/>
      <w:r w:rsidRPr="009103AE">
        <w:rPr>
          <w:b/>
          <w:lang w:val="ru-RU"/>
        </w:rPr>
        <w:t>:</w:t>
      </w:r>
    </w:p>
    <w:p w:rsidR="00B51833" w:rsidRPr="009103AE" w:rsidRDefault="00B51833" w:rsidP="00B51833">
      <w:pPr>
        <w:spacing w:after="80" w:line="240" w:lineRule="auto"/>
        <w:ind w:firstLine="709"/>
        <w:rPr>
          <w:lang w:val="ru-RU"/>
        </w:rPr>
      </w:pPr>
      <w:proofErr w:type="spellStart"/>
      <w:r w:rsidRPr="009103AE">
        <w:rPr>
          <w:lang w:val="ru-RU"/>
        </w:rPr>
        <w:t>Қалдықтарды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шығару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бойынша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қызметтерді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көр</w:t>
      </w:r>
      <w:r>
        <w:rPr>
          <w:lang w:val="ru-RU"/>
        </w:rPr>
        <w:t>сету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үшін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орындаушыда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қалдықтарды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қайта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өңдеу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және</w:t>
      </w:r>
      <w:proofErr w:type="spellEnd"/>
      <w:r w:rsidRPr="009103AE">
        <w:rPr>
          <w:lang w:val="ru-RU"/>
        </w:rPr>
        <w:t>/</w:t>
      </w:r>
      <w:proofErr w:type="spellStart"/>
      <w:r w:rsidRPr="009103AE">
        <w:rPr>
          <w:lang w:val="ru-RU"/>
        </w:rPr>
        <w:t>немесе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кәдеге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жарату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ұйымымен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және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қалдықтарды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орналастыру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жөніндегі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қалалық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полигонмен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шарт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болуы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немесе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осындай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шарттарды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жасасу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мүмкіндігі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болуы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тиіс</w:t>
      </w:r>
      <w:proofErr w:type="spellEnd"/>
      <w:r w:rsidRPr="009103AE">
        <w:rPr>
          <w:lang w:val="ru-RU"/>
        </w:rPr>
        <w:t xml:space="preserve">. </w:t>
      </w:r>
      <w:proofErr w:type="spellStart"/>
      <w:r w:rsidRPr="009103AE">
        <w:rPr>
          <w:lang w:val="ru-RU"/>
        </w:rPr>
        <w:t>Қажет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болған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жағдайда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сатып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алуға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қатысуға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өтінім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құрамында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тиісті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шарттардың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нотариалды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куәландырылған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көшірмелері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ұсынылады</w:t>
      </w:r>
      <w:proofErr w:type="spellEnd"/>
      <w:r w:rsidRPr="009103AE">
        <w:rPr>
          <w:lang w:val="ru-RU"/>
        </w:rPr>
        <w:t>.</w:t>
      </w:r>
    </w:p>
    <w:p w:rsidR="00B51833" w:rsidRDefault="00B51833" w:rsidP="00B51833">
      <w:pPr>
        <w:spacing w:after="80" w:line="240" w:lineRule="auto"/>
        <w:ind w:firstLine="709"/>
        <w:rPr>
          <w:lang w:val="ru-RU"/>
        </w:rPr>
      </w:pPr>
      <w:proofErr w:type="spellStart"/>
      <w:r w:rsidRPr="009103AE">
        <w:rPr>
          <w:lang w:val="ru-RU"/>
        </w:rPr>
        <w:t>Қалдықтарды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шығару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қызметтерін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көрсету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үшін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орындаушының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меншігінде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немесе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жалға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алынған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мамандандырылған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көлігі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болуы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тиіс</w:t>
      </w:r>
      <w:proofErr w:type="spellEnd"/>
      <w:r w:rsidRPr="009103AE">
        <w:rPr>
          <w:lang w:val="ru-RU"/>
        </w:rPr>
        <w:t xml:space="preserve">: </w:t>
      </w:r>
      <w:proofErr w:type="spellStart"/>
      <w:r w:rsidRPr="009103AE">
        <w:rPr>
          <w:lang w:val="ru-RU"/>
        </w:rPr>
        <w:t>қоқыс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таситын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автокөлік</w:t>
      </w:r>
      <w:proofErr w:type="spellEnd"/>
      <w:r w:rsidRPr="009103AE">
        <w:rPr>
          <w:lang w:val="ru-RU"/>
        </w:rPr>
        <w:t xml:space="preserve">, </w:t>
      </w:r>
      <w:proofErr w:type="spellStart"/>
      <w:r w:rsidRPr="009103AE">
        <w:rPr>
          <w:lang w:val="ru-RU"/>
        </w:rPr>
        <w:t>жүк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көтергіштігі</w:t>
      </w:r>
      <w:proofErr w:type="spellEnd"/>
      <w:r w:rsidRPr="009103AE">
        <w:rPr>
          <w:lang w:val="ru-RU"/>
        </w:rPr>
        <w:t xml:space="preserve"> 20 </w:t>
      </w:r>
      <w:proofErr w:type="spellStart"/>
      <w:r w:rsidRPr="009103AE">
        <w:rPr>
          <w:lang w:val="ru-RU"/>
        </w:rPr>
        <w:t>тоннаға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дейінгі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жүк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автомобилі</w:t>
      </w:r>
      <w:proofErr w:type="spellEnd"/>
      <w:r w:rsidRPr="009103AE">
        <w:rPr>
          <w:lang w:val="ru-RU"/>
        </w:rPr>
        <w:t xml:space="preserve">, </w:t>
      </w:r>
      <w:proofErr w:type="spellStart"/>
      <w:r w:rsidRPr="009103AE">
        <w:rPr>
          <w:lang w:val="ru-RU"/>
        </w:rPr>
        <w:t>шөмішті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тиегіш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және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басқа</w:t>
      </w:r>
      <w:proofErr w:type="spellEnd"/>
      <w:r w:rsidRPr="009103AE">
        <w:rPr>
          <w:lang w:val="ru-RU"/>
        </w:rPr>
        <w:t xml:space="preserve"> да </w:t>
      </w:r>
      <w:proofErr w:type="spellStart"/>
      <w:r w:rsidRPr="009103AE">
        <w:rPr>
          <w:lang w:val="ru-RU"/>
        </w:rPr>
        <w:t>қажетті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көлік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құралдары</w:t>
      </w:r>
      <w:proofErr w:type="spellEnd"/>
      <w:r w:rsidRPr="009103AE">
        <w:rPr>
          <w:lang w:val="ru-RU"/>
        </w:rPr>
        <w:t xml:space="preserve">. </w:t>
      </w:r>
      <w:proofErr w:type="spellStart"/>
      <w:r>
        <w:rPr>
          <w:lang w:val="ru-RU"/>
        </w:rPr>
        <w:t>Қалдықтарды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тиеу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жұмыстары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кезінде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орындаушы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өз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қаражаты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есебінен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қажетті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жұмысшылармен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қамтамсыз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етуге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міндетті</w:t>
      </w:r>
      <w:proofErr w:type="spellEnd"/>
      <w:r>
        <w:rPr>
          <w:lang w:val="ru-RU"/>
        </w:rPr>
        <w:t xml:space="preserve">. </w:t>
      </w:r>
      <w:proofErr w:type="spellStart"/>
      <w:r w:rsidRPr="009103AE">
        <w:rPr>
          <w:lang w:val="ru-RU"/>
        </w:rPr>
        <w:t>Өтінім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құрамында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көлік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құралдарын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тіркеу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туралы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куәліктердің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нотариалды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куәландырылған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көшірмелері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немесе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автокөлікті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жалға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алу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шарты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ұсынылады</w:t>
      </w:r>
      <w:proofErr w:type="spellEnd"/>
      <w:r w:rsidRPr="009103AE">
        <w:rPr>
          <w:lang w:val="ru-RU"/>
        </w:rPr>
        <w:t>.</w:t>
      </w:r>
      <w:r w:rsidR="00A10C57">
        <w:rPr>
          <w:lang w:val="ru-RU"/>
        </w:rPr>
        <w:t xml:space="preserve"> </w:t>
      </w:r>
    </w:p>
    <w:p w:rsidR="00D6785A" w:rsidRPr="009103AE" w:rsidRDefault="00FA341A">
      <w:pPr>
        <w:spacing w:after="80" w:line="240" w:lineRule="auto"/>
        <w:ind w:firstLine="709"/>
        <w:rPr>
          <w:lang w:val="ru-RU"/>
        </w:rPr>
      </w:pPr>
      <w:proofErr w:type="spellStart"/>
      <w:r w:rsidRPr="009103AE">
        <w:rPr>
          <w:lang w:val="ru-RU"/>
        </w:rPr>
        <w:t>Орындаушы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Жаңаөзен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қаласында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қызмет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көрсету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үшін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қажетті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көлік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құралдарының</w:t>
      </w:r>
      <w:proofErr w:type="spellEnd"/>
      <w:r w:rsidRPr="009103AE">
        <w:rPr>
          <w:lang w:val="ru-RU"/>
        </w:rPr>
        <w:t xml:space="preserve">, </w:t>
      </w:r>
      <w:proofErr w:type="spellStart"/>
      <w:r w:rsidRPr="009103AE">
        <w:rPr>
          <w:lang w:val="ru-RU"/>
        </w:rPr>
        <w:t>персоналдың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және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құрал-жабдықтардың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болуын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қамтамасыз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етуге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және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Тапсырыс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берушінің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өтінімін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белгіленген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мерзімде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орындауға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дайын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болуы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тиіс</w:t>
      </w:r>
      <w:proofErr w:type="spellEnd"/>
      <w:r w:rsidRPr="009103AE">
        <w:rPr>
          <w:lang w:val="ru-RU"/>
        </w:rPr>
        <w:t xml:space="preserve">. </w:t>
      </w:r>
      <w:proofErr w:type="spellStart"/>
      <w:r w:rsidRPr="009103AE">
        <w:rPr>
          <w:lang w:val="ru-RU"/>
        </w:rPr>
        <w:t>Өтінім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келіп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түскеннен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кейін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орындаушы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Тапсырыс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берушімен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келісілген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мерзімде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объектіге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уақытылы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келіп</w:t>
      </w:r>
      <w:proofErr w:type="spellEnd"/>
      <w:r w:rsidRPr="009103AE">
        <w:rPr>
          <w:lang w:val="ru-RU"/>
        </w:rPr>
        <w:t xml:space="preserve">, </w:t>
      </w:r>
      <w:proofErr w:type="spellStart"/>
      <w:r w:rsidRPr="009103AE">
        <w:rPr>
          <w:lang w:val="ru-RU"/>
        </w:rPr>
        <w:t>жұмыстарды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бастауға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міндетті</w:t>
      </w:r>
      <w:proofErr w:type="spellEnd"/>
      <w:r w:rsidRPr="009103AE">
        <w:rPr>
          <w:lang w:val="ru-RU"/>
        </w:rPr>
        <w:t>.</w:t>
      </w:r>
    </w:p>
    <w:p w:rsidR="00B51833" w:rsidRPr="009103AE" w:rsidRDefault="00B51833" w:rsidP="00B51833">
      <w:pPr>
        <w:spacing w:after="80" w:line="240" w:lineRule="auto"/>
        <w:ind w:firstLine="709"/>
        <w:rPr>
          <w:lang w:val="ru-RU"/>
        </w:rPr>
      </w:pPr>
      <w:proofErr w:type="spellStart"/>
      <w:r>
        <w:rPr>
          <w:lang w:val="ru-RU"/>
        </w:rPr>
        <w:t>Орындаушы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Жаңаөзен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қаласында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орналасқан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болуы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тиіс</w:t>
      </w:r>
      <w:proofErr w:type="spellEnd"/>
      <w:r w:rsidRPr="009103AE">
        <w:rPr>
          <w:lang w:val="ru-RU"/>
        </w:rPr>
        <w:t xml:space="preserve"> (</w:t>
      </w:r>
      <w:proofErr w:type="spellStart"/>
      <w:r w:rsidRPr="009103AE">
        <w:rPr>
          <w:lang w:val="ru-RU"/>
        </w:rPr>
        <w:t>заңды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мекенжайы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және</w:t>
      </w:r>
      <w:proofErr w:type="spellEnd"/>
      <w:r w:rsidRPr="009103AE">
        <w:rPr>
          <w:lang w:val="ru-RU"/>
        </w:rPr>
        <w:t>/</w:t>
      </w:r>
      <w:proofErr w:type="spellStart"/>
      <w:r w:rsidRPr="009103AE">
        <w:rPr>
          <w:lang w:val="ru-RU"/>
        </w:rPr>
        <w:t>немесе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нақты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өндірістік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базасы</w:t>
      </w:r>
      <w:proofErr w:type="spellEnd"/>
      <w:r w:rsidRPr="009103AE">
        <w:rPr>
          <w:lang w:val="ru-RU"/>
        </w:rPr>
        <w:t xml:space="preserve">), </w:t>
      </w:r>
      <w:proofErr w:type="spellStart"/>
      <w:r w:rsidRPr="009103AE">
        <w:rPr>
          <w:lang w:val="ru-RU"/>
        </w:rPr>
        <w:t>бұл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Тапсырыс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берушінің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объектілеріне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жедел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шығуды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қамтамасыз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етуі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қажет</w:t>
      </w:r>
      <w:proofErr w:type="spellEnd"/>
      <w:r w:rsidRPr="009103AE">
        <w:rPr>
          <w:lang w:val="ru-RU"/>
        </w:rPr>
        <w:t xml:space="preserve">. </w:t>
      </w:r>
      <w:proofErr w:type="spellStart"/>
      <w:r w:rsidRPr="009103AE">
        <w:rPr>
          <w:lang w:val="ru-RU"/>
        </w:rPr>
        <w:t>Өтінім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құрамында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өнім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берушінің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орналасқан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жерін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растайтын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құжат</w:t>
      </w:r>
      <w:proofErr w:type="spellEnd"/>
      <w:r w:rsidRPr="009103AE">
        <w:rPr>
          <w:lang w:val="ru-RU"/>
        </w:rPr>
        <w:t xml:space="preserve"> </w:t>
      </w:r>
      <w:proofErr w:type="spellStart"/>
      <w:r w:rsidRPr="009103AE">
        <w:rPr>
          <w:lang w:val="ru-RU"/>
        </w:rPr>
        <w:t>ұсынылады</w:t>
      </w:r>
      <w:proofErr w:type="spellEnd"/>
      <w:r w:rsidRPr="009103AE">
        <w:rPr>
          <w:lang w:val="ru-RU"/>
        </w:rPr>
        <w:t>.</w:t>
      </w:r>
    </w:p>
    <w:p w:rsidR="00670356" w:rsidRDefault="00670356" w:rsidP="008C1B6D">
      <w:pPr>
        <w:spacing w:before="100" w:after="80"/>
        <w:rPr>
          <w:lang w:val="ru-RU"/>
        </w:rPr>
      </w:pPr>
    </w:p>
    <w:p w:rsidR="008C1B6D" w:rsidRPr="008C1B6D" w:rsidRDefault="008C1B6D" w:rsidP="00670356">
      <w:pPr>
        <w:spacing w:before="100" w:after="80"/>
        <w:jc w:val="center"/>
        <w:rPr>
          <w:lang w:val="ru-RU"/>
        </w:rPr>
      </w:pPr>
      <w:r w:rsidRPr="008C1B6D">
        <w:rPr>
          <w:b/>
          <w:lang w:val="ru-RU"/>
        </w:rPr>
        <w:t>ХИМИЯЛЫҚ ҚАЛДЫҚТАРДЫ ЖИНАУ, ШЫҒАРУ ЖӘНЕ ТАСЫМАЛДАУ</w:t>
      </w:r>
    </w:p>
    <w:p w:rsidR="008C1B6D" w:rsidRPr="008C1B6D" w:rsidRDefault="008C1B6D" w:rsidP="008C1B6D">
      <w:pPr>
        <w:spacing w:after="80" w:line="240" w:lineRule="auto"/>
        <w:ind w:firstLine="709"/>
        <w:rPr>
          <w:lang w:val="ru-RU"/>
        </w:rPr>
      </w:pPr>
      <w:proofErr w:type="spellStart"/>
      <w:r w:rsidRPr="008C1B6D">
        <w:rPr>
          <w:lang w:val="ru-RU"/>
        </w:rPr>
        <w:t>Химиялық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қалдықтарды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жинау</w:t>
      </w:r>
      <w:proofErr w:type="spellEnd"/>
      <w:r w:rsidRPr="008C1B6D">
        <w:rPr>
          <w:lang w:val="ru-RU"/>
        </w:rPr>
        <w:t xml:space="preserve">, </w:t>
      </w:r>
      <w:proofErr w:type="spellStart"/>
      <w:r w:rsidRPr="008C1B6D">
        <w:rPr>
          <w:lang w:val="ru-RU"/>
        </w:rPr>
        <w:t>тиеу</w:t>
      </w:r>
      <w:proofErr w:type="spellEnd"/>
      <w:r w:rsidRPr="008C1B6D">
        <w:rPr>
          <w:lang w:val="ru-RU"/>
        </w:rPr>
        <w:t xml:space="preserve">, </w:t>
      </w:r>
      <w:proofErr w:type="spellStart"/>
      <w:r w:rsidRPr="008C1B6D">
        <w:rPr>
          <w:lang w:val="ru-RU"/>
        </w:rPr>
        <w:t>тасымалдау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және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одан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әрі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кәдеге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жарату</w:t>
      </w:r>
      <w:proofErr w:type="spellEnd"/>
      <w:r w:rsidRPr="008C1B6D">
        <w:rPr>
          <w:lang w:val="ru-RU"/>
        </w:rPr>
        <w:t xml:space="preserve">, </w:t>
      </w:r>
      <w:proofErr w:type="spellStart"/>
      <w:r w:rsidRPr="008C1B6D">
        <w:rPr>
          <w:lang w:val="ru-RU"/>
        </w:rPr>
        <w:t>залалсыздандыру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немесе</w:t>
      </w:r>
      <w:proofErr w:type="spellEnd"/>
      <w:r w:rsidRPr="008C1B6D">
        <w:rPr>
          <w:lang w:val="ru-RU"/>
        </w:rPr>
        <w:t xml:space="preserve"> беру </w:t>
      </w:r>
      <w:proofErr w:type="spellStart"/>
      <w:r w:rsidRPr="008C1B6D">
        <w:rPr>
          <w:lang w:val="ru-RU"/>
        </w:rPr>
        <w:t>жұмыстары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Қазақстан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Республикасының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қолданыстағы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экологиялық</w:t>
      </w:r>
      <w:proofErr w:type="spellEnd"/>
      <w:r w:rsidRPr="008C1B6D">
        <w:rPr>
          <w:lang w:val="ru-RU"/>
        </w:rPr>
        <w:t xml:space="preserve">, </w:t>
      </w:r>
      <w:proofErr w:type="spellStart"/>
      <w:r w:rsidRPr="008C1B6D">
        <w:rPr>
          <w:lang w:val="ru-RU"/>
        </w:rPr>
        <w:t>санитариялық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және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қауіпсіздік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талаптарына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сәйкес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жүзеге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асырылады</w:t>
      </w:r>
      <w:proofErr w:type="spellEnd"/>
      <w:r w:rsidRPr="008C1B6D">
        <w:rPr>
          <w:lang w:val="ru-RU"/>
        </w:rPr>
        <w:t>.</w:t>
      </w:r>
    </w:p>
    <w:p w:rsidR="008C1B6D" w:rsidRPr="008C1B6D" w:rsidRDefault="008C1B6D" w:rsidP="008C1B6D">
      <w:pPr>
        <w:spacing w:after="80" w:line="240" w:lineRule="auto"/>
        <w:ind w:firstLine="709"/>
        <w:rPr>
          <w:lang w:val="ru-RU"/>
        </w:rPr>
      </w:pPr>
      <w:proofErr w:type="spellStart"/>
      <w:r w:rsidRPr="008C1B6D">
        <w:rPr>
          <w:lang w:val="ru-RU"/>
        </w:rPr>
        <w:t>Орындаушы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химиялық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қалдықтарды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қабылдауды</w:t>
      </w:r>
      <w:proofErr w:type="spellEnd"/>
      <w:r w:rsidRPr="008C1B6D">
        <w:rPr>
          <w:lang w:val="ru-RU"/>
        </w:rPr>
        <w:t xml:space="preserve">, </w:t>
      </w:r>
      <w:proofErr w:type="spellStart"/>
      <w:r w:rsidRPr="008C1B6D">
        <w:rPr>
          <w:lang w:val="ru-RU"/>
        </w:rPr>
        <w:t>қауіпсіз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тасымалдауды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және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оларды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кәдеге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жаратуға</w:t>
      </w:r>
      <w:proofErr w:type="spellEnd"/>
      <w:r w:rsidRPr="008C1B6D">
        <w:rPr>
          <w:lang w:val="ru-RU"/>
        </w:rPr>
        <w:t xml:space="preserve">, </w:t>
      </w:r>
      <w:proofErr w:type="spellStart"/>
      <w:r w:rsidRPr="008C1B6D">
        <w:rPr>
          <w:lang w:val="ru-RU"/>
        </w:rPr>
        <w:t>залалсыздандыруға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немесе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орналастыруға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тиісті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мүмкіндігі</w:t>
      </w:r>
      <w:proofErr w:type="spellEnd"/>
      <w:r w:rsidRPr="008C1B6D">
        <w:rPr>
          <w:lang w:val="ru-RU"/>
        </w:rPr>
        <w:t xml:space="preserve"> мен </w:t>
      </w:r>
      <w:proofErr w:type="spellStart"/>
      <w:r w:rsidRPr="008C1B6D">
        <w:rPr>
          <w:lang w:val="ru-RU"/>
        </w:rPr>
        <w:t>құқығы</w:t>
      </w:r>
      <w:proofErr w:type="spellEnd"/>
      <w:r w:rsidRPr="008C1B6D">
        <w:rPr>
          <w:lang w:val="ru-RU"/>
        </w:rPr>
        <w:t xml:space="preserve"> бар </w:t>
      </w:r>
      <w:proofErr w:type="spellStart"/>
      <w:r w:rsidRPr="008C1B6D">
        <w:rPr>
          <w:lang w:val="ru-RU"/>
        </w:rPr>
        <w:t>мамандандырылған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ұйымға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беруді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қамтамасыз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етуге</w:t>
      </w:r>
      <w:proofErr w:type="spellEnd"/>
      <w:r w:rsidRPr="008C1B6D">
        <w:rPr>
          <w:lang w:val="ru-RU"/>
        </w:rPr>
        <w:t xml:space="preserve"> </w:t>
      </w:r>
      <w:proofErr w:type="spellStart"/>
      <w:r w:rsidRPr="008C1B6D">
        <w:rPr>
          <w:lang w:val="ru-RU"/>
        </w:rPr>
        <w:t>міндетті</w:t>
      </w:r>
      <w:proofErr w:type="spellEnd"/>
      <w:r w:rsidRPr="008C1B6D">
        <w:rPr>
          <w:lang w:val="ru-RU"/>
        </w:rPr>
        <w:t>.</w:t>
      </w:r>
    </w:p>
    <w:p w:rsidR="00670356" w:rsidRPr="002E186D" w:rsidRDefault="00670356" w:rsidP="00670356">
      <w:pPr>
        <w:spacing w:before="100" w:after="80"/>
        <w:rPr>
          <w:lang w:val="ru-RU"/>
        </w:rPr>
      </w:pPr>
      <w:proofErr w:type="spellStart"/>
      <w:r w:rsidRPr="002E186D">
        <w:rPr>
          <w:b/>
          <w:lang w:val="ru-RU"/>
        </w:rPr>
        <w:t>Химиялық</w:t>
      </w:r>
      <w:proofErr w:type="spellEnd"/>
      <w:r w:rsidRPr="002E186D">
        <w:rPr>
          <w:b/>
          <w:lang w:val="ru-RU"/>
        </w:rPr>
        <w:t xml:space="preserve"> </w:t>
      </w:r>
      <w:proofErr w:type="spellStart"/>
      <w:r w:rsidRPr="002E186D">
        <w:rPr>
          <w:b/>
          <w:lang w:val="ru-RU"/>
        </w:rPr>
        <w:t>қалдықтарды</w:t>
      </w:r>
      <w:proofErr w:type="spellEnd"/>
      <w:r w:rsidRPr="002E186D">
        <w:rPr>
          <w:b/>
          <w:lang w:val="ru-RU"/>
        </w:rPr>
        <w:t xml:space="preserve"> </w:t>
      </w:r>
      <w:proofErr w:type="spellStart"/>
      <w:r w:rsidRPr="002E186D">
        <w:rPr>
          <w:b/>
          <w:lang w:val="ru-RU"/>
        </w:rPr>
        <w:t>жинауға</w:t>
      </w:r>
      <w:proofErr w:type="spellEnd"/>
      <w:r w:rsidRPr="002E186D">
        <w:rPr>
          <w:b/>
          <w:lang w:val="ru-RU"/>
        </w:rPr>
        <w:t xml:space="preserve"> </w:t>
      </w:r>
      <w:proofErr w:type="spellStart"/>
      <w:r w:rsidRPr="002E186D">
        <w:rPr>
          <w:b/>
          <w:lang w:val="ru-RU"/>
        </w:rPr>
        <w:t>қойылатын</w:t>
      </w:r>
      <w:proofErr w:type="spellEnd"/>
      <w:r w:rsidRPr="002E186D">
        <w:rPr>
          <w:b/>
          <w:lang w:val="ru-RU"/>
        </w:rPr>
        <w:t xml:space="preserve"> </w:t>
      </w:r>
      <w:proofErr w:type="spellStart"/>
      <w:r w:rsidRPr="002E186D">
        <w:rPr>
          <w:b/>
          <w:lang w:val="ru-RU"/>
        </w:rPr>
        <w:t>талаптар</w:t>
      </w:r>
      <w:proofErr w:type="spellEnd"/>
      <w:r w:rsidRPr="002E186D">
        <w:rPr>
          <w:b/>
          <w:lang w:val="ru-RU"/>
        </w:rPr>
        <w:t>:</w:t>
      </w:r>
    </w:p>
    <w:p w:rsidR="00670356" w:rsidRPr="002E186D" w:rsidRDefault="00670356" w:rsidP="00670356">
      <w:pPr>
        <w:pStyle w:val="a0"/>
        <w:spacing w:after="40" w:line="240" w:lineRule="auto"/>
        <w:rPr>
          <w:lang w:val="ru-RU"/>
        </w:rPr>
      </w:pPr>
      <w:proofErr w:type="spellStart"/>
      <w:r w:rsidRPr="002E186D">
        <w:rPr>
          <w:lang w:val="ru-RU"/>
        </w:rPr>
        <w:t>Химиялық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қалдықтар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олардың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қасиеттеріне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сәйкес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келетін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герметикалық</w:t>
      </w:r>
      <w:proofErr w:type="spellEnd"/>
      <w:r w:rsidRPr="002E186D">
        <w:rPr>
          <w:lang w:val="ru-RU"/>
        </w:rPr>
        <w:t xml:space="preserve">, </w:t>
      </w:r>
      <w:proofErr w:type="spellStart"/>
      <w:r w:rsidRPr="002E186D">
        <w:rPr>
          <w:lang w:val="ru-RU"/>
        </w:rPr>
        <w:t>берік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және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химиялық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әсерге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төзімді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ыдыстарға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жиналуы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тиіс</w:t>
      </w:r>
      <w:proofErr w:type="spellEnd"/>
      <w:r w:rsidRPr="002E186D">
        <w:rPr>
          <w:lang w:val="ru-RU"/>
        </w:rPr>
        <w:t>.</w:t>
      </w:r>
    </w:p>
    <w:p w:rsidR="00670356" w:rsidRPr="002E186D" w:rsidRDefault="00670356" w:rsidP="00670356">
      <w:pPr>
        <w:pStyle w:val="a0"/>
        <w:spacing w:after="40" w:line="240" w:lineRule="auto"/>
        <w:rPr>
          <w:lang w:val="ru-RU"/>
        </w:rPr>
      </w:pPr>
      <w:proofErr w:type="spellStart"/>
      <w:r w:rsidRPr="002E186D">
        <w:rPr>
          <w:lang w:val="ru-RU"/>
        </w:rPr>
        <w:t>Бір-бірімен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химиялық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реакцияға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түсуі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мүмкін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химиялық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қалдықтарды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араластыруға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жол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берілмейді</w:t>
      </w:r>
      <w:proofErr w:type="spellEnd"/>
      <w:r w:rsidRPr="002E186D">
        <w:rPr>
          <w:lang w:val="ru-RU"/>
        </w:rPr>
        <w:t>.</w:t>
      </w:r>
    </w:p>
    <w:p w:rsidR="00670356" w:rsidRPr="002E186D" w:rsidRDefault="00670356" w:rsidP="00670356">
      <w:pPr>
        <w:pStyle w:val="a0"/>
        <w:spacing w:after="40" w:line="240" w:lineRule="auto"/>
        <w:rPr>
          <w:lang w:val="ru-RU"/>
        </w:rPr>
      </w:pPr>
      <w:proofErr w:type="spellStart"/>
      <w:r w:rsidRPr="002E186D">
        <w:rPr>
          <w:lang w:val="ru-RU"/>
        </w:rPr>
        <w:t>Әртүрлі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химиялық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реагенттер</w:t>
      </w:r>
      <w:proofErr w:type="spellEnd"/>
      <w:r w:rsidRPr="002E186D">
        <w:rPr>
          <w:lang w:val="ru-RU"/>
        </w:rPr>
        <w:t xml:space="preserve"> мен </w:t>
      </w:r>
      <w:proofErr w:type="spellStart"/>
      <w:r w:rsidRPr="002E186D">
        <w:rPr>
          <w:lang w:val="ru-RU"/>
        </w:rPr>
        <w:t>қалдықтар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бөлек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жиналуы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тиіс</w:t>
      </w:r>
      <w:proofErr w:type="spellEnd"/>
      <w:r w:rsidRPr="002E186D">
        <w:rPr>
          <w:lang w:val="ru-RU"/>
        </w:rPr>
        <w:t>.</w:t>
      </w:r>
    </w:p>
    <w:p w:rsidR="00670356" w:rsidRPr="002E186D" w:rsidRDefault="00670356" w:rsidP="00670356">
      <w:pPr>
        <w:pStyle w:val="a0"/>
        <w:spacing w:after="40" w:line="240" w:lineRule="auto"/>
        <w:rPr>
          <w:lang w:val="ru-RU"/>
        </w:rPr>
      </w:pPr>
      <w:proofErr w:type="spellStart"/>
      <w:r w:rsidRPr="002E186D">
        <w:rPr>
          <w:lang w:val="ru-RU"/>
        </w:rPr>
        <w:t>Ыдыстар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төгілуге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және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аударылуға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жол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бермейтіндей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жабық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әрі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тұрақты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күйде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сақталуы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тиіс</w:t>
      </w:r>
      <w:proofErr w:type="spellEnd"/>
      <w:r w:rsidRPr="002E186D">
        <w:rPr>
          <w:lang w:val="ru-RU"/>
        </w:rPr>
        <w:t>.</w:t>
      </w:r>
    </w:p>
    <w:p w:rsidR="00B51833" w:rsidRPr="00B51833" w:rsidRDefault="00B51833" w:rsidP="00B51833">
      <w:pPr>
        <w:spacing w:before="100" w:after="80"/>
        <w:ind w:left="142"/>
        <w:rPr>
          <w:b/>
          <w:lang w:val="ru-RU"/>
        </w:rPr>
      </w:pPr>
      <w:r>
        <w:rPr>
          <w:b/>
          <w:lang w:val="ru-RU"/>
        </w:rPr>
        <w:t xml:space="preserve">   </w:t>
      </w:r>
      <w:proofErr w:type="spellStart"/>
      <w:r w:rsidRPr="00B51833">
        <w:rPr>
          <w:b/>
          <w:bCs/>
          <w:lang w:val="ru-RU"/>
        </w:rPr>
        <w:t>Химиялық</w:t>
      </w:r>
      <w:proofErr w:type="spellEnd"/>
      <w:r w:rsidRPr="00B51833">
        <w:rPr>
          <w:b/>
          <w:bCs/>
          <w:lang w:val="ru-RU"/>
        </w:rPr>
        <w:t xml:space="preserve"> </w:t>
      </w:r>
      <w:proofErr w:type="spellStart"/>
      <w:r w:rsidRPr="00B51833">
        <w:rPr>
          <w:b/>
          <w:bCs/>
          <w:lang w:val="ru-RU"/>
        </w:rPr>
        <w:t>қалдықтарды</w:t>
      </w:r>
      <w:proofErr w:type="spellEnd"/>
      <w:r w:rsidRPr="00B51833">
        <w:rPr>
          <w:b/>
          <w:bCs/>
          <w:lang w:val="ru-RU"/>
        </w:rPr>
        <w:t xml:space="preserve"> </w:t>
      </w:r>
      <w:proofErr w:type="spellStart"/>
      <w:r w:rsidRPr="00B51833">
        <w:rPr>
          <w:b/>
          <w:bCs/>
          <w:lang w:val="ru-RU"/>
        </w:rPr>
        <w:t>тасымалдауға</w:t>
      </w:r>
      <w:proofErr w:type="spellEnd"/>
      <w:r w:rsidRPr="00B51833">
        <w:rPr>
          <w:b/>
          <w:bCs/>
          <w:lang w:val="ru-RU"/>
        </w:rPr>
        <w:t xml:space="preserve"> </w:t>
      </w:r>
      <w:proofErr w:type="spellStart"/>
      <w:r w:rsidRPr="00B51833">
        <w:rPr>
          <w:b/>
          <w:bCs/>
          <w:lang w:val="ru-RU"/>
        </w:rPr>
        <w:t>қойылатын</w:t>
      </w:r>
      <w:proofErr w:type="spellEnd"/>
      <w:r w:rsidRPr="00B51833">
        <w:rPr>
          <w:b/>
          <w:bCs/>
          <w:lang w:val="ru-RU"/>
        </w:rPr>
        <w:t xml:space="preserve"> </w:t>
      </w:r>
      <w:proofErr w:type="spellStart"/>
      <w:r w:rsidRPr="00B51833">
        <w:rPr>
          <w:b/>
          <w:bCs/>
          <w:lang w:val="ru-RU"/>
        </w:rPr>
        <w:t>талаптар</w:t>
      </w:r>
      <w:proofErr w:type="spellEnd"/>
      <w:r w:rsidRPr="00B51833">
        <w:rPr>
          <w:b/>
          <w:bCs/>
          <w:lang w:val="ru-RU"/>
        </w:rPr>
        <w:t>:</w:t>
      </w:r>
    </w:p>
    <w:p w:rsidR="00B51833" w:rsidRPr="00B51833" w:rsidRDefault="00B51833" w:rsidP="00B51833">
      <w:pPr>
        <w:numPr>
          <w:ilvl w:val="1"/>
          <w:numId w:val="10"/>
        </w:numPr>
        <w:tabs>
          <w:tab w:val="clear" w:pos="1222"/>
          <w:tab w:val="num" w:pos="1440"/>
        </w:tabs>
        <w:spacing w:before="100" w:after="80"/>
        <w:ind w:left="567" w:hanging="371"/>
        <w:rPr>
          <w:lang w:val="ru-RU"/>
        </w:rPr>
      </w:pPr>
      <w:proofErr w:type="spellStart"/>
      <w:r w:rsidRPr="00B51833">
        <w:rPr>
          <w:lang w:val="ru-RU"/>
        </w:rPr>
        <w:lastRenderedPageBreak/>
        <w:t>Химиялық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қалдықтарды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тасымалдау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үшін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қалдықтардың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түрі</w:t>
      </w:r>
      <w:proofErr w:type="spellEnd"/>
      <w:r w:rsidRPr="00B51833">
        <w:rPr>
          <w:lang w:val="ru-RU"/>
        </w:rPr>
        <w:t xml:space="preserve"> мен </w:t>
      </w:r>
      <w:proofErr w:type="spellStart"/>
      <w:r w:rsidRPr="00B51833">
        <w:rPr>
          <w:lang w:val="ru-RU"/>
        </w:rPr>
        <w:t>қасиеттеріне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сәйкес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келетін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жабық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немесе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арнайы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жабдықталған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көлік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пайдаланылуы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тиіс</w:t>
      </w:r>
      <w:proofErr w:type="spellEnd"/>
      <w:r w:rsidRPr="00B51833">
        <w:rPr>
          <w:lang w:val="ru-RU"/>
        </w:rPr>
        <w:t>.</w:t>
      </w:r>
    </w:p>
    <w:p w:rsidR="00B51833" w:rsidRPr="00B51833" w:rsidRDefault="00B51833" w:rsidP="00B51833">
      <w:pPr>
        <w:numPr>
          <w:ilvl w:val="1"/>
          <w:numId w:val="10"/>
        </w:numPr>
        <w:tabs>
          <w:tab w:val="clear" w:pos="1222"/>
          <w:tab w:val="num" w:pos="1440"/>
        </w:tabs>
        <w:spacing w:before="100" w:after="80"/>
        <w:ind w:left="567" w:hanging="371"/>
        <w:rPr>
          <w:lang w:val="ru-RU"/>
        </w:rPr>
      </w:pPr>
      <w:proofErr w:type="spellStart"/>
      <w:r w:rsidRPr="00B51833">
        <w:rPr>
          <w:lang w:val="ru-RU"/>
        </w:rPr>
        <w:t>Көлік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құралы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қалдықтардың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төгілуіне</w:t>
      </w:r>
      <w:proofErr w:type="spellEnd"/>
      <w:r w:rsidRPr="00B51833">
        <w:rPr>
          <w:lang w:val="ru-RU"/>
        </w:rPr>
        <w:t xml:space="preserve">, </w:t>
      </w:r>
      <w:proofErr w:type="spellStart"/>
      <w:r w:rsidRPr="00B51833">
        <w:rPr>
          <w:lang w:val="ru-RU"/>
        </w:rPr>
        <w:t>шашылуына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және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қоршаған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ортаға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таралуына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жол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бермеуі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тиіс</w:t>
      </w:r>
      <w:proofErr w:type="spellEnd"/>
      <w:r w:rsidRPr="00B51833">
        <w:rPr>
          <w:lang w:val="ru-RU"/>
        </w:rPr>
        <w:t>.</w:t>
      </w:r>
    </w:p>
    <w:p w:rsidR="00B51833" w:rsidRPr="00B51833" w:rsidRDefault="00B51833" w:rsidP="00B51833">
      <w:pPr>
        <w:numPr>
          <w:ilvl w:val="1"/>
          <w:numId w:val="10"/>
        </w:numPr>
        <w:tabs>
          <w:tab w:val="clear" w:pos="1222"/>
          <w:tab w:val="num" w:pos="1440"/>
        </w:tabs>
        <w:spacing w:before="100" w:after="80"/>
        <w:ind w:left="567" w:hanging="371"/>
        <w:rPr>
          <w:lang w:val="ru-RU"/>
        </w:rPr>
      </w:pPr>
      <w:proofErr w:type="spellStart"/>
      <w:r w:rsidRPr="00B51833">
        <w:rPr>
          <w:lang w:val="ru-RU"/>
        </w:rPr>
        <w:t>Қалдықтар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салынған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ыдыстар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көлік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құралының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шанағында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сенімді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бекітіліп</w:t>
      </w:r>
      <w:proofErr w:type="spellEnd"/>
      <w:r w:rsidRPr="00B51833">
        <w:rPr>
          <w:lang w:val="ru-RU"/>
        </w:rPr>
        <w:t xml:space="preserve">, </w:t>
      </w:r>
      <w:proofErr w:type="spellStart"/>
      <w:r w:rsidRPr="00B51833">
        <w:rPr>
          <w:lang w:val="ru-RU"/>
        </w:rPr>
        <w:t>зақымданудан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және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аударылып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кетуден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қорғалуы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тиіс</w:t>
      </w:r>
      <w:proofErr w:type="spellEnd"/>
      <w:r w:rsidRPr="00B51833">
        <w:rPr>
          <w:lang w:val="ru-RU"/>
        </w:rPr>
        <w:t>.</w:t>
      </w:r>
    </w:p>
    <w:p w:rsidR="00B51833" w:rsidRPr="00B51833" w:rsidRDefault="00B51833" w:rsidP="00B51833">
      <w:pPr>
        <w:numPr>
          <w:ilvl w:val="1"/>
          <w:numId w:val="10"/>
        </w:numPr>
        <w:tabs>
          <w:tab w:val="clear" w:pos="1222"/>
          <w:tab w:val="num" w:pos="1440"/>
        </w:tabs>
        <w:spacing w:before="100" w:after="80"/>
        <w:ind w:left="567" w:hanging="371"/>
        <w:rPr>
          <w:lang w:val="ru-RU"/>
        </w:rPr>
      </w:pPr>
      <w:proofErr w:type="spellStart"/>
      <w:r w:rsidRPr="00B51833">
        <w:rPr>
          <w:lang w:val="ru-RU"/>
        </w:rPr>
        <w:t>Көлік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құралында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ықтимал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төгінділерге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жедел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әрекет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етуге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және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олардың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таралуын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оқшаулауға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арналған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алғашқы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құралдар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болуы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тиіс</w:t>
      </w:r>
      <w:proofErr w:type="spellEnd"/>
      <w:r w:rsidRPr="00B51833">
        <w:rPr>
          <w:lang w:val="ru-RU"/>
        </w:rPr>
        <w:t>.</w:t>
      </w:r>
    </w:p>
    <w:p w:rsidR="00B51833" w:rsidRPr="00B51833" w:rsidRDefault="00B51833" w:rsidP="00B51833">
      <w:pPr>
        <w:numPr>
          <w:ilvl w:val="1"/>
          <w:numId w:val="10"/>
        </w:numPr>
        <w:tabs>
          <w:tab w:val="clear" w:pos="1222"/>
          <w:tab w:val="num" w:pos="1440"/>
        </w:tabs>
        <w:spacing w:before="100" w:after="80"/>
        <w:ind w:left="567" w:hanging="371"/>
        <w:rPr>
          <w:lang w:val="ru-RU"/>
        </w:rPr>
      </w:pPr>
      <w:proofErr w:type="spellStart"/>
      <w:r w:rsidRPr="00B51833">
        <w:rPr>
          <w:lang w:val="ru-RU"/>
        </w:rPr>
        <w:t>Қалдықтарды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тапсыру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кезінде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оларды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қабылдауды</w:t>
      </w:r>
      <w:proofErr w:type="spellEnd"/>
      <w:r w:rsidRPr="00B51833">
        <w:rPr>
          <w:lang w:val="ru-RU"/>
        </w:rPr>
        <w:t xml:space="preserve">, </w:t>
      </w:r>
      <w:proofErr w:type="spellStart"/>
      <w:r w:rsidRPr="00B51833">
        <w:rPr>
          <w:lang w:val="ru-RU"/>
        </w:rPr>
        <w:t>тасымалдауды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және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тапсыруды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растайтын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құжаттар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рәсімделуі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тиіс</w:t>
      </w:r>
      <w:proofErr w:type="spellEnd"/>
      <w:r w:rsidRPr="00B51833">
        <w:rPr>
          <w:lang w:val="ru-RU"/>
        </w:rPr>
        <w:t>.</w:t>
      </w:r>
    </w:p>
    <w:p w:rsidR="00B51833" w:rsidRPr="00B51833" w:rsidRDefault="00B51833" w:rsidP="00B51833">
      <w:pPr>
        <w:numPr>
          <w:ilvl w:val="1"/>
          <w:numId w:val="10"/>
        </w:numPr>
        <w:tabs>
          <w:tab w:val="clear" w:pos="1222"/>
          <w:tab w:val="num" w:pos="1440"/>
        </w:tabs>
        <w:spacing w:before="100" w:after="80"/>
        <w:ind w:left="567" w:hanging="371"/>
        <w:rPr>
          <w:lang w:val="ru-RU"/>
        </w:rPr>
      </w:pPr>
      <w:proofErr w:type="spellStart"/>
      <w:r w:rsidRPr="00B51833">
        <w:rPr>
          <w:lang w:val="ru-RU"/>
        </w:rPr>
        <w:t>Химиялық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қалдықтар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кәдеге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жарату</w:t>
      </w:r>
      <w:proofErr w:type="spellEnd"/>
      <w:r w:rsidRPr="00B51833">
        <w:rPr>
          <w:lang w:val="ru-RU"/>
        </w:rPr>
        <w:t xml:space="preserve">, </w:t>
      </w:r>
      <w:proofErr w:type="spellStart"/>
      <w:r w:rsidRPr="00B51833">
        <w:rPr>
          <w:lang w:val="ru-RU"/>
        </w:rPr>
        <w:t>залалсыздандыру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немесе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орналастыру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үшін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мамандандырылған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ұйымға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тапсырылуы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тиіс</w:t>
      </w:r>
      <w:proofErr w:type="spellEnd"/>
      <w:r w:rsidRPr="00B51833">
        <w:rPr>
          <w:lang w:val="ru-RU"/>
        </w:rPr>
        <w:t>.</w:t>
      </w:r>
    </w:p>
    <w:p w:rsidR="00B51833" w:rsidRPr="00B51833" w:rsidRDefault="00B51833" w:rsidP="00B51833">
      <w:pPr>
        <w:numPr>
          <w:ilvl w:val="1"/>
          <w:numId w:val="10"/>
        </w:numPr>
        <w:tabs>
          <w:tab w:val="clear" w:pos="1222"/>
          <w:tab w:val="num" w:pos="1440"/>
        </w:tabs>
        <w:spacing w:before="100" w:after="80"/>
        <w:ind w:left="567" w:hanging="371"/>
        <w:rPr>
          <w:lang w:val="ru-RU"/>
        </w:rPr>
      </w:pPr>
      <w:proofErr w:type="spellStart"/>
      <w:r w:rsidRPr="00B51833">
        <w:rPr>
          <w:lang w:val="ru-RU"/>
        </w:rPr>
        <w:t>Қалдықтарды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әкету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және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тапсыру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фактісі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бойынша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қажет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болған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жағдайда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актілер</w:t>
      </w:r>
      <w:proofErr w:type="spellEnd"/>
      <w:r w:rsidRPr="00B51833">
        <w:rPr>
          <w:lang w:val="ru-RU"/>
        </w:rPr>
        <w:t xml:space="preserve">, </w:t>
      </w:r>
      <w:proofErr w:type="spellStart"/>
      <w:r w:rsidRPr="00B51833">
        <w:rPr>
          <w:lang w:val="ru-RU"/>
        </w:rPr>
        <w:t>жүкқұжаттар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және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өзге</w:t>
      </w:r>
      <w:proofErr w:type="spellEnd"/>
      <w:r w:rsidRPr="00B51833">
        <w:rPr>
          <w:lang w:val="ru-RU"/>
        </w:rPr>
        <w:t xml:space="preserve"> де </w:t>
      </w:r>
      <w:proofErr w:type="spellStart"/>
      <w:r w:rsidRPr="00B51833">
        <w:rPr>
          <w:lang w:val="ru-RU"/>
        </w:rPr>
        <w:t>растайтын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құжаттар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ұсынылуы</w:t>
      </w:r>
      <w:proofErr w:type="spellEnd"/>
      <w:r w:rsidRPr="00B51833">
        <w:rPr>
          <w:lang w:val="ru-RU"/>
        </w:rPr>
        <w:t xml:space="preserve"> </w:t>
      </w:r>
      <w:proofErr w:type="spellStart"/>
      <w:r w:rsidRPr="00B51833">
        <w:rPr>
          <w:lang w:val="ru-RU"/>
        </w:rPr>
        <w:t>тиіс</w:t>
      </w:r>
      <w:proofErr w:type="spellEnd"/>
      <w:r w:rsidRPr="00B51833">
        <w:rPr>
          <w:lang w:val="ru-RU"/>
        </w:rPr>
        <w:t>.</w:t>
      </w:r>
    </w:p>
    <w:p w:rsidR="00E87902" w:rsidRDefault="00E87902">
      <w:pPr>
        <w:spacing w:before="100" w:after="80"/>
        <w:rPr>
          <w:b/>
          <w:lang w:val="ru-RU"/>
        </w:rPr>
      </w:pPr>
    </w:p>
    <w:p w:rsidR="00D6785A" w:rsidRPr="00381E98" w:rsidRDefault="00E87902">
      <w:pPr>
        <w:spacing w:before="100" w:after="80"/>
        <w:rPr>
          <w:lang w:val="ru-RU"/>
        </w:rPr>
      </w:pPr>
      <w:r>
        <w:rPr>
          <w:b/>
          <w:lang w:val="ru-RU"/>
        </w:rPr>
        <w:t xml:space="preserve"> </w:t>
      </w:r>
      <w:proofErr w:type="spellStart"/>
      <w:r w:rsidR="00FA341A" w:rsidRPr="00381E98">
        <w:rPr>
          <w:b/>
          <w:lang w:val="ru-RU"/>
        </w:rPr>
        <w:t>Қалдықтардың</w:t>
      </w:r>
      <w:proofErr w:type="spellEnd"/>
      <w:r w:rsidR="00FA341A" w:rsidRPr="00381E98">
        <w:rPr>
          <w:b/>
          <w:lang w:val="ru-RU"/>
        </w:rPr>
        <w:t xml:space="preserve"> </w:t>
      </w:r>
      <w:proofErr w:type="spellStart"/>
      <w:r w:rsidR="00FA341A" w:rsidRPr="00381E98">
        <w:rPr>
          <w:b/>
          <w:lang w:val="ru-RU"/>
        </w:rPr>
        <w:t>атауы</w:t>
      </w:r>
      <w:proofErr w:type="spellEnd"/>
      <w:r w:rsidR="00FA341A" w:rsidRPr="00381E98">
        <w:rPr>
          <w:b/>
          <w:lang w:val="ru-RU"/>
        </w:rPr>
        <w:t>:</w:t>
      </w:r>
    </w:p>
    <w:p w:rsidR="00D6785A" w:rsidRPr="00381E98" w:rsidRDefault="00381E98" w:rsidP="00381E98">
      <w:pPr>
        <w:pStyle w:val="a"/>
        <w:numPr>
          <w:ilvl w:val="0"/>
          <w:numId w:val="0"/>
        </w:numPr>
        <w:spacing w:after="40" w:line="240" w:lineRule="auto"/>
        <w:rPr>
          <w:b/>
          <w:lang w:val="ru-RU"/>
        </w:rPr>
      </w:pPr>
      <w:r w:rsidRPr="00381E98">
        <w:rPr>
          <w:b/>
          <w:lang w:val="ru-RU"/>
        </w:rPr>
        <w:t>1.</w:t>
      </w:r>
      <w:r w:rsidR="00FA341A" w:rsidRPr="00381E98">
        <w:rPr>
          <w:b/>
          <w:lang w:val="ru-RU"/>
        </w:rPr>
        <w:t xml:space="preserve">Қалдық </w:t>
      </w:r>
      <w:proofErr w:type="spellStart"/>
      <w:r w:rsidR="00FA341A" w:rsidRPr="00381E98">
        <w:rPr>
          <w:b/>
          <w:lang w:val="ru-RU"/>
        </w:rPr>
        <w:t>аккумуляторлық</w:t>
      </w:r>
      <w:proofErr w:type="spellEnd"/>
      <w:r w:rsidR="00FA341A" w:rsidRPr="00381E98">
        <w:rPr>
          <w:b/>
          <w:lang w:val="ru-RU"/>
        </w:rPr>
        <w:t xml:space="preserve"> </w:t>
      </w:r>
      <w:proofErr w:type="spellStart"/>
      <w:r w:rsidR="00FA341A" w:rsidRPr="00381E98">
        <w:rPr>
          <w:b/>
          <w:lang w:val="ru-RU"/>
        </w:rPr>
        <w:t>батареялар</w:t>
      </w:r>
      <w:proofErr w:type="spellEnd"/>
    </w:p>
    <w:p w:rsidR="00D6785A" w:rsidRPr="00381E98" w:rsidRDefault="00381E98" w:rsidP="00381E98">
      <w:pPr>
        <w:pStyle w:val="a"/>
        <w:numPr>
          <w:ilvl w:val="0"/>
          <w:numId w:val="0"/>
        </w:numPr>
        <w:spacing w:after="40" w:line="240" w:lineRule="auto"/>
        <w:rPr>
          <w:b/>
          <w:lang w:val="ru-RU"/>
        </w:rPr>
      </w:pPr>
      <w:r w:rsidRPr="00381E98">
        <w:rPr>
          <w:b/>
          <w:lang w:val="ru-RU"/>
        </w:rPr>
        <w:t>2.</w:t>
      </w:r>
      <w:r w:rsidR="00FA341A" w:rsidRPr="00381E98">
        <w:rPr>
          <w:b/>
          <w:lang w:val="ru-RU"/>
        </w:rPr>
        <w:t xml:space="preserve">Мотор </w:t>
      </w:r>
      <w:proofErr w:type="spellStart"/>
      <w:r w:rsidR="00FA341A" w:rsidRPr="00381E98">
        <w:rPr>
          <w:b/>
          <w:lang w:val="ru-RU"/>
        </w:rPr>
        <w:t>майлары</w:t>
      </w:r>
      <w:proofErr w:type="spellEnd"/>
    </w:p>
    <w:p w:rsidR="00D6785A" w:rsidRPr="00381E98" w:rsidRDefault="00381E98" w:rsidP="00381E98">
      <w:pPr>
        <w:pStyle w:val="a"/>
        <w:numPr>
          <w:ilvl w:val="0"/>
          <w:numId w:val="0"/>
        </w:numPr>
        <w:spacing w:after="40" w:line="240" w:lineRule="auto"/>
        <w:rPr>
          <w:b/>
          <w:lang w:val="ru-RU"/>
        </w:rPr>
      </w:pPr>
      <w:r w:rsidRPr="00381E98">
        <w:rPr>
          <w:b/>
          <w:lang w:val="ru-RU"/>
        </w:rPr>
        <w:t>3.</w:t>
      </w:r>
      <w:r w:rsidR="00FA341A" w:rsidRPr="00381E98">
        <w:rPr>
          <w:b/>
          <w:lang w:val="ru-RU"/>
        </w:rPr>
        <w:t xml:space="preserve">Дәнекерлеу </w:t>
      </w:r>
      <w:proofErr w:type="spellStart"/>
      <w:r w:rsidR="00FA341A" w:rsidRPr="00381E98">
        <w:rPr>
          <w:b/>
          <w:lang w:val="ru-RU"/>
        </w:rPr>
        <w:t>электродтарының</w:t>
      </w:r>
      <w:proofErr w:type="spellEnd"/>
      <w:r w:rsidR="00FA341A" w:rsidRPr="00381E98">
        <w:rPr>
          <w:b/>
          <w:lang w:val="ru-RU"/>
        </w:rPr>
        <w:t xml:space="preserve"> </w:t>
      </w:r>
      <w:proofErr w:type="spellStart"/>
      <w:r w:rsidR="00FA341A" w:rsidRPr="00381E98">
        <w:rPr>
          <w:b/>
          <w:lang w:val="ru-RU"/>
        </w:rPr>
        <w:t>қалдықтары</w:t>
      </w:r>
      <w:proofErr w:type="spellEnd"/>
    </w:p>
    <w:p w:rsidR="00D6785A" w:rsidRPr="00381E98" w:rsidRDefault="00381E98" w:rsidP="00381E98">
      <w:pPr>
        <w:pStyle w:val="a"/>
        <w:numPr>
          <w:ilvl w:val="0"/>
          <w:numId w:val="0"/>
        </w:numPr>
        <w:spacing w:after="40" w:line="240" w:lineRule="auto"/>
        <w:rPr>
          <w:b/>
          <w:lang w:val="ru-RU"/>
        </w:rPr>
      </w:pPr>
      <w:r w:rsidRPr="00381E98">
        <w:rPr>
          <w:b/>
          <w:lang w:val="ru-RU"/>
        </w:rPr>
        <w:t>4.</w:t>
      </w:r>
      <w:r w:rsidR="00FA341A" w:rsidRPr="00381E98">
        <w:rPr>
          <w:b/>
          <w:lang w:val="ru-RU"/>
        </w:rPr>
        <w:t xml:space="preserve">Пайдаланылған </w:t>
      </w:r>
      <w:proofErr w:type="spellStart"/>
      <w:r w:rsidR="00FA341A" w:rsidRPr="00381E98">
        <w:rPr>
          <w:b/>
          <w:lang w:val="ru-RU"/>
        </w:rPr>
        <w:t>шиналар</w:t>
      </w:r>
      <w:proofErr w:type="spellEnd"/>
    </w:p>
    <w:p w:rsidR="00D6785A" w:rsidRPr="00381E98" w:rsidRDefault="00381E98" w:rsidP="00381E98">
      <w:pPr>
        <w:pStyle w:val="a"/>
        <w:numPr>
          <w:ilvl w:val="0"/>
          <w:numId w:val="0"/>
        </w:numPr>
        <w:spacing w:after="40" w:line="240" w:lineRule="auto"/>
        <w:rPr>
          <w:b/>
          <w:lang w:val="ru-RU"/>
        </w:rPr>
      </w:pPr>
      <w:r w:rsidRPr="00381E98">
        <w:rPr>
          <w:b/>
          <w:lang w:val="ru-RU"/>
        </w:rPr>
        <w:t>5.</w:t>
      </w:r>
      <w:r w:rsidR="00FA341A" w:rsidRPr="00381E98">
        <w:rPr>
          <w:b/>
          <w:lang w:val="ru-RU"/>
        </w:rPr>
        <w:t xml:space="preserve">Майланған </w:t>
      </w:r>
      <w:proofErr w:type="spellStart"/>
      <w:r w:rsidR="00FA341A" w:rsidRPr="00381E98">
        <w:rPr>
          <w:b/>
          <w:lang w:val="ru-RU"/>
        </w:rPr>
        <w:t>шүберек</w:t>
      </w:r>
      <w:proofErr w:type="spellEnd"/>
    </w:p>
    <w:p w:rsidR="00D6785A" w:rsidRPr="00381E98" w:rsidRDefault="00381E98" w:rsidP="00381E98">
      <w:pPr>
        <w:pStyle w:val="a"/>
        <w:numPr>
          <w:ilvl w:val="0"/>
          <w:numId w:val="0"/>
        </w:numPr>
        <w:spacing w:after="40" w:line="240" w:lineRule="auto"/>
        <w:rPr>
          <w:b/>
          <w:lang w:val="ru-RU"/>
        </w:rPr>
      </w:pPr>
      <w:r w:rsidRPr="00381E98">
        <w:rPr>
          <w:b/>
          <w:lang w:val="ru-RU"/>
        </w:rPr>
        <w:t>6.</w:t>
      </w:r>
      <w:r w:rsidR="00FA341A" w:rsidRPr="00381E98">
        <w:rPr>
          <w:b/>
          <w:lang w:val="ru-RU"/>
        </w:rPr>
        <w:t xml:space="preserve">Лак-бояу </w:t>
      </w:r>
      <w:proofErr w:type="spellStart"/>
      <w:r w:rsidR="00FA341A" w:rsidRPr="00381E98">
        <w:rPr>
          <w:b/>
          <w:lang w:val="ru-RU"/>
        </w:rPr>
        <w:t>материалдарынан</w:t>
      </w:r>
      <w:proofErr w:type="spellEnd"/>
      <w:r w:rsidR="00FA341A" w:rsidRPr="00381E98">
        <w:rPr>
          <w:b/>
          <w:lang w:val="ru-RU"/>
        </w:rPr>
        <w:t xml:space="preserve"> </w:t>
      </w:r>
      <w:proofErr w:type="spellStart"/>
      <w:r w:rsidR="00FA341A" w:rsidRPr="00381E98">
        <w:rPr>
          <w:b/>
          <w:lang w:val="ru-RU"/>
        </w:rPr>
        <w:t>қалған</w:t>
      </w:r>
      <w:proofErr w:type="spellEnd"/>
      <w:r w:rsidR="00FA341A" w:rsidRPr="00381E98">
        <w:rPr>
          <w:b/>
          <w:lang w:val="ru-RU"/>
        </w:rPr>
        <w:t xml:space="preserve"> </w:t>
      </w:r>
      <w:proofErr w:type="spellStart"/>
      <w:r w:rsidR="00FA341A" w:rsidRPr="00381E98">
        <w:rPr>
          <w:b/>
          <w:lang w:val="ru-RU"/>
        </w:rPr>
        <w:t>ыдыстар</w:t>
      </w:r>
      <w:proofErr w:type="spellEnd"/>
      <w:r w:rsidR="00FA341A" w:rsidRPr="00381E98">
        <w:rPr>
          <w:b/>
          <w:lang w:val="ru-RU"/>
        </w:rPr>
        <w:t xml:space="preserve"> мен </w:t>
      </w:r>
      <w:proofErr w:type="spellStart"/>
      <w:r w:rsidR="00FA341A" w:rsidRPr="00381E98">
        <w:rPr>
          <w:b/>
          <w:lang w:val="ru-RU"/>
        </w:rPr>
        <w:t>контейнерлер</w:t>
      </w:r>
      <w:proofErr w:type="spellEnd"/>
    </w:p>
    <w:p w:rsidR="00D6785A" w:rsidRPr="00381E98" w:rsidRDefault="00381E98" w:rsidP="00381E98">
      <w:pPr>
        <w:pStyle w:val="a"/>
        <w:numPr>
          <w:ilvl w:val="0"/>
          <w:numId w:val="0"/>
        </w:numPr>
        <w:spacing w:after="40" w:line="240" w:lineRule="auto"/>
        <w:rPr>
          <w:b/>
          <w:lang w:val="ru-RU"/>
        </w:rPr>
      </w:pPr>
      <w:r w:rsidRPr="00381E98">
        <w:rPr>
          <w:b/>
          <w:lang w:val="ru-RU"/>
        </w:rPr>
        <w:t>7.</w:t>
      </w:r>
      <w:r w:rsidR="00FA341A" w:rsidRPr="00381E98">
        <w:rPr>
          <w:b/>
          <w:lang w:val="ru-RU"/>
        </w:rPr>
        <w:t xml:space="preserve">Трилон Б </w:t>
      </w:r>
      <w:proofErr w:type="spellStart"/>
      <w:r w:rsidR="00FA341A" w:rsidRPr="00381E98">
        <w:rPr>
          <w:b/>
          <w:lang w:val="ru-RU"/>
        </w:rPr>
        <w:t>қалдықтары</w:t>
      </w:r>
      <w:proofErr w:type="spellEnd"/>
    </w:p>
    <w:p w:rsidR="00D6785A" w:rsidRPr="00381E98" w:rsidRDefault="00381E98" w:rsidP="00381E98">
      <w:pPr>
        <w:pStyle w:val="a"/>
        <w:numPr>
          <w:ilvl w:val="0"/>
          <w:numId w:val="0"/>
        </w:numPr>
        <w:spacing w:after="40" w:line="240" w:lineRule="auto"/>
        <w:rPr>
          <w:b/>
          <w:lang w:val="ru-RU"/>
        </w:rPr>
      </w:pPr>
      <w:r w:rsidRPr="00381E98">
        <w:rPr>
          <w:b/>
          <w:lang w:val="ru-RU"/>
        </w:rPr>
        <w:t>8.</w:t>
      </w:r>
      <w:r w:rsidR="00FA341A" w:rsidRPr="00381E98">
        <w:rPr>
          <w:b/>
          <w:lang w:val="ru-RU"/>
        </w:rPr>
        <w:t xml:space="preserve">Аммиакты буфер </w:t>
      </w:r>
      <w:proofErr w:type="spellStart"/>
      <w:r w:rsidR="00FA341A" w:rsidRPr="00381E98">
        <w:rPr>
          <w:b/>
          <w:lang w:val="ru-RU"/>
        </w:rPr>
        <w:t>қалдықтары</w:t>
      </w:r>
      <w:proofErr w:type="spellEnd"/>
    </w:p>
    <w:p w:rsidR="00D6785A" w:rsidRPr="00381E98" w:rsidRDefault="00381E98" w:rsidP="00381E98">
      <w:pPr>
        <w:pStyle w:val="a"/>
        <w:numPr>
          <w:ilvl w:val="0"/>
          <w:numId w:val="0"/>
        </w:numPr>
        <w:spacing w:after="40" w:line="240" w:lineRule="auto"/>
        <w:rPr>
          <w:b/>
          <w:lang w:val="ru-RU"/>
        </w:rPr>
      </w:pPr>
      <w:r w:rsidRPr="00381E98">
        <w:rPr>
          <w:b/>
          <w:lang w:val="ru-RU"/>
        </w:rPr>
        <w:t>9.</w:t>
      </w:r>
      <w:r w:rsidR="00A10C57">
        <w:rPr>
          <w:b/>
          <w:lang w:val="ru-RU"/>
        </w:rPr>
        <w:t xml:space="preserve"> </w:t>
      </w:r>
      <w:r w:rsidR="00FA341A" w:rsidRPr="00381E98">
        <w:rPr>
          <w:b/>
          <w:lang w:val="ru-RU"/>
        </w:rPr>
        <w:t xml:space="preserve">Фенолфталеин </w:t>
      </w:r>
      <w:proofErr w:type="spellStart"/>
      <w:r w:rsidR="00FA341A" w:rsidRPr="00381E98">
        <w:rPr>
          <w:b/>
          <w:lang w:val="ru-RU"/>
        </w:rPr>
        <w:t>қалдықтары</w:t>
      </w:r>
      <w:proofErr w:type="spellEnd"/>
    </w:p>
    <w:p w:rsidR="00D6785A" w:rsidRPr="00381E98" w:rsidRDefault="00381E98" w:rsidP="00381E98">
      <w:pPr>
        <w:pStyle w:val="a"/>
        <w:numPr>
          <w:ilvl w:val="0"/>
          <w:numId w:val="0"/>
        </w:numPr>
        <w:spacing w:after="40" w:line="240" w:lineRule="auto"/>
        <w:rPr>
          <w:b/>
          <w:lang w:val="ru-RU"/>
        </w:rPr>
      </w:pPr>
      <w:r w:rsidRPr="00381E98">
        <w:rPr>
          <w:b/>
          <w:lang w:val="ru-RU"/>
        </w:rPr>
        <w:t>10.</w:t>
      </w:r>
      <w:r w:rsidR="00FA341A" w:rsidRPr="00381E98">
        <w:rPr>
          <w:b/>
          <w:lang w:val="ru-RU"/>
        </w:rPr>
        <w:t xml:space="preserve">Метилоранж </w:t>
      </w:r>
      <w:proofErr w:type="spellStart"/>
      <w:r w:rsidR="00FA341A" w:rsidRPr="00381E98">
        <w:rPr>
          <w:b/>
          <w:lang w:val="ru-RU"/>
        </w:rPr>
        <w:t>қалдықтары</w:t>
      </w:r>
      <w:proofErr w:type="spellEnd"/>
    </w:p>
    <w:p w:rsidR="00D6785A" w:rsidRPr="00381E98" w:rsidRDefault="00381E98" w:rsidP="00381E98">
      <w:pPr>
        <w:pStyle w:val="a"/>
        <w:numPr>
          <w:ilvl w:val="0"/>
          <w:numId w:val="0"/>
        </w:numPr>
        <w:spacing w:after="40" w:line="240" w:lineRule="auto"/>
        <w:ind w:left="360" w:hanging="360"/>
        <w:rPr>
          <w:b/>
          <w:lang w:val="ru-RU"/>
        </w:rPr>
      </w:pPr>
      <w:r w:rsidRPr="00381E98">
        <w:rPr>
          <w:b/>
          <w:lang w:val="ru-RU"/>
        </w:rPr>
        <w:t>11.</w:t>
      </w:r>
      <w:r w:rsidR="00FA341A" w:rsidRPr="00381E98">
        <w:rPr>
          <w:b/>
          <w:lang w:val="ru-RU"/>
        </w:rPr>
        <w:t xml:space="preserve">Пайдалануға </w:t>
      </w:r>
      <w:proofErr w:type="spellStart"/>
      <w:r w:rsidR="00FA341A" w:rsidRPr="00381E98">
        <w:rPr>
          <w:b/>
          <w:lang w:val="ru-RU"/>
        </w:rPr>
        <w:t>жарамсыз</w:t>
      </w:r>
      <w:proofErr w:type="spellEnd"/>
      <w:r w:rsidR="00FA341A" w:rsidRPr="00381E98">
        <w:rPr>
          <w:b/>
          <w:lang w:val="ru-RU"/>
        </w:rPr>
        <w:t xml:space="preserve"> </w:t>
      </w:r>
      <w:proofErr w:type="spellStart"/>
      <w:r w:rsidR="00FA341A" w:rsidRPr="00381E98">
        <w:rPr>
          <w:b/>
          <w:lang w:val="ru-RU"/>
        </w:rPr>
        <w:t>және</w:t>
      </w:r>
      <w:proofErr w:type="spellEnd"/>
      <w:r w:rsidR="00FA341A" w:rsidRPr="00381E98">
        <w:rPr>
          <w:b/>
          <w:lang w:val="ru-RU"/>
        </w:rPr>
        <w:t xml:space="preserve"> </w:t>
      </w:r>
      <w:proofErr w:type="spellStart"/>
      <w:r w:rsidR="00FA341A" w:rsidRPr="00381E98">
        <w:rPr>
          <w:b/>
          <w:lang w:val="ru-RU"/>
        </w:rPr>
        <w:t>пайдаланылған</w:t>
      </w:r>
      <w:proofErr w:type="spellEnd"/>
      <w:r w:rsidR="00FA341A" w:rsidRPr="00381E98">
        <w:rPr>
          <w:b/>
          <w:lang w:val="ru-RU"/>
        </w:rPr>
        <w:t xml:space="preserve"> </w:t>
      </w:r>
      <w:proofErr w:type="spellStart"/>
      <w:r w:rsidR="00FA341A" w:rsidRPr="00381E98">
        <w:rPr>
          <w:b/>
          <w:lang w:val="ru-RU"/>
        </w:rPr>
        <w:t>зертханалық</w:t>
      </w:r>
      <w:proofErr w:type="spellEnd"/>
      <w:r w:rsidR="00FA341A" w:rsidRPr="00381E98">
        <w:rPr>
          <w:b/>
          <w:lang w:val="ru-RU"/>
        </w:rPr>
        <w:t xml:space="preserve"> </w:t>
      </w:r>
      <w:proofErr w:type="spellStart"/>
      <w:r w:rsidR="00FA341A" w:rsidRPr="00381E98">
        <w:rPr>
          <w:b/>
          <w:lang w:val="ru-RU"/>
        </w:rPr>
        <w:t>химиялық</w:t>
      </w:r>
      <w:proofErr w:type="spellEnd"/>
      <w:r w:rsidR="00FA341A" w:rsidRPr="00381E98">
        <w:rPr>
          <w:b/>
          <w:lang w:val="ru-RU"/>
        </w:rPr>
        <w:t xml:space="preserve"> </w:t>
      </w:r>
      <w:proofErr w:type="spellStart"/>
      <w:r w:rsidR="00FA341A" w:rsidRPr="00381E98">
        <w:rPr>
          <w:b/>
          <w:lang w:val="ru-RU"/>
        </w:rPr>
        <w:t>реактивтер</w:t>
      </w:r>
      <w:proofErr w:type="spellEnd"/>
    </w:p>
    <w:p w:rsidR="00D6785A" w:rsidRPr="00381E98" w:rsidRDefault="00381E98" w:rsidP="00381E98">
      <w:pPr>
        <w:pStyle w:val="a"/>
        <w:numPr>
          <w:ilvl w:val="0"/>
          <w:numId w:val="0"/>
        </w:numPr>
        <w:spacing w:after="40" w:line="240" w:lineRule="auto"/>
        <w:ind w:left="360" w:hanging="360"/>
        <w:rPr>
          <w:b/>
          <w:lang w:val="ru-RU"/>
        </w:rPr>
      </w:pPr>
      <w:r w:rsidRPr="00381E98">
        <w:rPr>
          <w:b/>
          <w:lang w:val="ru-RU"/>
        </w:rPr>
        <w:t>12.</w:t>
      </w:r>
      <w:r w:rsidR="00FA341A" w:rsidRPr="00381E98">
        <w:rPr>
          <w:b/>
          <w:lang w:val="ru-RU"/>
        </w:rPr>
        <w:t xml:space="preserve">Химиялық </w:t>
      </w:r>
      <w:proofErr w:type="spellStart"/>
      <w:r w:rsidR="00FA341A" w:rsidRPr="00381E98">
        <w:rPr>
          <w:b/>
          <w:lang w:val="ru-RU"/>
        </w:rPr>
        <w:t>заттармен</w:t>
      </w:r>
      <w:proofErr w:type="spellEnd"/>
      <w:r w:rsidR="00FA341A" w:rsidRPr="00381E98">
        <w:rPr>
          <w:b/>
          <w:lang w:val="ru-RU"/>
        </w:rPr>
        <w:t xml:space="preserve"> </w:t>
      </w:r>
      <w:proofErr w:type="spellStart"/>
      <w:r w:rsidR="00FA341A" w:rsidRPr="00381E98">
        <w:rPr>
          <w:b/>
          <w:lang w:val="ru-RU"/>
        </w:rPr>
        <w:t>ластанған</w:t>
      </w:r>
      <w:proofErr w:type="spellEnd"/>
      <w:r w:rsidR="00FA341A" w:rsidRPr="00381E98">
        <w:rPr>
          <w:b/>
          <w:lang w:val="ru-RU"/>
        </w:rPr>
        <w:t xml:space="preserve"> </w:t>
      </w:r>
      <w:proofErr w:type="spellStart"/>
      <w:r w:rsidR="00FA341A" w:rsidRPr="00381E98">
        <w:rPr>
          <w:b/>
          <w:lang w:val="ru-RU"/>
        </w:rPr>
        <w:t>ыдыстар</w:t>
      </w:r>
      <w:proofErr w:type="spellEnd"/>
      <w:r w:rsidR="00FA341A" w:rsidRPr="00381E98">
        <w:rPr>
          <w:b/>
          <w:lang w:val="ru-RU"/>
        </w:rPr>
        <w:t xml:space="preserve">, </w:t>
      </w:r>
      <w:proofErr w:type="spellStart"/>
      <w:r w:rsidR="00FA341A" w:rsidRPr="00381E98">
        <w:rPr>
          <w:b/>
          <w:lang w:val="ru-RU"/>
        </w:rPr>
        <w:t>құтылар</w:t>
      </w:r>
      <w:proofErr w:type="spellEnd"/>
      <w:r w:rsidR="00FA341A" w:rsidRPr="00381E98">
        <w:rPr>
          <w:b/>
          <w:lang w:val="ru-RU"/>
        </w:rPr>
        <w:t xml:space="preserve"> </w:t>
      </w:r>
      <w:proofErr w:type="spellStart"/>
      <w:r w:rsidR="00FA341A" w:rsidRPr="00381E98">
        <w:rPr>
          <w:b/>
          <w:lang w:val="ru-RU"/>
        </w:rPr>
        <w:t>және</w:t>
      </w:r>
      <w:proofErr w:type="spellEnd"/>
      <w:r w:rsidR="00FA341A" w:rsidRPr="00381E98">
        <w:rPr>
          <w:b/>
          <w:lang w:val="ru-RU"/>
        </w:rPr>
        <w:t xml:space="preserve"> </w:t>
      </w:r>
      <w:proofErr w:type="spellStart"/>
      <w:r w:rsidR="00FA341A" w:rsidRPr="00381E98">
        <w:rPr>
          <w:b/>
          <w:lang w:val="ru-RU"/>
        </w:rPr>
        <w:t>орамалар</w:t>
      </w:r>
      <w:proofErr w:type="spellEnd"/>
    </w:p>
    <w:p w:rsidR="00D6785A" w:rsidRDefault="00381E98" w:rsidP="00381E98">
      <w:pPr>
        <w:pStyle w:val="a"/>
        <w:numPr>
          <w:ilvl w:val="0"/>
          <w:numId w:val="0"/>
        </w:numPr>
        <w:spacing w:after="40" w:line="240" w:lineRule="auto"/>
        <w:ind w:left="360" w:hanging="360"/>
        <w:rPr>
          <w:b/>
          <w:lang w:val="ru-RU"/>
        </w:rPr>
      </w:pPr>
      <w:r w:rsidRPr="00381E98">
        <w:rPr>
          <w:b/>
          <w:lang w:val="ru-RU"/>
        </w:rPr>
        <w:t>13.</w:t>
      </w:r>
      <w:r w:rsidR="00FA341A" w:rsidRPr="00381E98">
        <w:rPr>
          <w:b/>
          <w:lang w:val="ru-RU"/>
        </w:rPr>
        <w:t xml:space="preserve">Химиялық </w:t>
      </w:r>
      <w:proofErr w:type="spellStart"/>
      <w:r w:rsidR="00FA341A" w:rsidRPr="00381E98">
        <w:rPr>
          <w:b/>
          <w:lang w:val="ru-RU"/>
        </w:rPr>
        <w:t>реагенттермен</w:t>
      </w:r>
      <w:proofErr w:type="spellEnd"/>
      <w:r w:rsidR="00FA341A" w:rsidRPr="00381E98">
        <w:rPr>
          <w:b/>
          <w:lang w:val="ru-RU"/>
        </w:rPr>
        <w:t xml:space="preserve"> </w:t>
      </w:r>
      <w:proofErr w:type="spellStart"/>
      <w:r w:rsidR="00FA341A" w:rsidRPr="00381E98">
        <w:rPr>
          <w:b/>
          <w:lang w:val="ru-RU"/>
        </w:rPr>
        <w:t>ластанған</w:t>
      </w:r>
      <w:proofErr w:type="spellEnd"/>
      <w:r w:rsidR="00FA341A" w:rsidRPr="00381E98">
        <w:rPr>
          <w:b/>
          <w:lang w:val="ru-RU"/>
        </w:rPr>
        <w:t xml:space="preserve"> </w:t>
      </w:r>
      <w:proofErr w:type="spellStart"/>
      <w:r w:rsidR="00FA341A" w:rsidRPr="00381E98">
        <w:rPr>
          <w:b/>
          <w:lang w:val="ru-RU"/>
        </w:rPr>
        <w:t>шүберек</w:t>
      </w:r>
      <w:proofErr w:type="spellEnd"/>
      <w:r w:rsidR="00FA341A" w:rsidRPr="00381E98">
        <w:rPr>
          <w:b/>
          <w:lang w:val="ru-RU"/>
        </w:rPr>
        <w:t xml:space="preserve">, </w:t>
      </w:r>
      <w:proofErr w:type="spellStart"/>
      <w:r w:rsidR="00FA341A" w:rsidRPr="00381E98">
        <w:rPr>
          <w:b/>
          <w:lang w:val="ru-RU"/>
        </w:rPr>
        <w:t>со</w:t>
      </w:r>
      <w:r w:rsidR="00E87902">
        <w:rPr>
          <w:b/>
          <w:lang w:val="ru-RU"/>
        </w:rPr>
        <w:t>рбенттер</w:t>
      </w:r>
      <w:proofErr w:type="spellEnd"/>
      <w:r w:rsidR="00E87902">
        <w:rPr>
          <w:b/>
          <w:lang w:val="ru-RU"/>
        </w:rPr>
        <w:t xml:space="preserve"> </w:t>
      </w:r>
      <w:proofErr w:type="spellStart"/>
      <w:r w:rsidR="00E87902">
        <w:rPr>
          <w:b/>
          <w:lang w:val="ru-RU"/>
        </w:rPr>
        <w:t>және</w:t>
      </w:r>
      <w:proofErr w:type="spellEnd"/>
      <w:r w:rsidR="00E87902">
        <w:rPr>
          <w:b/>
          <w:lang w:val="ru-RU"/>
        </w:rPr>
        <w:t xml:space="preserve"> </w:t>
      </w:r>
      <w:proofErr w:type="spellStart"/>
      <w:r w:rsidR="00E87902">
        <w:rPr>
          <w:b/>
          <w:lang w:val="ru-RU"/>
        </w:rPr>
        <w:t>басқа</w:t>
      </w:r>
      <w:proofErr w:type="spellEnd"/>
      <w:r w:rsidR="00E87902">
        <w:rPr>
          <w:b/>
          <w:lang w:val="ru-RU"/>
        </w:rPr>
        <w:t xml:space="preserve"> да </w:t>
      </w:r>
      <w:proofErr w:type="spellStart"/>
      <w:r w:rsidR="00E87902">
        <w:rPr>
          <w:b/>
          <w:lang w:val="ru-RU"/>
        </w:rPr>
        <w:t>химиялық</w:t>
      </w:r>
      <w:proofErr w:type="spellEnd"/>
      <w:r w:rsidR="00E87902">
        <w:rPr>
          <w:b/>
          <w:lang w:val="ru-RU"/>
        </w:rPr>
        <w:t xml:space="preserve"> </w:t>
      </w:r>
      <w:proofErr w:type="spellStart"/>
      <w:r w:rsidR="00FA341A" w:rsidRPr="00381E98">
        <w:rPr>
          <w:b/>
          <w:lang w:val="ru-RU"/>
        </w:rPr>
        <w:t>қалдықтар</w:t>
      </w:r>
      <w:proofErr w:type="spellEnd"/>
    </w:p>
    <w:p w:rsidR="00B51833" w:rsidRPr="00381E98" w:rsidRDefault="00B51833" w:rsidP="00381E98">
      <w:pPr>
        <w:pStyle w:val="a"/>
        <w:numPr>
          <w:ilvl w:val="0"/>
          <w:numId w:val="0"/>
        </w:numPr>
        <w:spacing w:after="40" w:line="240" w:lineRule="auto"/>
        <w:ind w:left="360" w:hanging="360"/>
        <w:rPr>
          <w:b/>
          <w:lang w:val="ru-RU"/>
        </w:rPr>
      </w:pPr>
    </w:p>
    <w:p w:rsidR="00D6785A" w:rsidRPr="002E186D" w:rsidRDefault="00FA341A">
      <w:pPr>
        <w:spacing w:before="100" w:after="80"/>
        <w:rPr>
          <w:lang w:val="ru-RU"/>
        </w:rPr>
      </w:pPr>
      <w:proofErr w:type="spellStart"/>
      <w:r w:rsidRPr="002E186D">
        <w:rPr>
          <w:b/>
          <w:lang w:val="ru-RU"/>
        </w:rPr>
        <w:t>Қоқыс</w:t>
      </w:r>
      <w:proofErr w:type="spellEnd"/>
      <w:r w:rsidRPr="002E186D">
        <w:rPr>
          <w:b/>
          <w:lang w:val="ru-RU"/>
        </w:rPr>
        <w:t xml:space="preserve"> </w:t>
      </w:r>
      <w:proofErr w:type="spellStart"/>
      <w:r w:rsidRPr="002E186D">
        <w:rPr>
          <w:b/>
          <w:lang w:val="ru-RU"/>
        </w:rPr>
        <w:t>контейнерлерін</w:t>
      </w:r>
      <w:proofErr w:type="spellEnd"/>
      <w:r w:rsidRPr="002E186D">
        <w:rPr>
          <w:b/>
          <w:lang w:val="ru-RU"/>
        </w:rPr>
        <w:t xml:space="preserve"> </w:t>
      </w:r>
      <w:proofErr w:type="spellStart"/>
      <w:r w:rsidRPr="002E186D">
        <w:rPr>
          <w:b/>
          <w:lang w:val="ru-RU"/>
        </w:rPr>
        <w:t>шығару</w:t>
      </w:r>
      <w:proofErr w:type="spellEnd"/>
      <w:r w:rsidRPr="002E186D">
        <w:rPr>
          <w:b/>
          <w:lang w:val="ru-RU"/>
        </w:rPr>
        <w:t xml:space="preserve"> </w:t>
      </w:r>
      <w:proofErr w:type="spellStart"/>
      <w:r w:rsidRPr="002E186D">
        <w:rPr>
          <w:b/>
          <w:lang w:val="ru-RU"/>
        </w:rPr>
        <w:t>орындары</w:t>
      </w:r>
      <w:proofErr w:type="spellEnd"/>
      <w:r w:rsidRPr="002E186D">
        <w:rPr>
          <w:b/>
          <w:lang w:val="ru-RU"/>
        </w:rPr>
        <w:t>:</w:t>
      </w:r>
    </w:p>
    <w:p w:rsidR="00D6785A" w:rsidRPr="002E186D" w:rsidRDefault="00FA341A" w:rsidP="00381E98">
      <w:pPr>
        <w:pStyle w:val="a"/>
        <w:numPr>
          <w:ilvl w:val="0"/>
          <w:numId w:val="0"/>
        </w:numPr>
        <w:spacing w:after="40" w:line="240" w:lineRule="auto"/>
        <w:ind w:left="360" w:hanging="360"/>
        <w:rPr>
          <w:lang w:val="ru-RU"/>
        </w:rPr>
      </w:pPr>
      <w:proofErr w:type="spellStart"/>
      <w:r w:rsidRPr="002E186D">
        <w:rPr>
          <w:lang w:val="ru-RU"/>
        </w:rPr>
        <w:t>Жаңаөзен</w:t>
      </w:r>
      <w:proofErr w:type="spellEnd"/>
      <w:r w:rsidRPr="002E186D">
        <w:rPr>
          <w:lang w:val="ru-RU"/>
        </w:rPr>
        <w:t xml:space="preserve"> қ., Абай </w:t>
      </w:r>
      <w:proofErr w:type="spellStart"/>
      <w:r w:rsidRPr="002E186D">
        <w:rPr>
          <w:lang w:val="ru-RU"/>
        </w:rPr>
        <w:t>көшесі</w:t>
      </w:r>
      <w:proofErr w:type="spellEnd"/>
      <w:r w:rsidRPr="002E186D">
        <w:rPr>
          <w:lang w:val="ru-RU"/>
        </w:rPr>
        <w:t xml:space="preserve">, </w:t>
      </w:r>
      <w:proofErr w:type="spellStart"/>
      <w:r w:rsidRPr="002E186D">
        <w:rPr>
          <w:lang w:val="ru-RU"/>
        </w:rPr>
        <w:t>өндірістік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аймақ</w:t>
      </w:r>
      <w:proofErr w:type="spellEnd"/>
      <w:r w:rsidRPr="002E186D">
        <w:rPr>
          <w:lang w:val="ru-RU"/>
        </w:rPr>
        <w:t xml:space="preserve">, </w:t>
      </w:r>
      <w:proofErr w:type="spellStart"/>
      <w:r w:rsidRPr="002E186D">
        <w:rPr>
          <w:lang w:val="ru-RU"/>
        </w:rPr>
        <w:t>Орталық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қазандық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және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Шағын</w:t>
      </w:r>
      <w:proofErr w:type="spellEnd"/>
      <w:r w:rsidRPr="002E186D">
        <w:rPr>
          <w:lang w:val="ru-RU"/>
        </w:rPr>
        <w:t xml:space="preserve"> ЖЭО.</w:t>
      </w:r>
    </w:p>
    <w:p w:rsidR="00D6785A" w:rsidRPr="002E186D" w:rsidRDefault="00FA341A" w:rsidP="00381E98">
      <w:pPr>
        <w:pStyle w:val="a"/>
        <w:numPr>
          <w:ilvl w:val="0"/>
          <w:numId w:val="0"/>
        </w:numPr>
        <w:spacing w:after="40" w:line="240" w:lineRule="auto"/>
        <w:ind w:left="360" w:hanging="360"/>
        <w:rPr>
          <w:lang w:val="ru-RU"/>
        </w:rPr>
      </w:pPr>
      <w:proofErr w:type="spellStart"/>
      <w:r w:rsidRPr="002E186D">
        <w:rPr>
          <w:lang w:val="ru-RU"/>
        </w:rPr>
        <w:t>Жаңаөзен</w:t>
      </w:r>
      <w:proofErr w:type="spellEnd"/>
      <w:r w:rsidRPr="002E186D">
        <w:rPr>
          <w:lang w:val="ru-RU"/>
        </w:rPr>
        <w:t xml:space="preserve"> қ., </w:t>
      </w:r>
      <w:proofErr w:type="spellStart"/>
      <w:r w:rsidRPr="002E186D">
        <w:rPr>
          <w:lang w:val="ru-RU"/>
        </w:rPr>
        <w:t>Өзен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теміржол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станциясының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қазандығы</w:t>
      </w:r>
      <w:proofErr w:type="spellEnd"/>
      <w:r w:rsidRPr="002E186D">
        <w:rPr>
          <w:lang w:val="ru-RU"/>
        </w:rPr>
        <w:t>.</w:t>
      </w:r>
    </w:p>
    <w:p w:rsidR="00D6785A" w:rsidRPr="002E186D" w:rsidRDefault="00FA341A" w:rsidP="00381E98">
      <w:pPr>
        <w:pStyle w:val="a"/>
        <w:numPr>
          <w:ilvl w:val="0"/>
          <w:numId w:val="0"/>
        </w:numPr>
        <w:spacing w:after="40" w:line="240" w:lineRule="auto"/>
        <w:ind w:left="360" w:hanging="360"/>
        <w:rPr>
          <w:lang w:val="ru-RU"/>
        </w:rPr>
      </w:pPr>
      <w:r w:rsidRPr="002E186D">
        <w:rPr>
          <w:lang w:val="ru-RU"/>
        </w:rPr>
        <w:t>«</w:t>
      </w:r>
      <w:proofErr w:type="spellStart"/>
      <w:r w:rsidRPr="002E186D">
        <w:rPr>
          <w:lang w:val="ru-RU"/>
        </w:rPr>
        <w:t>ӨзенЖылу</w:t>
      </w:r>
      <w:proofErr w:type="spellEnd"/>
      <w:r w:rsidRPr="002E186D">
        <w:rPr>
          <w:lang w:val="ru-RU"/>
        </w:rPr>
        <w:t>» МКК-</w:t>
      </w:r>
      <w:proofErr w:type="spellStart"/>
      <w:r w:rsidRPr="002E186D">
        <w:rPr>
          <w:lang w:val="ru-RU"/>
        </w:rPr>
        <w:t>нің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басқа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объектілері</w:t>
      </w:r>
      <w:proofErr w:type="spellEnd"/>
      <w:r w:rsidRPr="002E186D">
        <w:rPr>
          <w:lang w:val="ru-RU"/>
        </w:rPr>
        <w:t xml:space="preserve"> – </w:t>
      </w:r>
      <w:proofErr w:type="spellStart"/>
      <w:r w:rsidRPr="002E186D">
        <w:rPr>
          <w:lang w:val="ru-RU"/>
        </w:rPr>
        <w:t>Тапсырыс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берушінің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өтініміне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сәйкес</w:t>
      </w:r>
      <w:proofErr w:type="spellEnd"/>
      <w:r w:rsidRPr="002E186D">
        <w:rPr>
          <w:lang w:val="ru-RU"/>
        </w:rPr>
        <w:t>.</w:t>
      </w:r>
    </w:p>
    <w:p w:rsidR="00B51833" w:rsidRDefault="00B51833" w:rsidP="00B94E77">
      <w:pPr>
        <w:pStyle w:val="a0"/>
        <w:numPr>
          <w:ilvl w:val="0"/>
          <w:numId w:val="0"/>
        </w:numPr>
        <w:spacing w:after="40" w:line="240" w:lineRule="auto"/>
        <w:rPr>
          <w:lang w:val="ru-RU"/>
        </w:rPr>
      </w:pPr>
    </w:p>
    <w:p w:rsidR="00B51833" w:rsidRPr="002E186D" w:rsidRDefault="00B51833" w:rsidP="00D03EE4">
      <w:pPr>
        <w:pStyle w:val="a0"/>
        <w:numPr>
          <w:ilvl w:val="0"/>
          <w:numId w:val="0"/>
        </w:numPr>
        <w:spacing w:after="40" w:line="240" w:lineRule="auto"/>
        <w:ind w:left="360"/>
        <w:rPr>
          <w:lang w:val="ru-RU"/>
        </w:rPr>
      </w:pPr>
    </w:p>
    <w:p w:rsidR="00D6785A" w:rsidRPr="002E186D" w:rsidRDefault="00FA341A">
      <w:pPr>
        <w:spacing w:before="100" w:after="80"/>
        <w:rPr>
          <w:lang w:val="ru-RU"/>
        </w:rPr>
      </w:pPr>
      <w:proofErr w:type="spellStart"/>
      <w:r w:rsidRPr="002E186D">
        <w:rPr>
          <w:b/>
          <w:lang w:val="ru-RU"/>
        </w:rPr>
        <w:t>Қызмет</w:t>
      </w:r>
      <w:proofErr w:type="spellEnd"/>
      <w:r w:rsidRPr="002E186D">
        <w:rPr>
          <w:b/>
          <w:lang w:val="ru-RU"/>
        </w:rPr>
        <w:t xml:space="preserve"> </w:t>
      </w:r>
      <w:proofErr w:type="spellStart"/>
      <w:r w:rsidRPr="002E186D">
        <w:rPr>
          <w:b/>
          <w:lang w:val="ru-RU"/>
        </w:rPr>
        <w:t>көрсетуді</w:t>
      </w:r>
      <w:proofErr w:type="spellEnd"/>
      <w:r w:rsidRPr="002E186D">
        <w:rPr>
          <w:b/>
          <w:lang w:val="ru-RU"/>
        </w:rPr>
        <w:t xml:space="preserve"> </w:t>
      </w:r>
      <w:proofErr w:type="spellStart"/>
      <w:r w:rsidRPr="002E186D">
        <w:rPr>
          <w:b/>
          <w:lang w:val="ru-RU"/>
        </w:rPr>
        <w:t>растау</w:t>
      </w:r>
      <w:proofErr w:type="spellEnd"/>
      <w:r w:rsidRPr="002E186D">
        <w:rPr>
          <w:b/>
          <w:lang w:val="ru-RU"/>
        </w:rPr>
        <w:t>:</w:t>
      </w:r>
    </w:p>
    <w:p w:rsidR="00D6785A" w:rsidRPr="002E186D" w:rsidRDefault="00FA341A">
      <w:pPr>
        <w:spacing w:after="80" w:line="240" w:lineRule="auto"/>
        <w:ind w:firstLine="709"/>
        <w:rPr>
          <w:lang w:val="ru-RU"/>
        </w:rPr>
      </w:pPr>
      <w:proofErr w:type="spellStart"/>
      <w:r w:rsidRPr="002E186D">
        <w:rPr>
          <w:lang w:val="ru-RU"/>
        </w:rPr>
        <w:t>Орындаушы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Тапсырыс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берушіге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қалдықтардың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шығарылғанын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және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уәкілетті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ұйымға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берілгенін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растайтын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құжаттарды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ұсынады</w:t>
      </w:r>
      <w:proofErr w:type="spellEnd"/>
      <w:r w:rsidRPr="002E186D">
        <w:rPr>
          <w:lang w:val="ru-RU"/>
        </w:rPr>
        <w:t xml:space="preserve">. </w:t>
      </w:r>
      <w:proofErr w:type="spellStart"/>
      <w:r w:rsidRPr="002E186D">
        <w:rPr>
          <w:lang w:val="ru-RU"/>
        </w:rPr>
        <w:t>Құжаттарда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қалдықтың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атауы</w:t>
      </w:r>
      <w:proofErr w:type="spellEnd"/>
      <w:r w:rsidRPr="002E186D">
        <w:rPr>
          <w:lang w:val="ru-RU"/>
        </w:rPr>
        <w:t xml:space="preserve"> мен </w:t>
      </w:r>
      <w:proofErr w:type="spellStart"/>
      <w:r w:rsidRPr="002E186D">
        <w:rPr>
          <w:lang w:val="ru-RU"/>
        </w:rPr>
        <w:t>мөлшері</w:t>
      </w:r>
      <w:proofErr w:type="spellEnd"/>
      <w:r w:rsidRPr="002E186D">
        <w:rPr>
          <w:lang w:val="ru-RU"/>
        </w:rPr>
        <w:t xml:space="preserve">, </w:t>
      </w:r>
      <w:proofErr w:type="spellStart"/>
      <w:r w:rsidRPr="002E186D">
        <w:rPr>
          <w:lang w:val="ru-RU"/>
        </w:rPr>
        <w:t>шығару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күні</w:t>
      </w:r>
      <w:proofErr w:type="spellEnd"/>
      <w:r w:rsidRPr="002E186D">
        <w:rPr>
          <w:lang w:val="ru-RU"/>
        </w:rPr>
        <w:t xml:space="preserve">, </w:t>
      </w:r>
      <w:proofErr w:type="spellStart"/>
      <w:r w:rsidRPr="002E186D">
        <w:rPr>
          <w:lang w:val="ru-RU"/>
        </w:rPr>
        <w:t>тасымалдаушы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және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қабылдаушы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ұйым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туралы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мәліметтер</w:t>
      </w:r>
      <w:proofErr w:type="spellEnd"/>
      <w:r w:rsidRPr="002E186D">
        <w:rPr>
          <w:lang w:val="ru-RU"/>
        </w:rPr>
        <w:t xml:space="preserve"> </w:t>
      </w:r>
      <w:proofErr w:type="spellStart"/>
      <w:r w:rsidRPr="002E186D">
        <w:rPr>
          <w:lang w:val="ru-RU"/>
        </w:rPr>
        <w:t>көрсетіледі</w:t>
      </w:r>
      <w:proofErr w:type="spellEnd"/>
      <w:r w:rsidRPr="002E186D">
        <w:rPr>
          <w:lang w:val="ru-RU"/>
        </w:rPr>
        <w:t>.</w:t>
      </w:r>
    </w:p>
    <w:p w:rsidR="00D6785A" w:rsidRPr="002E186D" w:rsidRDefault="00D6785A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2E186D" w:rsidRDefault="009103AE">
      <w:pPr>
        <w:spacing w:after="80" w:line="240" w:lineRule="auto"/>
        <w:ind w:firstLine="709"/>
        <w:rPr>
          <w:lang w:val="ru-RU"/>
        </w:rPr>
      </w:pPr>
    </w:p>
    <w:p w:rsidR="009103AE" w:rsidRPr="009103AE" w:rsidRDefault="002E186D" w:rsidP="002E186D">
      <w:pPr>
        <w:spacing w:after="80" w:line="240" w:lineRule="auto"/>
        <w:ind w:firstLine="709"/>
        <w:rPr>
          <w:lang w:val="ru-RU"/>
        </w:rPr>
      </w:pPr>
      <w:r w:rsidRPr="002E186D">
        <w:rPr>
          <w:lang w:val="ru-RU"/>
        </w:rPr>
        <w:t>.</w:t>
      </w:r>
    </w:p>
    <w:sectPr w:rsidR="009103AE" w:rsidRPr="009103AE" w:rsidSect="00034616">
      <w:footerReference w:type="default" r:id="rId8"/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32C" w:rsidRDefault="001A332C">
      <w:pPr>
        <w:spacing w:after="0" w:line="240" w:lineRule="auto"/>
      </w:pPr>
      <w:r>
        <w:separator/>
      </w:r>
    </w:p>
  </w:endnote>
  <w:endnote w:type="continuationSeparator" w:id="0">
    <w:p w:rsidR="001A332C" w:rsidRDefault="001A3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86D" w:rsidRDefault="002E186D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32C" w:rsidRDefault="001A332C">
      <w:pPr>
        <w:spacing w:after="0" w:line="240" w:lineRule="auto"/>
      </w:pPr>
      <w:r>
        <w:separator/>
      </w:r>
    </w:p>
  </w:footnote>
  <w:footnote w:type="continuationSeparator" w:id="0">
    <w:p w:rsidR="001A332C" w:rsidRDefault="001A33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A3EACEC2"/>
    <w:lvl w:ilvl="0">
      <w:start w:val="1"/>
      <w:numFmt w:val="decimal"/>
      <w:pStyle w:val="a"/>
      <w:lvlText w:val="%1."/>
      <w:lvlJc w:val="left"/>
      <w:pPr>
        <w:tabs>
          <w:tab w:val="num" w:pos="502"/>
        </w:tabs>
        <w:ind w:left="502" w:hanging="360"/>
      </w:pPr>
      <w:rPr>
        <w:lang w:val="ru-RU"/>
      </w:r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</w:abstractNum>
  <w:abstractNum w:abstractNumId="9" w15:restartNumberingAfterBreak="0">
    <w:nsid w:val="71813648"/>
    <w:multiLevelType w:val="multilevel"/>
    <w:tmpl w:val="5D68C9B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20AE0"/>
    <w:rsid w:val="00034616"/>
    <w:rsid w:val="0005649C"/>
    <w:rsid w:val="0006063C"/>
    <w:rsid w:val="0015074B"/>
    <w:rsid w:val="001A332C"/>
    <w:rsid w:val="0029639D"/>
    <w:rsid w:val="002E186D"/>
    <w:rsid w:val="00326F90"/>
    <w:rsid w:val="00381E98"/>
    <w:rsid w:val="004C4ED6"/>
    <w:rsid w:val="00670356"/>
    <w:rsid w:val="00732E21"/>
    <w:rsid w:val="008C1B6D"/>
    <w:rsid w:val="009103AE"/>
    <w:rsid w:val="00A10C57"/>
    <w:rsid w:val="00A14DE7"/>
    <w:rsid w:val="00AA1D8D"/>
    <w:rsid w:val="00AE50E4"/>
    <w:rsid w:val="00B47730"/>
    <w:rsid w:val="00B51833"/>
    <w:rsid w:val="00B94E77"/>
    <w:rsid w:val="00BA5687"/>
    <w:rsid w:val="00C525E2"/>
    <w:rsid w:val="00CB0664"/>
    <w:rsid w:val="00D03EE4"/>
    <w:rsid w:val="00D6785A"/>
    <w:rsid w:val="00E87902"/>
    <w:rsid w:val="00EE1C35"/>
    <w:rsid w:val="00F848C4"/>
    <w:rsid w:val="00FA341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CBC7C6"/>
  <w14:defaultImageDpi w14:val="300"/>
  <w15:docId w15:val="{3D6B2CDB-8695-427E-8392-DEA790F67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x12ofw9d">
    <w:name w:val="x12ofw9d"/>
    <w:basedOn w:val="a1"/>
    <w:rsid w:val="008C1B6D"/>
    <w:pPr>
      <w:spacing w:before="100" w:beforeAutospacing="1" w:after="100" w:afterAutospacing="1" w:line="240" w:lineRule="auto"/>
    </w:pPr>
    <w:rPr>
      <w:rFonts w:cs="Times New Roman"/>
      <w:szCs w:val="24"/>
      <w:lang w:val="ru-RU" w:eastAsia="ru-RU"/>
    </w:rPr>
  </w:style>
  <w:style w:type="paragraph" w:styleId="aff8">
    <w:name w:val="Balloon Text"/>
    <w:basedOn w:val="a1"/>
    <w:link w:val="aff9"/>
    <w:uiPriority w:val="99"/>
    <w:semiHidden/>
    <w:unhideWhenUsed/>
    <w:rsid w:val="00670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67035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1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27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4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1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03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16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707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158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7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8206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6848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5609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2883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0040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051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3308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4267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5673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3801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0059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4203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1238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0902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925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4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92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80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71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097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91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485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440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050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1020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2959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4802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4056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1688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9083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7308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9255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2845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271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3665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6354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7792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723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5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0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19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13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24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19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4188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640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0010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279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2829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357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6085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5927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8554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649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3505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815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2802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9398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5904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9011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6567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555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0DBA1D9-6757-4AF5-BC0D-4B69ADEBD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5</Pages>
  <Words>1312</Words>
  <Characters>7482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8777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</cp:lastModifiedBy>
  <cp:revision>3</cp:revision>
  <cp:lastPrinted>2026-10-09T06:26:00Z</cp:lastPrinted>
  <dcterms:created xsi:type="dcterms:W3CDTF">2013-12-23T23:15:00Z</dcterms:created>
  <dcterms:modified xsi:type="dcterms:W3CDTF">2026-10-09T06:28:00Z</dcterms:modified>
  <cp:category/>
</cp:coreProperties>
</file>