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E7C35" w14:textId="6628133F" w:rsidR="0025002B" w:rsidRPr="00830095" w:rsidRDefault="00000000">
      <w:pPr>
        <w:jc w:val="center"/>
        <w:rPr>
          <w:lang w:val="ru-RU"/>
        </w:rPr>
      </w:pPr>
      <w:r w:rsidRPr="00830095">
        <w:rPr>
          <w:b/>
          <w:sz w:val="28"/>
          <w:lang w:val="ru-RU"/>
        </w:rPr>
        <w:t>ТЕХНИЧЕСКАЯ ХАРАКТЕРИСТИКА</w:t>
      </w:r>
      <w:r w:rsidRPr="00830095">
        <w:rPr>
          <w:b/>
          <w:sz w:val="28"/>
          <w:lang w:val="ru-RU"/>
        </w:rPr>
        <w:br/>
      </w:r>
      <w:r w:rsidRPr="00830095">
        <w:rPr>
          <w:b/>
          <w:sz w:val="24"/>
          <w:lang w:val="ru-RU"/>
        </w:rPr>
        <w:t>на выполнение работ по ремонту и замене трубопроводов и запорной арматуры</w:t>
      </w:r>
      <w:r w:rsidR="00E64865">
        <w:rPr>
          <w:b/>
          <w:sz w:val="24"/>
          <w:lang w:val="ru-RU"/>
        </w:rPr>
        <w:t xml:space="preserve"> отопительных систем</w:t>
      </w:r>
    </w:p>
    <w:p w14:paraId="2B4FC63C" w14:textId="402B8837" w:rsidR="0025002B" w:rsidRPr="00830095" w:rsidRDefault="00000000">
      <w:pPr>
        <w:rPr>
          <w:lang w:val="ru-RU"/>
        </w:rPr>
      </w:pPr>
      <w:r w:rsidRPr="00830095">
        <w:rPr>
          <w:b/>
          <w:lang w:val="ru-RU"/>
        </w:rPr>
        <w:t xml:space="preserve">Объект: </w:t>
      </w:r>
      <w:proofErr w:type="spellStart"/>
      <w:r w:rsidR="00E31CB8">
        <w:rPr>
          <w:b/>
          <w:lang w:val="ru-RU"/>
        </w:rPr>
        <w:t>Адмитнистративное</w:t>
      </w:r>
      <w:proofErr w:type="spellEnd"/>
      <w:r w:rsidR="00E31CB8">
        <w:rPr>
          <w:b/>
          <w:lang w:val="ru-RU"/>
        </w:rPr>
        <w:t xml:space="preserve"> здание </w:t>
      </w:r>
      <w:r w:rsidRPr="00E31CB8">
        <w:rPr>
          <w:b/>
          <w:bCs/>
          <w:lang w:val="ru-RU"/>
        </w:rPr>
        <w:t>«</w:t>
      </w:r>
      <w:proofErr w:type="spellStart"/>
      <w:r w:rsidRPr="00E31CB8">
        <w:rPr>
          <w:b/>
          <w:bCs/>
          <w:lang w:val="ru-RU"/>
        </w:rPr>
        <w:t>Тіл</w:t>
      </w:r>
      <w:proofErr w:type="spellEnd"/>
      <w:r w:rsidRPr="00E31CB8">
        <w:rPr>
          <w:b/>
          <w:bCs/>
          <w:lang w:val="ru-RU"/>
        </w:rPr>
        <w:t xml:space="preserve"> </w:t>
      </w:r>
      <w:proofErr w:type="spellStart"/>
      <w:r w:rsidRPr="00E31CB8">
        <w:rPr>
          <w:b/>
          <w:bCs/>
          <w:lang w:val="ru-RU"/>
        </w:rPr>
        <w:t>сарайы</w:t>
      </w:r>
      <w:proofErr w:type="spellEnd"/>
      <w:r w:rsidRPr="00E31CB8">
        <w:rPr>
          <w:b/>
          <w:bCs/>
          <w:lang w:val="ru-RU"/>
        </w:rPr>
        <w:t>»</w:t>
      </w:r>
      <w:r w:rsidRPr="00830095">
        <w:rPr>
          <w:lang w:val="ru-RU"/>
        </w:rPr>
        <w:br/>
      </w:r>
      <w:r w:rsidRPr="00830095">
        <w:rPr>
          <w:b/>
          <w:lang w:val="ru-RU"/>
        </w:rPr>
        <w:t xml:space="preserve">Адрес объекта: </w:t>
      </w:r>
      <w:r w:rsidRPr="00830095">
        <w:rPr>
          <w:lang w:val="ru-RU"/>
        </w:rPr>
        <w:t>г. Талдыкорган, ул. Каратал, 3</w:t>
      </w:r>
      <w:r w:rsidR="002F338D">
        <w:rPr>
          <w:lang w:val="ru-RU"/>
        </w:rPr>
        <w:t>6 Б</w:t>
      </w:r>
      <w:r w:rsidRPr="00830095">
        <w:rPr>
          <w:lang w:val="ru-RU"/>
        </w:rPr>
        <w:t>.</w:t>
      </w:r>
      <w:r w:rsidRPr="00830095">
        <w:rPr>
          <w:lang w:val="ru-RU"/>
        </w:rPr>
        <w:br/>
      </w:r>
      <w:r w:rsidRPr="00830095">
        <w:rPr>
          <w:b/>
          <w:lang w:val="ru-RU"/>
        </w:rPr>
        <w:t xml:space="preserve">Основание: </w:t>
      </w:r>
      <w:r w:rsidR="002F338D">
        <w:rPr>
          <w:lang w:val="ru-RU"/>
        </w:rPr>
        <w:t>Д</w:t>
      </w:r>
      <w:r w:rsidRPr="00830095">
        <w:rPr>
          <w:lang w:val="ru-RU"/>
        </w:rPr>
        <w:t>ефектный акт от 24 августа 2026 года.</w:t>
      </w:r>
    </w:p>
    <w:p w14:paraId="2E74C27E" w14:textId="357F8CE0" w:rsidR="0025002B" w:rsidRPr="00830095" w:rsidRDefault="00000000">
      <w:pPr>
        <w:rPr>
          <w:lang w:val="ru-RU"/>
        </w:rPr>
      </w:pPr>
      <w:r w:rsidRPr="00830095">
        <w:rPr>
          <w:lang w:val="ru-RU"/>
        </w:rPr>
        <w:t>Цель работ: устранение выявленных дефектов трубопроводов</w:t>
      </w:r>
      <w:r w:rsidR="00584A5A" w:rsidRPr="00584A5A">
        <w:rPr>
          <w:lang w:val="ru-RU"/>
        </w:rPr>
        <w:t xml:space="preserve"> </w:t>
      </w:r>
      <w:r w:rsidR="00584A5A">
        <w:rPr>
          <w:lang w:val="ru-RU"/>
        </w:rPr>
        <w:t>тепловой отопления</w:t>
      </w:r>
      <w:r w:rsidRPr="00830095">
        <w:rPr>
          <w:lang w:val="ru-RU"/>
        </w:rPr>
        <w:t xml:space="preserve"> водоснабжения и запорной арматуры, восстановление герметичности системы, обеспечение безопасной и надежной эксплуатации системы водоснабжения объекта.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2381"/>
        <w:gridCol w:w="850"/>
        <w:gridCol w:w="680"/>
        <w:gridCol w:w="5102"/>
      </w:tblGrid>
      <w:tr w:rsidR="0025002B" w14:paraId="76191E8B" w14:textId="77777777">
        <w:trPr>
          <w:jc w:val="center"/>
        </w:trPr>
        <w:tc>
          <w:tcPr>
            <w:tcW w:w="397" w:type="dxa"/>
            <w:vAlign w:val="center"/>
          </w:tcPr>
          <w:p w14:paraId="50561551" w14:textId="77777777" w:rsidR="0025002B" w:rsidRDefault="00000000">
            <w:r>
              <w:rPr>
                <w:b/>
                <w:sz w:val="18"/>
              </w:rPr>
              <w:t>№</w:t>
            </w:r>
          </w:p>
        </w:tc>
        <w:tc>
          <w:tcPr>
            <w:tcW w:w="2381" w:type="dxa"/>
            <w:vAlign w:val="center"/>
          </w:tcPr>
          <w:p w14:paraId="117CB173" w14:textId="77777777" w:rsidR="0025002B" w:rsidRDefault="00000000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работ</w:t>
            </w:r>
            <w:proofErr w:type="spellEnd"/>
          </w:p>
        </w:tc>
        <w:tc>
          <w:tcPr>
            <w:tcW w:w="850" w:type="dxa"/>
            <w:vAlign w:val="center"/>
          </w:tcPr>
          <w:p w14:paraId="77B04744" w14:textId="77777777" w:rsidR="0025002B" w:rsidRDefault="00000000">
            <w:proofErr w:type="spellStart"/>
            <w:r>
              <w:rPr>
                <w:b/>
                <w:sz w:val="18"/>
              </w:rPr>
              <w:t>Ед</w:t>
            </w:r>
            <w:proofErr w:type="spellEnd"/>
            <w:r>
              <w:rPr>
                <w:b/>
                <w:sz w:val="18"/>
              </w:rPr>
              <w:t xml:space="preserve">. </w:t>
            </w:r>
            <w:proofErr w:type="spellStart"/>
            <w:r>
              <w:rPr>
                <w:b/>
                <w:sz w:val="18"/>
              </w:rPr>
              <w:t>изм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680" w:type="dxa"/>
            <w:vAlign w:val="center"/>
          </w:tcPr>
          <w:p w14:paraId="40AAE846" w14:textId="77777777" w:rsidR="0025002B" w:rsidRDefault="00000000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  <w:tc>
          <w:tcPr>
            <w:tcW w:w="5102" w:type="dxa"/>
            <w:vAlign w:val="center"/>
          </w:tcPr>
          <w:p w14:paraId="779DA6E9" w14:textId="77777777" w:rsidR="0025002B" w:rsidRDefault="00000000">
            <w:proofErr w:type="spellStart"/>
            <w:r>
              <w:rPr>
                <w:b/>
                <w:sz w:val="18"/>
              </w:rPr>
              <w:t>Технические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требования</w:t>
            </w:r>
            <w:proofErr w:type="spellEnd"/>
          </w:p>
        </w:tc>
      </w:tr>
      <w:tr w:rsidR="0025002B" w:rsidRPr="00E31CB8" w14:paraId="6C644697" w14:textId="77777777">
        <w:trPr>
          <w:jc w:val="center"/>
        </w:trPr>
        <w:tc>
          <w:tcPr>
            <w:tcW w:w="397" w:type="dxa"/>
          </w:tcPr>
          <w:p w14:paraId="3CB5BBE6" w14:textId="77777777" w:rsidR="0025002B" w:rsidRDefault="00000000">
            <w:r>
              <w:rPr>
                <w:sz w:val="18"/>
              </w:rPr>
              <w:t>1</w:t>
            </w:r>
          </w:p>
        </w:tc>
        <w:tc>
          <w:tcPr>
            <w:tcW w:w="2381" w:type="dxa"/>
          </w:tcPr>
          <w:p w14:paraId="22F634B5" w14:textId="2DCD9A56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крана шарового Ду80</w:t>
            </w:r>
            <w:r w:rsidR="00830095" w:rsidRPr="00830095">
              <w:rPr>
                <w:sz w:val="18"/>
                <w:lang w:val="ru-RU"/>
              </w:rPr>
              <w:t xml:space="preserve"> с фланцем</w:t>
            </w:r>
          </w:p>
        </w:tc>
        <w:tc>
          <w:tcPr>
            <w:tcW w:w="850" w:type="dxa"/>
          </w:tcPr>
          <w:p w14:paraId="5A50C889" w14:textId="77777777" w:rsidR="0025002B" w:rsidRDefault="00000000">
            <w:proofErr w:type="spellStart"/>
            <w:r>
              <w:rPr>
                <w:sz w:val="18"/>
              </w:rPr>
              <w:t>шт</w:t>
            </w:r>
            <w:proofErr w:type="spellEnd"/>
          </w:p>
        </w:tc>
        <w:tc>
          <w:tcPr>
            <w:tcW w:w="680" w:type="dxa"/>
          </w:tcPr>
          <w:p w14:paraId="682A263B" w14:textId="2ED6A47B" w:rsidR="0025002B" w:rsidRDefault="00830095">
            <w:r>
              <w:t>3</w:t>
            </w:r>
          </w:p>
        </w:tc>
        <w:tc>
          <w:tcPr>
            <w:tcW w:w="5102" w:type="dxa"/>
          </w:tcPr>
          <w:p w14:paraId="340985F1" w14:textId="13955ECA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Новый шаровой кран Ду80, пригодный для эксплуатации в системе </w:t>
            </w:r>
            <w:r w:rsidR="00584A5A">
              <w:rPr>
                <w:lang w:val="ru-RU"/>
              </w:rPr>
              <w:t xml:space="preserve">тепловой </w:t>
            </w:r>
            <w:proofErr w:type="gramStart"/>
            <w:r w:rsidR="00584A5A">
              <w:rPr>
                <w:lang w:val="ru-RU"/>
              </w:rPr>
              <w:t>отопления</w:t>
            </w:r>
            <w:r w:rsidR="00584A5A" w:rsidRPr="00830095">
              <w:rPr>
                <w:lang w:val="ru-RU"/>
              </w:rPr>
              <w:t xml:space="preserve"> </w:t>
            </w:r>
            <w:r w:rsidR="00584A5A">
              <w:rPr>
                <w:lang w:val="ru-RU"/>
              </w:rPr>
              <w:t xml:space="preserve"> </w:t>
            </w:r>
            <w:r w:rsidRPr="00830095">
              <w:rPr>
                <w:sz w:val="18"/>
                <w:lang w:val="ru-RU"/>
              </w:rPr>
              <w:t>водоснабжения</w:t>
            </w:r>
            <w:proofErr w:type="gramEnd"/>
            <w:r w:rsidRPr="00830095">
              <w:rPr>
                <w:sz w:val="18"/>
                <w:lang w:val="ru-RU"/>
              </w:rPr>
              <w:t>. Демонтаж неисправной арматуры, установка новой, герметичное соединение и проверка работоспособности.</w:t>
            </w:r>
          </w:p>
        </w:tc>
      </w:tr>
      <w:tr w:rsidR="0025002B" w:rsidRPr="00E31CB8" w14:paraId="0BB3050C" w14:textId="77777777">
        <w:trPr>
          <w:jc w:val="center"/>
        </w:trPr>
        <w:tc>
          <w:tcPr>
            <w:tcW w:w="397" w:type="dxa"/>
          </w:tcPr>
          <w:p w14:paraId="5DF4F91A" w14:textId="77777777" w:rsidR="0025002B" w:rsidRDefault="00000000">
            <w:r>
              <w:rPr>
                <w:sz w:val="18"/>
              </w:rPr>
              <w:t>2</w:t>
            </w:r>
          </w:p>
        </w:tc>
        <w:tc>
          <w:tcPr>
            <w:tcW w:w="2381" w:type="dxa"/>
          </w:tcPr>
          <w:p w14:paraId="1A054A2B" w14:textId="77777777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участка стальной трубы Ду80 с фланцем</w:t>
            </w:r>
          </w:p>
        </w:tc>
        <w:tc>
          <w:tcPr>
            <w:tcW w:w="850" w:type="dxa"/>
          </w:tcPr>
          <w:p w14:paraId="57FB006D" w14:textId="77777777" w:rsidR="0025002B" w:rsidRDefault="00000000"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534C4743" w14:textId="36AB122C" w:rsidR="0025002B" w:rsidRDefault="00830095">
            <w:r>
              <w:t>6</w:t>
            </w:r>
          </w:p>
        </w:tc>
        <w:tc>
          <w:tcPr>
            <w:tcW w:w="5102" w:type="dxa"/>
          </w:tcPr>
          <w:p w14:paraId="3056C43C" w14:textId="23636E4D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Демонтаж </w:t>
            </w:r>
            <w:proofErr w:type="spellStart"/>
            <w:r w:rsidRPr="00830095">
              <w:rPr>
                <w:sz w:val="18"/>
                <w:lang w:val="ru-RU"/>
              </w:rPr>
              <w:t>коррозионно</w:t>
            </w:r>
            <w:proofErr w:type="spellEnd"/>
            <w:r w:rsidRPr="00830095">
              <w:rPr>
                <w:sz w:val="18"/>
                <w:lang w:val="ru-RU"/>
              </w:rPr>
              <w:t xml:space="preserve"> поврежденного участка, включая фланцевое соединение; монтаж нового стального участка трубы Ду80 с обеспечением надежного и герметичного соединения.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E31CB8" w14:paraId="6D9CDDD9" w14:textId="77777777">
        <w:trPr>
          <w:jc w:val="center"/>
        </w:trPr>
        <w:tc>
          <w:tcPr>
            <w:tcW w:w="397" w:type="dxa"/>
          </w:tcPr>
          <w:p w14:paraId="6DD54944" w14:textId="77777777" w:rsidR="0025002B" w:rsidRDefault="00000000">
            <w:r>
              <w:rPr>
                <w:sz w:val="18"/>
              </w:rPr>
              <w:t>3</w:t>
            </w:r>
          </w:p>
        </w:tc>
        <w:tc>
          <w:tcPr>
            <w:tcW w:w="2381" w:type="dxa"/>
          </w:tcPr>
          <w:p w14:paraId="2A68A07A" w14:textId="77777777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участка стальной трубы Ду25</w:t>
            </w:r>
          </w:p>
        </w:tc>
        <w:tc>
          <w:tcPr>
            <w:tcW w:w="850" w:type="dxa"/>
          </w:tcPr>
          <w:p w14:paraId="0AE13C05" w14:textId="77777777" w:rsidR="0025002B" w:rsidRDefault="00000000"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7DC83B2B" w14:textId="0D016B1E" w:rsidR="0025002B" w:rsidRDefault="00830095">
            <w:r>
              <w:rPr>
                <w:sz w:val="18"/>
                <w:lang w:val="kk-KZ"/>
              </w:rPr>
              <w:t>1</w:t>
            </w:r>
            <w:r>
              <w:rPr>
                <w:sz w:val="18"/>
              </w:rPr>
              <w:t>0</w:t>
            </w:r>
          </w:p>
        </w:tc>
        <w:tc>
          <w:tcPr>
            <w:tcW w:w="5102" w:type="dxa"/>
          </w:tcPr>
          <w:p w14:paraId="0592D909" w14:textId="5482D7EC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аварийного участка с коррозией и обрывом трубы; монтаж нового участка стальной трубы Ду25 с выполнением надежных соединений и проверкой герметичности.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E31CB8" w14:paraId="3D62BE63" w14:textId="77777777">
        <w:trPr>
          <w:jc w:val="center"/>
        </w:trPr>
        <w:tc>
          <w:tcPr>
            <w:tcW w:w="397" w:type="dxa"/>
          </w:tcPr>
          <w:p w14:paraId="35F7B4C9" w14:textId="77777777" w:rsidR="0025002B" w:rsidRDefault="00000000">
            <w:r>
              <w:rPr>
                <w:sz w:val="18"/>
              </w:rPr>
              <w:t>4</w:t>
            </w:r>
          </w:p>
        </w:tc>
        <w:tc>
          <w:tcPr>
            <w:tcW w:w="2381" w:type="dxa"/>
          </w:tcPr>
          <w:p w14:paraId="7ADF4CAC" w14:textId="77777777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участка стальной трубы Ду25</w:t>
            </w:r>
          </w:p>
        </w:tc>
        <w:tc>
          <w:tcPr>
            <w:tcW w:w="850" w:type="dxa"/>
          </w:tcPr>
          <w:p w14:paraId="638D5187" w14:textId="77777777" w:rsidR="0025002B" w:rsidRDefault="00000000"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3F7D8960" w14:textId="16E7CA45" w:rsidR="0025002B" w:rsidRDefault="00830095">
            <w:r>
              <w:rPr>
                <w:sz w:val="18"/>
                <w:lang w:val="kk-KZ"/>
              </w:rPr>
              <w:t>1</w:t>
            </w:r>
            <w:r>
              <w:rPr>
                <w:sz w:val="18"/>
              </w:rPr>
              <w:t>0</w:t>
            </w:r>
          </w:p>
        </w:tc>
        <w:tc>
          <w:tcPr>
            <w:tcW w:w="5102" w:type="dxa"/>
          </w:tcPr>
          <w:p w14:paraId="4E0BFFD7" w14:textId="0462B3BF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Замена участка трубы с коррозией и разрушением стенки. Новый участок должен соответствовать диаметру Ду25 и условиям эксплуатации системы водоснабжения.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830095" w14:paraId="4B6BE757" w14:textId="77777777">
        <w:trPr>
          <w:jc w:val="center"/>
        </w:trPr>
        <w:tc>
          <w:tcPr>
            <w:tcW w:w="397" w:type="dxa"/>
          </w:tcPr>
          <w:p w14:paraId="102EA94B" w14:textId="77777777" w:rsidR="0025002B" w:rsidRDefault="00000000">
            <w:r>
              <w:rPr>
                <w:sz w:val="18"/>
              </w:rPr>
              <w:t>5</w:t>
            </w:r>
          </w:p>
        </w:tc>
        <w:tc>
          <w:tcPr>
            <w:tcW w:w="2381" w:type="dxa"/>
          </w:tcPr>
          <w:p w14:paraId="6921671A" w14:textId="77777777" w:rsidR="0025002B" w:rsidRDefault="00000000">
            <w:proofErr w:type="spellStart"/>
            <w:r>
              <w:rPr>
                <w:sz w:val="18"/>
              </w:rPr>
              <w:t>Установка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заглушки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стальной</w:t>
            </w:r>
            <w:proofErr w:type="spellEnd"/>
            <w:r>
              <w:rPr>
                <w:sz w:val="18"/>
              </w:rPr>
              <w:t xml:space="preserve"> Ду25</w:t>
            </w:r>
          </w:p>
        </w:tc>
        <w:tc>
          <w:tcPr>
            <w:tcW w:w="850" w:type="dxa"/>
          </w:tcPr>
          <w:p w14:paraId="417D4DE0" w14:textId="77777777" w:rsidR="0025002B" w:rsidRDefault="00000000">
            <w:proofErr w:type="spellStart"/>
            <w:r>
              <w:rPr>
                <w:sz w:val="18"/>
              </w:rPr>
              <w:t>шт</w:t>
            </w:r>
            <w:proofErr w:type="spellEnd"/>
          </w:p>
        </w:tc>
        <w:tc>
          <w:tcPr>
            <w:tcW w:w="680" w:type="dxa"/>
          </w:tcPr>
          <w:p w14:paraId="7F2166C2" w14:textId="33DBF6F9" w:rsidR="0025002B" w:rsidRPr="00830095" w:rsidRDefault="0083009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102" w:type="dxa"/>
          </w:tcPr>
          <w:p w14:paraId="3F701F41" w14:textId="761F5AAE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Установка стальных заглушек Ду25 на вертикальных отводах вместо отсутствующих заглушек. Соединение должно быть герметичным.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E31CB8" w14:paraId="4B0EB84A" w14:textId="77777777">
        <w:trPr>
          <w:jc w:val="center"/>
        </w:trPr>
        <w:tc>
          <w:tcPr>
            <w:tcW w:w="397" w:type="dxa"/>
          </w:tcPr>
          <w:p w14:paraId="0596CF93" w14:textId="77777777" w:rsidR="0025002B" w:rsidRDefault="00000000">
            <w:r>
              <w:rPr>
                <w:sz w:val="18"/>
              </w:rPr>
              <w:t>6</w:t>
            </w:r>
          </w:p>
        </w:tc>
        <w:tc>
          <w:tcPr>
            <w:tcW w:w="2381" w:type="dxa"/>
          </w:tcPr>
          <w:p w14:paraId="05A5DB26" w14:textId="77777777" w:rsidR="0025002B" w:rsidRDefault="00000000">
            <w:proofErr w:type="spellStart"/>
            <w:r>
              <w:rPr>
                <w:sz w:val="18"/>
              </w:rPr>
              <w:t>Установка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заглушки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стальной</w:t>
            </w:r>
            <w:proofErr w:type="spellEnd"/>
            <w:r>
              <w:rPr>
                <w:sz w:val="18"/>
              </w:rPr>
              <w:t xml:space="preserve"> Ду25</w:t>
            </w:r>
          </w:p>
        </w:tc>
        <w:tc>
          <w:tcPr>
            <w:tcW w:w="850" w:type="dxa"/>
          </w:tcPr>
          <w:p w14:paraId="46D502BE" w14:textId="77777777" w:rsidR="0025002B" w:rsidRDefault="00000000">
            <w:proofErr w:type="spellStart"/>
            <w:r>
              <w:rPr>
                <w:sz w:val="18"/>
              </w:rPr>
              <w:t>шт</w:t>
            </w:r>
            <w:proofErr w:type="spellEnd"/>
          </w:p>
        </w:tc>
        <w:tc>
          <w:tcPr>
            <w:tcW w:w="680" w:type="dxa"/>
          </w:tcPr>
          <w:p w14:paraId="74D706DE" w14:textId="1580960B" w:rsidR="0025002B" w:rsidRPr="00830095" w:rsidRDefault="0083009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102" w:type="dxa"/>
          </w:tcPr>
          <w:p w14:paraId="782F564D" w14:textId="4F6402ED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Установка стальных заглушек Ду25 на вертикальных отводах с обеспечением герметичности и надежности крепления.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E31CB8" w14:paraId="398146CD" w14:textId="77777777">
        <w:trPr>
          <w:jc w:val="center"/>
        </w:trPr>
        <w:tc>
          <w:tcPr>
            <w:tcW w:w="397" w:type="dxa"/>
          </w:tcPr>
          <w:p w14:paraId="0EC0D384" w14:textId="77777777" w:rsidR="0025002B" w:rsidRDefault="00000000">
            <w:r>
              <w:rPr>
                <w:sz w:val="18"/>
              </w:rPr>
              <w:t>7</w:t>
            </w:r>
          </w:p>
        </w:tc>
        <w:tc>
          <w:tcPr>
            <w:tcW w:w="2381" w:type="dxa"/>
          </w:tcPr>
          <w:p w14:paraId="167F2042" w14:textId="77777777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Замена поврежденных отводов и соединительных деталей</w:t>
            </w:r>
          </w:p>
        </w:tc>
        <w:tc>
          <w:tcPr>
            <w:tcW w:w="850" w:type="dxa"/>
          </w:tcPr>
          <w:p w14:paraId="26054B63" w14:textId="77777777" w:rsidR="0025002B" w:rsidRDefault="00000000">
            <w:proofErr w:type="spellStart"/>
            <w:r>
              <w:rPr>
                <w:sz w:val="18"/>
              </w:rPr>
              <w:t>компл</w:t>
            </w:r>
            <w:proofErr w:type="spellEnd"/>
          </w:p>
        </w:tc>
        <w:tc>
          <w:tcPr>
            <w:tcW w:w="680" w:type="dxa"/>
          </w:tcPr>
          <w:p w14:paraId="3429CC6A" w14:textId="77777777" w:rsidR="0025002B" w:rsidRDefault="00000000">
            <w:r>
              <w:rPr>
                <w:sz w:val="18"/>
              </w:rPr>
              <w:t>5</w:t>
            </w:r>
          </w:p>
        </w:tc>
        <w:tc>
          <w:tcPr>
            <w:tcW w:w="5102" w:type="dxa"/>
          </w:tcPr>
          <w:p w14:paraId="4293C1DE" w14:textId="53EBF436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поврежденных деталей с коррозией и разрушением резьбы; установка новых отводов и соединительных деталей соответствующего диаметра с обеспечением герметичности.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E31CB8" w14:paraId="66F5BEC6" w14:textId="77777777">
        <w:trPr>
          <w:jc w:val="center"/>
        </w:trPr>
        <w:tc>
          <w:tcPr>
            <w:tcW w:w="397" w:type="dxa"/>
          </w:tcPr>
          <w:p w14:paraId="2F86088E" w14:textId="77777777" w:rsidR="0025002B" w:rsidRDefault="00000000">
            <w:r>
              <w:rPr>
                <w:sz w:val="18"/>
              </w:rPr>
              <w:t>8</w:t>
            </w:r>
          </w:p>
        </w:tc>
        <w:tc>
          <w:tcPr>
            <w:tcW w:w="2381" w:type="dxa"/>
          </w:tcPr>
          <w:p w14:paraId="44030082" w14:textId="77777777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Гидравлическое испытание и промывка системы водоснабжения</w:t>
            </w:r>
          </w:p>
        </w:tc>
        <w:tc>
          <w:tcPr>
            <w:tcW w:w="850" w:type="dxa"/>
          </w:tcPr>
          <w:p w14:paraId="42375BA9" w14:textId="77777777" w:rsidR="0025002B" w:rsidRDefault="00000000">
            <w:proofErr w:type="spellStart"/>
            <w:r>
              <w:rPr>
                <w:sz w:val="18"/>
              </w:rPr>
              <w:t>система</w:t>
            </w:r>
            <w:proofErr w:type="spellEnd"/>
          </w:p>
        </w:tc>
        <w:tc>
          <w:tcPr>
            <w:tcW w:w="680" w:type="dxa"/>
          </w:tcPr>
          <w:p w14:paraId="60C43377" w14:textId="77777777" w:rsidR="0025002B" w:rsidRDefault="00000000">
            <w:r>
              <w:rPr>
                <w:sz w:val="18"/>
              </w:rPr>
              <w:t>1</w:t>
            </w:r>
          </w:p>
        </w:tc>
        <w:tc>
          <w:tcPr>
            <w:tcW w:w="5102" w:type="dxa"/>
          </w:tcPr>
          <w:p w14:paraId="61F74A99" w14:textId="30D81BD3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После выполнения ремонтных работ провести гидравлическое испытание системы на герметичность, устранить выявленные течи при необходимости, выполнить промывку системы.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25002B" w:rsidRPr="00E31CB8" w14:paraId="7546E037" w14:textId="77777777">
        <w:trPr>
          <w:jc w:val="center"/>
        </w:trPr>
        <w:tc>
          <w:tcPr>
            <w:tcW w:w="397" w:type="dxa"/>
          </w:tcPr>
          <w:p w14:paraId="7CA4A10C" w14:textId="77777777" w:rsidR="0025002B" w:rsidRDefault="00000000">
            <w:r>
              <w:rPr>
                <w:sz w:val="18"/>
              </w:rPr>
              <w:t>9</w:t>
            </w:r>
          </w:p>
        </w:tc>
        <w:tc>
          <w:tcPr>
            <w:tcW w:w="2381" w:type="dxa"/>
          </w:tcPr>
          <w:p w14:paraId="52C33182" w14:textId="77777777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Окраска замененных участков. Вывоз мусора</w:t>
            </w:r>
          </w:p>
        </w:tc>
        <w:tc>
          <w:tcPr>
            <w:tcW w:w="850" w:type="dxa"/>
          </w:tcPr>
          <w:p w14:paraId="254F34A6" w14:textId="77777777" w:rsidR="0025002B" w:rsidRDefault="00000000">
            <w:proofErr w:type="spellStart"/>
            <w:r>
              <w:rPr>
                <w:sz w:val="18"/>
              </w:rPr>
              <w:t>компл</w:t>
            </w:r>
            <w:proofErr w:type="spellEnd"/>
          </w:p>
        </w:tc>
        <w:tc>
          <w:tcPr>
            <w:tcW w:w="680" w:type="dxa"/>
          </w:tcPr>
          <w:p w14:paraId="6AA397C6" w14:textId="77777777" w:rsidR="0025002B" w:rsidRDefault="00000000">
            <w:r>
              <w:rPr>
                <w:sz w:val="18"/>
              </w:rPr>
              <w:t>1</w:t>
            </w:r>
          </w:p>
        </w:tc>
        <w:tc>
          <w:tcPr>
            <w:tcW w:w="5102" w:type="dxa"/>
          </w:tcPr>
          <w:p w14:paraId="21026E1C" w14:textId="1BF8FDE0" w:rsidR="0025002B" w:rsidRPr="00830095" w:rsidRDefault="00000000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Очистка и окраска замененных металлических участков после завершения монтажа. Сбор, погрузка и вывоз строительного и ремонтного мусора, образовавшегося при выполнении работ.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830095" w:rsidRPr="00E31CB8" w14:paraId="5C2C6427" w14:textId="77777777">
        <w:trPr>
          <w:jc w:val="center"/>
        </w:trPr>
        <w:tc>
          <w:tcPr>
            <w:tcW w:w="397" w:type="dxa"/>
          </w:tcPr>
          <w:p w14:paraId="17E24862" w14:textId="7B7EA387" w:rsidR="00830095" w:rsidRDefault="00830095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81" w:type="dxa"/>
          </w:tcPr>
          <w:p w14:paraId="5EFF8E26" w14:textId="0FC16A1A" w:rsidR="00830095" w:rsidRPr="00830095" w:rsidRDefault="00830095">
            <w:pPr>
              <w:rPr>
                <w:sz w:val="18"/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Демонтаж и </w:t>
            </w:r>
            <w:r>
              <w:rPr>
                <w:sz w:val="18"/>
                <w:lang w:val="kk-KZ"/>
              </w:rPr>
              <w:t xml:space="preserve">установка </w:t>
            </w:r>
            <w:proofErr w:type="gramStart"/>
            <w:r>
              <w:rPr>
                <w:sz w:val="18"/>
                <w:lang w:val="kk-KZ"/>
              </w:rPr>
              <w:t xml:space="preserve">трубы </w:t>
            </w:r>
            <w:r w:rsidRPr="00830095">
              <w:rPr>
                <w:sz w:val="18"/>
                <w:lang w:val="ru-RU"/>
              </w:rPr>
              <w:t xml:space="preserve"> с</w:t>
            </w:r>
            <w:proofErr w:type="gramEnd"/>
            <w:r w:rsidRPr="00830095">
              <w:rPr>
                <w:sz w:val="18"/>
                <w:lang w:val="ru-RU"/>
              </w:rPr>
              <w:t xml:space="preserve"> фланцем</w:t>
            </w:r>
            <w:r>
              <w:rPr>
                <w:sz w:val="18"/>
                <w:lang w:val="ru-RU"/>
              </w:rPr>
              <w:t xml:space="preserve"> </w:t>
            </w:r>
            <w:r w:rsidRPr="00830095">
              <w:rPr>
                <w:sz w:val="18"/>
                <w:lang w:val="ru-RU"/>
              </w:rPr>
              <w:t>Ду80</w:t>
            </w:r>
          </w:p>
        </w:tc>
        <w:tc>
          <w:tcPr>
            <w:tcW w:w="850" w:type="dxa"/>
          </w:tcPr>
          <w:p w14:paraId="0CFD2AA3" w14:textId="5473ED57" w:rsidR="00830095" w:rsidRPr="00830095" w:rsidRDefault="00830095">
            <w:pPr>
              <w:rPr>
                <w:sz w:val="18"/>
                <w:lang w:val="ru-RU"/>
              </w:rPr>
            </w:pPr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67597918" w14:textId="7E650C53" w:rsidR="00830095" w:rsidRPr="00830095" w:rsidRDefault="00830095">
            <w:pPr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6</w:t>
            </w:r>
          </w:p>
        </w:tc>
        <w:tc>
          <w:tcPr>
            <w:tcW w:w="5102" w:type="dxa"/>
          </w:tcPr>
          <w:p w14:paraId="6E876B4D" w14:textId="65E5CFA8" w:rsidR="00830095" w:rsidRPr="00830095" w:rsidRDefault="00830095">
            <w:pPr>
              <w:rPr>
                <w:sz w:val="18"/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Демонтаж </w:t>
            </w:r>
            <w:proofErr w:type="spellStart"/>
            <w:r w:rsidRPr="00830095">
              <w:rPr>
                <w:sz w:val="18"/>
                <w:lang w:val="ru-RU"/>
              </w:rPr>
              <w:t>коррозионно</w:t>
            </w:r>
            <w:proofErr w:type="spellEnd"/>
            <w:r w:rsidRPr="00830095">
              <w:rPr>
                <w:sz w:val="18"/>
                <w:lang w:val="ru-RU"/>
              </w:rPr>
              <w:t xml:space="preserve"> поврежденного участка, включая фланцевое соединение; монтаж нового стального участка трубы Ду80 с обеспечением надежного и герметичного соединения.</w:t>
            </w:r>
            <w:r w:rsidR="00584A5A"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165C8A8F" w14:textId="77777777">
        <w:trPr>
          <w:jc w:val="center"/>
        </w:trPr>
        <w:tc>
          <w:tcPr>
            <w:tcW w:w="397" w:type="dxa"/>
          </w:tcPr>
          <w:p w14:paraId="51F27EF1" w14:textId="77777777" w:rsidR="00584A5A" w:rsidRPr="00E31CB8" w:rsidRDefault="00584A5A">
            <w:pPr>
              <w:rPr>
                <w:sz w:val="18"/>
                <w:lang w:val="ru-RU"/>
              </w:rPr>
            </w:pPr>
          </w:p>
        </w:tc>
        <w:tc>
          <w:tcPr>
            <w:tcW w:w="2381" w:type="dxa"/>
          </w:tcPr>
          <w:p w14:paraId="5EFCB78B" w14:textId="77777777" w:rsidR="00584A5A" w:rsidRPr="00830095" w:rsidRDefault="00584A5A">
            <w:pPr>
              <w:rPr>
                <w:sz w:val="18"/>
                <w:lang w:val="ru-RU"/>
              </w:rPr>
            </w:pPr>
          </w:p>
        </w:tc>
        <w:tc>
          <w:tcPr>
            <w:tcW w:w="850" w:type="dxa"/>
          </w:tcPr>
          <w:p w14:paraId="201A4117" w14:textId="77777777" w:rsidR="00584A5A" w:rsidRPr="00E31CB8" w:rsidRDefault="00584A5A">
            <w:pPr>
              <w:rPr>
                <w:sz w:val="18"/>
                <w:lang w:val="ru-RU"/>
              </w:rPr>
            </w:pPr>
          </w:p>
        </w:tc>
        <w:tc>
          <w:tcPr>
            <w:tcW w:w="680" w:type="dxa"/>
          </w:tcPr>
          <w:p w14:paraId="2A3FD0EB" w14:textId="77777777" w:rsidR="00584A5A" w:rsidRDefault="00584A5A">
            <w:pPr>
              <w:rPr>
                <w:sz w:val="18"/>
                <w:lang w:val="ru-RU"/>
              </w:rPr>
            </w:pPr>
          </w:p>
        </w:tc>
        <w:tc>
          <w:tcPr>
            <w:tcW w:w="5102" w:type="dxa"/>
          </w:tcPr>
          <w:p w14:paraId="773C57F4" w14:textId="0B072CA3" w:rsidR="00584A5A" w:rsidRDefault="00584A5A" w:rsidP="00584A5A">
            <w:pPr>
              <w:rPr>
                <w:b/>
                <w:bCs/>
                <w:lang w:val="ru-RU"/>
              </w:rPr>
            </w:pPr>
            <w:r w:rsidRPr="00772AEC">
              <w:rPr>
                <w:b/>
                <w:bCs/>
                <w:lang w:val="ru-RU"/>
              </w:rPr>
              <w:t>Для выполнения работ поставщик обязан обеспечить наличие необходимого сварочного оборудования для сварки и монтажа труб</w:t>
            </w:r>
            <w:r w:rsidR="002F338D">
              <w:rPr>
                <w:b/>
                <w:bCs/>
                <w:lang w:val="ru-RU"/>
              </w:rPr>
              <w:t xml:space="preserve"> и все расходные материалы за счет поставщика.</w:t>
            </w:r>
          </w:p>
          <w:p w14:paraId="6D3E9EBC" w14:textId="77777777" w:rsidR="00584A5A" w:rsidRPr="00830095" w:rsidRDefault="00584A5A">
            <w:pPr>
              <w:rPr>
                <w:sz w:val="18"/>
                <w:lang w:val="ru-RU"/>
              </w:rPr>
            </w:pPr>
          </w:p>
        </w:tc>
      </w:tr>
    </w:tbl>
    <w:p w14:paraId="3B149917" w14:textId="77777777" w:rsidR="0025002B" w:rsidRPr="00830095" w:rsidRDefault="0025002B">
      <w:pPr>
        <w:rPr>
          <w:lang w:val="ru-RU"/>
        </w:rPr>
      </w:pPr>
    </w:p>
    <w:p w14:paraId="2041CB9E" w14:textId="77777777" w:rsidR="0025002B" w:rsidRPr="00830095" w:rsidRDefault="00000000">
      <w:pPr>
        <w:rPr>
          <w:lang w:val="ru-RU"/>
        </w:rPr>
      </w:pPr>
      <w:r w:rsidRPr="00830095">
        <w:rPr>
          <w:b/>
          <w:lang w:val="ru-RU"/>
        </w:rPr>
        <w:lastRenderedPageBreak/>
        <w:t>Общие требования к выполнению работ:</w:t>
      </w:r>
    </w:p>
    <w:p w14:paraId="172D3216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Подрядчик выполняет все работы в полном объеме согласно дефектному акту и настоящей технической характеристике.</w:t>
      </w:r>
    </w:p>
    <w:p w14:paraId="3BE7269F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Все материалы, трубы, арматура, заглушки, соединительные детали, расходные материалы, инструменты, оборудование и средства индивидуальной защиты, необходимые для выполнения работ, предоставляет подрядчик, если иное не предусмотрено договором.</w:t>
      </w:r>
    </w:p>
    <w:p w14:paraId="2DC1772E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Материалы и комплектующие должны быть новыми, без следов эксплуатации, соответствовать требованиям технических регламентов и нормативных документов, применяемых к данному виду продукции.</w:t>
      </w:r>
    </w:p>
    <w:p w14:paraId="7205FC3F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До начала работ подрядчик обязан согласовать с заказчиком организационные вопросы, место проведения работ и порядок отключения/восстановления водоснабжения.</w:t>
      </w:r>
    </w:p>
    <w:p w14:paraId="6AAAE33D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При выполнении работ подрядчик обязан обеспечить сохранность существующих инженерных сетей и конструкций объекта.</w:t>
      </w:r>
    </w:p>
    <w:p w14:paraId="38DC79CC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Все соединения после монтажа должны быть надежными и герметичными. При выявлении течей подрядчик обязан устранить их за свой счет.</w:t>
      </w:r>
    </w:p>
    <w:p w14:paraId="7D394A64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После окончания работ выполнить гидравлическое испытание и промывку системы водоснабжения.</w:t>
      </w:r>
    </w:p>
    <w:p w14:paraId="19E7E2E1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Место производства работ после завершения ремонта привести в порядок: убрать строительный мусор, отходы и остатки материалов и вывезти их.</w:t>
      </w:r>
    </w:p>
    <w:p w14:paraId="079B8B30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Результатом работ является исправная, герметичная и готовая к эксплуатации система водоснабжения на объекте.</w:t>
      </w:r>
    </w:p>
    <w:p w14:paraId="753769E8" w14:textId="77777777" w:rsidR="0025002B" w:rsidRPr="00830095" w:rsidRDefault="0025002B">
      <w:pPr>
        <w:rPr>
          <w:lang w:val="ru-RU"/>
        </w:rPr>
      </w:pPr>
    </w:p>
    <w:p w14:paraId="69E6CF55" w14:textId="77777777" w:rsidR="0025002B" w:rsidRPr="00830095" w:rsidRDefault="00000000">
      <w:pPr>
        <w:rPr>
          <w:lang w:val="ru-RU"/>
        </w:rPr>
      </w:pPr>
      <w:r w:rsidRPr="00830095">
        <w:rPr>
          <w:b/>
          <w:lang w:val="ru-RU"/>
        </w:rPr>
        <w:t xml:space="preserve">Примечание: </w:t>
      </w:r>
      <w:r w:rsidRPr="00830095">
        <w:rPr>
          <w:lang w:val="ru-RU"/>
        </w:rPr>
        <w:t>В дефектном акте указано, что техническое состояние трубопроводов Ду80, Ду32 и запорной арматуры Ду15, Ду80 является неудовлетворительным, имеются активные течи и существует угроза крупной аварии. Настоящая техническая характеристика составлена на основании ведомости выявленных дефектов.</w:t>
      </w:r>
    </w:p>
    <w:p w14:paraId="56ACD901" w14:textId="77777777" w:rsidR="0025002B" w:rsidRDefault="00000000">
      <w:pPr>
        <w:rPr>
          <w:b/>
          <w:sz w:val="24"/>
          <w:lang w:val="ru-RU"/>
        </w:rPr>
      </w:pPr>
      <w:r w:rsidRPr="00830095">
        <w:rPr>
          <w:b/>
          <w:sz w:val="24"/>
          <w:lang w:val="ru-RU"/>
        </w:rPr>
        <w:t>ОБЯЗАТЕЛЬНЫЕ УСЛОВИЯ ПОСТАВЩИКА</w:t>
      </w:r>
    </w:p>
    <w:p w14:paraId="65BC6E31" w14:textId="5626A9DD" w:rsidR="00772AEC" w:rsidRDefault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Для выполнения работ поставщик обязан обеспечить наличие необходимого сварочного оборудования для сварки и монтажа труб.</w:t>
      </w:r>
    </w:p>
    <w:p w14:paraId="0CA375EB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Поставщик обязан обеспечить выполнение всех необходимых работ с использованием собственных материалов и оборудования.</w:t>
      </w:r>
    </w:p>
    <w:p w14:paraId="75EF6686" w14:textId="77777777" w:rsidR="00772AEC" w:rsidRPr="00772AEC" w:rsidRDefault="00772AEC" w:rsidP="00772AEC">
      <w:pPr>
        <w:rPr>
          <w:b/>
          <w:bCs/>
          <w:lang w:val="ru-RU"/>
        </w:rPr>
      </w:pPr>
    </w:p>
    <w:p w14:paraId="7C3D1EAF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В стоимость работ входят все необходимые материалы, в том числе:</w:t>
      </w:r>
    </w:p>
    <w:p w14:paraId="4FCF1117" w14:textId="77777777" w:rsidR="00772AEC" w:rsidRPr="00772AEC" w:rsidRDefault="00772AEC" w:rsidP="00772AEC">
      <w:pPr>
        <w:rPr>
          <w:b/>
          <w:bCs/>
          <w:lang w:val="ru-RU"/>
        </w:rPr>
      </w:pPr>
    </w:p>
    <w:p w14:paraId="55CF8063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* кран шаровой стальной Ду 80 с фланцевым соединением;</w:t>
      </w:r>
    </w:p>
    <w:p w14:paraId="147D386C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lastRenderedPageBreak/>
        <w:t>* труба стальная Ду 80 с фланцами;</w:t>
      </w:r>
    </w:p>
    <w:p w14:paraId="22EA54A3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* труба стальная Ду 25;</w:t>
      </w:r>
    </w:p>
    <w:p w14:paraId="12BDBD0C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* стальная заглушка Ду 25;</w:t>
      </w:r>
    </w:p>
    <w:p w14:paraId="140A21F2" w14:textId="77777777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* фланцы, крепежные материалы, сварочные электроды и другие расходные материалы, необходимые для выполнения работ.</w:t>
      </w:r>
    </w:p>
    <w:p w14:paraId="63C4F74F" w14:textId="77777777" w:rsidR="00772AEC" w:rsidRPr="00772AEC" w:rsidRDefault="00772AEC" w:rsidP="00772AEC">
      <w:pPr>
        <w:rPr>
          <w:b/>
          <w:bCs/>
          <w:lang w:val="ru-RU"/>
        </w:rPr>
      </w:pPr>
    </w:p>
    <w:p w14:paraId="176EBB5D" w14:textId="16508CF6" w:rsidR="00772AEC" w:rsidRPr="00772AEC" w:rsidRDefault="00772AEC" w:rsidP="00772AEC">
      <w:pPr>
        <w:rPr>
          <w:b/>
          <w:bCs/>
          <w:lang w:val="ru-RU"/>
        </w:rPr>
      </w:pPr>
      <w:r w:rsidRPr="00772AEC">
        <w:rPr>
          <w:b/>
          <w:bCs/>
          <w:lang w:val="ru-RU"/>
        </w:rPr>
        <w:t>Все материалы, оборудование, инструменты и расходные материалы, необходимые для выполнения работ, приобретаются и предоставляются за счет Поставщика. Поставщик несет полную ответственность за их наличие и качество.</w:t>
      </w:r>
    </w:p>
    <w:p w14:paraId="400DCF22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Поставщик обязан выполнить весь комплекс работ, предусмотренный настоящей технической характеристикой и дефектным актом, в том числе демонтаж неисправных и поврежденных труб, кранов, заглушек, отводов, соединительных деталей и других элементов системы.</w:t>
      </w:r>
    </w:p>
    <w:p w14:paraId="6CD02809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Поставщик самостоятельно и за свой счет обеспечивает поставку всех необходимых материалов, изделий, оборудования, комплектующих и расходных материалов, необходимых для полного выполнения работ.</w:t>
      </w:r>
    </w:p>
    <w:p w14:paraId="089CD590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За счет Поставщика предоставляются все трубы соответствующих диаметров, шаровые краны, заглушки, отводы, фланцы, соединительные детали, крепежные элементы, прокладки, герметики, электроды, сварочные материалы, грунтовка, краска и иные расходные материалы, необходимые для выполнения работ.</w:t>
      </w:r>
    </w:p>
    <w:p w14:paraId="03B9A532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Все расходы по погрузке, разгрузке, доставке, подъему, перемещению материалов и оборудования к месту производства работ несет Поставщик.</w:t>
      </w:r>
    </w:p>
    <w:p w14:paraId="04032544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Все работы по демонтажу и монтажу выполняются Поставщиком собственными силами и за свой счет, включая использование необходимого инструмента, оборудования, сварочного оборудования, приспособлений и средств индивидуальной защиты.</w:t>
      </w:r>
    </w:p>
    <w:p w14:paraId="07B95ABA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Поставщик обязан самостоятельно выполнить установку и подключение всех заменяемых элементов, обеспечить правильность монтажа и герметичность всех соединений.</w:t>
      </w:r>
    </w:p>
    <w:p w14:paraId="6CDA4DCF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В случае выявления дополнительных расходных материалов, комплектующих или иных элементов, необходимых для качественного и полного завершения ремонта, их приобретение и использование также осуществляется Поставщиком за свой счет, без дополнительной оплаты со стороны Заказчика, если такие работы и материалы относятся к предмету ремонта.</w:t>
      </w:r>
    </w:p>
    <w:p w14:paraId="0DE7FFE7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После завершения работ Поставщик обязан выполнить испытание системы, устранить выявленные недостатки и привести место проведения работ в первоначальное состояние.</w:t>
      </w:r>
    </w:p>
    <w:p w14:paraId="18510495" w14:textId="77777777" w:rsidR="0025002B" w:rsidRPr="00830095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Поставщик самостоятельно осуществляет сбор, погрузку и вывоз демонтированных материалов, строительного и ремонтного мусора, образовавшегося в процессе выполнения работ.</w:t>
      </w:r>
    </w:p>
    <w:p w14:paraId="77297C6D" w14:textId="77777777" w:rsidR="0025002B" w:rsidRDefault="00000000">
      <w:pPr>
        <w:ind w:left="283" w:hanging="283"/>
        <w:rPr>
          <w:lang w:val="ru-RU"/>
        </w:rPr>
      </w:pPr>
      <w:r w:rsidRPr="00830095">
        <w:rPr>
          <w:lang w:val="ru-RU"/>
        </w:rPr>
        <w:t>• Стоимость всех материалов, комплектующих, расходных материалов, демонтажных и монтажных работ, доставки, погрузочно-разгрузочных работ, испытаний, уборки и вывоза мусора должна быть включена в общую стоимость предложения Поставщика.</w:t>
      </w:r>
    </w:p>
    <w:p w14:paraId="453591CF" w14:textId="77777777" w:rsidR="00584A5A" w:rsidRDefault="00584A5A">
      <w:pPr>
        <w:ind w:left="283" w:hanging="283"/>
        <w:rPr>
          <w:lang w:val="ru-RU"/>
        </w:rPr>
      </w:pPr>
    </w:p>
    <w:p w14:paraId="639526C9" w14:textId="0ABC3DBE" w:rsidR="00584A5A" w:rsidRPr="002F338D" w:rsidRDefault="002F338D" w:rsidP="009F2FA0">
      <w:pPr>
        <w:jc w:val="center"/>
        <w:rPr>
          <w:sz w:val="24"/>
          <w:szCs w:val="24"/>
          <w:lang w:val="ru-RU"/>
        </w:rPr>
      </w:pPr>
      <w:proofErr w:type="spellStart"/>
      <w:r w:rsidRPr="002F338D">
        <w:rPr>
          <w:b/>
          <w:sz w:val="24"/>
          <w:szCs w:val="24"/>
          <w:lang w:val="ru-RU"/>
        </w:rPr>
        <w:t>Жылу</w:t>
      </w:r>
      <w:proofErr w:type="spellEnd"/>
      <w:r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Pr="002F338D">
        <w:rPr>
          <w:b/>
          <w:sz w:val="24"/>
          <w:szCs w:val="24"/>
          <w:lang w:val="ru-RU"/>
        </w:rPr>
        <w:t>жүиесіңдегі</w:t>
      </w:r>
      <w:proofErr w:type="spellEnd"/>
      <w:r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Құбыр</w:t>
      </w:r>
      <w:proofErr w:type="spellEnd"/>
      <w:r w:rsidR="00584A5A"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құбырларын</w:t>
      </w:r>
      <w:proofErr w:type="spellEnd"/>
      <w:r w:rsidR="00584A5A"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Pr="002F338D">
        <w:rPr>
          <w:b/>
          <w:sz w:val="24"/>
          <w:szCs w:val="24"/>
          <w:lang w:val="ru-RU"/>
        </w:rPr>
        <w:t>ағымдағы</w:t>
      </w:r>
      <w:proofErr w:type="spellEnd"/>
      <w:r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жөндеу</w:t>
      </w:r>
      <w:proofErr w:type="spellEnd"/>
      <w:r w:rsidR="00584A5A"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және</w:t>
      </w:r>
      <w:proofErr w:type="spellEnd"/>
      <w:r w:rsidR="00584A5A"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ауыстыру</w:t>
      </w:r>
      <w:proofErr w:type="spellEnd"/>
      <w:r w:rsidRPr="002F338D"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2F338D">
        <w:rPr>
          <w:b/>
          <w:sz w:val="24"/>
          <w:szCs w:val="24"/>
          <w:lang w:val="ru-RU"/>
        </w:rPr>
        <w:t>жұмыстарының</w:t>
      </w:r>
      <w:proofErr w:type="spellEnd"/>
      <w:r w:rsidRPr="002F338D">
        <w:rPr>
          <w:b/>
          <w:sz w:val="24"/>
          <w:szCs w:val="24"/>
          <w:lang w:val="ru-RU"/>
        </w:rPr>
        <w:t xml:space="preserve"> </w:t>
      </w:r>
      <w:r w:rsidR="00584A5A"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техникалық</w:t>
      </w:r>
      <w:proofErr w:type="spellEnd"/>
      <w:proofErr w:type="gramEnd"/>
      <w:r w:rsidR="00584A5A" w:rsidRPr="002F338D">
        <w:rPr>
          <w:b/>
          <w:sz w:val="24"/>
          <w:szCs w:val="24"/>
          <w:lang w:val="ru-RU"/>
        </w:rPr>
        <w:t xml:space="preserve"> </w:t>
      </w:r>
      <w:proofErr w:type="spellStart"/>
      <w:r w:rsidR="00584A5A" w:rsidRPr="002F338D">
        <w:rPr>
          <w:b/>
          <w:sz w:val="24"/>
          <w:szCs w:val="24"/>
          <w:lang w:val="ru-RU"/>
        </w:rPr>
        <w:t>сипаттамалары</w:t>
      </w:r>
      <w:proofErr w:type="spellEnd"/>
    </w:p>
    <w:p w14:paraId="6BFDD132" w14:textId="1CFC7B6A" w:rsidR="00584A5A" w:rsidRPr="00830095" w:rsidRDefault="00584A5A" w:rsidP="009F2FA0">
      <w:pPr>
        <w:rPr>
          <w:lang w:val="ru-RU"/>
        </w:rPr>
      </w:pPr>
      <w:proofErr w:type="spellStart"/>
      <w:r w:rsidRPr="00584A5A">
        <w:rPr>
          <w:b/>
          <w:lang w:val="ru-RU"/>
        </w:rPr>
        <w:t>Нысан</w:t>
      </w:r>
      <w:proofErr w:type="spellEnd"/>
      <w:r w:rsidRPr="00584A5A">
        <w:rPr>
          <w:b/>
          <w:lang w:val="ru-RU"/>
        </w:rPr>
        <w:t xml:space="preserve">: </w:t>
      </w:r>
      <w:r w:rsidRPr="00584A5A">
        <w:rPr>
          <w:lang w:val="ru-RU"/>
        </w:rPr>
        <w:t>"</w:t>
      </w:r>
      <w:proofErr w:type="spellStart"/>
      <w:r w:rsidRPr="00584A5A">
        <w:rPr>
          <w:lang w:val="ru-RU"/>
        </w:rPr>
        <w:t>Т</w:t>
      </w:r>
      <w:r w:rsidR="002F338D">
        <w:rPr>
          <w:lang w:val="ru-RU"/>
        </w:rPr>
        <w:t>і</w:t>
      </w:r>
      <w:r w:rsidRPr="00584A5A">
        <w:rPr>
          <w:lang w:val="ru-RU"/>
        </w:rPr>
        <w:t>л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Сарай</w:t>
      </w:r>
      <w:r w:rsidR="002F338D">
        <w:rPr>
          <w:lang w:val="ru-RU"/>
        </w:rPr>
        <w:t>ы</w:t>
      </w:r>
      <w:proofErr w:type="spellEnd"/>
      <w:r w:rsidRPr="00584A5A">
        <w:rPr>
          <w:lang w:val="ru-RU"/>
        </w:rPr>
        <w:t xml:space="preserve">" </w:t>
      </w:r>
      <w:proofErr w:type="spellStart"/>
      <w:r w:rsidR="002F338D">
        <w:rPr>
          <w:lang w:val="ru-RU"/>
        </w:rPr>
        <w:t>Әкімшілік</w:t>
      </w:r>
      <w:proofErr w:type="spellEnd"/>
      <w:r w:rsidR="002F338D">
        <w:rPr>
          <w:lang w:val="ru-RU"/>
        </w:rPr>
        <w:t xml:space="preserve"> </w:t>
      </w:r>
      <w:proofErr w:type="spellStart"/>
      <w:r w:rsidR="002F338D">
        <w:rPr>
          <w:lang w:val="ru-RU"/>
        </w:rPr>
        <w:t>ғимараты</w:t>
      </w:r>
      <w:proofErr w:type="spellEnd"/>
      <w:r w:rsidRPr="00584A5A">
        <w:rPr>
          <w:lang w:val="ru-RU"/>
        </w:rPr>
        <w:br/>
      </w:r>
      <w:proofErr w:type="spellStart"/>
      <w:r w:rsidRPr="00584A5A">
        <w:rPr>
          <w:b/>
          <w:lang w:val="ru-RU"/>
        </w:rPr>
        <w:t>Нысан</w:t>
      </w:r>
      <w:proofErr w:type="spellEnd"/>
      <w:r w:rsidRPr="00584A5A">
        <w:rPr>
          <w:b/>
          <w:lang w:val="ru-RU"/>
        </w:rPr>
        <w:t xml:space="preserve"> </w:t>
      </w:r>
      <w:proofErr w:type="spellStart"/>
      <w:r w:rsidRPr="00584A5A">
        <w:rPr>
          <w:b/>
          <w:lang w:val="ru-RU"/>
        </w:rPr>
        <w:t>мекенжайы</w:t>
      </w:r>
      <w:proofErr w:type="spellEnd"/>
      <w:r w:rsidRPr="00584A5A">
        <w:rPr>
          <w:b/>
          <w:lang w:val="ru-RU"/>
        </w:rPr>
        <w:t xml:space="preserve">: </w:t>
      </w:r>
      <w:r w:rsidRPr="00584A5A">
        <w:rPr>
          <w:lang w:val="ru-RU"/>
        </w:rPr>
        <w:t>Талдыкорган, 3</w:t>
      </w:r>
      <w:r w:rsidR="002F338D">
        <w:rPr>
          <w:lang w:val="ru-RU"/>
        </w:rPr>
        <w:t>6 Б</w:t>
      </w:r>
      <w:r w:rsidRPr="00584A5A">
        <w:rPr>
          <w:lang w:val="ru-RU"/>
        </w:rPr>
        <w:t xml:space="preserve"> Каратал </w:t>
      </w:r>
      <w:proofErr w:type="spellStart"/>
      <w:r w:rsidRPr="00584A5A">
        <w:rPr>
          <w:lang w:val="ru-RU"/>
        </w:rPr>
        <w:t>көшесі</w:t>
      </w:r>
      <w:proofErr w:type="spellEnd"/>
      <w:r w:rsidRPr="00584A5A">
        <w:rPr>
          <w:lang w:val="ru-RU"/>
        </w:rPr>
        <w:t>.</w:t>
      </w:r>
      <w:r w:rsidRPr="00584A5A">
        <w:rPr>
          <w:lang w:val="ru-RU"/>
        </w:rPr>
        <w:br/>
      </w:r>
      <w:r w:rsidRPr="00584A5A">
        <w:rPr>
          <w:b/>
          <w:lang w:val="ru-RU"/>
        </w:rPr>
        <w:t xml:space="preserve"> </w:t>
      </w:r>
      <w:proofErr w:type="spellStart"/>
      <w:r w:rsidRPr="00584A5A">
        <w:rPr>
          <w:b/>
          <w:lang w:val="ru-RU"/>
        </w:rPr>
        <w:t>Негізі</w:t>
      </w:r>
      <w:proofErr w:type="spellEnd"/>
      <w:r w:rsidRPr="00584A5A">
        <w:rPr>
          <w:b/>
          <w:lang w:val="ru-RU"/>
        </w:rPr>
        <w:t xml:space="preserve">: </w:t>
      </w:r>
      <w:r w:rsidRPr="00584A5A">
        <w:rPr>
          <w:lang w:val="ru-RU"/>
        </w:rPr>
        <w:t xml:space="preserve">2026 </w:t>
      </w:r>
      <w:proofErr w:type="spellStart"/>
      <w:r w:rsidRPr="00584A5A">
        <w:rPr>
          <w:lang w:val="ru-RU"/>
        </w:rPr>
        <w:t>жылғы</w:t>
      </w:r>
      <w:proofErr w:type="spellEnd"/>
      <w:r w:rsidRPr="00584A5A">
        <w:rPr>
          <w:lang w:val="ru-RU"/>
        </w:rPr>
        <w:t xml:space="preserve"> 24 </w:t>
      </w:r>
      <w:proofErr w:type="spellStart"/>
      <w:r w:rsidRPr="00584A5A">
        <w:rPr>
          <w:lang w:val="ru-RU"/>
        </w:rPr>
        <w:t>тамыздағы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ақаулы</w:t>
      </w:r>
      <w:proofErr w:type="spellEnd"/>
      <w:r w:rsidRPr="00584A5A">
        <w:rPr>
          <w:lang w:val="ru-RU"/>
        </w:rPr>
        <w:t xml:space="preserve"> акт.</w:t>
      </w:r>
    </w:p>
    <w:p w14:paraId="12697478" w14:textId="77777777" w:rsidR="00584A5A" w:rsidRDefault="00584A5A" w:rsidP="001D079E">
      <w:pPr>
        <w:rPr>
          <w:lang w:val="ru-RU"/>
        </w:rPr>
      </w:pPr>
      <w:proofErr w:type="spellStart"/>
      <w:r w:rsidRPr="00584A5A">
        <w:rPr>
          <w:lang w:val="ru-RU"/>
        </w:rPr>
        <w:t>Жұмыстың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мақсаты</w:t>
      </w:r>
      <w:proofErr w:type="spellEnd"/>
      <w:r w:rsidRPr="00584A5A">
        <w:rPr>
          <w:lang w:val="ru-RU"/>
        </w:rPr>
        <w:t xml:space="preserve">: су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жабу </w:t>
      </w:r>
      <w:proofErr w:type="spellStart"/>
      <w:r w:rsidRPr="00584A5A">
        <w:rPr>
          <w:lang w:val="ru-RU"/>
        </w:rPr>
        <w:t>клапандарының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жылу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жылыту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құбырларындағы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анықталған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ақауларды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жою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жүйенің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тығыздығын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қалпына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келтіру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нысанның</w:t>
      </w:r>
      <w:proofErr w:type="spellEnd"/>
      <w:r w:rsidRPr="00584A5A">
        <w:rPr>
          <w:lang w:val="ru-RU"/>
        </w:rPr>
        <w:t xml:space="preserve"> су </w:t>
      </w:r>
      <w:proofErr w:type="spellStart"/>
      <w:r w:rsidRPr="00584A5A">
        <w:rPr>
          <w:lang w:val="ru-RU"/>
        </w:rPr>
        <w:t>жеткізу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жүйесінің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қауіпсіз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сенімді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қамтамасыз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ету</w:t>
      </w:r>
      <w:proofErr w:type="spellEnd"/>
      <w:r w:rsidRPr="00584A5A">
        <w:rPr>
          <w:lang w:val="ru-RU"/>
        </w:rPr>
        <w:t>.</w:t>
      </w:r>
    </w:p>
    <w:p w14:paraId="64391214" w14:textId="77777777" w:rsidR="00584A5A" w:rsidRPr="00830095" w:rsidRDefault="00584A5A" w:rsidP="00584A5A">
      <w:pPr>
        <w:rPr>
          <w:lang w:val="ru-RU"/>
        </w:rPr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2381"/>
        <w:gridCol w:w="850"/>
        <w:gridCol w:w="680"/>
        <w:gridCol w:w="5102"/>
      </w:tblGrid>
      <w:tr w:rsidR="00584A5A" w14:paraId="05C9779E" w14:textId="77777777" w:rsidTr="004B7D45">
        <w:trPr>
          <w:jc w:val="center"/>
        </w:trPr>
        <w:tc>
          <w:tcPr>
            <w:tcW w:w="397" w:type="dxa"/>
            <w:vAlign w:val="center"/>
          </w:tcPr>
          <w:p w14:paraId="188CB1F9" w14:textId="77777777" w:rsidR="00584A5A" w:rsidRDefault="00584A5A" w:rsidP="004B7D45">
            <w:r>
              <w:rPr>
                <w:b/>
                <w:sz w:val="18"/>
              </w:rPr>
              <w:t>№</w:t>
            </w:r>
          </w:p>
        </w:tc>
        <w:tc>
          <w:tcPr>
            <w:tcW w:w="2381" w:type="dxa"/>
            <w:vAlign w:val="center"/>
          </w:tcPr>
          <w:p w14:paraId="68946636" w14:textId="77777777" w:rsidR="00584A5A" w:rsidRDefault="00584A5A" w:rsidP="004B7D45">
            <w:proofErr w:type="spellStart"/>
            <w:r>
              <w:rPr>
                <w:b/>
                <w:sz w:val="18"/>
              </w:rPr>
              <w:t>Наименование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работ</w:t>
            </w:r>
            <w:proofErr w:type="spellEnd"/>
          </w:p>
        </w:tc>
        <w:tc>
          <w:tcPr>
            <w:tcW w:w="850" w:type="dxa"/>
            <w:vAlign w:val="center"/>
          </w:tcPr>
          <w:p w14:paraId="20220DC5" w14:textId="77777777" w:rsidR="00584A5A" w:rsidRDefault="00584A5A" w:rsidP="004B7D45">
            <w:proofErr w:type="spellStart"/>
            <w:r>
              <w:rPr>
                <w:b/>
                <w:sz w:val="18"/>
              </w:rPr>
              <w:t>Ед</w:t>
            </w:r>
            <w:proofErr w:type="spellEnd"/>
            <w:r>
              <w:rPr>
                <w:b/>
                <w:sz w:val="18"/>
              </w:rPr>
              <w:t xml:space="preserve">. </w:t>
            </w:r>
            <w:proofErr w:type="spellStart"/>
            <w:r>
              <w:rPr>
                <w:b/>
                <w:sz w:val="18"/>
              </w:rPr>
              <w:t>изм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680" w:type="dxa"/>
            <w:vAlign w:val="center"/>
          </w:tcPr>
          <w:p w14:paraId="55770479" w14:textId="77777777" w:rsidR="00584A5A" w:rsidRDefault="00584A5A" w:rsidP="004B7D45">
            <w:proofErr w:type="spellStart"/>
            <w:r>
              <w:rPr>
                <w:b/>
                <w:sz w:val="18"/>
              </w:rPr>
              <w:t>Кол-во</w:t>
            </w:r>
            <w:proofErr w:type="spellEnd"/>
          </w:p>
        </w:tc>
        <w:tc>
          <w:tcPr>
            <w:tcW w:w="5102" w:type="dxa"/>
            <w:vAlign w:val="center"/>
          </w:tcPr>
          <w:p w14:paraId="51F381DA" w14:textId="77777777" w:rsidR="00584A5A" w:rsidRDefault="00584A5A" w:rsidP="004B7D45">
            <w:proofErr w:type="spellStart"/>
            <w:r>
              <w:rPr>
                <w:b/>
                <w:sz w:val="18"/>
              </w:rPr>
              <w:t>Технические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требования</w:t>
            </w:r>
            <w:proofErr w:type="spellEnd"/>
          </w:p>
        </w:tc>
      </w:tr>
      <w:tr w:rsidR="00584A5A" w:rsidRPr="00E31CB8" w14:paraId="6E2A17C1" w14:textId="77777777" w:rsidTr="004B7D45">
        <w:trPr>
          <w:jc w:val="center"/>
        </w:trPr>
        <w:tc>
          <w:tcPr>
            <w:tcW w:w="397" w:type="dxa"/>
          </w:tcPr>
          <w:p w14:paraId="1CFE9FB3" w14:textId="77777777" w:rsidR="00584A5A" w:rsidRDefault="00584A5A" w:rsidP="004B7D45">
            <w:r>
              <w:rPr>
                <w:sz w:val="18"/>
              </w:rPr>
              <w:t>1</w:t>
            </w:r>
          </w:p>
        </w:tc>
        <w:tc>
          <w:tcPr>
            <w:tcW w:w="2381" w:type="dxa"/>
          </w:tcPr>
          <w:p w14:paraId="6F414B73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крана шарового Ду80 с фланцем</w:t>
            </w:r>
          </w:p>
        </w:tc>
        <w:tc>
          <w:tcPr>
            <w:tcW w:w="850" w:type="dxa"/>
          </w:tcPr>
          <w:p w14:paraId="36F8682C" w14:textId="77777777" w:rsidR="00584A5A" w:rsidRDefault="00584A5A" w:rsidP="004B7D45">
            <w:proofErr w:type="spellStart"/>
            <w:r>
              <w:rPr>
                <w:sz w:val="18"/>
              </w:rPr>
              <w:t>шт</w:t>
            </w:r>
            <w:proofErr w:type="spellEnd"/>
          </w:p>
        </w:tc>
        <w:tc>
          <w:tcPr>
            <w:tcW w:w="680" w:type="dxa"/>
          </w:tcPr>
          <w:p w14:paraId="72C14150" w14:textId="77777777" w:rsidR="00584A5A" w:rsidRDefault="00584A5A" w:rsidP="004B7D45">
            <w:r>
              <w:t>3</w:t>
            </w:r>
          </w:p>
        </w:tc>
        <w:tc>
          <w:tcPr>
            <w:tcW w:w="5102" w:type="dxa"/>
          </w:tcPr>
          <w:p w14:paraId="7AF39863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Новый шаровой кран Ду80, пригодный для эксплуатации в системе </w:t>
            </w:r>
            <w:r>
              <w:rPr>
                <w:lang w:val="ru-RU"/>
              </w:rPr>
              <w:t xml:space="preserve">тепловой </w:t>
            </w:r>
            <w:proofErr w:type="gramStart"/>
            <w:r>
              <w:rPr>
                <w:lang w:val="ru-RU"/>
              </w:rPr>
              <w:t>отопления</w:t>
            </w:r>
            <w:r w:rsidRPr="00830095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</w:t>
            </w:r>
            <w:r w:rsidRPr="00830095">
              <w:rPr>
                <w:sz w:val="18"/>
                <w:lang w:val="ru-RU"/>
              </w:rPr>
              <w:t>водоснабжения</w:t>
            </w:r>
            <w:proofErr w:type="gramEnd"/>
            <w:r w:rsidRPr="00830095">
              <w:rPr>
                <w:sz w:val="18"/>
                <w:lang w:val="ru-RU"/>
              </w:rPr>
              <w:t>. Демонтаж неисправной арматуры, установка новой, герметичное соединение и проверка работоспособности.</w:t>
            </w:r>
          </w:p>
        </w:tc>
      </w:tr>
      <w:tr w:rsidR="00584A5A" w:rsidRPr="00E31CB8" w14:paraId="6FBC5C45" w14:textId="77777777" w:rsidTr="004B7D45">
        <w:trPr>
          <w:jc w:val="center"/>
        </w:trPr>
        <w:tc>
          <w:tcPr>
            <w:tcW w:w="397" w:type="dxa"/>
          </w:tcPr>
          <w:p w14:paraId="5FDE48D0" w14:textId="77777777" w:rsidR="00584A5A" w:rsidRDefault="00584A5A" w:rsidP="004B7D45">
            <w:r>
              <w:rPr>
                <w:sz w:val="18"/>
              </w:rPr>
              <w:t>2</w:t>
            </w:r>
          </w:p>
        </w:tc>
        <w:tc>
          <w:tcPr>
            <w:tcW w:w="2381" w:type="dxa"/>
          </w:tcPr>
          <w:p w14:paraId="6D9C3D95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участка стальной трубы Ду80 с фланцем</w:t>
            </w:r>
          </w:p>
        </w:tc>
        <w:tc>
          <w:tcPr>
            <w:tcW w:w="850" w:type="dxa"/>
          </w:tcPr>
          <w:p w14:paraId="1DF37E28" w14:textId="77777777" w:rsidR="00584A5A" w:rsidRDefault="00584A5A" w:rsidP="004B7D45"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213B9648" w14:textId="77777777" w:rsidR="00584A5A" w:rsidRDefault="00584A5A" w:rsidP="004B7D45">
            <w:r>
              <w:t>6</w:t>
            </w:r>
          </w:p>
        </w:tc>
        <w:tc>
          <w:tcPr>
            <w:tcW w:w="5102" w:type="dxa"/>
          </w:tcPr>
          <w:p w14:paraId="06010228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Демонтаж </w:t>
            </w:r>
            <w:proofErr w:type="spellStart"/>
            <w:r w:rsidRPr="00830095">
              <w:rPr>
                <w:sz w:val="18"/>
                <w:lang w:val="ru-RU"/>
              </w:rPr>
              <w:t>коррозионно</w:t>
            </w:r>
            <w:proofErr w:type="spellEnd"/>
            <w:r w:rsidRPr="00830095">
              <w:rPr>
                <w:sz w:val="18"/>
                <w:lang w:val="ru-RU"/>
              </w:rPr>
              <w:t xml:space="preserve"> поврежденного участка, включая фланцевое соединение; монтаж нового стального участка трубы Ду80 с обеспечением надежного и герметичного соединения.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6AFF9401" w14:textId="77777777" w:rsidTr="004B7D45">
        <w:trPr>
          <w:jc w:val="center"/>
        </w:trPr>
        <w:tc>
          <w:tcPr>
            <w:tcW w:w="397" w:type="dxa"/>
          </w:tcPr>
          <w:p w14:paraId="282CB58F" w14:textId="77777777" w:rsidR="00584A5A" w:rsidRDefault="00584A5A" w:rsidP="004B7D45">
            <w:r>
              <w:rPr>
                <w:sz w:val="18"/>
              </w:rPr>
              <w:t>3</w:t>
            </w:r>
          </w:p>
        </w:tc>
        <w:tc>
          <w:tcPr>
            <w:tcW w:w="2381" w:type="dxa"/>
          </w:tcPr>
          <w:p w14:paraId="563DF767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участка стальной трубы Ду25</w:t>
            </w:r>
          </w:p>
        </w:tc>
        <w:tc>
          <w:tcPr>
            <w:tcW w:w="850" w:type="dxa"/>
          </w:tcPr>
          <w:p w14:paraId="22491D0F" w14:textId="77777777" w:rsidR="00584A5A" w:rsidRDefault="00584A5A" w:rsidP="004B7D45"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69EC9ED7" w14:textId="77777777" w:rsidR="00584A5A" w:rsidRDefault="00584A5A" w:rsidP="004B7D45">
            <w:r>
              <w:rPr>
                <w:sz w:val="18"/>
                <w:lang w:val="kk-KZ"/>
              </w:rPr>
              <w:t>1</w:t>
            </w:r>
            <w:r>
              <w:rPr>
                <w:sz w:val="18"/>
              </w:rPr>
              <w:t>0</w:t>
            </w:r>
          </w:p>
        </w:tc>
        <w:tc>
          <w:tcPr>
            <w:tcW w:w="5102" w:type="dxa"/>
          </w:tcPr>
          <w:p w14:paraId="35968881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аварийного участка с коррозией и обрывом трубы; монтаж нового участка стальной трубы Ду25 с выполнением надежных соединений и проверкой герметичности.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1FA27CC9" w14:textId="77777777" w:rsidTr="004B7D45">
        <w:trPr>
          <w:jc w:val="center"/>
        </w:trPr>
        <w:tc>
          <w:tcPr>
            <w:tcW w:w="397" w:type="dxa"/>
          </w:tcPr>
          <w:p w14:paraId="69DDCDB7" w14:textId="77777777" w:rsidR="00584A5A" w:rsidRDefault="00584A5A" w:rsidP="004B7D45">
            <w:r>
              <w:rPr>
                <w:sz w:val="18"/>
              </w:rPr>
              <w:t>4</w:t>
            </w:r>
          </w:p>
        </w:tc>
        <w:tc>
          <w:tcPr>
            <w:tcW w:w="2381" w:type="dxa"/>
          </w:tcPr>
          <w:p w14:paraId="7D29E049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и замена участка стальной трубы Ду25</w:t>
            </w:r>
          </w:p>
        </w:tc>
        <w:tc>
          <w:tcPr>
            <w:tcW w:w="850" w:type="dxa"/>
          </w:tcPr>
          <w:p w14:paraId="4A8E458F" w14:textId="77777777" w:rsidR="00584A5A" w:rsidRDefault="00584A5A" w:rsidP="004B7D45"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4F0F4E4C" w14:textId="77777777" w:rsidR="00584A5A" w:rsidRDefault="00584A5A" w:rsidP="004B7D45">
            <w:r>
              <w:rPr>
                <w:sz w:val="18"/>
                <w:lang w:val="kk-KZ"/>
              </w:rPr>
              <w:t>1</w:t>
            </w:r>
            <w:r>
              <w:rPr>
                <w:sz w:val="18"/>
              </w:rPr>
              <w:t>0</w:t>
            </w:r>
          </w:p>
        </w:tc>
        <w:tc>
          <w:tcPr>
            <w:tcW w:w="5102" w:type="dxa"/>
          </w:tcPr>
          <w:p w14:paraId="193BA12A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Замена участка трубы с коррозией и разрушением стенки. Новый участок должен соответствовать диаметру Ду25 и условиям эксплуатации системы водоснабжения.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830095" w14:paraId="1B085FC5" w14:textId="77777777" w:rsidTr="004B7D45">
        <w:trPr>
          <w:jc w:val="center"/>
        </w:trPr>
        <w:tc>
          <w:tcPr>
            <w:tcW w:w="397" w:type="dxa"/>
          </w:tcPr>
          <w:p w14:paraId="3799EB29" w14:textId="77777777" w:rsidR="00584A5A" w:rsidRDefault="00584A5A" w:rsidP="004B7D45">
            <w:r>
              <w:rPr>
                <w:sz w:val="18"/>
              </w:rPr>
              <w:t>5</w:t>
            </w:r>
          </w:p>
        </w:tc>
        <w:tc>
          <w:tcPr>
            <w:tcW w:w="2381" w:type="dxa"/>
          </w:tcPr>
          <w:p w14:paraId="26DF49F4" w14:textId="77777777" w:rsidR="00584A5A" w:rsidRDefault="00584A5A" w:rsidP="004B7D45">
            <w:proofErr w:type="spellStart"/>
            <w:r>
              <w:rPr>
                <w:sz w:val="18"/>
              </w:rPr>
              <w:t>Установка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заглушки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стальной</w:t>
            </w:r>
            <w:proofErr w:type="spellEnd"/>
            <w:r>
              <w:rPr>
                <w:sz w:val="18"/>
              </w:rPr>
              <w:t xml:space="preserve"> Ду25</w:t>
            </w:r>
          </w:p>
        </w:tc>
        <w:tc>
          <w:tcPr>
            <w:tcW w:w="850" w:type="dxa"/>
          </w:tcPr>
          <w:p w14:paraId="5F24E91C" w14:textId="77777777" w:rsidR="00584A5A" w:rsidRDefault="00584A5A" w:rsidP="004B7D45">
            <w:proofErr w:type="spellStart"/>
            <w:r>
              <w:rPr>
                <w:sz w:val="18"/>
              </w:rPr>
              <w:t>шт</w:t>
            </w:r>
            <w:proofErr w:type="spellEnd"/>
          </w:p>
        </w:tc>
        <w:tc>
          <w:tcPr>
            <w:tcW w:w="680" w:type="dxa"/>
          </w:tcPr>
          <w:p w14:paraId="260FBE5A" w14:textId="77777777" w:rsidR="00584A5A" w:rsidRPr="00830095" w:rsidRDefault="00584A5A" w:rsidP="004B7D4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102" w:type="dxa"/>
          </w:tcPr>
          <w:p w14:paraId="45063ABE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Установка стальных заглушек Ду25 на вертикальных отводах вместо отсутствующих заглушек. Соединение должно быть герметичным.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72E66752" w14:textId="77777777" w:rsidTr="004B7D45">
        <w:trPr>
          <w:jc w:val="center"/>
        </w:trPr>
        <w:tc>
          <w:tcPr>
            <w:tcW w:w="397" w:type="dxa"/>
          </w:tcPr>
          <w:p w14:paraId="2B4ECCC1" w14:textId="77777777" w:rsidR="00584A5A" w:rsidRDefault="00584A5A" w:rsidP="004B7D45">
            <w:r>
              <w:rPr>
                <w:sz w:val="18"/>
              </w:rPr>
              <w:t>6</w:t>
            </w:r>
          </w:p>
        </w:tc>
        <w:tc>
          <w:tcPr>
            <w:tcW w:w="2381" w:type="dxa"/>
          </w:tcPr>
          <w:p w14:paraId="0911C6D5" w14:textId="77777777" w:rsidR="00584A5A" w:rsidRDefault="00584A5A" w:rsidP="004B7D45">
            <w:proofErr w:type="spellStart"/>
            <w:r>
              <w:rPr>
                <w:sz w:val="18"/>
              </w:rPr>
              <w:t>Установка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заглушки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стальной</w:t>
            </w:r>
            <w:proofErr w:type="spellEnd"/>
            <w:r>
              <w:rPr>
                <w:sz w:val="18"/>
              </w:rPr>
              <w:t xml:space="preserve"> Ду25</w:t>
            </w:r>
          </w:p>
        </w:tc>
        <w:tc>
          <w:tcPr>
            <w:tcW w:w="850" w:type="dxa"/>
          </w:tcPr>
          <w:p w14:paraId="0A058E22" w14:textId="77777777" w:rsidR="00584A5A" w:rsidRDefault="00584A5A" w:rsidP="004B7D45">
            <w:proofErr w:type="spellStart"/>
            <w:r>
              <w:rPr>
                <w:sz w:val="18"/>
              </w:rPr>
              <w:t>шт</w:t>
            </w:r>
            <w:proofErr w:type="spellEnd"/>
          </w:p>
        </w:tc>
        <w:tc>
          <w:tcPr>
            <w:tcW w:w="680" w:type="dxa"/>
          </w:tcPr>
          <w:p w14:paraId="122A5D09" w14:textId="77777777" w:rsidR="00584A5A" w:rsidRPr="00830095" w:rsidRDefault="00584A5A" w:rsidP="004B7D45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102" w:type="dxa"/>
          </w:tcPr>
          <w:p w14:paraId="7E3FDBF6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Установка стальных заглушек Ду25 на вертикальных отводах с обеспечением герметичности и надежности крепления.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03C1B1D7" w14:textId="77777777" w:rsidTr="004B7D45">
        <w:trPr>
          <w:jc w:val="center"/>
        </w:trPr>
        <w:tc>
          <w:tcPr>
            <w:tcW w:w="397" w:type="dxa"/>
          </w:tcPr>
          <w:p w14:paraId="0C16B7D8" w14:textId="77777777" w:rsidR="00584A5A" w:rsidRDefault="00584A5A" w:rsidP="004B7D45">
            <w:r>
              <w:rPr>
                <w:sz w:val="18"/>
              </w:rPr>
              <w:t>7</w:t>
            </w:r>
          </w:p>
        </w:tc>
        <w:tc>
          <w:tcPr>
            <w:tcW w:w="2381" w:type="dxa"/>
          </w:tcPr>
          <w:p w14:paraId="5E97811B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Замена поврежденных отводов и соединительных деталей</w:t>
            </w:r>
          </w:p>
        </w:tc>
        <w:tc>
          <w:tcPr>
            <w:tcW w:w="850" w:type="dxa"/>
          </w:tcPr>
          <w:p w14:paraId="7540C604" w14:textId="77777777" w:rsidR="00584A5A" w:rsidRDefault="00584A5A" w:rsidP="004B7D45">
            <w:proofErr w:type="spellStart"/>
            <w:r>
              <w:rPr>
                <w:sz w:val="18"/>
              </w:rPr>
              <w:t>компл</w:t>
            </w:r>
            <w:proofErr w:type="spellEnd"/>
          </w:p>
        </w:tc>
        <w:tc>
          <w:tcPr>
            <w:tcW w:w="680" w:type="dxa"/>
          </w:tcPr>
          <w:p w14:paraId="50F98628" w14:textId="77777777" w:rsidR="00584A5A" w:rsidRDefault="00584A5A" w:rsidP="004B7D45">
            <w:r>
              <w:rPr>
                <w:sz w:val="18"/>
              </w:rPr>
              <w:t>5</w:t>
            </w:r>
          </w:p>
        </w:tc>
        <w:tc>
          <w:tcPr>
            <w:tcW w:w="5102" w:type="dxa"/>
          </w:tcPr>
          <w:p w14:paraId="0F9C8C5E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Демонтаж поврежденных деталей с коррозией и разрушением резьбы; установка новых отводов и соединительных деталей соответствующего диаметра с обеспечением герметичности.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4AA48E0C" w14:textId="77777777" w:rsidTr="004B7D45">
        <w:trPr>
          <w:jc w:val="center"/>
        </w:trPr>
        <w:tc>
          <w:tcPr>
            <w:tcW w:w="397" w:type="dxa"/>
          </w:tcPr>
          <w:p w14:paraId="38D047B8" w14:textId="77777777" w:rsidR="00584A5A" w:rsidRDefault="00584A5A" w:rsidP="004B7D45">
            <w:r>
              <w:rPr>
                <w:sz w:val="18"/>
              </w:rPr>
              <w:t>8</w:t>
            </w:r>
          </w:p>
        </w:tc>
        <w:tc>
          <w:tcPr>
            <w:tcW w:w="2381" w:type="dxa"/>
          </w:tcPr>
          <w:p w14:paraId="295C23AE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Гидравлическое испытание и промывка системы водоснабжения</w:t>
            </w:r>
          </w:p>
        </w:tc>
        <w:tc>
          <w:tcPr>
            <w:tcW w:w="850" w:type="dxa"/>
          </w:tcPr>
          <w:p w14:paraId="4ED188C7" w14:textId="77777777" w:rsidR="00584A5A" w:rsidRDefault="00584A5A" w:rsidP="004B7D45">
            <w:proofErr w:type="spellStart"/>
            <w:r>
              <w:rPr>
                <w:sz w:val="18"/>
              </w:rPr>
              <w:t>система</w:t>
            </w:r>
            <w:proofErr w:type="spellEnd"/>
          </w:p>
        </w:tc>
        <w:tc>
          <w:tcPr>
            <w:tcW w:w="680" w:type="dxa"/>
          </w:tcPr>
          <w:p w14:paraId="57790778" w14:textId="77777777" w:rsidR="00584A5A" w:rsidRDefault="00584A5A" w:rsidP="004B7D45">
            <w:r>
              <w:rPr>
                <w:sz w:val="18"/>
              </w:rPr>
              <w:t>1</w:t>
            </w:r>
          </w:p>
        </w:tc>
        <w:tc>
          <w:tcPr>
            <w:tcW w:w="5102" w:type="dxa"/>
          </w:tcPr>
          <w:p w14:paraId="592063E1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После выполнения ремонтных работ провести гидравлическое испытание системы на герметичность, устранить выявленные течи при необходимости, выполнить промывку системы.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22AB69FA" w14:textId="77777777" w:rsidTr="004B7D45">
        <w:trPr>
          <w:jc w:val="center"/>
        </w:trPr>
        <w:tc>
          <w:tcPr>
            <w:tcW w:w="397" w:type="dxa"/>
          </w:tcPr>
          <w:p w14:paraId="25EA3E00" w14:textId="77777777" w:rsidR="00584A5A" w:rsidRDefault="00584A5A" w:rsidP="004B7D45">
            <w:r>
              <w:rPr>
                <w:sz w:val="18"/>
              </w:rPr>
              <w:t>9</w:t>
            </w:r>
          </w:p>
        </w:tc>
        <w:tc>
          <w:tcPr>
            <w:tcW w:w="2381" w:type="dxa"/>
          </w:tcPr>
          <w:p w14:paraId="26593F19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Окраска замененных участков. Вывоз мусора</w:t>
            </w:r>
          </w:p>
        </w:tc>
        <w:tc>
          <w:tcPr>
            <w:tcW w:w="850" w:type="dxa"/>
          </w:tcPr>
          <w:p w14:paraId="48D6654B" w14:textId="77777777" w:rsidR="00584A5A" w:rsidRDefault="00584A5A" w:rsidP="004B7D45">
            <w:proofErr w:type="spellStart"/>
            <w:r>
              <w:rPr>
                <w:sz w:val="18"/>
              </w:rPr>
              <w:t>компл</w:t>
            </w:r>
            <w:proofErr w:type="spellEnd"/>
          </w:p>
        </w:tc>
        <w:tc>
          <w:tcPr>
            <w:tcW w:w="680" w:type="dxa"/>
          </w:tcPr>
          <w:p w14:paraId="63F8C576" w14:textId="77777777" w:rsidR="00584A5A" w:rsidRDefault="00584A5A" w:rsidP="004B7D45">
            <w:r>
              <w:rPr>
                <w:sz w:val="18"/>
              </w:rPr>
              <w:t>1</w:t>
            </w:r>
          </w:p>
        </w:tc>
        <w:tc>
          <w:tcPr>
            <w:tcW w:w="5102" w:type="dxa"/>
          </w:tcPr>
          <w:p w14:paraId="59BC2A30" w14:textId="77777777" w:rsidR="00584A5A" w:rsidRPr="00830095" w:rsidRDefault="00584A5A" w:rsidP="004B7D45">
            <w:pPr>
              <w:rPr>
                <w:lang w:val="ru-RU"/>
              </w:rPr>
            </w:pPr>
            <w:r w:rsidRPr="00830095">
              <w:rPr>
                <w:sz w:val="18"/>
                <w:lang w:val="ru-RU"/>
              </w:rPr>
              <w:t>Очистка и окраска замененных металлических участков после завершения монтажа. Сбор, погрузка и вывоз строительного и ремонтного мусора, образовавшегося при выполнении работ.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1B45BF57" w14:textId="77777777" w:rsidTr="004B7D45">
        <w:trPr>
          <w:jc w:val="center"/>
        </w:trPr>
        <w:tc>
          <w:tcPr>
            <w:tcW w:w="397" w:type="dxa"/>
          </w:tcPr>
          <w:p w14:paraId="250D5CEF" w14:textId="77777777" w:rsidR="00584A5A" w:rsidRDefault="00584A5A" w:rsidP="004B7D45">
            <w:pPr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2381" w:type="dxa"/>
          </w:tcPr>
          <w:p w14:paraId="0CB310BF" w14:textId="77777777" w:rsidR="00584A5A" w:rsidRPr="00830095" w:rsidRDefault="00584A5A" w:rsidP="004B7D45">
            <w:pPr>
              <w:rPr>
                <w:sz w:val="18"/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Демонтаж и </w:t>
            </w:r>
            <w:r>
              <w:rPr>
                <w:sz w:val="18"/>
                <w:lang w:val="kk-KZ"/>
              </w:rPr>
              <w:t xml:space="preserve">установка </w:t>
            </w:r>
            <w:proofErr w:type="gramStart"/>
            <w:r>
              <w:rPr>
                <w:sz w:val="18"/>
                <w:lang w:val="kk-KZ"/>
              </w:rPr>
              <w:t xml:space="preserve">трубы </w:t>
            </w:r>
            <w:r w:rsidRPr="00830095">
              <w:rPr>
                <w:sz w:val="18"/>
                <w:lang w:val="ru-RU"/>
              </w:rPr>
              <w:t xml:space="preserve"> с</w:t>
            </w:r>
            <w:proofErr w:type="gramEnd"/>
            <w:r w:rsidRPr="00830095">
              <w:rPr>
                <w:sz w:val="18"/>
                <w:lang w:val="ru-RU"/>
              </w:rPr>
              <w:t xml:space="preserve"> фланцем</w:t>
            </w:r>
            <w:r>
              <w:rPr>
                <w:sz w:val="18"/>
                <w:lang w:val="ru-RU"/>
              </w:rPr>
              <w:t xml:space="preserve"> </w:t>
            </w:r>
            <w:r w:rsidRPr="00830095">
              <w:rPr>
                <w:sz w:val="18"/>
                <w:lang w:val="ru-RU"/>
              </w:rPr>
              <w:t>Ду80</w:t>
            </w:r>
          </w:p>
        </w:tc>
        <w:tc>
          <w:tcPr>
            <w:tcW w:w="850" w:type="dxa"/>
          </w:tcPr>
          <w:p w14:paraId="4C9633A5" w14:textId="77777777" w:rsidR="00584A5A" w:rsidRPr="00830095" w:rsidRDefault="00584A5A" w:rsidP="004B7D45">
            <w:pPr>
              <w:rPr>
                <w:sz w:val="18"/>
                <w:lang w:val="ru-RU"/>
              </w:rPr>
            </w:pPr>
            <w:proofErr w:type="spellStart"/>
            <w:r>
              <w:rPr>
                <w:sz w:val="18"/>
              </w:rPr>
              <w:t>м.п</w:t>
            </w:r>
            <w:proofErr w:type="spellEnd"/>
            <w:r>
              <w:rPr>
                <w:sz w:val="18"/>
              </w:rPr>
              <w:t>.</w:t>
            </w:r>
          </w:p>
        </w:tc>
        <w:tc>
          <w:tcPr>
            <w:tcW w:w="680" w:type="dxa"/>
          </w:tcPr>
          <w:p w14:paraId="39482CFD" w14:textId="77777777" w:rsidR="00584A5A" w:rsidRPr="00830095" w:rsidRDefault="00584A5A" w:rsidP="004B7D45">
            <w:pPr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6</w:t>
            </w:r>
          </w:p>
        </w:tc>
        <w:tc>
          <w:tcPr>
            <w:tcW w:w="5102" w:type="dxa"/>
          </w:tcPr>
          <w:p w14:paraId="20F2BCE7" w14:textId="77777777" w:rsidR="00584A5A" w:rsidRPr="00830095" w:rsidRDefault="00584A5A" w:rsidP="004B7D45">
            <w:pPr>
              <w:rPr>
                <w:sz w:val="18"/>
                <w:lang w:val="ru-RU"/>
              </w:rPr>
            </w:pPr>
            <w:r w:rsidRPr="00830095">
              <w:rPr>
                <w:sz w:val="18"/>
                <w:lang w:val="ru-RU"/>
              </w:rPr>
              <w:t xml:space="preserve">Демонтаж </w:t>
            </w:r>
            <w:proofErr w:type="spellStart"/>
            <w:r w:rsidRPr="00830095">
              <w:rPr>
                <w:sz w:val="18"/>
                <w:lang w:val="ru-RU"/>
              </w:rPr>
              <w:t>коррозионно</w:t>
            </w:r>
            <w:proofErr w:type="spellEnd"/>
            <w:r w:rsidRPr="00830095">
              <w:rPr>
                <w:sz w:val="18"/>
                <w:lang w:val="ru-RU"/>
              </w:rPr>
              <w:t xml:space="preserve"> поврежденного участка, включая фланцевое соединение; монтаж нового стального участка трубы Ду80 с обеспечением надежного и герметичного соединения.</w:t>
            </w:r>
            <w:r>
              <w:rPr>
                <w:lang w:val="ru-RU"/>
              </w:rPr>
              <w:t xml:space="preserve"> тепловой отопления</w:t>
            </w:r>
          </w:p>
        </w:tc>
      </w:tr>
      <w:tr w:rsidR="00584A5A" w:rsidRPr="00E31CB8" w14:paraId="44781FCD" w14:textId="77777777" w:rsidTr="004B7D45">
        <w:trPr>
          <w:jc w:val="center"/>
        </w:trPr>
        <w:tc>
          <w:tcPr>
            <w:tcW w:w="397" w:type="dxa"/>
          </w:tcPr>
          <w:p w14:paraId="5DCA22C7" w14:textId="77777777" w:rsidR="00584A5A" w:rsidRPr="00584A5A" w:rsidRDefault="00584A5A" w:rsidP="004B7D45">
            <w:pPr>
              <w:rPr>
                <w:sz w:val="18"/>
                <w:lang w:val="ru-RU"/>
              </w:rPr>
            </w:pPr>
          </w:p>
        </w:tc>
        <w:tc>
          <w:tcPr>
            <w:tcW w:w="2381" w:type="dxa"/>
          </w:tcPr>
          <w:p w14:paraId="2EA512A5" w14:textId="77777777" w:rsidR="00584A5A" w:rsidRPr="00830095" w:rsidRDefault="00584A5A" w:rsidP="004B7D45">
            <w:pPr>
              <w:rPr>
                <w:sz w:val="18"/>
                <w:lang w:val="ru-RU"/>
              </w:rPr>
            </w:pPr>
          </w:p>
        </w:tc>
        <w:tc>
          <w:tcPr>
            <w:tcW w:w="850" w:type="dxa"/>
          </w:tcPr>
          <w:p w14:paraId="0DC9226E" w14:textId="77777777" w:rsidR="00584A5A" w:rsidRPr="00584A5A" w:rsidRDefault="00584A5A" w:rsidP="004B7D45">
            <w:pPr>
              <w:rPr>
                <w:sz w:val="18"/>
                <w:lang w:val="ru-RU"/>
              </w:rPr>
            </w:pPr>
          </w:p>
        </w:tc>
        <w:tc>
          <w:tcPr>
            <w:tcW w:w="680" w:type="dxa"/>
          </w:tcPr>
          <w:p w14:paraId="783A8B4F" w14:textId="77777777" w:rsidR="00584A5A" w:rsidRDefault="00584A5A" w:rsidP="004B7D45">
            <w:pPr>
              <w:rPr>
                <w:sz w:val="18"/>
                <w:lang w:val="ru-RU"/>
              </w:rPr>
            </w:pPr>
          </w:p>
        </w:tc>
        <w:tc>
          <w:tcPr>
            <w:tcW w:w="5102" w:type="dxa"/>
          </w:tcPr>
          <w:p w14:paraId="75BB37C1" w14:textId="77777777" w:rsidR="00BE3306" w:rsidRDefault="00584A5A" w:rsidP="00BE3306">
            <w:pPr>
              <w:rPr>
                <w:b/>
                <w:bCs/>
                <w:lang w:val="ru-RU"/>
              </w:rPr>
            </w:pPr>
            <w:r w:rsidRPr="00772AEC">
              <w:rPr>
                <w:b/>
                <w:bCs/>
                <w:lang w:val="ru-RU"/>
              </w:rPr>
              <w:t>Для выполнения работ поставщик обязан обеспечить наличие необходимого сварочного оборудования для сварки и монтажа труб</w:t>
            </w:r>
            <w:r w:rsidR="00BE3306">
              <w:rPr>
                <w:b/>
                <w:bCs/>
                <w:lang w:val="ru-RU"/>
              </w:rPr>
              <w:t xml:space="preserve"> и </w:t>
            </w:r>
            <w:r w:rsidR="00BE3306">
              <w:rPr>
                <w:b/>
                <w:bCs/>
                <w:lang w:val="ru-RU"/>
              </w:rPr>
              <w:t xml:space="preserve">все </w:t>
            </w:r>
            <w:r w:rsidR="00BE3306">
              <w:rPr>
                <w:b/>
                <w:bCs/>
                <w:lang w:val="ru-RU"/>
              </w:rPr>
              <w:lastRenderedPageBreak/>
              <w:t>расходные материалы за счет поставщика.</w:t>
            </w:r>
          </w:p>
          <w:p w14:paraId="78FF3C20" w14:textId="2A56D70F" w:rsidR="00584A5A" w:rsidRDefault="00584A5A" w:rsidP="004B7D45">
            <w:pPr>
              <w:rPr>
                <w:b/>
                <w:bCs/>
                <w:lang w:val="ru-RU"/>
              </w:rPr>
            </w:pPr>
          </w:p>
          <w:p w14:paraId="72B27D26" w14:textId="77777777" w:rsidR="00584A5A" w:rsidRPr="00830095" w:rsidRDefault="00584A5A" w:rsidP="004B7D45">
            <w:pPr>
              <w:rPr>
                <w:sz w:val="18"/>
                <w:lang w:val="ru-RU"/>
              </w:rPr>
            </w:pPr>
          </w:p>
        </w:tc>
      </w:tr>
    </w:tbl>
    <w:p w14:paraId="4F68E532" w14:textId="77777777" w:rsidR="00584A5A" w:rsidRPr="00830095" w:rsidRDefault="00584A5A" w:rsidP="00584A5A">
      <w:pPr>
        <w:rPr>
          <w:lang w:val="ru-RU"/>
        </w:rPr>
      </w:pPr>
    </w:p>
    <w:p w14:paraId="5F1A9EF6" w14:textId="77777777" w:rsidR="00584A5A" w:rsidRPr="00830095" w:rsidRDefault="00584A5A" w:rsidP="00F50464">
      <w:pPr>
        <w:rPr>
          <w:lang w:val="ru-RU"/>
        </w:rPr>
      </w:pPr>
      <w:proofErr w:type="spellStart"/>
      <w:r w:rsidRPr="00584A5A">
        <w:rPr>
          <w:b/>
          <w:lang w:val="ru-RU"/>
        </w:rPr>
        <w:t>Жұмысты</w:t>
      </w:r>
      <w:proofErr w:type="spellEnd"/>
      <w:r w:rsidRPr="00584A5A">
        <w:rPr>
          <w:b/>
          <w:lang w:val="ru-RU"/>
        </w:rPr>
        <w:t xml:space="preserve"> </w:t>
      </w:r>
      <w:proofErr w:type="spellStart"/>
      <w:r w:rsidRPr="00584A5A">
        <w:rPr>
          <w:b/>
          <w:lang w:val="ru-RU"/>
        </w:rPr>
        <w:t>орындауға</w:t>
      </w:r>
      <w:proofErr w:type="spellEnd"/>
      <w:r w:rsidRPr="00584A5A">
        <w:rPr>
          <w:b/>
          <w:lang w:val="ru-RU"/>
        </w:rPr>
        <w:t xml:space="preserve"> </w:t>
      </w:r>
      <w:proofErr w:type="spellStart"/>
      <w:r w:rsidRPr="00584A5A">
        <w:rPr>
          <w:b/>
          <w:lang w:val="ru-RU"/>
        </w:rPr>
        <w:t>арналған</w:t>
      </w:r>
      <w:proofErr w:type="spellEnd"/>
      <w:r w:rsidRPr="00584A5A">
        <w:rPr>
          <w:b/>
          <w:lang w:val="ru-RU"/>
        </w:rPr>
        <w:t xml:space="preserve"> </w:t>
      </w:r>
      <w:proofErr w:type="spellStart"/>
      <w:r w:rsidRPr="00584A5A">
        <w:rPr>
          <w:b/>
          <w:lang w:val="ru-RU"/>
        </w:rPr>
        <w:t>жалпы</w:t>
      </w:r>
      <w:proofErr w:type="spellEnd"/>
      <w:r w:rsidRPr="00584A5A">
        <w:rPr>
          <w:b/>
          <w:lang w:val="ru-RU"/>
        </w:rPr>
        <w:t xml:space="preserve"> </w:t>
      </w:r>
      <w:proofErr w:type="spellStart"/>
      <w:r w:rsidRPr="00584A5A">
        <w:rPr>
          <w:b/>
          <w:lang w:val="ru-RU"/>
        </w:rPr>
        <w:t>талаптар</w:t>
      </w:r>
      <w:proofErr w:type="spellEnd"/>
      <w:r w:rsidRPr="00584A5A">
        <w:rPr>
          <w:b/>
          <w:lang w:val="ru-RU"/>
        </w:rPr>
        <w:t>:</w:t>
      </w:r>
    </w:p>
    <w:p w14:paraId="1B511963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Мердігер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жұмысты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ақаулы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заң</w:t>
      </w:r>
      <w:proofErr w:type="spellEnd"/>
      <w:r w:rsidRPr="00584A5A">
        <w:rPr>
          <w:lang w:val="ru-RU"/>
        </w:rPr>
        <w:t xml:space="preserve"> мен осы </w:t>
      </w:r>
      <w:proofErr w:type="spellStart"/>
      <w:r w:rsidRPr="00584A5A">
        <w:rPr>
          <w:lang w:val="ru-RU"/>
        </w:rPr>
        <w:t>техникалық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сипаттамаға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сәйкес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толық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орындайды</w:t>
      </w:r>
      <w:proofErr w:type="spellEnd"/>
      <w:r w:rsidRPr="00584A5A">
        <w:rPr>
          <w:lang w:val="ru-RU"/>
        </w:rPr>
        <w:t>.</w:t>
      </w:r>
    </w:p>
    <w:p w14:paraId="1147B286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құбырлар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фитингтер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штепсельдер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фитингтер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тұтыну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құралдар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құралдар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жеке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қорғаныс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құралдары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мердігер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тарапынан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қамтамасыз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етіледі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егер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келісімшартта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басқаша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көрсетілмесе</w:t>
      </w:r>
      <w:proofErr w:type="spellEnd"/>
      <w:r w:rsidRPr="00584A5A">
        <w:rPr>
          <w:lang w:val="ru-RU"/>
        </w:rPr>
        <w:t>.</w:t>
      </w:r>
    </w:p>
    <w:p w14:paraId="06988411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Материалдар</w:t>
      </w:r>
      <w:proofErr w:type="spellEnd"/>
      <w:r w:rsidRPr="00584A5A">
        <w:rPr>
          <w:lang w:val="ru-RU"/>
        </w:rPr>
        <w:t xml:space="preserve"> мен </w:t>
      </w:r>
      <w:proofErr w:type="spellStart"/>
      <w:r w:rsidRPr="00584A5A">
        <w:rPr>
          <w:lang w:val="ru-RU"/>
        </w:rPr>
        <w:t>компоненттер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жаңа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іздері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жоқ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техникалық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ережелер</w:t>
      </w:r>
      <w:proofErr w:type="spellEnd"/>
      <w:r w:rsidRPr="00584A5A">
        <w:rPr>
          <w:lang w:val="ru-RU"/>
        </w:rPr>
        <w:t xml:space="preserve"> мен осы </w:t>
      </w:r>
      <w:proofErr w:type="spellStart"/>
      <w:r w:rsidRPr="00584A5A">
        <w:rPr>
          <w:lang w:val="ru-RU"/>
        </w:rPr>
        <w:t>типтегі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өнімге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қатысты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нормативтік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құжаттардың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талаптарына</w:t>
      </w:r>
      <w:proofErr w:type="spellEnd"/>
      <w:r w:rsidRPr="00584A5A">
        <w:rPr>
          <w:lang w:val="ru-RU"/>
        </w:rPr>
        <w:t xml:space="preserve"> сай </w:t>
      </w:r>
      <w:proofErr w:type="spellStart"/>
      <w:r w:rsidRPr="00584A5A">
        <w:rPr>
          <w:lang w:val="ru-RU"/>
        </w:rPr>
        <w:t>болуы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тиіс</w:t>
      </w:r>
      <w:proofErr w:type="spellEnd"/>
      <w:r w:rsidRPr="00584A5A">
        <w:rPr>
          <w:lang w:val="ru-RU"/>
        </w:rPr>
        <w:t>.</w:t>
      </w:r>
    </w:p>
    <w:p w14:paraId="240F3B4C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басталмас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бұрын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мердігер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тапсырыс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берушімен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ұйымдастырушылық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мәселелер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су </w:t>
      </w:r>
      <w:proofErr w:type="spellStart"/>
      <w:r w:rsidRPr="00584A5A">
        <w:rPr>
          <w:lang w:val="ru-RU"/>
        </w:rPr>
        <w:t>көзін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ажырату</w:t>
      </w:r>
      <w:proofErr w:type="spellEnd"/>
      <w:r w:rsidRPr="00584A5A">
        <w:rPr>
          <w:lang w:val="ru-RU"/>
        </w:rPr>
        <w:t>/</w:t>
      </w:r>
      <w:proofErr w:type="spellStart"/>
      <w:r w:rsidRPr="00584A5A">
        <w:rPr>
          <w:lang w:val="ru-RU"/>
        </w:rPr>
        <w:t>қалпына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келтіру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рәсімі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бойынша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келісуге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міндетті</w:t>
      </w:r>
      <w:proofErr w:type="spellEnd"/>
      <w:r w:rsidRPr="00584A5A">
        <w:rPr>
          <w:lang w:val="ru-RU"/>
        </w:rPr>
        <w:t>.</w:t>
      </w:r>
    </w:p>
    <w:p w14:paraId="77629225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орындау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кезінде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мердігер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нысанның</w:t>
      </w:r>
      <w:proofErr w:type="spellEnd"/>
      <w:r w:rsidRPr="00584A5A">
        <w:rPr>
          <w:lang w:val="ru-RU"/>
        </w:rPr>
        <w:t xml:space="preserve"> бар </w:t>
      </w:r>
      <w:proofErr w:type="spellStart"/>
      <w:r w:rsidRPr="00584A5A">
        <w:rPr>
          <w:lang w:val="ru-RU"/>
        </w:rPr>
        <w:t>инженерлік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желілері</w:t>
      </w:r>
      <w:proofErr w:type="spellEnd"/>
      <w:r w:rsidRPr="00584A5A">
        <w:rPr>
          <w:lang w:val="ru-RU"/>
        </w:rPr>
        <w:t xml:space="preserve"> мен </w:t>
      </w:r>
      <w:proofErr w:type="spellStart"/>
      <w:r w:rsidRPr="00584A5A">
        <w:rPr>
          <w:lang w:val="ru-RU"/>
        </w:rPr>
        <w:t>құрылымдарының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қауіпсіздігін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қамтамасыз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етуге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міндетті</w:t>
      </w:r>
      <w:proofErr w:type="spellEnd"/>
      <w:r w:rsidRPr="00584A5A">
        <w:rPr>
          <w:lang w:val="ru-RU"/>
        </w:rPr>
        <w:t>.</w:t>
      </w:r>
    </w:p>
    <w:p w14:paraId="1B8D96D8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Орнатқаннан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кейінгі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қосылымдар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сенімді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мықты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болуы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тиіс</w:t>
      </w:r>
      <w:proofErr w:type="spellEnd"/>
      <w:r w:rsidRPr="00584A5A">
        <w:rPr>
          <w:lang w:val="ru-RU"/>
        </w:rPr>
        <w:t xml:space="preserve">. Егер </w:t>
      </w:r>
      <w:proofErr w:type="spellStart"/>
      <w:r w:rsidRPr="00584A5A">
        <w:rPr>
          <w:lang w:val="ru-RU"/>
        </w:rPr>
        <w:t>ағып</w:t>
      </w:r>
      <w:proofErr w:type="spellEnd"/>
      <w:r w:rsidRPr="00584A5A">
        <w:rPr>
          <w:lang w:val="ru-RU"/>
        </w:rPr>
        <w:t xml:space="preserve"> кету </w:t>
      </w:r>
      <w:proofErr w:type="spellStart"/>
      <w:r w:rsidRPr="00584A5A">
        <w:rPr>
          <w:lang w:val="ru-RU"/>
        </w:rPr>
        <w:t>анықталса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мердігер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оларды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есебінен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жоюға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міндетті</w:t>
      </w:r>
      <w:proofErr w:type="spellEnd"/>
      <w:r w:rsidRPr="00584A5A">
        <w:rPr>
          <w:lang w:val="ru-RU"/>
        </w:rPr>
        <w:t>.</w:t>
      </w:r>
    </w:p>
    <w:p w14:paraId="21E0AA9F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аяқталғаннан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кейін</w:t>
      </w:r>
      <w:proofErr w:type="spellEnd"/>
      <w:r w:rsidRPr="00584A5A">
        <w:rPr>
          <w:lang w:val="ru-RU"/>
        </w:rPr>
        <w:t xml:space="preserve"> су беру </w:t>
      </w:r>
      <w:proofErr w:type="spellStart"/>
      <w:r w:rsidRPr="00584A5A">
        <w:rPr>
          <w:lang w:val="ru-RU"/>
        </w:rPr>
        <w:t>жүйесін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гидравликалық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сынақ</w:t>
      </w:r>
      <w:proofErr w:type="spellEnd"/>
      <w:r w:rsidRPr="00584A5A">
        <w:rPr>
          <w:lang w:val="ru-RU"/>
        </w:rPr>
        <w:t xml:space="preserve"> пен </w:t>
      </w:r>
      <w:proofErr w:type="spellStart"/>
      <w:r w:rsidRPr="00584A5A">
        <w:rPr>
          <w:lang w:val="ru-RU"/>
        </w:rPr>
        <w:t>жуу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жүргізіледі</w:t>
      </w:r>
      <w:proofErr w:type="spellEnd"/>
      <w:r w:rsidRPr="00584A5A">
        <w:rPr>
          <w:lang w:val="ru-RU"/>
        </w:rPr>
        <w:t>.</w:t>
      </w:r>
    </w:p>
    <w:p w14:paraId="42FE5A8C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Жөндеу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аяқталғаннан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кейін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ретке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келтіру</w:t>
      </w:r>
      <w:proofErr w:type="spellEnd"/>
      <w:r w:rsidRPr="00584A5A">
        <w:rPr>
          <w:lang w:val="ru-RU"/>
        </w:rPr>
        <w:t xml:space="preserve">: </w:t>
      </w:r>
      <w:proofErr w:type="spellStart"/>
      <w:r w:rsidRPr="00584A5A">
        <w:rPr>
          <w:lang w:val="ru-RU"/>
        </w:rPr>
        <w:t>құрылыс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қалдықтарын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қалдықтарын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материалдардың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қалдықтарын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шығарып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шығару</w:t>
      </w:r>
      <w:proofErr w:type="spellEnd"/>
      <w:r w:rsidRPr="00584A5A">
        <w:rPr>
          <w:lang w:val="ru-RU"/>
        </w:rPr>
        <w:t>.</w:t>
      </w:r>
    </w:p>
    <w:p w14:paraId="32E47CF5" w14:textId="77777777" w:rsidR="00584A5A" w:rsidRPr="00830095" w:rsidRDefault="00584A5A" w:rsidP="00F50464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Жұмыстың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нәтижесінде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нысанда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қызмет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көрсетуге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жарамды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ауа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өткізбейтін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пайдалануға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дайын</w:t>
      </w:r>
      <w:proofErr w:type="spellEnd"/>
      <w:r w:rsidRPr="00584A5A">
        <w:rPr>
          <w:lang w:val="ru-RU"/>
        </w:rPr>
        <w:t xml:space="preserve"> су беру </w:t>
      </w:r>
      <w:proofErr w:type="spellStart"/>
      <w:r w:rsidRPr="00584A5A">
        <w:rPr>
          <w:lang w:val="ru-RU"/>
        </w:rPr>
        <w:t>жүйесі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пайда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болды</w:t>
      </w:r>
      <w:proofErr w:type="spellEnd"/>
      <w:r w:rsidRPr="00584A5A">
        <w:rPr>
          <w:lang w:val="ru-RU"/>
        </w:rPr>
        <w:t>.</w:t>
      </w:r>
    </w:p>
    <w:p w14:paraId="5E0A74FC" w14:textId="77777777" w:rsidR="00584A5A" w:rsidRPr="00830095" w:rsidRDefault="00584A5A" w:rsidP="00584A5A">
      <w:pPr>
        <w:rPr>
          <w:lang w:val="ru-RU"/>
        </w:rPr>
      </w:pPr>
    </w:p>
    <w:p w14:paraId="7F16D018" w14:textId="77777777" w:rsidR="00584A5A" w:rsidRPr="00830095" w:rsidRDefault="00584A5A" w:rsidP="00246B4B">
      <w:pPr>
        <w:rPr>
          <w:lang w:val="ru-RU"/>
        </w:rPr>
      </w:pPr>
      <w:proofErr w:type="spellStart"/>
      <w:r w:rsidRPr="00584A5A">
        <w:rPr>
          <w:b/>
          <w:lang w:val="ru-RU"/>
        </w:rPr>
        <w:t>Ескерту</w:t>
      </w:r>
      <w:proofErr w:type="spellEnd"/>
      <w:r w:rsidRPr="00584A5A">
        <w:rPr>
          <w:b/>
          <w:lang w:val="ru-RU"/>
        </w:rPr>
        <w:t xml:space="preserve">: </w:t>
      </w:r>
      <w:proofErr w:type="spellStart"/>
      <w:r w:rsidRPr="00584A5A">
        <w:rPr>
          <w:lang w:val="ru-RU"/>
        </w:rPr>
        <w:t>Ақаулы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есепте</w:t>
      </w:r>
      <w:proofErr w:type="spellEnd"/>
      <w:r w:rsidRPr="00584A5A">
        <w:rPr>
          <w:lang w:val="ru-RU"/>
        </w:rPr>
        <w:t xml:space="preserve"> </w:t>
      </w:r>
      <w:r w:rsidRPr="00830095">
        <w:t>DN</w:t>
      </w:r>
      <w:r w:rsidRPr="00584A5A">
        <w:rPr>
          <w:lang w:val="ru-RU"/>
        </w:rPr>
        <w:t xml:space="preserve">80, </w:t>
      </w:r>
      <w:r w:rsidRPr="00830095">
        <w:t>DN</w:t>
      </w:r>
      <w:r w:rsidRPr="00584A5A">
        <w:rPr>
          <w:lang w:val="ru-RU"/>
        </w:rPr>
        <w:t xml:space="preserve">32 </w:t>
      </w:r>
      <w:proofErr w:type="spellStart"/>
      <w:r w:rsidRPr="00584A5A">
        <w:rPr>
          <w:lang w:val="ru-RU"/>
        </w:rPr>
        <w:t>құбырларының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r w:rsidRPr="00830095">
        <w:t>DN</w:t>
      </w:r>
      <w:r w:rsidRPr="00584A5A">
        <w:rPr>
          <w:lang w:val="ru-RU"/>
        </w:rPr>
        <w:t xml:space="preserve">15, </w:t>
      </w:r>
      <w:r w:rsidRPr="00830095">
        <w:t>DN</w:t>
      </w:r>
      <w:r w:rsidRPr="00584A5A">
        <w:rPr>
          <w:lang w:val="ru-RU"/>
        </w:rPr>
        <w:t xml:space="preserve">80 </w:t>
      </w:r>
      <w:proofErr w:type="spellStart"/>
      <w:r w:rsidRPr="00584A5A">
        <w:rPr>
          <w:lang w:val="ru-RU"/>
        </w:rPr>
        <w:t>өшіру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клапандарының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техникалық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жағдайы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қанағаттанарлық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емес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белсенді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ағып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кетулер</w:t>
      </w:r>
      <w:proofErr w:type="spellEnd"/>
      <w:r w:rsidRPr="00584A5A">
        <w:rPr>
          <w:lang w:val="ru-RU"/>
        </w:rPr>
        <w:t xml:space="preserve"> бар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ірі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апат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қаупі</w:t>
      </w:r>
      <w:proofErr w:type="spellEnd"/>
      <w:r w:rsidRPr="00584A5A">
        <w:rPr>
          <w:lang w:val="ru-RU"/>
        </w:rPr>
        <w:t xml:space="preserve"> бар </w:t>
      </w:r>
      <w:proofErr w:type="spellStart"/>
      <w:r w:rsidRPr="00584A5A">
        <w:rPr>
          <w:lang w:val="ru-RU"/>
        </w:rPr>
        <w:t>екені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көрсетілген</w:t>
      </w:r>
      <w:proofErr w:type="spellEnd"/>
      <w:r w:rsidRPr="00584A5A">
        <w:rPr>
          <w:lang w:val="ru-RU"/>
        </w:rPr>
        <w:t xml:space="preserve">. </w:t>
      </w:r>
      <w:proofErr w:type="spellStart"/>
      <w:r w:rsidRPr="00584A5A">
        <w:rPr>
          <w:lang w:val="ru-RU"/>
        </w:rPr>
        <w:t>Бұл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техникалық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сипаттама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анықталған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ақаулардың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тізімі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негізінде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жасалған</w:t>
      </w:r>
      <w:proofErr w:type="spellEnd"/>
      <w:r w:rsidRPr="00584A5A">
        <w:rPr>
          <w:lang w:val="ru-RU"/>
        </w:rPr>
        <w:t>.</w:t>
      </w:r>
    </w:p>
    <w:p w14:paraId="293A20FB" w14:textId="77777777" w:rsidR="00584A5A" w:rsidRDefault="00584A5A" w:rsidP="00246B4B">
      <w:pPr>
        <w:rPr>
          <w:b/>
          <w:sz w:val="24"/>
          <w:lang w:val="ru-RU"/>
        </w:rPr>
      </w:pPr>
      <w:r w:rsidRPr="00584A5A">
        <w:rPr>
          <w:b/>
          <w:sz w:val="24"/>
          <w:lang w:val="ru-RU"/>
        </w:rPr>
        <w:t>ЖЕТКІЗУШІНІҢ МІНДЕТТІ ШАРТТАРЫ</w:t>
      </w:r>
    </w:p>
    <w:p w14:paraId="36100531" w14:textId="77777777" w:rsidR="00584A5A" w:rsidRDefault="00584A5A" w:rsidP="00246B4B">
      <w:pPr>
        <w:rPr>
          <w:b/>
          <w:bCs/>
          <w:lang w:val="ru-RU"/>
        </w:rPr>
      </w:pPr>
      <w:proofErr w:type="spellStart"/>
      <w:r w:rsidRPr="00584A5A">
        <w:rPr>
          <w:b/>
          <w:bCs/>
          <w:lang w:val="ru-RU"/>
        </w:rPr>
        <w:t>Жұмысты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орындау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үшін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жеткізуші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құбырларды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дәнекерлеу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және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орнату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үшін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қажетті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дәнекерлеу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жабдықтарының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қолжетімділігін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қамтамасыз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етуі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тиіс</w:t>
      </w:r>
      <w:proofErr w:type="spellEnd"/>
      <w:r w:rsidRPr="00584A5A">
        <w:rPr>
          <w:b/>
          <w:bCs/>
          <w:lang w:val="ru-RU"/>
        </w:rPr>
        <w:t>.</w:t>
      </w:r>
    </w:p>
    <w:p w14:paraId="1FA3F1A2" w14:textId="77777777" w:rsidR="00584A5A" w:rsidRPr="00772AEC" w:rsidRDefault="00584A5A" w:rsidP="00246B4B">
      <w:pPr>
        <w:rPr>
          <w:b/>
          <w:bCs/>
          <w:lang w:val="ru-RU"/>
        </w:rPr>
      </w:pPr>
      <w:proofErr w:type="spellStart"/>
      <w:r w:rsidRPr="00584A5A">
        <w:rPr>
          <w:b/>
          <w:bCs/>
          <w:lang w:val="ru-RU"/>
        </w:rPr>
        <w:t>Жеткізуші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барлық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қажетті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жұмыстардың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өз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материалдары</w:t>
      </w:r>
      <w:proofErr w:type="spellEnd"/>
      <w:r w:rsidRPr="00584A5A">
        <w:rPr>
          <w:b/>
          <w:bCs/>
          <w:lang w:val="ru-RU"/>
        </w:rPr>
        <w:t xml:space="preserve"> мен </w:t>
      </w:r>
      <w:proofErr w:type="spellStart"/>
      <w:r w:rsidRPr="00584A5A">
        <w:rPr>
          <w:b/>
          <w:bCs/>
          <w:lang w:val="ru-RU"/>
        </w:rPr>
        <w:t>жабдықтарын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пайдаланып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орындалуын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қамтамасыз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етуге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міндетті</w:t>
      </w:r>
      <w:proofErr w:type="spellEnd"/>
      <w:r w:rsidRPr="00584A5A">
        <w:rPr>
          <w:b/>
          <w:bCs/>
          <w:lang w:val="ru-RU"/>
        </w:rPr>
        <w:t>.</w:t>
      </w:r>
    </w:p>
    <w:p w14:paraId="6F799C9B" w14:textId="77777777" w:rsidR="00584A5A" w:rsidRPr="00772AEC" w:rsidRDefault="00584A5A" w:rsidP="00246B4B">
      <w:pPr>
        <w:rPr>
          <w:b/>
          <w:bCs/>
          <w:lang w:val="ru-RU"/>
        </w:rPr>
      </w:pPr>
    </w:p>
    <w:p w14:paraId="2779CE76" w14:textId="77777777" w:rsidR="00584A5A" w:rsidRPr="00772AEC" w:rsidRDefault="00584A5A" w:rsidP="00246B4B">
      <w:pPr>
        <w:rPr>
          <w:b/>
          <w:bCs/>
          <w:lang w:val="ru-RU"/>
        </w:rPr>
      </w:pPr>
      <w:proofErr w:type="spellStart"/>
      <w:r w:rsidRPr="00584A5A">
        <w:rPr>
          <w:b/>
          <w:bCs/>
          <w:lang w:val="ru-RU"/>
        </w:rPr>
        <w:t>Жұмыстың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құнына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барлық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қажетті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материалдар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кіреді</w:t>
      </w:r>
      <w:proofErr w:type="spellEnd"/>
      <w:r w:rsidRPr="00584A5A">
        <w:rPr>
          <w:b/>
          <w:bCs/>
          <w:lang w:val="ru-RU"/>
        </w:rPr>
        <w:t xml:space="preserve">, </w:t>
      </w:r>
      <w:proofErr w:type="spellStart"/>
      <w:r w:rsidRPr="00584A5A">
        <w:rPr>
          <w:b/>
          <w:bCs/>
          <w:lang w:val="ru-RU"/>
        </w:rPr>
        <w:t>соның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ішінде</w:t>
      </w:r>
      <w:proofErr w:type="spellEnd"/>
      <w:r w:rsidRPr="00584A5A">
        <w:rPr>
          <w:b/>
          <w:bCs/>
          <w:lang w:val="ru-RU"/>
        </w:rPr>
        <w:t>:</w:t>
      </w:r>
    </w:p>
    <w:p w14:paraId="06F24AEE" w14:textId="77777777" w:rsidR="00584A5A" w:rsidRPr="00772AEC" w:rsidRDefault="00584A5A" w:rsidP="00246B4B">
      <w:pPr>
        <w:rPr>
          <w:b/>
          <w:bCs/>
          <w:lang w:val="ru-RU"/>
        </w:rPr>
      </w:pPr>
    </w:p>
    <w:p w14:paraId="18313992" w14:textId="77777777" w:rsidR="00584A5A" w:rsidRPr="00772AEC" w:rsidRDefault="00584A5A" w:rsidP="00246B4B">
      <w:pPr>
        <w:rPr>
          <w:b/>
          <w:bCs/>
          <w:lang w:val="ru-RU"/>
        </w:rPr>
      </w:pPr>
      <w:r w:rsidRPr="00584A5A">
        <w:rPr>
          <w:b/>
          <w:bCs/>
          <w:lang w:val="ru-RU"/>
        </w:rPr>
        <w:lastRenderedPageBreak/>
        <w:t xml:space="preserve">* </w:t>
      </w:r>
      <w:proofErr w:type="spellStart"/>
      <w:r w:rsidRPr="00584A5A">
        <w:rPr>
          <w:b/>
          <w:bCs/>
          <w:lang w:val="ru-RU"/>
        </w:rPr>
        <w:t>фланецтік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қосылысы</w:t>
      </w:r>
      <w:proofErr w:type="spellEnd"/>
      <w:r w:rsidRPr="00584A5A">
        <w:rPr>
          <w:b/>
          <w:bCs/>
          <w:lang w:val="ru-RU"/>
        </w:rPr>
        <w:t xml:space="preserve"> бар </w:t>
      </w:r>
      <w:proofErr w:type="spellStart"/>
      <w:r w:rsidRPr="00584A5A">
        <w:rPr>
          <w:b/>
          <w:bCs/>
          <w:lang w:val="ru-RU"/>
        </w:rPr>
        <w:t>болат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шарлы</w:t>
      </w:r>
      <w:proofErr w:type="spellEnd"/>
      <w:r w:rsidRPr="00584A5A">
        <w:rPr>
          <w:b/>
          <w:bCs/>
          <w:lang w:val="ru-RU"/>
        </w:rPr>
        <w:t xml:space="preserve"> клапан </w:t>
      </w:r>
      <w:r w:rsidRPr="00772AEC">
        <w:rPr>
          <w:b/>
          <w:bCs/>
        </w:rPr>
        <w:t>DN</w:t>
      </w:r>
      <w:r w:rsidRPr="00584A5A">
        <w:rPr>
          <w:b/>
          <w:bCs/>
          <w:lang w:val="ru-RU"/>
        </w:rPr>
        <w:t xml:space="preserve"> 80;</w:t>
      </w:r>
    </w:p>
    <w:p w14:paraId="337A56DA" w14:textId="77777777" w:rsidR="00584A5A" w:rsidRPr="00772AEC" w:rsidRDefault="00584A5A" w:rsidP="00246B4B">
      <w:pPr>
        <w:rPr>
          <w:b/>
          <w:bCs/>
          <w:lang w:val="ru-RU"/>
        </w:rPr>
      </w:pPr>
      <w:r w:rsidRPr="00584A5A">
        <w:rPr>
          <w:b/>
          <w:bCs/>
          <w:lang w:val="ru-RU"/>
        </w:rPr>
        <w:t xml:space="preserve">* </w:t>
      </w:r>
      <w:proofErr w:type="spellStart"/>
      <w:r w:rsidRPr="00584A5A">
        <w:rPr>
          <w:b/>
          <w:bCs/>
          <w:lang w:val="ru-RU"/>
        </w:rPr>
        <w:t>фланецтері</w:t>
      </w:r>
      <w:proofErr w:type="spellEnd"/>
      <w:r w:rsidRPr="00584A5A">
        <w:rPr>
          <w:b/>
          <w:bCs/>
          <w:lang w:val="ru-RU"/>
        </w:rPr>
        <w:t xml:space="preserve"> бар </w:t>
      </w:r>
      <w:proofErr w:type="spellStart"/>
      <w:r w:rsidRPr="00584A5A">
        <w:rPr>
          <w:b/>
          <w:bCs/>
          <w:lang w:val="ru-RU"/>
        </w:rPr>
        <w:t>болат</w:t>
      </w:r>
      <w:proofErr w:type="spellEnd"/>
      <w:r w:rsidRPr="00584A5A">
        <w:rPr>
          <w:b/>
          <w:bCs/>
          <w:lang w:val="ru-RU"/>
        </w:rPr>
        <w:t xml:space="preserve"> </w:t>
      </w:r>
      <w:r w:rsidRPr="00772AEC">
        <w:rPr>
          <w:b/>
          <w:bCs/>
        </w:rPr>
        <w:t>DN</w:t>
      </w:r>
      <w:r w:rsidRPr="00584A5A">
        <w:rPr>
          <w:b/>
          <w:bCs/>
          <w:lang w:val="ru-RU"/>
        </w:rPr>
        <w:t xml:space="preserve"> 80 </w:t>
      </w:r>
      <w:proofErr w:type="spellStart"/>
      <w:r w:rsidRPr="00584A5A">
        <w:rPr>
          <w:b/>
          <w:bCs/>
          <w:lang w:val="ru-RU"/>
        </w:rPr>
        <w:t>құбыры</w:t>
      </w:r>
      <w:proofErr w:type="spellEnd"/>
      <w:r w:rsidRPr="00584A5A">
        <w:rPr>
          <w:b/>
          <w:bCs/>
          <w:lang w:val="ru-RU"/>
        </w:rPr>
        <w:t>;</w:t>
      </w:r>
    </w:p>
    <w:p w14:paraId="7762C79A" w14:textId="77777777" w:rsidR="00584A5A" w:rsidRPr="00772AEC" w:rsidRDefault="00584A5A" w:rsidP="00246B4B">
      <w:pPr>
        <w:rPr>
          <w:b/>
          <w:bCs/>
          <w:lang w:val="ru-RU"/>
        </w:rPr>
      </w:pPr>
      <w:r w:rsidRPr="00584A5A">
        <w:rPr>
          <w:b/>
          <w:bCs/>
          <w:lang w:val="ru-RU"/>
        </w:rPr>
        <w:t xml:space="preserve">* </w:t>
      </w:r>
      <w:proofErr w:type="spellStart"/>
      <w:r w:rsidRPr="00584A5A">
        <w:rPr>
          <w:b/>
          <w:bCs/>
          <w:lang w:val="ru-RU"/>
        </w:rPr>
        <w:t>болат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құбыр</w:t>
      </w:r>
      <w:proofErr w:type="spellEnd"/>
      <w:r w:rsidRPr="00584A5A">
        <w:rPr>
          <w:b/>
          <w:bCs/>
          <w:lang w:val="ru-RU"/>
        </w:rPr>
        <w:t xml:space="preserve"> </w:t>
      </w:r>
      <w:r w:rsidRPr="00772AEC">
        <w:rPr>
          <w:b/>
          <w:bCs/>
        </w:rPr>
        <w:t>DN</w:t>
      </w:r>
      <w:r w:rsidRPr="00584A5A">
        <w:rPr>
          <w:b/>
          <w:bCs/>
          <w:lang w:val="ru-RU"/>
        </w:rPr>
        <w:t xml:space="preserve"> 25;</w:t>
      </w:r>
    </w:p>
    <w:p w14:paraId="23905A0E" w14:textId="77777777" w:rsidR="00584A5A" w:rsidRPr="00772AEC" w:rsidRDefault="00584A5A" w:rsidP="00246B4B">
      <w:pPr>
        <w:rPr>
          <w:b/>
          <w:bCs/>
          <w:lang w:val="ru-RU"/>
        </w:rPr>
      </w:pPr>
      <w:r w:rsidRPr="00584A5A">
        <w:rPr>
          <w:b/>
          <w:bCs/>
          <w:lang w:val="ru-RU"/>
        </w:rPr>
        <w:t xml:space="preserve">* </w:t>
      </w:r>
      <w:proofErr w:type="spellStart"/>
      <w:r w:rsidRPr="00584A5A">
        <w:rPr>
          <w:b/>
          <w:bCs/>
          <w:lang w:val="ru-RU"/>
        </w:rPr>
        <w:t>болат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тығынды</w:t>
      </w:r>
      <w:proofErr w:type="spellEnd"/>
      <w:r w:rsidRPr="00584A5A">
        <w:rPr>
          <w:b/>
          <w:bCs/>
          <w:lang w:val="ru-RU"/>
        </w:rPr>
        <w:t xml:space="preserve"> </w:t>
      </w:r>
      <w:r w:rsidRPr="00772AEC">
        <w:rPr>
          <w:b/>
          <w:bCs/>
        </w:rPr>
        <w:t>DN</w:t>
      </w:r>
      <w:r w:rsidRPr="00584A5A">
        <w:rPr>
          <w:b/>
          <w:bCs/>
          <w:lang w:val="ru-RU"/>
        </w:rPr>
        <w:t xml:space="preserve"> 25;</w:t>
      </w:r>
    </w:p>
    <w:p w14:paraId="73DB8F58" w14:textId="77777777" w:rsidR="00584A5A" w:rsidRPr="00772AEC" w:rsidRDefault="00584A5A" w:rsidP="00246B4B">
      <w:pPr>
        <w:rPr>
          <w:b/>
          <w:bCs/>
          <w:lang w:val="ru-RU"/>
        </w:rPr>
      </w:pPr>
      <w:r w:rsidRPr="00584A5A">
        <w:rPr>
          <w:b/>
          <w:bCs/>
          <w:lang w:val="ru-RU"/>
        </w:rPr>
        <w:t xml:space="preserve">* </w:t>
      </w:r>
      <w:proofErr w:type="spellStart"/>
      <w:r w:rsidRPr="00584A5A">
        <w:rPr>
          <w:b/>
          <w:bCs/>
          <w:lang w:val="ru-RU"/>
        </w:rPr>
        <w:t>фланецтер</w:t>
      </w:r>
      <w:proofErr w:type="spellEnd"/>
      <w:r w:rsidRPr="00584A5A">
        <w:rPr>
          <w:b/>
          <w:bCs/>
          <w:lang w:val="ru-RU"/>
        </w:rPr>
        <w:t xml:space="preserve">, </w:t>
      </w:r>
      <w:proofErr w:type="spellStart"/>
      <w:r w:rsidRPr="00584A5A">
        <w:rPr>
          <w:b/>
          <w:bCs/>
          <w:lang w:val="ru-RU"/>
        </w:rPr>
        <w:t>бекіткіштер</w:t>
      </w:r>
      <w:proofErr w:type="spellEnd"/>
      <w:r w:rsidRPr="00584A5A">
        <w:rPr>
          <w:b/>
          <w:bCs/>
          <w:lang w:val="ru-RU"/>
        </w:rPr>
        <w:t xml:space="preserve">, </w:t>
      </w:r>
      <w:proofErr w:type="spellStart"/>
      <w:r w:rsidRPr="00584A5A">
        <w:rPr>
          <w:b/>
          <w:bCs/>
          <w:lang w:val="ru-RU"/>
        </w:rPr>
        <w:t>дәнекерлеу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электродтары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және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жұмысты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орындауға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қажетті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басқа</w:t>
      </w:r>
      <w:proofErr w:type="spellEnd"/>
      <w:r w:rsidRPr="00584A5A">
        <w:rPr>
          <w:b/>
          <w:bCs/>
          <w:lang w:val="ru-RU"/>
        </w:rPr>
        <w:t xml:space="preserve"> да </w:t>
      </w:r>
      <w:proofErr w:type="spellStart"/>
      <w:r w:rsidRPr="00584A5A">
        <w:rPr>
          <w:b/>
          <w:bCs/>
          <w:lang w:val="ru-RU"/>
        </w:rPr>
        <w:t>шығындар</w:t>
      </w:r>
      <w:proofErr w:type="spellEnd"/>
      <w:r w:rsidRPr="00584A5A">
        <w:rPr>
          <w:b/>
          <w:bCs/>
          <w:lang w:val="ru-RU"/>
        </w:rPr>
        <w:t>.</w:t>
      </w:r>
    </w:p>
    <w:p w14:paraId="6BA95544" w14:textId="77777777" w:rsidR="00584A5A" w:rsidRPr="00772AEC" w:rsidRDefault="00584A5A" w:rsidP="00584A5A">
      <w:pPr>
        <w:rPr>
          <w:b/>
          <w:bCs/>
          <w:lang w:val="ru-RU"/>
        </w:rPr>
      </w:pPr>
    </w:p>
    <w:p w14:paraId="63EF43D3" w14:textId="77777777" w:rsidR="00584A5A" w:rsidRPr="00772AEC" w:rsidRDefault="00584A5A" w:rsidP="00D645EA">
      <w:pPr>
        <w:rPr>
          <w:b/>
          <w:bCs/>
          <w:lang w:val="ru-RU"/>
        </w:rPr>
      </w:pPr>
      <w:proofErr w:type="spellStart"/>
      <w:r w:rsidRPr="00584A5A">
        <w:rPr>
          <w:b/>
          <w:bCs/>
          <w:lang w:val="ru-RU"/>
        </w:rPr>
        <w:t>Жұмысты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орындауға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қажетті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барлық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материалдар</w:t>
      </w:r>
      <w:proofErr w:type="spellEnd"/>
      <w:r w:rsidRPr="00584A5A">
        <w:rPr>
          <w:b/>
          <w:bCs/>
          <w:lang w:val="ru-RU"/>
        </w:rPr>
        <w:t xml:space="preserve">, </w:t>
      </w:r>
      <w:proofErr w:type="spellStart"/>
      <w:r w:rsidRPr="00584A5A">
        <w:rPr>
          <w:b/>
          <w:bCs/>
          <w:lang w:val="ru-RU"/>
        </w:rPr>
        <w:t>жабдықтар</w:t>
      </w:r>
      <w:proofErr w:type="spellEnd"/>
      <w:r w:rsidRPr="00584A5A">
        <w:rPr>
          <w:b/>
          <w:bCs/>
          <w:lang w:val="ru-RU"/>
        </w:rPr>
        <w:t xml:space="preserve">, </w:t>
      </w:r>
      <w:proofErr w:type="spellStart"/>
      <w:r w:rsidRPr="00584A5A">
        <w:rPr>
          <w:b/>
          <w:bCs/>
          <w:lang w:val="ru-RU"/>
        </w:rPr>
        <w:t>құралдар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және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тұтыну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материалдары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жеткізушінің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есебінен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сатып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алынып</w:t>
      </w:r>
      <w:proofErr w:type="spellEnd"/>
      <w:r w:rsidRPr="00584A5A">
        <w:rPr>
          <w:b/>
          <w:bCs/>
          <w:lang w:val="ru-RU"/>
        </w:rPr>
        <w:t xml:space="preserve">, </w:t>
      </w:r>
      <w:proofErr w:type="spellStart"/>
      <w:r w:rsidRPr="00584A5A">
        <w:rPr>
          <w:b/>
          <w:bCs/>
          <w:lang w:val="ru-RU"/>
        </w:rPr>
        <w:t>жеткізіледі</w:t>
      </w:r>
      <w:proofErr w:type="spellEnd"/>
      <w:r w:rsidRPr="00584A5A">
        <w:rPr>
          <w:b/>
          <w:bCs/>
          <w:lang w:val="ru-RU"/>
        </w:rPr>
        <w:t xml:space="preserve">. </w:t>
      </w:r>
      <w:proofErr w:type="spellStart"/>
      <w:r w:rsidRPr="00584A5A">
        <w:rPr>
          <w:b/>
          <w:bCs/>
          <w:lang w:val="ru-RU"/>
        </w:rPr>
        <w:t>Жеткізуші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олардың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қолжетімділігі</w:t>
      </w:r>
      <w:proofErr w:type="spellEnd"/>
      <w:r w:rsidRPr="00584A5A">
        <w:rPr>
          <w:b/>
          <w:bCs/>
          <w:lang w:val="ru-RU"/>
        </w:rPr>
        <w:t xml:space="preserve"> мен </w:t>
      </w:r>
      <w:proofErr w:type="spellStart"/>
      <w:r w:rsidRPr="00584A5A">
        <w:rPr>
          <w:b/>
          <w:bCs/>
          <w:lang w:val="ru-RU"/>
        </w:rPr>
        <w:t>сапасына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толық</w:t>
      </w:r>
      <w:proofErr w:type="spellEnd"/>
      <w:r w:rsidRPr="00584A5A">
        <w:rPr>
          <w:b/>
          <w:bCs/>
          <w:lang w:val="ru-RU"/>
        </w:rPr>
        <w:t xml:space="preserve"> </w:t>
      </w:r>
      <w:proofErr w:type="spellStart"/>
      <w:r w:rsidRPr="00584A5A">
        <w:rPr>
          <w:b/>
          <w:bCs/>
          <w:lang w:val="ru-RU"/>
        </w:rPr>
        <w:t>жауапты</w:t>
      </w:r>
      <w:proofErr w:type="spellEnd"/>
      <w:r w:rsidRPr="00584A5A">
        <w:rPr>
          <w:b/>
          <w:bCs/>
          <w:lang w:val="ru-RU"/>
        </w:rPr>
        <w:t>.</w:t>
      </w:r>
    </w:p>
    <w:p w14:paraId="6D09DD6D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осы </w:t>
      </w:r>
      <w:proofErr w:type="spellStart"/>
      <w:r w:rsidRPr="00584A5A">
        <w:rPr>
          <w:lang w:val="ru-RU"/>
        </w:rPr>
        <w:t>техникалық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сипаттамада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ақаулы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әрекетте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көрсетілген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жұмыстарды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орындауға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міндетті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оның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ішінде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ақаулы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зақымдалған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құбырларды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крандарды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тығындарды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иілулерді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қосу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бөлшектерін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жүйенің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басқа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элементтерін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бөлшектеу</w:t>
      </w:r>
      <w:proofErr w:type="spellEnd"/>
      <w:r w:rsidRPr="00584A5A">
        <w:rPr>
          <w:lang w:val="ru-RU"/>
        </w:rPr>
        <w:t>.</w:t>
      </w:r>
    </w:p>
    <w:p w14:paraId="2E808E64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жұмыстың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толық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орындалуы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үшін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қажетті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қажетті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өнімдер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жабдықтар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компоненттер</w:t>
      </w:r>
      <w:proofErr w:type="spellEnd"/>
      <w:r w:rsidRPr="00584A5A">
        <w:rPr>
          <w:lang w:val="ru-RU"/>
        </w:rPr>
        <w:t xml:space="preserve"> мен </w:t>
      </w:r>
      <w:proofErr w:type="spellStart"/>
      <w:r w:rsidRPr="00584A5A">
        <w:rPr>
          <w:lang w:val="ru-RU"/>
        </w:rPr>
        <w:t>тұтыну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тәуелсіз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есебімен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қамтамасыз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етеді</w:t>
      </w:r>
      <w:proofErr w:type="spellEnd"/>
      <w:r w:rsidRPr="00584A5A">
        <w:rPr>
          <w:lang w:val="ru-RU"/>
        </w:rPr>
        <w:t>.</w:t>
      </w:r>
    </w:p>
    <w:p w14:paraId="14E36C78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Жеткізушінің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есебіне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тиісті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диаметрлі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құбырлар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шарлы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клапандар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тығындар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иілулер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фланецтер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қосу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бөлшектері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бекіткіштер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тығыздағыштар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электродтар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дәнекерлеу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материалдары</w:t>
      </w:r>
      <w:proofErr w:type="spellEnd"/>
      <w:r w:rsidRPr="00584A5A">
        <w:rPr>
          <w:lang w:val="ru-RU"/>
        </w:rPr>
        <w:t xml:space="preserve">, грунт, </w:t>
      </w:r>
      <w:proofErr w:type="spellStart"/>
      <w:r w:rsidRPr="00584A5A">
        <w:rPr>
          <w:lang w:val="ru-RU"/>
        </w:rPr>
        <w:t>бояу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басқа</w:t>
      </w:r>
      <w:proofErr w:type="spellEnd"/>
      <w:r w:rsidRPr="00584A5A">
        <w:rPr>
          <w:lang w:val="ru-RU"/>
        </w:rPr>
        <w:t xml:space="preserve"> да </w:t>
      </w:r>
      <w:proofErr w:type="spellStart"/>
      <w:r w:rsidRPr="00584A5A">
        <w:rPr>
          <w:lang w:val="ru-RU"/>
        </w:rPr>
        <w:t>шығындар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беріледі</w:t>
      </w:r>
      <w:proofErr w:type="spellEnd"/>
      <w:r w:rsidRPr="00584A5A">
        <w:rPr>
          <w:lang w:val="ru-RU"/>
        </w:rPr>
        <w:t>.</w:t>
      </w:r>
    </w:p>
    <w:p w14:paraId="73C4FEC6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Жүктеу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түсіру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жеткізу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көтеру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материалдар</w:t>
      </w:r>
      <w:proofErr w:type="spellEnd"/>
      <w:r w:rsidRPr="00584A5A">
        <w:rPr>
          <w:lang w:val="ru-RU"/>
        </w:rPr>
        <w:t xml:space="preserve"> мен </w:t>
      </w:r>
      <w:proofErr w:type="spellStart"/>
      <w:r w:rsidRPr="00584A5A">
        <w:rPr>
          <w:lang w:val="ru-RU"/>
        </w:rPr>
        <w:t>жабдықтарды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тасымалдау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шығындарды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мойнына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алады</w:t>
      </w:r>
      <w:proofErr w:type="spellEnd"/>
      <w:r w:rsidRPr="00584A5A">
        <w:rPr>
          <w:lang w:val="ru-RU"/>
        </w:rPr>
        <w:t>.</w:t>
      </w:r>
    </w:p>
    <w:p w14:paraId="676EE132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бөлшектеу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орнату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жұмыстарын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қаражатымен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есебімен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орындайды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оның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ішінде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қажетті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құралдар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жабдықтар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дәнекерлеу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жабдықтары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арматуралар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жеке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қорғаныс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құралдары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қолданылады</w:t>
      </w:r>
      <w:proofErr w:type="spellEnd"/>
      <w:r w:rsidRPr="00584A5A">
        <w:rPr>
          <w:lang w:val="ru-RU"/>
        </w:rPr>
        <w:t>.</w:t>
      </w:r>
    </w:p>
    <w:p w14:paraId="23C23154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ауыстырылған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элементтерді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тәуелсіз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орнатып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қосуға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дұрыс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орнатуға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қосылымдардың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қаттылығын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қамтамасыз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етуге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міндетті</w:t>
      </w:r>
      <w:proofErr w:type="spellEnd"/>
      <w:r w:rsidRPr="00584A5A">
        <w:rPr>
          <w:lang w:val="ru-RU"/>
        </w:rPr>
        <w:t>.</w:t>
      </w:r>
    </w:p>
    <w:p w14:paraId="6BEB2826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Жөндеуді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жоғары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сапалы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толық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аяқтау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үшін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қажет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қосымша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шығындар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компоненттер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немесе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басқа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элементтер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анықталған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жағдайда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оларды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сатып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алу</w:t>
      </w:r>
      <w:proofErr w:type="spellEnd"/>
      <w:r w:rsidRPr="00584A5A">
        <w:rPr>
          <w:lang w:val="ru-RU"/>
        </w:rPr>
        <w:t xml:space="preserve"> мен </w:t>
      </w:r>
      <w:proofErr w:type="spellStart"/>
      <w:r w:rsidRPr="00584A5A">
        <w:rPr>
          <w:lang w:val="ru-RU"/>
        </w:rPr>
        <w:t>пайдалану</w:t>
      </w:r>
      <w:proofErr w:type="spellEnd"/>
      <w:r w:rsidRPr="00584A5A">
        <w:rPr>
          <w:lang w:val="ru-RU"/>
        </w:rPr>
        <w:t xml:space="preserve"> да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тарапынан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өз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есебінен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жүзеге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асырылады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егер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мұндай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жұмыстар</w:t>
      </w:r>
      <w:proofErr w:type="spellEnd"/>
      <w:r w:rsidRPr="00584A5A">
        <w:rPr>
          <w:lang w:val="ru-RU"/>
        </w:rPr>
        <w:t xml:space="preserve"> мен </w:t>
      </w:r>
      <w:proofErr w:type="spellStart"/>
      <w:r w:rsidRPr="00584A5A">
        <w:rPr>
          <w:lang w:val="ru-RU"/>
        </w:rPr>
        <w:t>материалдар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жөндеу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нысанына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қатысты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болса</w:t>
      </w:r>
      <w:proofErr w:type="spellEnd"/>
      <w:r w:rsidRPr="00584A5A">
        <w:rPr>
          <w:lang w:val="ru-RU"/>
        </w:rPr>
        <w:t>.</w:t>
      </w:r>
    </w:p>
    <w:p w14:paraId="37702255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аяқталғаннан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кейін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жүйені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сынауға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анықталған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кемшіліктерді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жоюға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алаңын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бастапқы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күйіне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қалпына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келтіруге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міндетті</w:t>
      </w:r>
      <w:proofErr w:type="spellEnd"/>
      <w:r w:rsidRPr="00584A5A">
        <w:rPr>
          <w:lang w:val="ru-RU"/>
        </w:rPr>
        <w:t>.</w:t>
      </w:r>
    </w:p>
    <w:p w14:paraId="63E1D957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Жеткізуші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барысында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пайда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болған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бөлшектелген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материалдарды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құрылыс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жөндеу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қалдықтарын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дербес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жинап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жүктеп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алып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тастайды</w:t>
      </w:r>
      <w:proofErr w:type="spellEnd"/>
      <w:r w:rsidRPr="00584A5A">
        <w:rPr>
          <w:lang w:val="ru-RU"/>
        </w:rPr>
        <w:t>.</w:t>
      </w:r>
    </w:p>
    <w:p w14:paraId="6A5BBCDD" w14:textId="77777777" w:rsidR="00584A5A" w:rsidRPr="00830095" w:rsidRDefault="00584A5A" w:rsidP="00D645EA">
      <w:pPr>
        <w:ind w:left="283" w:hanging="283"/>
        <w:rPr>
          <w:lang w:val="ru-RU"/>
        </w:rPr>
      </w:pPr>
      <w:r w:rsidRPr="00584A5A">
        <w:rPr>
          <w:lang w:val="ru-RU"/>
        </w:rPr>
        <w:t xml:space="preserve">• </w:t>
      </w:r>
      <w:proofErr w:type="spellStart"/>
      <w:r w:rsidRPr="00584A5A">
        <w:rPr>
          <w:lang w:val="ru-RU"/>
        </w:rPr>
        <w:t>Барлық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компоненттер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тұтыну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материалдары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бөлшектеу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орнату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жұмыстары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жеткізу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тиеу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түсіру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тестілеу</w:t>
      </w:r>
      <w:proofErr w:type="spellEnd"/>
      <w:r w:rsidRPr="00584A5A">
        <w:rPr>
          <w:lang w:val="ru-RU"/>
        </w:rPr>
        <w:t xml:space="preserve">, </w:t>
      </w:r>
      <w:proofErr w:type="spellStart"/>
      <w:r w:rsidRPr="00584A5A">
        <w:rPr>
          <w:lang w:val="ru-RU"/>
        </w:rPr>
        <w:t>тазалау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және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қоқысты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жою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құны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жеткізушінің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жалпы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құнына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енгізілуі</w:t>
      </w:r>
      <w:proofErr w:type="spellEnd"/>
      <w:r w:rsidRPr="00584A5A">
        <w:rPr>
          <w:lang w:val="ru-RU"/>
        </w:rPr>
        <w:t xml:space="preserve"> </w:t>
      </w:r>
      <w:proofErr w:type="spellStart"/>
      <w:r w:rsidRPr="00584A5A">
        <w:rPr>
          <w:lang w:val="ru-RU"/>
        </w:rPr>
        <w:t>тиіс</w:t>
      </w:r>
      <w:proofErr w:type="spellEnd"/>
      <w:r w:rsidRPr="00584A5A">
        <w:rPr>
          <w:lang w:val="ru-RU"/>
        </w:rPr>
        <w:t>.</w:t>
      </w:r>
    </w:p>
    <w:p w14:paraId="10705F15" w14:textId="77777777" w:rsidR="00584A5A" w:rsidRPr="00830095" w:rsidRDefault="00584A5A">
      <w:pPr>
        <w:ind w:left="283" w:hanging="283"/>
        <w:rPr>
          <w:lang w:val="ru-RU"/>
        </w:rPr>
      </w:pPr>
    </w:p>
    <w:sectPr w:rsidR="00584A5A" w:rsidRPr="00830095" w:rsidSect="00034616">
      <w:pgSz w:w="12240" w:h="15840"/>
      <w:pgMar w:top="1020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877733">
    <w:abstractNumId w:val="8"/>
  </w:num>
  <w:num w:numId="2" w16cid:durableId="26031775">
    <w:abstractNumId w:val="6"/>
  </w:num>
  <w:num w:numId="3" w16cid:durableId="430659708">
    <w:abstractNumId w:val="5"/>
  </w:num>
  <w:num w:numId="4" w16cid:durableId="2056924685">
    <w:abstractNumId w:val="4"/>
  </w:num>
  <w:num w:numId="5" w16cid:durableId="1986928721">
    <w:abstractNumId w:val="7"/>
  </w:num>
  <w:num w:numId="6" w16cid:durableId="1218275244">
    <w:abstractNumId w:val="3"/>
  </w:num>
  <w:num w:numId="7" w16cid:durableId="1967618525">
    <w:abstractNumId w:val="2"/>
  </w:num>
  <w:num w:numId="8" w16cid:durableId="726807354">
    <w:abstractNumId w:val="1"/>
  </w:num>
  <w:num w:numId="9" w16cid:durableId="1872842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002B"/>
    <w:rsid w:val="0029639D"/>
    <w:rsid w:val="002F338D"/>
    <w:rsid w:val="00326F90"/>
    <w:rsid w:val="00584A5A"/>
    <w:rsid w:val="007129D9"/>
    <w:rsid w:val="00772AEC"/>
    <w:rsid w:val="00830095"/>
    <w:rsid w:val="00876857"/>
    <w:rsid w:val="00884E7C"/>
    <w:rsid w:val="00AA1D8D"/>
    <w:rsid w:val="00B47730"/>
    <w:rsid w:val="00BE3306"/>
    <w:rsid w:val="00CB0664"/>
    <w:rsid w:val="00E31CB8"/>
    <w:rsid w:val="00E6486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D4032"/>
  <w14:defaultImageDpi w14:val="300"/>
  <w15:docId w15:val="{DA6CC565-B89B-4879-BDBA-05C476EB7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2232</Words>
  <Characters>12727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14930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7</cp:revision>
  <dcterms:created xsi:type="dcterms:W3CDTF">2013-12-23T23:15:00Z</dcterms:created>
  <dcterms:modified xsi:type="dcterms:W3CDTF">2026-10-12T07:25:00Z</dcterms:modified>
  <cp:category/>
</cp:coreProperties>
</file>