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BD5" w:rsidRPr="00AD0BD5" w:rsidRDefault="00AD0BD5" w:rsidP="00AD0BD5">
      <w:pPr>
        <w:pStyle w:val="1"/>
        <w:spacing w:before="0"/>
        <w:jc w:val="right"/>
        <w:rPr>
          <w:rFonts w:ascii="Times New Roman" w:hAnsi="Times New Roman" w:cs="Times New Roman"/>
          <w:i/>
          <w:color w:val="auto"/>
          <w:sz w:val="24"/>
          <w:lang w:val="ru-RU"/>
        </w:rPr>
      </w:pPr>
      <w:r w:rsidRPr="00AD0BD5">
        <w:rPr>
          <w:rFonts w:ascii="Times New Roman" w:hAnsi="Times New Roman" w:cs="Times New Roman"/>
          <w:i/>
          <w:color w:val="auto"/>
          <w:sz w:val="24"/>
          <w:lang w:val="ru-RU"/>
        </w:rPr>
        <w:t xml:space="preserve">Приложение </w:t>
      </w:r>
      <w:r w:rsidR="00E805B2">
        <w:rPr>
          <w:rFonts w:ascii="Times New Roman" w:hAnsi="Times New Roman" w:cs="Times New Roman"/>
          <w:i/>
          <w:color w:val="auto"/>
          <w:sz w:val="24"/>
          <w:lang w:val="ru-RU"/>
        </w:rPr>
        <w:t>№</w:t>
      </w:r>
      <w:r w:rsidRPr="00AD0BD5">
        <w:rPr>
          <w:rFonts w:ascii="Times New Roman" w:hAnsi="Times New Roman" w:cs="Times New Roman"/>
          <w:i/>
          <w:color w:val="auto"/>
          <w:sz w:val="24"/>
          <w:lang w:val="ru-RU"/>
        </w:rPr>
        <w:t>2</w:t>
      </w:r>
    </w:p>
    <w:p w:rsidR="002F3939" w:rsidRDefault="002F3939" w:rsidP="00076197">
      <w:pPr>
        <w:pStyle w:val="1"/>
        <w:spacing w:before="0"/>
        <w:rPr>
          <w:rFonts w:ascii="Times New Roman" w:hAnsi="Times New Roman" w:cs="Times New Roman"/>
          <w:b w:val="0"/>
          <w:color w:val="auto"/>
          <w:lang w:val="ru-RU"/>
        </w:rPr>
      </w:pPr>
    </w:p>
    <w:p w:rsidR="004B2CD9" w:rsidRPr="00CE3430" w:rsidRDefault="002F3939" w:rsidP="004B2CD9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  <w:lang w:val="ru-RU"/>
        </w:rPr>
      </w:pPr>
      <w:r w:rsidRPr="00CE3430">
        <w:rPr>
          <w:rFonts w:ascii="Times New Roman" w:hAnsi="Times New Roman" w:cs="Times New Roman"/>
          <w:color w:val="auto"/>
          <w:lang w:val="ru-RU"/>
        </w:rPr>
        <w:t>Техническая спецификация</w:t>
      </w:r>
    </w:p>
    <w:p w:rsidR="00230ABE" w:rsidRDefault="004B2CD9" w:rsidP="00230A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4B2CD9">
        <w:rPr>
          <w:rFonts w:ascii="Times New Roman" w:hAnsi="Times New Roman" w:cs="Times New Roman"/>
          <w:b/>
          <w:sz w:val="28"/>
          <w:lang w:val="ru-RU"/>
        </w:rPr>
        <w:t>Работа по изготовлению</w:t>
      </w:r>
      <w:r w:rsidR="00C30547">
        <w:rPr>
          <w:rFonts w:ascii="Times New Roman" w:hAnsi="Times New Roman" w:cs="Times New Roman"/>
          <w:b/>
          <w:sz w:val="28"/>
          <w:lang w:val="ru-RU"/>
        </w:rPr>
        <w:t xml:space="preserve"> 1</w:t>
      </w:r>
      <w:r w:rsidR="00D1056A" w:rsidRPr="005403B5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="00C30547">
        <w:rPr>
          <w:rFonts w:ascii="Times New Roman" w:hAnsi="Times New Roman" w:cs="Times New Roman"/>
          <w:b/>
          <w:sz w:val="28"/>
          <w:lang w:val="ru-RU"/>
        </w:rPr>
        <w:t>дивана</w:t>
      </w:r>
      <w:r w:rsidR="00DC0FA7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="00230ABE" w:rsidRPr="004B2CD9">
        <w:rPr>
          <w:rFonts w:ascii="Times New Roman" w:hAnsi="Times New Roman" w:cs="Times New Roman"/>
          <w:b/>
          <w:sz w:val="28"/>
          <w:lang w:val="ru-RU"/>
        </w:rPr>
        <w:t xml:space="preserve">офисного типа </w:t>
      </w:r>
    </w:p>
    <w:p w:rsidR="00D1056A" w:rsidRPr="004B2CD9" w:rsidRDefault="00D1056A" w:rsidP="00230A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694EAF" w:rsidRPr="00694EAF" w:rsidRDefault="00694EAF" w:rsidP="00694EAF">
      <w:pPr>
        <w:pStyle w:val="21"/>
        <w:spacing w:before="0"/>
        <w:jc w:val="center"/>
        <w:rPr>
          <w:rFonts w:ascii="Times New Roman" w:hAnsi="Times New Roman" w:cs="Times New Roman"/>
          <w:color w:val="auto"/>
          <w:lang w:val="ru-RU"/>
        </w:rPr>
      </w:pPr>
      <w:r w:rsidRPr="00694EAF">
        <w:rPr>
          <w:rFonts w:ascii="Times New Roman" w:hAnsi="Times New Roman" w:cs="Times New Roman"/>
          <w:color w:val="auto"/>
          <w:lang w:val="ru-RU"/>
        </w:rPr>
        <w:t>В стоимость работы включены все затраты, связанные с изготовлением мебели в том числе стоимость материалов, доставка, сборка, транспортные услуги</w:t>
      </w:r>
      <w:r w:rsidR="008F2E75">
        <w:rPr>
          <w:rFonts w:ascii="Times New Roman" w:hAnsi="Times New Roman" w:cs="Times New Roman"/>
          <w:color w:val="auto"/>
          <w:lang w:val="ru-RU"/>
        </w:rPr>
        <w:t>.</w:t>
      </w:r>
    </w:p>
    <w:p w:rsidR="00694EAF" w:rsidRDefault="00694EAF" w:rsidP="00076197">
      <w:pPr>
        <w:pStyle w:val="21"/>
        <w:spacing w:before="0"/>
        <w:rPr>
          <w:rFonts w:ascii="Times New Roman" w:hAnsi="Times New Roman" w:cs="Times New Roman"/>
          <w:color w:val="FF0000"/>
          <w:lang w:val="ru-RU"/>
        </w:rPr>
      </w:pPr>
    </w:p>
    <w:p w:rsidR="00694EAF" w:rsidRPr="00DB4CB9" w:rsidRDefault="005403B5" w:rsidP="00DB4CB9">
      <w:pPr>
        <w:pStyle w:val="21"/>
        <w:spacing w:before="0" w:line="240" w:lineRule="auto"/>
        <w:ind w:firstLine="720"/>
        <w:jc w:val="both"/>
        <w:rPr>
          <w:rFonts w:ascii="Times New Roman" w:hAnsi="Times New Roman" w:cs="Times New Roman"/>
          <w:b w:val="0"/>
          <w:color w:val="auto"/>
          <w:lang w:val="ru-RU"/>
        </w:rPr>
      </w:pPr>
      <w:r>
        <w:rPr>
          <w:rFonts w:ascii="Times New Roman" w:hAnsi="Times New Roman" w:cs="Times New Roman"/>
          <w:b w:val="0"/>
          <w:color w:val="auto"/>
          <w:lang w:val="ru-RU"/>
        </w:rPr>
        <w:t>Внешнее исполнение</w:t>
      </w:r>
      <w:r w:rsidR="00DB4CB9">
        <w:rPr>
          <w:rFonts w:ascii="Times New Roman" w:hAnsi="Times New Roman" w:cs="Times New Roman"/>
          <w:b w:val="0"/>
          <w:color w:val="auto"/>
          <w:lang w:val="ru-RU"/>
        </w:rPr>
        <w:t xml:space="preserve"> должно быть в классическом офисном</w:t>
      </w:r>
      <w:r w:rsidR="00DB4CB9" w:rsidRPr="00DB4CB9">
        <w:rPr>
          <w:rFonts w:ascii="Times New Roman" w:hAnsi="Times New Roman" w:cs="Times New Roman"/>
          <w:b w:val="0"/>
          <w:color w:val="auto"/>
          <w:lang w:val="ru-RU"/>
        </w:rPr>
        <w:t xml:space="preserve"> дизайн</w:t>
      </w:r>
      <w:r w:rsidR="00DB4CB9">
        <w:rPr>
          <w:rFonts w:ascii="Times New Roman" w:hAnsi="Times New Roman" w:cs="Times New Roman"/>
          <w:b w:val="0"/>
          <w:color w:val="auto"/>
          <w:lang w:val="ru-RU"/>
        </w:rPr>
        <w:t>е</w:t>
      </w:r>
      <w:r w:rsidR="00DB4CB9" w:rsidRPr="00DB4CB9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r w:rsidR="00DB4CB9">
        <w:rPr>
          <w:rFonts w:ascii="Times New Roman" w:hAnsi="Times New Roman" w:cs="Times New Roman"/>
          <w:b w:val="0"/>
          <w:color w:val="auto"/>
          <w:lang w:val="ru-RU"/>
        </w:rPr>
        <w:t xml:space="preserve">(строгое, деловое), соответствующее административному помещению. </w:t>
      </w:r>
      <w:r w:rsidR="00DB4CB9" w:rsidRPr="00DB4CB9">
        <w:rPr>
          <w:rFonts w:ascii="Times New Roman" w:hAnsi="Times New Roman" w:cs="Times New Roman"/>
          <w:b w:val="0"/>
          <w:color w:val="auto"/>
          <w:lang w:val="ru-RU"/>
        </w:rPr>
        <w:t>Не допускается наличие декоративных элементов, характерных для домашней мебели (выраженная каретная стяжка, декоративные подушки</w:t>
      </w:r>
      <w:r w:rsidR="00DB4CB9">
        <w:rPr>
          <w:rFonts w:ascii="Times New Roman" w:hAnsi="Times New Roman" w:cs="Times New Roman"/>
          <w:b w:val="0"/>
          <w:color w:val="auto"/>
          <w:lang w:val="ru-RU"/>
        </w:rPr>
        <w:t xml:space="preserve">). </w:t>
      </w:r>
      <w:r w:rsidR="00DB4CB9" w:rsidRPr="00DB4CB9">
        <w:rPr>
          <w:rFonts w:ascii="Times New Roman" w:hAnsi="Times New Roman" w:cs="Times New Roman"/>
          <w:b w:val="0"/>
          <w:color w:val="auto"/>
          <w:lang w:val="ru-RU"/>
        </w:rPr>
        <w:t xml:space="preserve">Конструкция и внешний вид должны обеспечивать </w:t>
      </w:r>
      <w:r w:rsidR="00DB4CB9">
        <w:rPr>
          <w:rFonts w:ascii="Times New Roman" w:hAnsi="Times New Roman" w:cs="Times New Roman"/>
          <w:b w:val="0"/>
          <w:color w:val="auto"/>
          <w:lang w:val="ru-RU"/>
        </w:rPr>
        <w:t xml:space="preserve">офисный </w:t>
      </w:r>
      <w:r w:rsidR="00DB4CB9" w:rsidRPr="00DB4CB9">
        <w:rPr>
          <w:rFonts w:ascii="Times New Roman" w:hAnsi="Times New Roman" w:cs="Times New Roman"/>
          <w:b w:val="0"/>
          <w:color w:val="auto"/>
          <w:lang w:val="ru-RU"/>
        </w:rPr>
        <w:t>деловой</w:t>
      </w:r>
      <w:r w:rsidR="00DB4CB9">
        <w:rPr>
          <w:rFonts w:ascii="Times New Roman" w:hAnsi="Times New Roman" w:cs="Times New Roman"/>
          <w:b w:val="0"/>
          <w:color w:val="auto"/>
          <w:lang w:val="ru-RU"/>
        </w:rPr>
        <w:t xml:space="preserve"> стиль.</w:t>
      </w:r>
    </w:p>
    <w:p w:rsidR="00694EAF" w:rsidRDefault="00694EAF" w:rsidP="00076197">
      <w:pPr>
        <w:pStyle w:val="21"/>
        <w:spacing w:before="0"/>
        <w:rPr>
          <w:rFonts w:ascii="Times New Roman" w:hAnsi="Times New Roman" w:cs="Times New Roman"/>
          <w:color w:val="FF0000"/>
          <w:lang w:val="ru-RU"/>
        </w:rPr>
      </w:pPr>
    </w:p>
    <w:p w:rsidR="003E4BD4" w:rsidRPr="00096E85" w:rsidRDefault="00512518" w:rsidP="00076197">
      <w:pPr>
        <w:pStyle w:val="21"/>
        <w:spacing w:before="0"/>
        <w:rPr>
          <w:rFonts w:ascii="Times New Roman" w:hAnsi="Times New Roman" w:cs="Times New Roman"/>
          <w:color w:val="auto"/>
          <w:lang w:val="ru-RU"/>
        </w:rPr>
      </w:pPr>
      <w:r w:rsidRPr="00096E85">
        <w:rPr>
          <w:rFonts w:ascii="Times New Roman" w:hAnsi="Times New Roman" w:cs="Times New Roman"/>
          <w:color w:val="auto"/>
          <w:lang w:val="ru-RU"/>
        </w:rPr>
        <w:t>Технические характеристики дивана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D032D3" w:rsidRPr="00076197" w:rsidTr="00D032D3">
        <w:tc>
          <w:tcPr>
            <w:tcW w:w="4315" w:type="dxa"/>
          </w:tcPr>
          <w:p w:rsidR="00D032D3" w:rsidRPr="00D032D3" w:rsidRDefault="00D032D3" w:rsidP="00076197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Назначение</w:t>
            </w:r>
          </w:p>
        </w:tc>
        <w:tc>
          <w:tcPr>
            <w:tcW w:w="4315" w:type="dxa"/>
          </w:tcPr>
          <w:p w:rsidR="00D032D3" w:rsidRPr="00D032D3" w:rsidRDefault="00D032D3" w:rsidP="00076197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Офисный</w:t>
            </w:r>
          </w:p>
        </w:tc>
      </w:tr>
      <w:tr w:rsidR="00076197" w:rsidRPr="00076197" w:rsidTr="00D032D3">
        <w:tc>
          <w:tcPr>
            <w:tcW w:w="4315" w:type="dxa"/>
          </w:tcPr>
          <w:p w:rsidR="003E4BD4" w:rsidRPr="00076197" w:rsidRDefault="00512518" w:rsidP="00076197">
            <w:pPr>
              <w:rPr>
                <w:rFonts w:ascii="Times New Roman" w:hAnsi="Times New Roman" w:cs="Times New Roman"/>
              </w:rPr>
            </w:pPr>
            <w:proofErr w:type="spellStart"/>
            <w:r w:rsidRPr="00076197">
              <w:rPr>
                <w:rFonts w:ascii="Times New Roman" w:hAnsi="Times New Roman" w:cs="Times New Roman"/>
              </w:rPr>
              <w:t>Тип</w:t>
            </w:r>
            <w:proofErr w:type="spellEnd"/>
          </w:p>
        </w:tc>
        <w:tc>
          <w:tcPr>
            <w:tcW w:w="4315" w:type="dxa"/>
          </w:tcPr>
          <w:p w:rsidR="003E4BD4" w:rsidRPr="00D032D3" w:rsidRDefault="00D766BB" w:rsidP="0007619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Диван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двухместный</w:t>
            </w:r>
            <w:proofErr w:type="spellEnd"/>
            <w:r w:rsidR="00D032D3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076197" w:rsidRPr="00076197" w:rsidTr="00D032D3">
        <w:tc>
          <w:tcPr>
            <w:tcW w:w="4315" w:type="dxa"/>
          </w:tcPr>
          <w:p w:rsidR="003E4BD4" w:rsidRPr="00EF5418" w:rsidRDefault="00512518" w:rsidP="0007619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76197">
              <w:rPr>
                <w:rFonts w:ascii="Times New Roman" w:hAnsi="Times New Roman" w:cs="Times New Roman"/>
              </w:rPr>
              <w:t>Длина</w:t>
            </w:r>
            <w:proofErr w:type="spellEnd"/>
            <w:r w:rsidR="00EF5418">
              <w:rPr>
                <w:rFonts w:ascii="Times New Roman" w:hAnsi="Times New Roman" w:cs="Times New Roman"/>
                <w:lang w:val="ru-RU"/>
              </w:rPr>
              <w:t xml:space="preserve"> в мм.</w:t>
            </w:r>
          </w:p>
        </w:tc>
        <w:tc>
          <w:tcPr>
            <w:tcW w:w="4315" w:type="dxa"/>
          </w:tcPr>
          <w:p w:rsidR="003E4BD4" w:rsidRPr="00395BB4" w:rsidRDefault="00FD1337" w:rsidP="00076197">
            <w:pPr>
              <w:rPr>
                <w:rFonts w:ascii="Times New Roman" w:hAnsi="Times New Roman" w:cs="Times New Roman"/>
              </w:rPr>
            </w:pPr>
            <w:r w:rsidRPr="00395BB4">
              <w:rPr>
                <w:rFonts w:ascii="Times New Roman" w:hAnsi="Times New Roman" w:cs="Times New Roman"/>
              </w:rPr>
              <w:t>18</w:t>
            </w:r>
            <w:r w:rsidR="00061DB4" w:rsidRPr="00395BB4">
              <w:rPr>
                <w:rFonts w:ascii="Times New Roman" w:hAnsi="Times New Roman" w:cs="Times New Roman"/>
              </w:rPr>
              <w:t xml:space="preserve">00 - </w:t>
            </w:r>
            <w:r w:rsidR="00512518" w:rsidRPr="00395BB4">
              <w:rPr>
                <w:rFonts w:ascii="Times New Roman" w:hAnsi="Times New Roman" w:cs="Times New Roman"/>
              </w:rPr>
              <w:t xml:space="preserve">2000 </w:t>
            </w:r>
            <w:proofErr w:type="spellStart"/>
            <w:r w:rsidR="00512518" w:rsidRPr="00395BB4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</w:tr>
      <w:tr w:rsidR="00076197" w:rsidRPr="00076197" w:rsidTr="00D032D3">
        <w:tc>
          <w:tcPr>
            <w:tcW w:w="4315" w:type="dxa"/>
          </w:tcPr>
          <w:p w:rsidR="003E4BD4" w:rsidRPr="00EF5418" w:rsidRDefault="00512518" w:rsidP="0007619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76197">
              <w:rPr>
                <w:rFonts w:ascii="Times New Roman" w:hAnsi="Times New Roman" w:cs="Times New Roman"/>
              </w:rPr>
              <w:t>Глубина</w:t>
            </w:r>
            <w:proofErr w:type="spellEnd"/>
            <w:r w:rsidR="00EF5418">
              <w:rPr>
                <w:rFonts w:ascii="Times New Roman" w:hAnsi="Times New Roman" w:cs="Times New Roman"/>
                <w:lang w:val="ru-RU"/>
              </w:rPr>
              <w:t xml:space="preserve"> в мм.</w:t>
            </w:r>
          </w:p>
        </w:tc>
        <w:tc>
          <w:tcPr>
            <w:tcW w:w="4315" w:type="dxa"/>
          </w:tcPr>
          <w:p w:rsidR="003E4BD4" w:rsidRPr="00395BB4" w:rsidRDefault="00F02F6D" w:rsidP="00076197">
            <w:pPr>
              <w:rPr>
                <w:rFonts w:ascii="Times New Roman" w:hAnsi="Times New Roman" w:cs="Times New Roman"/>
              </w:rPr>
            </w:pPr>
            <w:r w:rsidRPr="00395BB4">
              <w:rPr>
                <w:rFonts w:ascii="Times New Roman" w:hAnsi="Times New Roman" w:cs="Times New Roman"/>
                <w:lang w:val="ru-RU"/>
              </w:rPr>
              <w:t>800-</w:t>
            </w:r>
            <w:r w:rsidR="00512518" w:rsidRPr="00395BB4">
              <w:rPr>
                <w:rFonts w:ascii="Times New Roman" w:hAnsi="Times New Roman" w:cs="Times New Roman"/>
              </w:rPr>
              <w:t xml:space="preserve">850 </w:t>
            </w:r>
            <w:proofErr w:type="spellStart"/>
            <w:r w:rsidR="00512518" w:rsidRPr="00395BB4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</w:tr>
      <w:tr w:rsidR="00076197" w:rsidRPr="00076197" w:rsidTr="00D032D3">
        <w:tc>
          <w:tcPr>
            <w:tcW w:w="4315" w:type="dxa"/>
          </w:tcPr>
          <w:p w:rsidR="003E4BD4" w:rsidRPr="00EF5418" w:rsidRDefault="00512518" w:rsidP="0007619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76197">
              <w:rPr>
                <w:rFonts w:ascii="Times New Roman" w:hAnsi="Times New Roman" w:cs="Times New Roman"/>
              </w:rPr>
              <w:t>Высота</w:t>
            </w:r>
            <w:proofErr w:type="spellEnd"/>
            <w:r w:rsidR="00EF5418">
              <w:rPr>
                <w:rFonts w:ascii="Times New Roman" w:hAnsi="Times New Roman" w:cs="Times New Roman"/>
                <w:lang w:val="ru-RU"/>
              </w:rPr>
              <w:t xml:space="preserve"> в мм.</w:t>
            </w:r>
          </w:p>
        </w:tc>
        <w:tc>
          <w:tcPr>
            <w:tcW w:w="4315" w:type="dxa"/>
          </w:tcPr>
          <w:p w:rsidR="003E4BD4" w:rsidRPr="00395BB4" w:rsidRDefault="00740F15" w:rsidP="00076197">
            <w:pPr>
              <w:rPr>
                <w:rFonts w:ascii="Times New Roman" w:hAnsi="Times New Roman" w:cs="Times New Roman"/>
              </w:rPr>
            </w:pPr>
            <w:r w:rsidRPr="00395BB4">
              <w:rPr>
                <w:rFonts w:ascii="Times New Roman" w:hAnsi="Times New Roman" w:cs="Times New Roman"/>
                <w:lang w:val="ru-RU"/>
              </w:rPr>
              <w:t>7</w:t>
            </w:r>
            <w:r w:rsidR="00EF5418" w:rsidRPr="00395BB4">
              <w:rPr>
                <w:rFonts w:ascii="Times New Roman" w:hAnsi="Times New Roman" w:cs="Times New Roman"/>
                <w:lang w:val="ru-RU"/>
              </w:rPr>
              <w:t xml:space="preserve">00 - </w:t>
            </w:r>
            <w:r w:rsidRPr="00395BB4">
              <w:rPr>
                <w:rFonts w:ascii="Times New Roman" w:hAnsi="Times New Roman" w:cs="Times New Roman"/>
              </w:rPr>
              <w:t>800</w:t>
            </w:r>
            <w:r w:rsidR="00512518" w:rsidRPr="00395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12518" w:rsidRPr="00395BB4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</w:tr>
      <w:tr w:rsidR="00076197" w:rsidRPr="00D032D3" w:rsidTr="00D032D3">
        <w:tc>
          <w:tcPr>
            <w:tcW w:w="4315" w:type="dxa"/>
          </w:tcPr>
          <w:p w:rsidR="003E4BD4" w:rsidRPr="00076197" w:rsidRDefault="00512518" w:rsidP="00076197">
            <w:pPr>
              <w:rPr>
                <w:rFonts w:ascii="Times New Roman" w:hAnsi="Times New Roman" w:cs="Times New Roman"/>
              </w:rPr>
            </w:pPr>
            <w:proofErr w:type="spellStart"/>
            <w:r w:rsidRPr="00076197">
              <w:rPr>
                <w:rFonts w:ascii="Times New Roman" w:hAnsi="Times New Roman" w:cs="Times New Roman"/>
              </w:rPr>
              <w:t>Каркас</w:t>
            </w:r>
            <w:proofErr w:type="spellEnd"/>
          </w:p>
        </w:tc>
        <w:tc>
          <w:tcPr>
            <w:tcW w:w="4315" w:type="dxa"/>
          </w:tcPr>
          <w:p w:rsidR="003E4BD4" w:rsidRPr="00395BB4" w:rsidRDefault="0023742E" w:rsidP="0044073A">
            <w:pPr>
              <w:rPr>
                <w:rFonts w:ascii="Times New Roman" w:hAnsi="Times New Roman" w:cs="Times New Roman"/>
                <w:lang w:val="ru-RU"/>
              </w:rPr>
            </w:pPr>
            <w:r w:rsidRPr="00395BB4">
              <w:rPr>
                <w:rFonts w:ascii="Times New Roman" w:hAnsi="Times New Roman" w:cs="Times New Roman"/>
                <w:lang w:val="ru-RU"/>
              </w:rPr>
              <w:t xml:space="preserve">Брус, </w:t>
            </w:r>
            <w:r w:rsidR="0031119E" w:rsidRPr="00395BB4">
              <w:rPr>
                <w:rFonts w:ascii="Times New Roman" w:hAnsi="Times New Roman" w:cs="Times New Roman"/>
                <w:lang w:val="ru-RU"/>
              </w:rPr>
              <w:t>ЛДСП/</w:t>
            </w:r>
            <w:r w:rsidR="008A4E0D" w:rsidRPr="00395BB4">
              <w:rPr>
                <w:rFonts w:ascii="Times New Roman" w:hAnsi="Times New Roman" w:cs="Times New Roman"/>
                <w:lang w:val="ru-RU"/>
              </w:rPr>
              <w:t xml:space="preserve">ДСП. </w:t>
            </w:r>
          </w:p>
        </w:tc>
      </w:tr>
      <w:tr w:rsidR="00076197" w:rsidRPr="008A4E0D" w:rsidTr="00D032D3">
        <w:tc>
          <w:tcPr>
            <w:tcW w:w="4315" w:type="dxa"/>
          </w:tcPr>
          <w:p w:rsidR="003E4BD4" w:rsidRPr="008A4E0D" w:rsidRDefault="005B1FCC" w:rsidP="005B1FCC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Материал обивки</w:t>
            </w:r>
          </w:p>
        </w:tc>
        <w:tc>
          <w:tcPr>
            <w:tcW w:w="4315" w:type="dxa"/>
          </w:tcPr>
          <w:p w:rsidR="003E4BD4" w:rsidRPr="008A4E0D" w:rsidRDefault="00512518" w:rsidP="00E66E92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A4E0D">
              <w:rPr>
                <w:rFonts w:ascii="Times New Roman" w:hAnsi="Times New Roman" w:cs="Times New Roman"/>
                <w:lang w:val="ru-RU"/>
              </w:rPr>
              <w:t>Экокожа</w:t>
            </w:r>
            <w:proofErr w:type="spellEnd"/>
            <w:r w:rsidRPr="008A4E0D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076197" w:rsidRPr="00D032D3" w:rsidTr="00D032D3">
        <w:tc>
          <w:tcPr>
            <w:tcW w:w="4315" w:type="dxa"/>
          </w:tcPr>
          <w:p w:rsidR="003E4BD4" w:rsidRPr="008A4E0D" w:rsidRDefault="00512518" w:rsidP="00076197">
            <w:pPr>
              <w:rPr>
                <w:rFonts w:ascii="Times New Roman" w:hAnsi="Times New Roman" w:cs="Times New Roman"/>
                <w:lang w:val="ru-RU"/>
              </w:rPr>
            </w:pPr>
            <w:r w:rsidRPr="008A4E0D">
              <w:rPr>
                <w:rFonts w:ascii="Times New Roman" w:hAnsi="Times New Roman" w:cs="Times New Roman"/>
                <w:lang w:val="ru-RU"/>
              </w:rPr>
              <w:t>Цвет</w:t>
            </w:r>
          </w:p>
        </w:tc>
        <w:tc>
          <w:tcPr>
            <w:tcW w:w="4315" w:type="dxa"/>
          </w:tcPr>
          <w:p w:rsidR="003E4BD4" w:rsidRPr="008F78CD" w:rsidRDefault="008F78CD" w:rsidP="00E66E92">
            <w:pPr>
              <w:rPr>
                <w:rFonts w:ascii="Times New Roman" w:hAnsi="Times New Roman" w:cs="Times New Roman"/>
                <w:lang w:val="ru-RU"/>
              </w:rPr>
            </w:pPr>
            <w:r w:rsidRPr="008F78CD">
              <w:rPr>
                <w:rFonts w:ascii="Times New Roman" w:hAnsi="Times New Roman" w:cs="Times New Roman"/>
                <w:lang w:val="ru-RU"/>
              </w:rPr>
              <w:t>Черный</w:t>
            </w:r>
          </w:p>
        </w:tc>
      </w:tr>
      <w:tr w:rsidR="00076197" w:rsidRPr="00076197" w:rsidTr="00D032D3">
        <w:tc>
          <w:tcPr>
            <w:tcW w:w="4315" w:type="dxa"/>
          </w:tcPr>
          <w:p w:rsidR="003E4BD4" w:rsidRPr="008A4E0D" w:rsidRDefault="00512518" w:rsidP="00076197">
            <w:pPr>
              <w:rPr>
                <w:rFonts w:ascii="Times New Roman" w:hAnsi="Times New Roman" w:cs="Times New Roman"/>
                <w:lang w:val="ru-RU"/>
              </w:rPr>
            </w:pPr>
            <w:r w:rsidRPr="008A4E0D">
              <w:rPr>
                <w:rFonts w:ascii="Times New Roman" w:hAnsi="Times New Roman" w:cs="Times New Roman"/>
                <w:lang w:val="ru-RU"/>
              </w:rPr>
              <w:t>Наполнитель</w:t>
            </w:r>
          </w:p>
        </w:tc>
        <w:tc>
          <w:tcPr>
            <w:tcW w:w="4315" w:type="dxa"/>
          </w:tcPr>
          <w:p w:rsidR="003E4BD4" w:rsidRPr="00076197" w:rsidRDefault="00512518" w:rsidP="00076197">
            <w:pPr>
              <w:rPr>
                <w:rFonts w:ascii="Times New Roman" w:hAnsi="Times New Roman" w:cs="Times New Roman"/>
              </w:rPr>
            </w:pPr>
            <w:proofErr w:type="spellStart"/>
            <w:r w:rsidRPr="008A4E0D">
              <w:rPr>
                <w:rFonts w:ascii="Times New Roman" w:hAnsi="Times New Roman" w:cs="Times New Roman"/>
                <w:lang w:val="ru-RU"/>
              </w:rPr>
              <w:t>Пенополиуретан</w:t>
            </w:r>
            <w:proofErr w:type="spellEnd"/>
            <w:r w:rsidRPr="008A4E0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76197">
              <w:rPr>
                <w:rFonts w:ascii="Times New Roman" w:hAnsi="Times New Roman" w:cs="Times New Roman"/>
              </w:rPr>
              <w:t>высокой</w:t>
            </w:r>
            <w:proofErr w:type="spellEnd"/>
            <w:r w:rsidRPr="0007619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197">
              <w:rPr>
                <w:rFonts w:ascii="Times New Roman" w:hAnsi="Times New Roman" w:cs="Times New Roman"/>
              </w:rPr>
              <w:t>плотности</w:t>
            </w:r>
            <w:proofErr w:type="spellEnd"/>
          </w:p>
        </w:tc>
      </w:tr>
      <w:tr w:rsidR="00076197" w:rsidRPr="00076197" w:rsidTr="00D032D3">
        <w:tc>
          <w:tcPr>
            <w:tcW w:w="4315" w:type="dxa"/>
          </w:tcPr>
          <w:p w:rsidR="003E4BD4" w:rsidRPr="00076197" w:rsidRDefault="00512518" w:rsidP="00076197">
            <w:pPr>
              <w:rPr>
                <w:rFonts w:ascii="Times New Roman" w:hAnsi="Times New Roman" w:cs="Times New Roman"/>
              </w:rPr>
            </w:pPr>
            <w:proofErr w:type="spellStart"/>
            <w:r w:rsidRPr="00076197">
              <w:rPr>
                <w:rFonts w:ascii="Times New Roman" w:hAnsi="Times New Roman" w:cs="Times New Roman"/>
              </w:rPr>
              <w:t>Конструкция</w:t>
            </w:r>
            <w:proofErr w:type="spellEnd"/>
          </w:p>
        </w:tc>
        <w:tc>
          <w:tcPr>
            <w:tcW w:w="4315" w:type="dxa"/>
          </w:tcPr>
          <w:p w:rsidR="003E4BD4" w:rsidRPr="00076197" w:rsidRDefault="00512518" w:rsidP="00076197">
            <w:pPr>
              <w:rPr>
                <w:rFonts w:ascii="Times New Roman" w:hAnsi="Times New Roman" w:cs="Times New Roman"/>
              </w:rPr>
            </w:pPr>
            <w:r w:rsidRPr="00076197">
              <w:rPr>
                <w:rFonts w:ascii="Times New Roman" w:hAnsi="Times New Roman" w:cs="Times New Roman"/>
              </w:rPr>
              <w:t>Нераскладная</w:t>
            </w:r>
          </w:p>
        </w:tc>
      </w:tr>
      <w:tr w:rsidR="00FD1337" w:rsidRPr="00076197" w:rsidTr="00D032D3">
        <w:tc>
          <w:tcPr>
            <w:tcW w:w="4315" w:type="dxa"/>
          </w:tcPr>
          <w:p w:rsidR="00FD1337" w:rsidRPr="00076197" w:rsidRDefault="00FD1337" w:rsidP="00076197">
            <w:pPr>
              <w:rPr>
                <w:rFonts w:ascii="Times New Roman" w:hAnsi="Times New Roman" w:cs="Times New Roman"/>
              </w:rPr>
            </w:pPr>
            <w:r w:rsidRPr="00FD1337">
              <w:rPr>
                <w:rFonts w:ascii="Times New Roman" w:hAnsi="Times New Roman" w:cs="Times New Roman"/>
                <w:lang w:val="ru-RU"/>
              </w:rPr>
              <w:t>Форма подлокотников</w:t>
            </w:r>
            <w:r w:rsidR="008F78CD">
              <w:rPr>
                <w:rFonts w:ascii="Times New Roman" w:hAnsi="Times New Roman" w:cs="Times New Roman"/>
                <w:lang w:val="ru-RU"/>
              </w:rPr>
              <w:t xml:space="preserve"> и спинки</w:t>
            </w:r>
          </w:p>
        </w:tc>
        <w:tc>
          <w:tcPr>
            <w:tcW w:w="4315" w:type="dxa"/>
          </w:tcPr>
          <w:p w:rsidR="00FD1337" w:rsidRPr="00FD1337" w:rsidRDefault="00FD1337" w:rsidP="00FD1337">
            <w:pPr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</w:t>
            </w:r>
            <w:r w:rsidRPr="00FD1337">
              <w:rPr>
                <w:rFonts w:ascii="Times New Roman" w:hAnsi="Times New Roman" w:cs="Times New Roman"/>
                <w:lang w:val="ru-RU"/>
              </w:rPr>
              <w:t>круглая, объемная</w:t>
            </w:r>
          </w:p>
        </w:tc>
      </w:tr>
    </w:tbl>
    <w:p w:rsidR="00D766BB" w:rsidRDefault="00D766BB" w:rsidP="005F50F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1E3B9C" w:rsidRDefault="001E3B9C" w:rsidP="005F50F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1E3B9C">
        <w:rPr>
          <w:rFonts w:ascii="Times New Roman" w:hAnsi="Times New Roman" w:cs="Times New Roman"/>
          <w:sz w:val="28"/>
          <w:lang w:val="ru-RU"/>
        </w:rPr>
        <w:t xml:space="preserve">Мягкая мебель </w:t>
      </w:r>
      <w:r>
        <w:rPr>
          <w:rFonts w:ascii="Times New Roman" w:hAnsi="Times New Roman" w:cs="Times New Roman"/>
          <w:sz w:val="28"/>
          <w:lang w:val="ru-RU"/>
        </w:rPr>
        <w:t>должна быть новой, ранее не использовавшейся, не восстановленной и не бывшей</w:t>
      </w:r>
      <w:r w:rsidRPr="001E3B9C">
        <w:rPr>
          <w:rFonts w:ascii="Times New Roman" w:hAnsi="Times New Roman" w:cs="Times New Roman"/>
          <w:sz w:val="28"/>
          <w:lang w:val="ru-RU"/>
        </w:rPr>
        <w:t xml:space="preserve"> в эксплуатации.</w:t>
      </w:r>
    </w:p>
    <w:p w:rsidR="005F50FE" w:rsidRPr="001E3B9C" w:rsidRDefault="005F50FE" w:rsidP="005F50F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Не должно быть</w:t>
      </w:r>
      <w:r w:rsidRPr="005F50FE">
        <w:rPr>
          <w:rFonts w:ascii="Times New Roman" w:hAnsi="Times New Roman" w:cs="Times New Roman"/>
          <w:sz w:val="28"/>
          <w:lang w:val="ru-RU"/>
        </w:rPr>
        <w:t xml:space="preserve"> механических повреждений, дефектов изготовления, загрязнений, потертостей, разрывов обивки, деформаций каркаса и иных недост</w:t>
      </w:r>
      <w:r w:rsidR="008F2E75">
        <w:rPr>
          <w:rFonts w:ascii="Times New Roman" w:hAnsi="Times New Roman" w:cs="Times New Roman"/>
          <w:sz w:val="28"/>
          <w:lang w:val="ru-RU"/>
        </w:rPr>
        <w:t xml:space="preserve">атков, влияющих на внешний вид </w:t>
      </w:r>
      <w:r w:rsidRPr="005F50FE">
        <w:rPr>
          <w:rFonts w:ascii="Times New Roman" w:hAnsi="Times New Roman" w:cs="Times New Roman"/>
          <w:sz w:val="28"/>
          <w:lang w:val="ru-RU"/>
        </w:rPr>
        <w:t>и эксплуатационные характеристики.</w:t>
      </w:r>
    </w:p>
    <w:p w:rsidR="00761ADE" w:rsidRDefault="000A7618" w:rsidP="00096E85">
      <w:pPr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.1pt;height:233.75pt">
            <v:imagedata r:id="rId8" o:title="WhatsApp Image 2026-10-13 at 12"/>
          </v:shape>
        </w:pict>
      </w:r>
    </w:p>
    <w:p w:rsidR="00143B67" w:rsidRPr="00096E85" w:rsidRDefault="00096E85" w:rsidP="00096E85">
      <w:pPr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Прилагаемое изображение </w:t>
      </w:r>
      <w:r w:rsidRPr="00096E85">
        <w:rPr>
          <w:rFonts w:ascii="Times New Roman" w:hAnsi="Times New Roman" w:cs="Times New Roman"/>
          <w:b/>
          <w:sz w:val="28"/>
          <w:lang w:val="ru-RU"/>
        </w:rPr>
        <w:t>предоставлено исключительно в качестве образца для определения общего дизайна, стиля, пропорций и конструктивных решений. Изготовление изделия не предполагает точное копирование представленной модели</w:t>
      </w:r>
    </w:p>
    <w:p w:rsidR="00143B67" w:rsidRDefault="00143B67" w:rsidP="00FE2152">
      <w:pPr>
        <w:rPr>
          <w:rFonts w:ascii="Times New Roman" w:hAnsi="Times New Roman" w:cs="Times New Roman"/>
          <w:lang w:val="ru-RU"/>
        </w:rPr>
      </w:pPr>
    </w:p>
    <w:p w:rsidR="00143B67" w:rsidRDefault="00F408CC" w:rsidP="00FE2152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</w:t>
      </w:r>
      <w:r w:rsidR="00143B67">
        <w:rPr>
          <w:rFonts w:ascii="Times New Roman" w:hAnsi="Times New Roman" w:cs="Times New Roman"/>
          <w:lang w:val="ru-RU"/>
        </w:rPr>
        <w:t xml:space="preserve">      </w:t>
      </w:r>
    </w:p>
    <w:p w:rsidR="001F2573" w:rsidRPr="003417A3" w:rsidRDefault="00E805B2" w:rsidP="00E805B2">
      <w:pPr>
        <w:jc w:val="right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bookmarkStart w:id="0" w:name="_GoBack"/>
      <w:r w:rsidRPr="003417A3">
        <w:rPr>
          <w:rFonts w:ascii="Times New Roman" w:hAnsi="Times New Roman" w:cs="Times New Roman"/>
          <w:b/>
          <w:i/>
          <w:sz w:val="28"/>
          <w:szCs w:val="28"/>
          <w:lang w:val="ru-RU"/>
        </w:rPr>
        <w:t>№</w:t>
      </w:r>
      <w:r w:rsidR="001F2573" w:rsidRPr="003417A3">
        <w:rPr>
          <w:rFonts w:ascii="Times New Roman" w:hAnsi="Times New Roman" w:cs="Times New Roman"/>
          <w:b/>
          <w:i/>
          <w:sz w:val="28"/>
          <w:szCs w:val="28"/>
          <w:lang w:val="ru-RU"/>
        </w:rPr>
        <w:t>2-қосымша</w:t>
      </w:r>
    </w:p>
    <w:bookmarkEnd w:id="0"/>
    <w:p w:rsidR="001F2573" w:rsidRPr="00E805B2" w:rsidRDefault="001F2573" w:rsidP="00E805B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ерекшелік</w:t>
      </w:r>
      <w:proofErr w:type="spellEnd"/>
    </w:p>
    <w:p w:rsidR="001F2573" w:rsidRPr="00E805B2" w:rsidRDefault="001F2573" w:rsidP="00E805B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1 дана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кеңселік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үлгідегі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диван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дайындау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жұмыстары</w:t>
      </w:r>
      <w:proofErr w:type="spellEnd"/>
    </w:p>
    <w:p w:rsidR="001F2573" w:rsidRPr="00E805B2" w:rsidRDefault="001F2573" w:rsidP="00E805B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Жұмыстың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құнына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жиһазды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дайындауға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байланысты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барлық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шығындар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оның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ішінде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материалдардың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құны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жеткізу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құрастыру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және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тасымалдау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қызметтері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кіреді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E805B2" w:rsidRDefault="001F2573" w:rsidP="00E805B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Диванның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көрінісі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әкімшілік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үй-жайларға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келетін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классикалық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кеңселік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стильде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қатаң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іскерлік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орындалуы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Үй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жиһазына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тән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сәндік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элементтердің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айқын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көрінетін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кареткалық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тартпа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сәндік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жастықтар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болуына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берілмейді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Диванның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конструкциясы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көрінісі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кеңселік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іскерлік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стильге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сай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E805B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43B67" w:rsidRPr="00E805B2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E805B2" w:rsidRPr="00E805B2" w:rsidRDefault="00E805B2" w:rsidP="00E805B2">
      <w:pPr>
        <w:pStyle w:val="21"/>
        <w:spacing w:before="0"/>
        <w:rPr>
          <w:rFonts w:ascii="Times New Roman" w:hAnsi="Times New Roman" w:cs="Times New Roman"/>
          <w:color w:val="auto"/>
          <w:lang w:val="kk-KZ"/>
        </w:rPr>
      </w:pPr>
      <w:proofErr w:type="spellStart"/>
      <w:r>
        <w:rPr>
          <w:rFonts w:ascii="Times New Roman" w:hAnsi="Times New Roman" w:cs="Times New Roman"/>
          <w:color w:val="auto"/>
          <w:lang w:val="ru-RU"/>
        </w:rPr>
        <w:t>Диванны</w:t>
      </w:r>
      <w:proofErr w:type="spellEnd"/>
      <w:r>
        <w:rPr>
          <w:rFonts w:ascii="Times New Roman" w:hAnsi="Times New Roman" w:cs="Times New Roman"/>
          <w:color w:val="auto"/>
          <w:lang w:val="kk-KZ"/>
        </w:rPr>
        <w:t>ң техникалық сипаттамалары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E805B2" w:rsidRPr="00076197" w:rsidTr="004D33CF">
        <w:tc>
          <w:tcPr>
            <w:tcW w:w="4315" w:type="dxa"/>
          </w:tcPr>
          <w:p w:rsidR="00E805B2" w:rsidRPr="00D032D3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Мақсаты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4315" w:type="dxa"/>
          </w:tcPr>
          <w:p w:rsidR="00E805B2" w:rsidRPr="00D032D3" w:rsidRDefault="00227D0E" w:rsidP="004D33CF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Кеңсеге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диван </w:t>
            </w:r>
          </w:p>
        </w:tc>
      </w:tr>
      <w:tr w:rsidR="00E805B2" w:rsidRPr="00076197" w:rsidTr="004D33CF">
        <w:tc>
          <w:tcPr>
            <w:tcW w:w="4315" w:type="dxa"/>
          </w:tcPr>
          <w:p w:rsidR="00E805B2" w:rsidRPr="00E805B2" w:rsidRDefault="00E805B2" w:rsidP="004D33C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Түрі </w:t>
            </w:r>
          </w:p>
        </w:tc>
        <w:tc>
          <w:tcPr>
            <w:tcW w:w="4315" w:type="dxa"/>
          </w:tcPr>
          <w:p w:rsidR="00E805B2" w:rsidRPr="00227D0E" w:rsidRDefault="00227D0E" w:rsidP="004D33C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Екі орынды диван </w:t>
            </w:r>
          </w:p>
        </w:tc>
      </w:tr>
      <w:tr w:rsidR="00E805B2" w:rsidRPr="00076197" w:rsidTr="004D33CF">
        <w:tc>
          <w:tcPr>
            <w:tcW w:w="4315" w:type="dxa"/>
          </w:tcPr>
          <w:p w:rsidR="00E805B2" w:rsidRPr="00EF5418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Ұзындығы</w:t>
            </w:r>
            <w:r>
              <w:rPr>
                <w:rFonts w:ascii="Times New Roman" w:hAnsi="Times New Roman" w:cs="Times New Roman"/>
                <w:lang w:val="ru-RU"/>
              </w:rPr>
              <w:t xml:space="preserve"> мм.</w:t>
            </w:r>
          </w:p>
        </w:tc>
        <w:tc>
          <w:tcPr>
            <w:tcW w:w="4315" w:type="dxa"/>
          </w:tcPr>
          <w:p w:rsidR="00E805B2" w:rsidRPr="00395BB4" w:rsidRDefault="00E805B2" w:rsidP="004D33CF">
            <w:pPr>
              <w:rPr>
                <w:rFonts w:ascii="Times New Roman" w:hAnsi="Times New Roman" w:cs="Times New Roman"/>
              </w:rPr>
            </w:pPr>
            <w:r w:rsidRPr="00395BB4">
              <w:rPr>
                <w:rFonts w:ascii="Times New Roman" w:hAnsi="Times New Roman" w:cs="Times New Roman"/>
              </w:rPr>
              <w:t xml:space="preserve">1800 - 2000 </w:t>
            </w:r>
            <w:proofErr w:type="spellStart"/>
            <w:r w:rsidRPr="00395BB4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</w:tr>
      <w:tr w:rsidR="00E805B2" w:rsidRPr="00076197" w:rsidTr="004D33CF">
        <w:tc>
          <w:tcPr>
            <w:tcW w:w="4315" w:type="dxa"/>
          </w:tcPr>
          <w:p w:rsidR="00E805B2" w:rsidRPr="00EF5418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Тереңдігі</w:t>
            </w:r>
            <w:r>
              <w:rPr>
                <w:rFonts w:ascii="Times New Roman" w:hAnsi="Times New Roman" w:cs="Times New Roman"/>
                <w:lang w:val="ru-RU"/>
              </w:rPr>
              <w:t xml:space="preserve"> мм.</w:t>
            </w:r>
          </w:p>
        </w:tc>
        <w:tc>
          <w:tcPr>
            <w:tcW w:w="4315" w:type="dxa"/>
          </w:tcPr>
          <w:p w:rsidR="00E805B2" w:rsidRPr="00395BB4" w:rsidRDefault="00E805B2" w:rsidP="004D33CF">
            <w:pPr>
              <w:rPr>
                <w:rFonts w:ascii="Times New Roman" w:hAnsi="Times New Roman" w:cs="Times New Roman"/>
              </w:rPr>
            </w:pPr>
            <w:r w:rsidRPr="00395BB4">
              <w:rPr>
                <w:rFonts w:ascii="Times New Roman" w:hAnsi="Times New Roman" w:cs="Times New Roman"/>
                <w:lang w:val="ru-RU"/>
              </w:rPr>
              <w:t>800-</w:t>
            </w:r>
            <w:r w:rsidRPr="00395BB4">
              <w:rPr>
                <w:rFonts w:ascii="Times New Roman" w:hAnsi="Times New Roman" w:cs="Times New Roman"/>
              </w:rPr>
              <w:t xml:space="preserve">850 </w:t>
            </w:r>
            <w:proofErr w:type="spellStart"/>
            <w:r w:rsidRPr="00395BB4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</w:tr>
      <w:tr w:rsidR="00E805B2" w:rsidRPr="00076197" w:rsidTr="004D33CF">
        <w:tc>
          <w:tcPr>
            <w:tcW w:w="4315" w:type="dxa"/>
          </w:tcPr>
          <w:p w:rsidR="00E805B2" w:rsidRPr="00EF5418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Биіктігі </w:t>
            </w:r>
            <w:r>
              <w:rPr>
                <w:rFonts w:ascii="Times New Roman" w:hAnsi="Times New Roman" w:cs="Times New Roman"/>
                <w:lang w:val="ru-RU"/>
              </w:rPr>
              <w:t>мм.</w:t>
            </w:r>
          </w:p>
        </w:tc>
        <w:tc>
          <w:tcPr>
            <w:tcW w:w="4315" w:type="dxa"/>
          </w:tcPr>
          <w:p w:rsidR="00E805B2" w:rsidRPr="00395BB4" w:rsidRDefault="00E805B2" w:rsidP="004D33CF">
            <w:pPr>
              <w:rPr>
                <w:rFonts w:ascii="Times New Roman" w:hAnsi="Times New Roman" w:cs="Times New Roman"/>
              </w:rPr>
            </w:pPr>
            <w:r w:rsidRPr="00395BB4">
              <w:rPr>
                <w:rFonts w:ascii="Times New Roman" w:hAnsi="Times New Roman" w:cs="Times New Roman"/>
                <w:lang w:val="ru-RU"/>
              </w:rPr>
              <w:t xml:space="preserve">700 - </w:t>
            </w:r>
            <w:r w:rsidRPr="00395BB4">
              <w:rPr>
                <w:rFonts w:ascii="Times New Roman" w:hAnsi="Times New Roman" w:cs="Times New Roman"/>
              </w:rPr>
              <w:t xml:space="preserve">800 </w:t>
            </w:r>
            <w:proofErr w:type="spellStart"/>
            <w:r w:rsidRPr="00395BB4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</w:tr>
      <w:tr w:rsidR="00E805B2" w:rsidRPr="00D032D3" w:rsidTr="004D33CF">
        <w:tc>
          <w:tcPr>
            <w:tcW w:w="4315" w:type="dxa"/>
          </w:tcPr>
          <w:p w:rsidR="00E805B2" w:rsidRPr="00E805B2" w:rsidRDefault="00E805B2" w:rsidP="004D33C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Қаңқасы</w:t>
            </w:r>
          </w:p>
        </w:tc>
        <w:tc>
          <w:tcPr>
            <w:tcW w:w="4315" w:type="dxa"/>
          </w:tcPr>
          <w:p w:rsidR="00E805B2" w:rsidRPr="00395BB4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r w:rsidRPr="00395BB4">
              <w:rPr>
                <w:rFonts w:ascii="Times New Roman" w:hAnsi="Times New Roman" w:cs="Times New Roman"/>
                <w:lang w:val="ru-RU"/>
              </w:rPr>
              <w:t xml:space="preserve">Брус, ЛДСП/ДСП. </w:t>
            </w:r>
          </w:p>
        </w:tc>
      </w:tr>
      <w:tr w:rsidR="00E805B2" w:rsidRPr="008A4E0D" w:rsidTr="004D33CF">
        <w:tc>
          <w:tcPr>
            <w:tcW w:w="4315" w:type="dxa"/>
          </w:tcPr>
          <w:p w:rsidR="00E805B2" w:rsidRPr="008A4E0D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Қаптау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материалы</w:t>
            </w:r>
          </w:p>
        </w:tc>
        <w:tc>
          <w:tcPr>
            <w:tcW w:w="4315" w:type="dxa"/>
          </w:tcPr>
          <w:p w:rsidR="00E805B2" w:rsidRPr="008A4E0D" w:rsidRDefault="00227D0E" w:rsidP="004D33CF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Экобылғары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E805B2" w:rsidRPr="00D032D3" w:rsidTr="004D33CF">
        <w:tc>
          <w:tcPr>
            <w:tcW w:w="4315" w:type="dxa"/>
          </w:tcPr>
          <w:p w:rsidR="00E805B2" w:rsidRPr="008A4E0D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4315" w:type="dxa"/>
          </w:tcPr>
          <w:p w:rsidR="00E805B2" w:rsidRPr="008F78CD" w:rsidRDefault="00227D0E" w:rsidP="004D33CF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Қара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E805B2" w:rsidRPr="00076197" w:rsidTr="004D33CF">
        <w:tc>
          <w:tcPr>
            <w:tcW w:w="4315" w:type="dxa"/>
          </w:tcPr>
          <w:p w:rsidR="00E805B2" w:rsidRPr="008A4E0D" w:rsidRDefault="00E805B2" w:rsidP="004D33CF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Толтырғыш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материалы </w:t>
            </w:r>
          </w:p>
        </w:tc>
        <w:tc>
          <w:tcPr>
            <w:tcW w:w="4315" w:type="dxa"/>
          </w:tcPr>
          <w:p w:rsidR="00E805B2" w:rsidRPr="00076197" w:rsidRDefault="00227D0E" w:rsidP="00227D0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Тығызыдығы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п</w:t>
            </w:r>
            <w:r w:rsidR="00E805B2" w:rsidRPr="008A4E0D">
              <w:rPr>
                <w:rFonts w:ascii="Times New Roman" w:hAnsi="Times New Roman" w:cs="Times New Roman"/>
                <w:lang w:val="ru-RU"/>
              </w:rPr>
              <w:t>енополиуретан</w:t>
            </w:r>
            <w:proofErr w:type="spellEnd"/>
            <w:r w:rsidR="00E805B2" w:rsidRPr="008A4E0D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E805B2" w:rsidRPr="00076197" w:rsidTr="004D33CF">
        <w:tc>
          <w:tcPr>
            <w:tcW w:w="4315" w:type="dxa"/>
          </w:tcPr>
          <w:p w:rsidR="00E805B2" w:rsidRPr="00E805B2" w:rsidRDefault="00E805B2" w:rsidP="004D33C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Құрылымы </w:t>
            </w:r>
          </w:p>
        </w:tc>
        <w:tc>
          <w:tcPr>
            <w:tcW w:w="4315" w:type="dxa"/>
          </w:tcPr>
          <w:p w:rsidR="00E805B2" w:rsidRPr="00227D0E" w:rsidRDefault="00227D0E" w:rsidP="004D33C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Жайылмайтын</w:t>
            </w:r>
          </w:p>
        </w:tc>
      </w:tr>
      <w:tr w:rsidR="00E805B2" w:rsidRPr="00076197" w:rsidTr="004D33CF">
        <w:tc>
          <w:tcPr>
            <w:tcW w:w="4315" w:type="dxa"/>
          </w:tcPr>
          <w:p w:rsidR="00E805B2" w:rsidRPr="00076197" w:rsidRDefault="00E805B2" w:rsidP="004D33C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Қол</w:t>
            </w:r>
            <w:proofErr w:type="spellEnd"/>
            <w:r w:rsidRPr="00227D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тірегіштері</w:t>
            </w:r>
            <w:proofErr w:type="spellEnd"/>
            <w:r w:rsidRPr="00227D0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мен</w:t>
            </w:r>
            <w:r w:rsidRPr="00227D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арқалығының</w:t>
            </w:r>
            <w:proofErr w:type="spellEnd"/>
            <w:r w:rsidRPr="00227D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27D0E">
              <w:rPr>
                <w:rFonts w:ascii="Times New Roman" w:hAnsi="Times New Roman" w:cs="Times New Roman"/>
                <w:lang w:val="ru-RU"/>
              </w:rPr>
              <w:t>пішіні</w:t>
            </w:r>
            <w:proofErr w:type="spellEnd"/>
          </w:p>
        </w:tc>
        <w:tc>
          <w:tcPr>
            <w:tcW w:w="4315" w:type="dxa"/>
          </w:tcPr>
          <w:p w:rsidR="00E805B2" w:rsidRPr="00FD1337" w:rsidRDefault="00227D0E" w:rsidP="004D33CF">
            <w:pPr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Дөңгелек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көлемді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пішін</w:t>
            </w:r>
            <w:proofErr w:type="spellEnd"/>
          </w:p>
        </w:tc>
      </w:tr>
    </w:tbl>
    <w:p w:rsidR="00E805B2" w:rsidRDefault="00E805B2" w:rsidP="00E805B2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F2573" w:rsidRPr="00E805B2" w:rsidRDefault="001F2573" w:rsidP="00E805B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Жұмсақ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жиһаз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бұрын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пайдаланылмаған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қалпына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келтірілмеген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қолданыста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болмаған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>.</w:t>
      </w:r>
    </w:p>
    <w:p w:rsidR="001F2573" w:rsidRDefault="001F2573" w:rsidP="00E805B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Жиһазда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механикалық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зақымданулар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ақаулары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ластанулар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қажалған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жерлер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қаптаманың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жыртылуы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қаңқаның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деформациялануы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жиһаздың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көрінісі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sz w:val="28"/>
          <w:szCs w:val="28"/>
          <w:lang w:val="ru-RU"/>
        </w:rPr>
        <w:t>мен</w:t>
      </w:r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пайдалану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сипаттамаларына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әсер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ететін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өзге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sz w:val="28"/>
          <w:szCs w:val="28"/>
          <w:lang w:val="ru-RU"/>
        </w:rPr>
        <w:t>де</w:t>
      </w:r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кемшіліктер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болмауы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E805B2">
        <w:rPr>
          <w:rFonts w:ascii="Times New Roman" w:hAnsi="Times New Roman" w:cs="Times New Roman"/>
          <w:sz w:val="28"/>
          <w:szCs w:val="28"/>
        </w:rPr>
        <w:t>.</w:t>
      </w:r>
    </w:p>
    <w:p w:rsidR="00E805B2" w:rsidRPr="00E805B2" w:rsidRDefault="00E805B2" w:rsidP="00E805B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2573" w:rsidRDefault="001F2573" w:rsidP="00E805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Қоса</w:t>
      </w:r>
      <w:proofErr w:type="spellEnd"/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берілген</w:t>
      </w:r>
      <w:proofErr w:type="spellEnd"/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сурет</w:t>
      </w:r>
      <w:proofErr w:type="spellEnd"/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жалпы</w:t>
      </w:r>
      <w:proofErr w:type="spellEnd"/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дизайнды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стильді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пропорцияларды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және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конструкциялық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шешімдерді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айқындау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үшін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ғана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үлгі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ретінде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ұсынылған</w:t>
      </w:r>
      <w:r w:rsidRPr="000A761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Бұйымды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дайындау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ұсынылған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модельді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дәлме-дәл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көшіруді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көздемейді</w:t>
      </w:r>
      <w:proofErr w:type="spellEnd"/>
      <w:r w:rsidRPr="00E805B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E805B2" w:rsidRPr="00E805B2" w:rsidRDefault="00E805B2" w:rsidP="00E805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lang w:val="ru-RU" w:eastAsia="ru-RU"/>
        </w:rPr>
        <w:drawing>
          <wp:inline distT="0" distB="0" distL="0" distR="0">
            <wp:extent cx="5276850" cy="2971800"/>
            <wp:effectExtent l="0" t="0" r="0" b="0"/>
            <wp:docPr id="2" name="Рисунок 2" descr="WhatsApp Image 2026-10-13 at 12.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sApp Image 2026-10-13 at 12.4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05B2" w:rsidRPr="00E805B2" w:rsidSect="00143B67">
      <w:headerReference w:type="default" r:id="rId10"/>
      <w:pgSz w:w="12240" w:h="15840"/>
      <w:pgMar w:top="709" w:right="900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701" w:rsidRDefault="00D85701" w:rsidP="00FB1918">
      <w:pPr>
        <w:spacing w:after="0" w:line="240" w:lineRule="auto"/>
      </w:pPr>
      <w:r>
        <w:separator/>
      </w:r>
    </w:p>
  </w:endnote>
  <w:endnote w:type="continuationSeparator" w:id="0">
    <w:p w:rsidR="00D85701" w:rsidRDefault="00D85701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701" w:rsidRDefault="00D85701" w:rsidP="00FB1918">
      <w:pPr>
        <w:spacing w:after="0" w:line="240" w:lineRule="auto"/>
      </w:pPr>
      <w:r>
        <w:separator/>
      </w:r>
    </w:p>
  </w:footnote>
  <w:footnote w:type="continuationSeparator" w:id="0">
    <w:p w:rsidR="00D85701" w:rsidRDefault="00D85701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D8570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1DB4"/>
    <w:rsid w:val="00076197"/>
    <w:rsid w:val="00096E85"/>
    <w:rsid w:val="000A7618"/>
    <w:rsid w:val="00143B67"/>
    <w:rsid w:val="0015074B"/>
    <w:rsid w:val="001E3B9C"/>
    <w:rsid w:val="001F2573"/>
    <w:rsid w:val="00227D0E"/>
    <w:rsid w:val="00230ABE"/>
    <w:rsid w:val="0023742E"/>
    <w:rsid w:val="0029639D"/>
    <w:rsid w:val="002F3939"/>
    <w:rsid w:val="0031119E"/>
    <w:rsid w:val="00326F90"/>
    <w:rsid w:val="003417A3"/>
    <w:rsid w:val="00395BB4"/>
    <w:rsid w:val="003D22D2"/>
    <w:rsid w:val="003E4BD4"/>
    <w:rsid w:val="0044073A"/>
    <w:rsid w:val="00455167"/>
    <w:rsid w:val="0048395B"/>
    <w:rsid w:val="004B2CD9"/>
    <w:rsid w:val="0050082C"/>
    <w:rsid w:val="00512518"/>
    <w:rsid w:val="00534B12"/>
    <w:rsid w:val="005403B5"/>
    <w:rsid w:val="005779DC"/>
    <w:rsid w:val="005A0049"/>
    <w:rsid w:val="005B1FCC"/>
    <w:rsid w:val="005F50FE"/>
    <w:rsid w:val="00694EAF"/>
    <w:rsid w:val="00740F15"/>
    <w:rsid w:val="00761ADE"/>
    <w:rsid w:val="00792096"/>
    <w:rsid w:val="00797E01"/>
    <w:rsid w:val="008A4E0D"/>
    <w:rsid w:val="008F2E75"/>
    <w:rsid w:val="008F78CD"/>
    <w:rsid w:val="0099036D"/>
    <w:rsid w:val="00A67C91"/>
    <w:rsid w:val="00AA1D8D"/>
    <w:rsid w:val="00AD0BD5"/>
    <w:rsid w:val="00AD4D50"/>
    <w:rsid w:val="00B47730"/>
    <w:rsid w:val="00B910E8"/>
    <w:rsid w:val="00C30547"/>
    <w:rsid w:val="00CB0664"/>
    <w:rsid w:val="00CD221E"/>
    <w:rsid w:val="00CE3430"/>
    <w:rsid w:val="00D032D3"/>
    <w:rsid w:val="00D1056A"/>
    <w:rsid w:val="00D337E6"/>
    <w:rsid w:val="00D66056"/>
    <w:rsid w:val="00D766BB"/>
    <w:rsid w:val="00D85701"/>
    <w:rsid w:val="00DB4CB9"/>
    <w:rsid w:val="00DC0FA7"/>
    <w:rsid w:val="00DE3FFD"/>
    <w:rsid w:val="00DF32C7"/>
    <w:rsid w:val="00E2023C"/>
    <w:rsid w:val="00E66E92"/>
    <w:rsid w:val="00E805B2"/>
    <w:rsid w:val="00EF5418"/>
    <w:rsid w:val="00EF605B"/>
    <w:rsid w:val="00F02F6D"/>
    <w:rsid w:val="00F2178D"/>
    <w:rsid w:val="00F408CC"/>
    <w:rsid w:val="00F430D6"/>
    <w:rsid w:val="00FC693F"/>
    <w:rsid w:val="00FD1337"/>
    <w:rsid w:val="00FE2152"/>
    <w:rsid w:val="00FF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CB14A9F8-E360-4E47-9CFD-185D5126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0B28A4-469E-423F-8234-34F9EE493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Абдрофикова Валерия Игоревна</cp:lastModifiedBy>
  <cp:revision>91</cp:revision>
  <dcterms:created xsi:type="dcterms:W3CDTF">2026-06-06T03:14:00Z</dcterms:created>
  <dcterms:modified xsi:type="dcterms:W3CDTF">2026-10-14T11:22:00Z</dcterms:modified>
  <cp:category/>
</cp:coreProperties>
</file>