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FBB93" w14:textId="77777777" w:rsidR="00164E8D" w:rsidRDefault="00960395" w:rsidP="00D34F3F">
      <w:pPr>
        <w:pStyle w:val="a9"/>
        <w:spacing w:after="0"/>
        <w:jc w:val="center"/>
      </w:pPr>
      <w:r>
        <w:t>ТЕХНИКАЛЫҚ СИПАТТАМА</w:t>
      </w:r>
    </w:p>
    <w:p w14:paraId="2A0BD4BD" w14:textId="77777777" w:rsidR="00164E8D" w:rsidRDefault="00960395" w:rsidP="00D34F3F">
      <w:pPr>
        <w:keepNext/>
        <w:spacing w:after="0"/>
        <w:jc w:val="center"/>
      </w:pPr>
      <w:proofErr w:type="spellStart"/>
      <w:r>
        <w:rPr>
          <w:b/>
          <w:sz w:val="28"/>
        </w:rPr>
        <w:t>Тапсырыс</w:t>
      </w:r>
      <w:proofErr w:type="spellEnd"/>
      <w:r>
        <w:rPr>
          <w:b/>
          <w:sz w:val="28"/>
        </w:rPr>
        <w:t xml:space="preserve"> </w:t>
      </w:r>
      <w:proofErr w:type="spellStart"/>
      <w:r>
        <w:rPr>
          <w:b/>
          <w:sz w:val="28"/>
        </w:rPr>
        <w:t>беруші</w:t>
      </w:r>
      <w:proofErr w:type="spellEnd"/>
      <w:r>
        <w:rPr>
          <w:b/>
          <w:sz w:val="28"/>
        </w:rPr>
        <w:t xml:space="preserve"> </w:t>
      </w:r>
      <w:proofErr w:type="spellStart"/>
      <w:r>
        <w:rPr>
          <w:b/>
          <w:sz w:val="28"/>
        </w:rPr>
        <w:t>объектісі</w:t>
      </w:r>
      <w:proofErr w:type="spellEnd"/>
    </w:p>
    <w:p w14:paraId="22ED2470" w14:textId="77777777" w:rsidR="00164E8D" w:rsidRDefault="00960395" w:rsidP="00D34F3F">
      <w:pPr>
        <w:keepNext/>
        <w:spacing w:after="0"/>
        <w:jc w:val="center"/>
      </w:pPr>
      <w:proofErr w:type="spellStart"/>
      <w:r>
        <w:rPr>
          <w:b/>
          <w:sz w:val="28"/>
        </w:rPr>
        <w:t>құрылыстарды</w:t>
      </w:r>
      <w:proofErr w:type="spellEnd"/>
      <w:r>
        <w:rPr>
          <w:b/>
          <w:sz w:val="28"/>
        </w:rPr>
        <w:t xml:space="preserve"> </w:t>
      </w:r>
      <w:proofErr w:type="spellStart"/>
      <w:r>
        <w:rPr>
          <w:b/>
          <w:sz w:val="28"/>
        </w:rPr>
        <w:t>толық</w:t>
      </w:r>
      <w:proofErr w:type="spellEnd"/>
      <w:r>
        <w:rPr>
          <w:b/>
          <w:sz w:val="28"/>
        </w:rPr>
        <w:t xml:space="preserve"> </w:t>
      </w:r>
      <w:proofErr w:type="spellStart"/>
      <w:r>
        <w:rPr>
          <w:b/>
          <w:sz w:val="28"/>
        </w:rPr>
        <w:t>бұзу</w:t>
      </w:r>
      <w:proofErr w:type="spellEnd"/>
      <w:r>
        <w:rPr>
          <w:b/>
          <w:sz w:val="28"/>
        </w:rPr>
        <w:t xml:space="preserve"> </w:t>
      </w:r>
      <w:proofErr w:type="spellStart"/>
      <w:r>
        <w:rPr>
          <w:b/>
          <w:sz w:val="28"/>
        </w:rPr>
        <w:t>және</w:t>
      </w:r>
      <w:proofErr w:type="spellEnd"/>
      <w:r>
        <w:rPr>
          <w:b/>
          <w:sz w:val="28"/>
        </w:rPr>
        <w:t xml:space="preserve"> </w:t>
      </w:r>
      <w:proofErr w:type="spellStart"/>
      <w:r>
        <w:rPr>
          <w:b/>
          <w:sz w:val="28"/>
        </w:rPr>
        <w:t>аумақты</w:t>
      </w:r>
      <w:proofErr w:type="spellEnd"/>
      <w:r>
        <w:rPr>
          <w:b/>
          <w:sz w:val="28"/>
        </w:rPr>
        <w:t xml:space="preserve"> </w:t>
      </w:r>
      <w:proofErr w:type="spellStart"/>
      <w:r>
        <w:rPr>
          <w:b/>
          <w:sz w:val="28"/>
        </w:rPr>
        <w:t>қалпына</w:t>
      </w:r>
      <w:proofErr w:type="spellEnd"/>
      <w:r>
        <w:rPr>
          <w:b/>
          <w:sz w:val="28"/>
        </w:rPr>
        <w:t xml:space="preserve"> </w:t>
      </w:r>
      <w:proofErr w:type="spellStart"/>
      <w:r>
        <w:rPr>
          <w:b/>
          <w:sz w:val="28"/>
        </w:rPr>
        <w:t>келтіру</w:t>
      </w:r>
      <w:proofErr w:type="spellEnd"/>
    </w:p>
    <w:p w14:paraId="7EB90C2D" w14:textId="77777777" w:rsidR="00164E8D" w:rsidRDefault="00164E8D">
      <w:pPr>
        <w:spacing w:after="0"/>
      </w:pPr>
    </w:p>
    <w:p w14:paraId="1C1524D1" w14:textId="77777777" w:rsidR="00164E8D" w:rsidRDefault="00960395">
      <w:pPr>
        <w:pStyle w:val="1"/>
        <w:spacing w:before="160" w:after="80"/>
      </w:pPr>
      <w:r>
        <w:t>1 ЖҰМЫСТЫҢ НЕГІЗГІ КӨЛЕМІ</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680"/>
        <w:gridCol w:w="6236"/>
        <w:gridCol w:w="1247"/>
        <w:gridCol w:w="1417"/>
      </w:tblGrid>
      <w:tr w:rsidR="00164E8D" w14:paraId="5081B781" w14:textId="77777777">
        <w:trPr>
          <w:tblHeader/>
          <w:jc w:val="center"/>
        </w:trPr>
        <w:tc>
          <w:tcPr>
            <w:tcW w:w="680" w:type="dxa"/>
            <w:shd w:val="clear" w:color="auto" w:fill="D9E2F3"/>
            <w:tcMar>
              <w:top w:w="100" w:type="dxa"/>
              <w:left w:w="90" w:type="dxa"/>
              <w:bottom w:w="100" w:type="dxa"/>
              <w:right w:w="90" w:type="dxa"/>
            </w:tcMar>
            <w:vAlign w:val="center"/>
          </w:tcPr>
          <w:p w14:paraId="7232332D" w14:textId="77777777" w:rsidR="00164E8D" w:rsidRDefault="00960395">
            <w:pPr>
              <w:spacing w:after="0" w:line="240" w:lineRule="auto"/>
              <w:jc w:val="center"/>
            </w:pPr>
            <w:r>
              <w:rPr>
                <w:b/>
                <w:sz w:val="20"/>
              </w:rPr>
              <w:t>№</w:t>
            </w:r>
          </w:p>
        </w:tc>
        <w:tc>
          <w:tcPr>
            <w:tcW w:w="6236" w:type="dxa"/>
            <w:shd w:val="clear" w:color="auto" w:fill="D9E2F3"/>
            <w:tcMar>
              <w:top w:w="100" w:type="dxa"/>
              <w:left w:w="90" w:type="dxa"/>
              <w:bottom w:w="100" w:type="dxa"/>
              <w:right w:w="90" w:type="dxa"/>
            </w:tcMar>
            <w:vAlign w:val="center"/>
          </w:tcPr>
          <w:p w14:paraId="0AE2299B" w14:textId="77777777" w:rsidR="00164E8D" w:rsidRDefault="00960395">
            <w:pPr>
              <w:spacing w:after="0" w:line="240" w:lineRule="auto"/>
              <w:jc w:val="center"/>
            </w:pPr>
            <w:proofErr w:type="spellStart"/>
            <w:r>
              <w:rPr>
                <w:b/>
                <w:sz w:val="20"/>
              </w:rPr>
              <w:t>Жұмыс</w:t>
            </w:r>
            <w:proofErr w:type="spellEnd"/>
            <w:r>
              <w:rPr>
                <w:b/>
                <w:sz w:val="20"/>
              </w:rPr>
              <w:t xml:space="preserve"> </w:t>
            </w:r>
            <w:proofErr w:type="spellStart"/>
            <w:r>
              <w:rPr>
                <w:b/>
                <w:sz w:val="20"/>
              </w:rPr>
              <w:t>атауы</w:t>
            </w:r>
            <w:proofErr w:type="spellEnd"/>
          </w:p>
        </w:tc>
        <w:tc>
          <w:tcPr>
            <w:tcW w:w="1247" w:type="dxa"/>
            <w:shd w:val="clear" w:color="auto" w:fill="D9E2F3"/>
            <w:tcMar>
              <w:top w:w="100" w:type="dxa"/>
              <w:left w:w="90" w:type="dxa"/>
              <w:bottom w:w="100" w:type="dxa"/>
              <w:right w:w="90" w:type="dxa"/>
            </w:tcMar>
            <w:vAlign w:val="center"/>
          </w:tcPr>
          <w:p w14:paraId="2162D449" w14:textId="77777777" w:rsidR="00164E8D" w:rsidRDefault="00960395">
            <w:pPr>
              <w:spacing w:after="0" w:line="240" w:lineRule="auto"/>
              <w:jc w:val="center"/>
            </w:pPr>
            <w:proofErr w:type="spellStart"/>
            <w:r>
              <w:rPr>
                <w:b/>
                <w:sz w:val="20"/>
              </w:rPr>
              <w:t>Өлшем</w:t>
            </w:r>
            <w:proofErr w:type="spellEnd"/>
            <w:r>
              <w:rPr>
                <w:b/>
                <w:sz w:val="20"/>
              </w:rPr>
              <w:t xml:space="preserve"> </w:t>
            </w:r>
            <w:proofErr w:type="spellStart"/>
            <w:r>
              <w:rPr>
                <w:b/>
                <w:sz w:val="20"/>
              </w:rPr>
              <w:t>бірлігі</w:t>
            </w:r>
            <w:proofErr w:type="spellEnd"/>
          </w:p>
        </w:tc>
        <w:tc>
          <w:tcPr>
            <w:tcW w:w="1417" w:type="dxa"/>
            <w:shd w:val="clear" w:color="auto" w:fill="D9E2F3"/>
            <w:tcMar>
              <w:top w:w="100" w:type="dxa"/>
              <w:left w:w="90" w:type="dxa"/>
              <w:bottom w:w="100" w:type="dxa"/>
              <w:right w:w="90" w:type="dxa"/>
            </w:tcMar>
            <w:vAlign w:val="center"/>
          </w:tcPr>
          <w:p w14:paraId="6776B81A" w14:textId="77777777" w:rsidR="00164E8D" w:rsidRDefault="00960395">
            <w:pPr>
              <w:spacing w:after="0" w:line="240" w:lineRule="auto"/>
              <w:jc w:val="center"/>
            </w:pPr>
            <w:proofErr w:type="spellStart"/>
            <w:r>
              <w:rPr>
                <w:b/>
                <w:sz w:val="20"/>
              </w:rPr>
              <w:t>Көлемі</w:t>
            </w:r>
            <w:proofErr w:type="spellEnd"/>
          </w:p>
        </w:tc>
      </w:tr>
      <w:tr w:rsidR="00164E8D" w14:paraId="08D1015C" w14:textId="77777777">
        <w:trPr>
          <w:cantSplit/>
          <w:jc w:val="center"/>
        </w:trPr>
        <w:tc>
          <w:tcPr>
            <w:tcW w:w="680" w:type="dxa"/>
            <w:tcMar>
              <w:top w:w="90" w:type="dxa"/>
              <w:left w:w="100" w:type="dxa"/>
              <w:bottom w:w="90" w:type="dxa"/>
              <w:right w:w="100" w:type="dxa"/>
            </w:tcMar>
            <w:vAlign w:val="center"/>
          </w:tcPr>
          <w:p w14:paraId="1B69A595" w14:textId="77777777" w:rsidR="00164E8D" w:rsidRDefault="00960395">
            <w:pPr>
              <w:spacing w:after="0" w:line="240" w:lineRule="auto"/>
              <w:jc w:val="center"/>
            </w:pPr>
            <w:r>
              <w:rPr>
                <w:sz w:val="19"/>
              </w:rPr>
              <w:t>1</w:t>
            </w:r>
          </w:p>
        </w:tc>
        <w:tc>
          <w:tcPr>
            <w:tcW w:w="6236" w:type="dxa"/>
            <w:tcMar>
              <w:top w:w="90" w:type="dxa"/>
              <w:left w:w="100" w:type="dxa"/>
              <w:bottom w:w="90" w:type="dxa"/>
              <w:right w:w="100" w:type="dxa"/>
            </w:tcMar>
            <w:vAlign w:val="center"/>
          </w:tcPr>
          <w:p w14:paraId="3F02172D" w14:textId="77777777" w:rsidR="00164E8D" w:rsidRDefault="00960395">
            <w:pPr>
              <w:spacing w:after="0" w:line="240" w:lineRule="auto"/>
            </w:pPr>
            <w:proofErr w:type="spellStart"/>
            <w:r>
              <w:rPr>
                <w:sz w:val="19"/>
              </w:rPr>
              <w:t>Объектіні</w:t>
            </w:r>
            <w:proofErr w:type="spellEnd"/>
            <w:r>
              <w:rPr>
                <w:sz w:val="19"/>
              </w:rPr>
              <w:t xml:space="preserve"> </w:t>
            </w:r>
            <w:proofErr w:type="spellStart"/>
            <w:r>
              <w:rPr>
                <w:sz w:val="19"/>
              </w:rPr>
              <w:t>тексеру</w:t>
            </w:r>
            <w:proofErr w:type="spellEnd"/>
            <w:r>
              <w:rPr>
                <w:sz w:val="19"/>
              </w:rPr>
              <w:t xml:space="preserve">, </w:t>
            </w:r>
            <w:proofErr w:type="spellStart"/>
            <w:r>
              <w:rPr>
                <w:sz w:val="19"/>
              </w:rPr>
              <w:t>бақылау</w:t>
            </w:r>
            <w:proofErr w:type="spellEnd"/>
            <w:r>
              <w:rPr>
                <w:sz w:val="19"/>
              </w:rPr>
              <w:t xml:space="preserve"> </w:t>
            </w:r>
            <w:proofErr w:type="spellStart"/>
            <w:r>
              <w:rPr>
                <w:sz w:val="19"/>
              </w:rPr>
              <w:t>өлшемдері</w:t>
            </w:r>
            <w:proofErr w:type="spellEnd"/>
            <w:r>
              <w:rPr>
                <w:sz w:val="19"/>
              </w:rPr>
              <w:t xml:space="preserve">, </w:t>
            </w:r>
            <w:proofErr w:type="spellStart"/>
            <w:r>
              <w:rPr>
                <w:sz w:val="19"/>
              </w:rPr>
              <w:t>фотофиксация</w:t>
            </w:r>
            <w:proofErr w:type="spellEnd"/>
            <w:r>
              <w:rPr>
                <w:sz w:val="19"/>
              </w:rPr>
              <w:t xml:space="preserve">, </w:t>
            </w:r>
            <w:proofErr w:type="spellStart"/>
            <w:r>
              <w:rPr>
                <w:sz w:val="19"/>
              </w:rPr>
              <w:t>жұмыстарды</w:t>
            </w:r>
            <w:proofErr w:type="spellEnd"/>
            <w:r>
              <w:rPr>
                <w:sz w:val="19"/>
              </w:rPr>
              <w:t xml:space="preserve"> </w:t>
            </w:r>
            <w:proofErr w:type="spellStart"/>
            <w:r>
              <w:rPr>
                <w:sz w:val="19"/>
              </w:rPr>
              <w:t>жүргізу</w:t>
            </w:r>
            <w:proofErr w:type="spellEnd"/>
            <w:r>
              <w:rPr>
                <w:sz w:val="19"/>
              </w:rPr>
              <w:t xml:space="preserve"> </w:t>
            </w:r>
            <w:proofErr w:type="spellStart"/>
            <w:r>
              <w:rPr>
                <w:sz w:val="19"/>
              </w:rPr>
              <w:t>жоспары</w:t>
            </w:r>
            <w:proofErr w:type="spellEnd"/>
            <w:r>
              <w:rPr>
                <w:sz w:val="19"/>
              </w:rPr>
              <w:t xml:space="preserve">, </w:t>
            </w:r>
            <w:proofErr w:type="spellStart"/>
            <w:r>
              <w:rPr>
                <w:sz w:val="19"/>
              </w:rPr>
              <w:t>уақытша</w:t>
            </w:r>
            <w:proofErr w:type="spellEnd"/>
            <w:r>
              <w:rPr>
                <w:sz w:val="19"/>
              </w:rPr>
              <w:t xml:space="preserve"> </w:t>
            </w:r>
            <w:proofErr w:type="spellStart"/>
            <w:r>
              <w:rPr>
                <w:sz w:val="19"/>
              </w:rPr>
              <w:t>қоршау</w:t>
            </w:r>
            <w:proofErr w:type="spellEnd"/>
            <w:r>
              <w:rPr>
                <w:sz w:val="19"/>
              </w:rPr>
              <w:t xml:space="preserve"> </w:t>
            </w:r>
            <w:proofErr w:type="spellStart"/>
            <w:r>
              <w:rPr>
                <w:sz w:val="19"/>
              </w:rPr>
              <w:t>және</w:t>
            </w:r>
            <w:proofErr w:type="spellEnd"/>
            <w:r>
              <w:rPr>
                <w:sz w:val="19"/>
              </w:rPr>
              <w:t xml:space="preserve"> </w:t>
            </w:r>
            <w:proofErr w:type="spellStart"/>
            <w:r>
              <w:rPr>
                <w:sz w:val="19"/>
              </w:rPr>
              <w:t>инженерлік</w:t>
            </w:r>
            <w:proofErr w:type="spellEnd"/>
            <w:r>
              <w:rPr>
                <w:sz w:val="19"/>
              </w:rPr>
              <w:t xml:space="preserve"> </w:t>
            </w:r>
            <w:proofErr w:type="spellStart"/>
            <w:r>
              <w:rPr>
                <w:sz w:val="19"/>
              </w:rPr>
              <w:t>желілерді</w:t>
            </w:r>
            <w:proofErr w:type="spellEnd"/>
            <w:r>
              <w:rPr>
                <w:sz w:val="19"/>
              </w:rPr>
              <w:t xml:space="preserve"> </w:t>
            </w:r>
            <w:proofErr w:type="spellStart"/>
            <w:r>
              <w:rPr>
                <w:sz w:val="19"/>
              </w:rPr>
              <w:t>ажырату</w:t>
            </w:r>
            <w:proofErr w:type="spellEnd"/>
          </w:p>
        </w:tc>
        <w:tc>
          <w:tcPr>
            <w:tcW w:w="1247" w:type="dxa"/>
            <w:tcMar>
              <w:top w:w="90" w:type="dxa"/>
              <w:left w:w="100" w:type="dxa"/>
              <w:bottom w:w="90" w:type="dxa"/>
              <w:right w:w="100" w:type="dxa"/>
            </w:tcMar>
            <w:vAlign w:val="center"/>
          </w:tcPr>
          <w:p w14:paraId="4E3FEF37" w14:textId="77777777" w:rsidR="00164E8D" w:rsidRDefault="00960395">
            <w:pPr>
              <w:spacing w:after="0" w:line="240" w:lineRule="auto"/>
              <w:jc w:val="center"/>
            </w:pPr>
            <w:proofErr w:type="spellStart"/>
            <w:r>
              <w:rPr>
                <w:sz w:val="19"/>
              </w:rPr>
              <w:t>кешен</w:t>
            </w:r>
            <w:proofErr w:type="spellEnd"/>
          </w:p>
        </w:tc>
        <w:tc>
          <w:tcPr>
            <w:tcW w:w="1417" w:type="dxa"/>
            <w:tcMar>
              <w:top w:w="90" w:type="dxa"/>
              <w:left w:w="100" w:type="dxa"/>
              <w:bottom w:w="90" w:type="dxa"/>
              <w:right w:w="100" w:type="dxa"/>
            </w:tcMar>
            <w:vAlign w:val="center"/>
          </w:tcPr>
          <w:p w14:paraId="05C8F0F8" w14:textId="77777777" w:rsidR="00164E8D" w:rsidRDefault="00960395">
            <w:pPr>
              <w:spacing w:after="0" w:line="240" w:lineRule="auto"/>
              <w:jc w:val="center"/>
            </w:pPr>
            <w:r>
              <w:rPr>
                <w:sz w:val="19"/>
              </w:rPr>
              <w:t>1</w:t>
            </w:r>
          </w:p>
        </w:tc>
      </w:tr>
      <w:tr w:rsidR="00164E8D" w14:paraId="3EFC236B" w14:textId="77777777">
        <w:trPr>
          <w:cantSplit/>
          <w:jc w:val="center"/>
        </w:trPr>
        <w:tc>
          <w:tcPr>
            <w:tcW w:w="680" w:type="dxa"/>
            <w:tcMar>
              <w:top w:w="90" w:type="dxa"/>
              <w:left w:w="100" w:type="dxa"/>
              <w:bottom w:w="90" w:type="dxa"/>
              <w:right w:w="100" w:type="dxa"/>
            </w:tcMar>
            <w:vAlign w:val="center"/>
          </w:tcPr>
          <w:p w14:paraId="552DE0CA" w14:textId="77777777" w:rsidR="00164E8D" w:rsidRDefault="00960395">
            <w:pPr>
              <w:spacing w:after="0" w:line="240" w:lineRule="auto"/>
              <w:jc w:val="center"/>
            </w:pPr>
            <w:r>
              <w:rPr>
                <w:sz w:val="19"/>
              </w:rPr>
              <w:t>2</w:t>
            </w:r>
          </w:p>
        </w:tc>
        <w:tc>
          <w:tcPr>
            <w:tcW w:w="6236" w:type="dxa"/>
            <w:tcMar>
              <w:top w:w="90" w:type="dxa"/>
              <w:left w:w="100" w:type="dxa"/>
              <w:bottom w:w="90" w:type="dxa"/>
              <w:right w:w="100" w:type="dxa"/>
            </w:tcMar>
            <w:vAlign w:val="center"/>
          </w:tcPr>
          <w:p w14:paraId="5C159254" w14:textId="77777777" w:rsidR="00164E8D" w:rsidRDefault="00960395">
            <w:pPr>
              <w:spacing w:after="0" w:line="240" w:lineRule="auto"/>
            </w:pPr>
            <w:proofErr w:type="spellStart"/>
            <w:r>
              <w:rPr>
                <w:sz w:val="19"/>
              </w:rPr>
              <w:t>құрылыстарды</w:t>
            </w:r>
            <w:proofErr w:type="spellEnd"/>
            <w:r>
              <w:rPr>
                <w:sz w:val="19"/>
              </w:rPr>
              <w:t xml:space="preserve"> </w:t>
            </w:r>
            <w:proofErr w:type="spellStart"/>
            <w:r>
              <w:rPr>
                <w:sz w:val="19"/>
              </w:rPr>
              <w:t>шатырын</w:t>
            </w:r>
            <w:proofErr w:type="spellEnd"/>
            <w:r>
              <w:rPr>
                <w:sz w:val="19"/>
              </w:rPr>
              <w:t xml:space="preserve">, </w:t>
            </w:r>
            <w:proofErr w:type="spellStart"/>
            <w:r>
              <w:rPr>
                <w:sz w:val="19"/>
              </w:rPr>
              <w:t>жабындарын</w:t>
            </w:r>
            <w:proofErr w:type="spellEnd"/>
            <w:r>
              <w:rPr>
                <w:sz w:val="19"/>
              </w:rPr>
              <w:t xml:space="preserve">, </w:t>
            </w:r>
            <w:proofErr w:type="spellStart"/>
            <w:r>
              <w:rPr>
                <w:sz w:val="19"/>
              </w:rPr>
              <w:t>қабырғаларын</w:t>
            </w:r>
            <w:proofErr w:type="spellEnd"/>
            <w:r>
              <w:rPr>
                <w:sz w:val="19"/>
              </w:rPr>
              <w:t xml:space="preserve">, </w:t>
            </w:r>
            <w:proofErr w:type="spellStart"/>
            <w:r>
              <w:rPr>
                <w:sz w:val="19"/>
              </w:rPr>
              <w:t>инженерлік</w:t>
            </w:r>
            <w:proofErr w:type="spellEnd"/>
            <w:r>
              <w:rPr>
                <w:sz w:val="19"/>
              </w:rPr>
              <w:t xml:space="preserve"> </w:t>
            </w:r>
            <w:proofErr w:type="spellStart"/>
            <w:r>
              <w:rPr>
                <w:sz w:val="19"/>
              </w:rPr>
              <w:t>элементтерін</w:t>
            </w:r>
            <w:proofErr w:type="spellEnd"/>
            <w:r>
              <w:rPr>
                <w:sz w:val="19"/>
              </w:rPr>
              <w:t xml:space="preserve">, </w:t>
            </w:r>
            <w:proofErr w:type="spellStart"/>
            <w:r>
              <w:rPr>
                <w:sz w:val="19"/>
              </w:rPr>
              <w:t>цоколі</w:t>
            </w:r>
            <w:proofErr w:type="spellEnd"/>
            <w:r>
              <w:rPr>
                <w:sz w:val="19"/>
              </w:rPr>
              <w:t xml:space="preserve"> </w:t>
            </w:r>
            <w:proofErr w:type="spellStart"/>
            <w:r>
              <w:rPr>
                <w:sz w:val="19"/>
              </w:rPr>
              <w:t>мен</w:t>
            </w:r>
            <w:proofErr w:type="spellEnd"/>
            <w:r>
              <w:rPr>
                <w:sz w:val="19"/>
              </w:rPr>
              <w:t xml:space="preserve"> </w:t>
            </w:r>
            <w:proofErr w:type="spellStart"/>
            <w:r>
              <w:rPr>
                <w:sz w:val="19"/>
              </w:rPr>
              <w:t>іргетастарын</w:t>
            </w:r>
            <w:proofErr w:type="spellEnd"/>
            <w:r>
              <w:rPr>
                <w:sz w:val="19"/>
              </w:rPr>
              <w:t xml:space="preserve"> </w:t>
            </w:r>
            <w:proofErr w:type="spellStart"/>
            <w:r>
              <w:rPr>
                <w:sz w:val="19"/>
              </w:rPr>
              <w:t>қоса</w:t>
            </w:r>
            <w:proofErr w:type="spellEnd"/>
            <w:r>
              <w:rPr>
                <w:sz w:val="19"/>
              </w:rPr>
              <w:t xml:space="preserve"> </w:t>
            </w:r>
            <w:proofErr w:type="spellStart"/>
            <w:r>
              <w:rPr>
                <w:sz w:val="19"/>
              </w:rPr>
              <w:t>толық</w:t>
            </w:r>
            <w:proofErr w:type="spellEnd"/>
            <w:r>
              <w:rPr>
                <w:sz w:val="19"/>
              </w:rPr>
              <w:t xml:space="preserve"> </w:t>
            </w:r>
            <w:proofErr w:type="spellStart"/>
            <w:r>
              <w:rPr>
                <w:sz w:val="19"/>
              </w:rPr>
              <w:t>бұзу</w:t>
            </w:r>
            <w:proofErr w:type="spellEnd"/>
            <w:r>
              <w:rPr>
                <w:sz w:val="19"/>
              </w:rPr>
              <w:t xml:space="preserve">; </w:t>
            </w:r>
            <w:proofErr w:type="spellStart"/>
            <w:r>
              <w:rPr>
                <w:sz w:val="19"/>
              </w:rPr>
              <w:t>құрылыс</w:t>
            </w:r>
            <w:proofErr w:type="spellEnd"/>
            <w:r>
              <w:rPr>
                <w:sz w:val="19"/>
              </w:rPr>
              <w:t xml:space="preserve"> </w:t>
            </w:r>
            <w:proofErr w:type="spellStart"/>
            <w:r>
              <w:rPr>
                <w:sz w:val="19"/>
              </w:rPr>
              <w:t>салу</w:t>
            </w:r>
            <w:proofErr w:type="spellEnd"/>
            <w:r>
              <w:rPr>
                <w:sz w:val="19"/>
              </w:rPr>
              <w:t xml:space="preserve"> </w:t>
            </w:r>
            <w:proofErr w:type="spellStart"/>
            <w:r>
              <w:rPr>
                <w:sz w:val="19"/>
              </w:rPr>
              <w:t>ауданы</w:t>
            </w:r>
            <w:proofErr w:type="spellEnd"/>
            <w:r>
              <w:rPr>
                <w:sz w:val="19"/>
              </w:rPr>
              <w:t xml:space="preserve"> — 186 м², </w:t>
            </w:r>
            <w:proofErr w:type="spellStart"/>
            <w:r>
              <w:rPr>
                <w:sz w:val="19"/>
              </w:rPr>
              <w:t>құрылыс</w:t>
            </w:r>
            <w:proofErr w:type="spellEnd"/>
            <w:r>
              <w:rPr>
                <w:sz w:val="19"/>
              </w:rPr>
              <w:t xml:space="preserve"> </w:t>
            </w:r>
            <w:proofErr w:type="spellStart"/>
            <w:r>
              <w:rPr>
                <w:sz w:val="19"/>
              </w:rPr>
              <w:t>көлемі</w:t>
            </w:r>
            <w:proofErr w:type="spellEnd"/>
            <w:r>
              <w:rPr>
                <w:sz w:val="19"/>
              </w:rPr>
              <w:t xml:space="preserve"> — 633 м³</w:t>
            </w:r>
          </w:p>
        </w:tc>
        <w:tc>
          <w:tcPr>
            <w:tcW w:w="1247" w:type="dxa"/>
            <w:tcMar>
              <w:top w:w="90" w:type="dxa"/>
              <w:left w:w="100" w:type="dxa"/>
              <w:bottom w:w="90" w:type="dxa"/>
              <w:right w:w="100" w:type="dxa"/>
            </w:tcMar>
            <w:vAlign w:val="center"/>
          </w:tcPr>
          <w:p w14:paraId="429B7E67" w14:textId="77777777" w:rsidR="00164E8D" w:rsidRDefault="00960395">
            <w:pPr>
              <w:spacing w:after="0" w:line="240" w:lineRule="auto"/>
              <w:jc w:val="center"/>
            </w:pPr>
            <w:proofErr w:type="spellStart"/>
            <w:r>
              <w:rPr>
                <w:sz w:val="19"/>
              </w:rPr>
              <w:t>кешен</w:t>
            </w:r>
            <w:proofErr w:type="spellEnd"/>
          </w:p>
        </w:tc>
        <w:tc>
          <w:tcPr>
            <w:tcW w:w="1417" w:type="dxa"/>
            <w:tcMar>
              <w:top w:w="90" w:type="dxa"/>
              <w:left w:w="100" w:type="dxa"/>
              <w:bottom w:w="90" w:type="dxa"/>
              <w:right w:w="100" w:type="dxa"/>
            </w:tcMar>
            <w:vAlign w:val="center"/>
          </w:tcPr>
          <w:p w14:paraId="624CFFBF" w14:textId="77777777" w:rsidR="00164E8D" w:rsidRDefault="00960395">
            <w:pPr>
              <w:spacing w:after="0" w:line="240" w:lineRule="auto"/>
              <w:jc w:val="center"/>
            </w:pPr>
            <w:r>
              <w:rPr>
                <w:sz w:val="19"/>
              </w:rPr>
              <w:t>1</w:t>
            </w:r>
          </w:p>
        </w:tc>
      </w:tr>
      <w:tr w:rsidR="00164E8D" w14:paraId="6C874D36" w14:textId="77777777">
        <w:trPr>
          <w:cantSplit/>
          <w:jc w:val="center"/>
        </w:trPr>
        <w:tc>
          <w:tcPr>
            <w:tcW w:w="680" w:type="dxa"/>
            <w:tcMar>
              <w:top w:w="90" w:type="dxa"/>
              <w:left w:w="100" w:type="dxa"/>
              <w:bottom w:w="90" w:type="dxa"/>
              <w:right w:w="100" w:type="dxa"/>
            </w:tcMar>
            <w:vAlign w:val="center"/>
          </w:tcPr>
          <w:p w14:paraId="334AF8BD" w14:textId="77777777" w:rsidR="00164E8D" w:rsidRDefault="00960395">
            <w:pPr>
              <w:spacing w:after="0" w:line="240" w:lineRule="auto"/>
              <w:jc w:val="center"/>
            </w:pPr>
            <w:r>
              <w:rPr>
                <w:sz w:val="19"/>
              </w:rPr>
              <w:t>3</w:t>
            </w:r>
          </w:p>
        </w:tc>
        <w:tc>
          <w:tcPr>
            <w:tcW w:w="6236" w:type="dxa"/>
            <w:tcMar>
              <w:top w:w="90" w:type="dxa"/>
              <w:left w:w="100" w:type="dxa"/>
              <w:bottom w:w="90" w:type="dxa"/>
              <w:right w:w="100" w:type="dxa"/>
            </w:tcMar>
            <w:vAlign w:val="center"/>
          </w:tcPr>
          <w:p w14:paraId="5E353CC8" w14:textId="77777777" w:rsidR="00164E8D" w:rsidRDefault="00960395">
            <w:pPr>
              <w:spacing w:after="0" w:line="240" w:lineRule="auto"/>
            </w:pPr>
            <w:proofErr w:type="spellStart"/>
            <w:r>
              <w:rPr>
                <w:sz w:val="19"/>
              </w:rPr>
              <w:t>Құрылыс</w:t>
            </w:r>
            <w:proofErr w:type="spellEnd"/>
            <w:r>
              <w:rPr>
                <w:sz w:val="19"/>
              </w:rPr>
              <w:t xml:space="preserve"> </w:t>
            </w:r>
            <w:proofErr w:type="spellStart"/>
            <w:r>
              <w:rPr>
                <w:sz w:val="19"/>
              </w:rPr>
              <w:t>қалдықтарын</w:t>
            </w:r>
            <w:proofErr w:type="spellEnd"/>
            <w:r>
              <w:rPr>
                <w:sz w:val="19"/>
              </w:rPr>
              <w:t xml:space="preserve"> </w:t>
            </w:r>
            <w:proofErr w:type="spellStart"/>
            <w:r>
              <w:rPr>
                <w:sz w:val="19"/>
              </w:rPr>
              <w:t>сұрыптау</w:t>
            </w:r>
            <w:proofErr w:type="spellEnd"/>
            <w:r>
              <w:rPr>
                <w:sz w:val="19"/>
              </w:rPr>
              <w:t xml:space="preserve">, </w:t>
            </w:r>
            <w:proofErr w:type="spellStart"/>
            <w:r>
              <w:rPr>
                <w:sz w:val="19"/>
              </w:rPr>
              <w:t>тиеу</w:t>
            </w:r>
            <w:proofErr w:type="spellEnd"/>
            <w:r>
              <w:rPr>
                <w:sz w:val="19"/>
              </w:rPr>
              <w:t xml:space="preserve">, </w:t>
            </w:r>
            <w:proofErr w:type="spellStart"/>
            <w:r>
              <w:rPr>
                <w:sz w:val="19"/>
              </w:rPr>
              <w:t>тасымалдау</w:t>
            </w:r>
            <w:proofErr w:type="spellEnd"/>
            <w:r>
              <w:rPr>
                <w:sz w:val="19"/>
              </w:rPr>
              <w:t xml:space="preserve"> </w:t>
            </w:r>
            <w:proofErr w:type="spellStart"/>
            <w:r>
              <w:rPr>
                <w:sz w:val="19"/>
              </w:rPr>
              <w:t>және</w:t>
            </w:r>
            <w:proofErr w:type="spellEnd"/>
            <w:r>
              <w:rPr>
                <w:sz w:val="19"/>
              </w:rPr>
              <w:t xml:space="preserve"> </w:t>
            </w:r>
            <w:proofErr w:type="spellStart"/>
            <w:r>
              <w:rPr>
                <w:sz w:val="19"/>
              </w:rPr>
              <w:t>рұқсат</w:t>
            </w:r>
            <w:proofErr w:type="spellEnd"/>
            <w:r>
              <w:rPr>
                <w:sz w:val="19"/>
              </w:rPr>
              <w:t xml:space="preserve"> </w:t>
            </w:r>
            <w:proofErr w:type="spellStart"/>
            <w:r>
              <w:rPr>
                <w:sz w:val="19"/>
              </w:rPr>
              <w:t>етілген</w:t>
            </w:r>
            <w:proofErr w:type="spellEnd"/>
            <w:r>
              <w:rPr>
                <w:sz w:val="19"/>
              </w:rPr>
              <w:t xml:space="preserve"> </w:t>
            </w:r>
            <w:proofErr w:type="spellStart"/>
            <w:r>
              <w:rPr>
                <w:sz w:val="19"/>
              </w:rPr>
              <w:t>орынға</w:t>
            </w:r>
            <w:proofErr w:type="spellEnd"/>
            <w:r>
              <w:rPr>
                <w:sz w:val="19"/>
              </w:rPr>
              <w:t xml:space="preserve"> </w:t>
            </w:r>
            <w:proofErr w:type="spellStart"/>
            <w:r>
              <w:rPr>
                <w:sz w:val="19"/>
              </w:rPr>
              <w:t>шығару</w:t>
            </w:r>
            <w:proofErr w:type="spellEnd"/>
          </w:p>
        </w:tc>
        <w:tc>
          <w:tcPr>
            <w:tcW w:w="1247" w:type="dxa"/>
            <w:tcMar>
              <w:top w:w="90" w:type="dxa"/>
              <w:left w:w="100" w:type="dxa"/>
              <w:bottom w:w="90" w:type="dxa"/>
              <w:right w:w="100" w:type="dxa"/>
            </w:tcMar>
            <w:vAlign w:val="center"/>
          </w:tcPr>
          <w:p w14:paraId="3B69A17E" w14:textId="77777777" w:rsidR="00164E8D" w:rsidRDefault="00960395">
            <w:pPr>
              <w:spacing w:after="0" w:line="240" w:lineRule="auto"/>
              <w:jc w:val="center"/>
            </w:pPr>
            <w:proofErr w:type="spellStart"/>
            <w:r>
              <w:rPr>
                <w:sz w:val="19"/>
              </w:rPr>
              <w:t>кешен</w:t>
            </w:r>
            <w:proofErr w:type="spellEnd"/>
          </w:p>
        </w:tc>
        <w:tc>
          <w:tcPr>
            <w:tcW w:w="1417" w:type="dxa"/>
            <w:tcMar>
              <w:top w:w="90" w:type="dxa"/>
              <w:left w:w="100" w:type="dxa"/>
              <w:bottom w:w="90" w:type="dxa"/>
              <w:right w:w="100" w:type="dxa"/>
            </w:tcMar>
            <w:vAlign w:val="center"/>
          </w:tcPr>
          <w:p w14:paraId="5E653AA2" w14:textId="77777777" w:rsidR="00164E8D" w:rsidRDefault="00960395">
            <w:pPr>
              <w:spacing w:after="0" w:line="240" w:lineRule="auto"/>
              <w:jc w:val="center"/>
            </w:pPr>
            <w:r>
              <w:rPr>
                <w:sz w:val="19"/>
              </w:rPr>
              <w:t>1</w:t>
            </w:r>
          </w:p>
        </w:tc>
      </w:tr>
      <w:tr w:rsidR="00164E8D" w14:paraId="227663C0" w14:textId="77777777">
        <w:trPr>
          <w:cantSplit/>
          <w:jc w:val="center"/>
        </w:trPr>
        <w:tc>
          <w:tcPr>
            <w:tcW w:w="680" w:type="dxa"/>
            <w:tcMar>
              <w:top w:w="90" w:type="dxa"/>
              <w:left w:w="100" w:type="dxa"/>
              <w:bottom w:w="90" w:type="dxa"/>
              <w:right w:w="100" w:type="dxa"/>
            </w:tcMar>
            <w:vAlign w:val="center"/>
          </w:tcPr>
          <w:p w14:paraId="1DAA1432" w14:textId="77777777" w:rsidR="00164E8D" w:rsidRDefault="00960395">
            <w:pPr>
              <w:spacing w:after="0" w:line="240" w:lineRule="auto"/>
              <w:jc w:val="center"/>
            </w:pPr>
            <w:r>
              <w:rPr>
                <w:sz w:val="19"/>
              </w:rPr>
              <w:t>4</w:t>
            </w:r>
          </w:p>
        </w:tc>
        <w:tc>
          <w:tcPr>
            <w:tcW w:w="6236" w:type="dxa"/>
            <w:tcMar>
              <w:top w:w="90" w:type="dxa"/>
              <w:left w:w="100" w:type="dxa"/>
              <w:bottom w:w="90" w:type="dxa"/>
              <w:right w:w="100" w:type="dxa"/>
            </w:tcMar>
            <w:vAlign w:val="center"/>
          </w:tcPr>
          <w:p w14:paraId="20D57425" w14:textId="77777777" w:rsidR="00164E8D" w:rsidRDefault="00960395">
            <w:pPr>
              <w:spacing w:after="0" w:line="240" w:lineRule="auto"/>
            </w:pPr>
            <w:proofErr w:type="spellStart"/>
            <w:r>
              <w:rPr>
                <w:sz w:val="19"/>
              </w:rPr>
              <w:t>Ойықтарды</w:t>
            </w:r>
            <w:proofErr w:type="spellEnd"/>
            <w:r>
              <w:rPr>
                <w:sz w:val="19"/>
              </w:rPr>
              <w:t xml:space="preserve"> </w:t>
            </w:r>
            <w:proofErr w:type="spellStart"/>
            <w:r>
              <w:rPr>
                <w:sz w:val="19"/>
              </w:rPr>
              <w:t>топырақпен</w:t>
            </w:r>
            <w:proofErr w:type="spellEnd"/>
            <w:r>
              <w:rPr>
                <w:sz w:val="19"/>
              </w:rPr>
              <w:t xml:space="preserve"> </w:t>
            </w:r>
            <w:proofErr w:type="spellStart"/>
            <w:r>
              <w:rPr>
                <w:sz w:val="19"/>
              </w:rPr>
              <w:t>немесе</w:t>
            </w:r>
            <w:proofErr w:type="spellEnd"/>
            <w:r>
              <w:rPr>
                <w:sz w:val="19"/>
              </w:rPr>
              <w:t xml:space="preserve"> </w:t>
            </w:r>
            <w:proofErr w:type="spellStart"/>
            <w:r>
              <w:rPr>
                <w:sz w:val="19"/>
              </w:rPr>
              <w:t>құм-қиыршықтас</w:t>
            </w:r>
            <w:proofErr w:type="spellEnd"/>
            <w:r>
              <w:rPr>
                <w:sz w:val="19"/>
              </w:rPr>
              <w:t xml:space="preserve"> </w:t>
            </w:r>
            <w:proofErr w:type="spellStart"/>
            <w:r>
              <w:rPr>
                <w:sz w:val="19"/>
              </w:rPr>
              <w:t>қоспасымен</w:t>
            </w:r>
            <w:proofErr w:type="spellEnd"/>
            <w:r>
              <w:rPr>
                <w:sz w:val="19"/>
              </w:rPr>
              <w:t xml:space="preserve"> </w:t>
            </w:r>
            <w:proofErr w:type="spellStart"/>
            <w:r>
              <w:rPr>
                <w:sz w:val="19"/>
              </w:rPr>
              <w:t>толтыру</w:t>
            </w:r>
            <w:proofErr w:type="spellEnd"/>
            <w:r>
              <w:rPr>
                <w:sz w:val="19"/>
              </w:rPr>
              <w:t xml:space="preserve">, </w:t>
            </w:r>
            <w:proofErr w:type="spellStart"/>
            <w:r>
              <w:rPr>
                <w:sz w:val="19"/>
              </w:rPr>
              <w:t>қабаттап</w:t>
            </w:r>
            <w:proofErr w:type="spellEnd"/>
            <w:r>
              <w:rPr>
                <w:sz w:val="19"/>
              </w:rPr>
              <w:t xml:space="preserve"> </w:t>
            </w:r>
            <w:proofErr w:type="spellStart"/>
            <w:r>
              <w:rPr>
                <w:sz w:val="19"/>
              </w:rPr>
              <w:t>тығыздау</w:t>
            </w:r>
            <w:proofErr w:type="spellEnd"/>
            <w:r>
              <w:rPr>
                <w:sz w:val="19"/>
              </w:rPr>
              <w:t xml:space="preserve"> </w:t>
            </w:r>
            <w:proofErr w:type="spellStart"/>
            <w:r>
              <w:rPr>
                <w:sz w:val="19"/>
              </w:rPr>
              <w:t>және</w:t>
            </w:r>
            <w:proofErr w:type="spellEnd"/>
            <w:r>
              <w:rPr>
                <w:sz w:val="19"/>
              </w:rPr>
              <w:t xml:space="preserve"> </w:t>
            </w:r>
            <w:proofErr w:type="spellStart"/>
            <w:r>
              <w:rPr>
                <w:sz w:val="19"/>
              </w:rPr>
              <w:t>аумақты</w:t>
            </w:r>
            <w:proofErr w:type="spellEnd"/>
            <w:r>
              <w:rPr>
                <w:sz w:val="19"/>
              </w:rPr>
              <w:t xml:space="preserve"> </w:t>
            </w:r>
            <w:proofErr w:type="spellStart"/>
            <w:r>
              <w:rPr>
                <w:sz w:val="19"/>
              </w:rPr>
              <w:t>жоспарлау</w:t>
            </w:r>
            <w:proofErr w:type="spellEnd"/>
          </w:p>
        </w:tc>
        <w:tc>
          <w:tcPr>
            <w:tcW w:w="1247" w:type="dxa"/>
            <w:tcMar>
              <w:top w:w="90" w:type="dxa"/>
              <w:left w:w="100" w:type="dxa"/>
              <w:bottom w:w="90" w:type="dxa"/>
              <w:right w:w="100" w:type="dxa"/>
            </w:tcMar>
            <w:vAlign w:val="center"/>
          </w:tcPr>
          <w:p w14:paraId="37D568D6" w14:textId="77777777" w:rsidR="00164E8D" w:rsidRDefault="00960395">
            <w:pPr>
              <w:spacing w:after="0" w:line="240" w:lineRule="auto"/>
              <w:jc w:val="center"/>
            </w:pPr>
            <w:r>
              <w:rPr>
                <w:sz w:val="19"/>
              </w:rPr>
              <w:t>м²</w:t>
            </w:r>
          </w:p>
        </w:tc>
        <w:tc>
          <w:tcPr>
            <w:tcW w:w="1417" w:type="dxa"/>
            <w:tcMar>
              <w:top w:w="90" w:type="dxa"/>
              <w:left w:w="100" w:type="dxa"/>
              <w:bottom w:w="90" w:type="dxa"/>
              <w:right w:w="100" w:type="dxa"/>
            </w:tcMar>
            <w:vAlign w:val="center"/>
          </w:tcPr>
          <w:p w14:paraId="1123B8D4" w14:textId="77777777" w:rsidR="00164E8D" w:rsidRDefault="00960395">
            <w:pPr>
              <w:spacing w:after="0" w:line="240" w:lineRule="auto"/>
              <w:jc w:val="center"/>
            </w:pPr>
            <w:r>
              <w:rPr>
                <w:sz w:val="19"/>
              </w:rPr>
              <w:t>186</w:t>
            </w:r>
          </w:p>
        </w:tc>
      </w:tr>
      <w:tr w:rsidR="00164E8D" w14:paraId="0D6BA3A7" w14:textId="77777777">
        <w:trPr>
          <w:cantSplit/>
          <w:jc w:val="center"/>
        </w:trPr>
        <w:tc>
          <w:tcPr>
            <w:tcW w:w="680" w:type="dxa"/>
            <w:tcMar>
              <w:top w:w="90" w:type="dxa"/>
              <w:left w:w="100" w:type="dxa"/>
              <w:bottom w:w="90" w:type="dxa"/>
              <w:right w:w="100" w:type="dxa"/>
            </w:tcMar>
            <w:vAlign w:val="center"/>
          </w:tcPr>
          <w:p w14:paraId="12D848D8" w14:textId="77777777" w:rsidR="00164E8D" w:rsidRDefault="00960395">
            <w:pPr>
              <w:spacing w:after="0" w:line="240" w:lineRule="auto"/>
              <w:jc w:val="center"/>
            </w:pPr>
            <w:r>
              <w:rPr>
                <w:sz w:val="19"/>
              </w:rPr>
              <w:t>5</w:t>
            </w:r>
          </w:p>
        </w:tc>
        <w:tc>
          <w:tcPr>
            <w:tcW w:w="6236" w:type="dxa"/>
            <w:tcMar>
              <w:top w:w="90" w:type="dxa"/>
              <w:left w:w="100" w:type="dxa"/>
              <w:bottom w:w="90" w:type="dxa"/>
              <w:right w:w="100" w:type="dxa"/>
            </w:tcMar>
            <w:vAlign w:val="center"/>
          </w:tcPr>
          <w:p w14:paraId="0E6F481C" w14:textId="77777777" w:rsidR="00164E8D" w:rsidRDefault="00960395">
            <w:pPr>
              <w:spacing w:after="0" w:line="240" w:lineRule="auto"/>
            </w:pPr>
            <w:proofErr w:type="spellStart"/>
            <w:r>
              <w:rPr>
                <w:sz w:val="19"/>
              </w:rPr>
              <w:t>Аумақты</w:t>
            </w:r>
            <w:proofErr w:type="spellEnd"/>
            <w:r>
              <w:rPr>
                <w:sz w:val="19"/>
              </w:rPr>
              <w:t xml:space="preserve"> </w:t>
            </w:r>
            <w:proofErr w:type="spellStart"/>
            <w:r>
              <w:rPr>
                <w:sz w:val="19"/>
              </w:rPr>
              <w:t>түпкілікті</w:t>
            </w:r>
            <w:proofErr w:type="spellEnd"/>
            <w:r>
              <w:rPr>
                <w:sz w:val="19"/>
              </w:rPr>
              <w:t xml:space="preserve"> </w:t>
            </w:r>
            <w:proofErr w:type="spellStart"/>
            <w:r>
              <w:rPr>
                <w:sz w:val="19"/>
              </w:rPr>
              <w:t>тазалау</w:t>
            </w:r>
            <w:proofErr w:type="spellEnd"/>
            <w:r>
              <w:rPr>
                <w:sz w:val="19"/>
              </w:rPr>
              <w:t xml:space="preserve">, </w:t>
            </w:r>
            <w:proofErr w:type="spellStart"/>
            <w:r>
              <w:rPr>
                <w:sz w:val="19"/>
              </w:rPr>
              <w:t>атқарушылық</w:t>
            </w:r>
            <w:proofErr w:type="spellEnd"/>
            <w:r>
              <w:rPr>
                <w:sz w:val="19"/>
              </w:rPr>
              <w:t xml:space="preserve"> </w:t>
            </w:r>
            <w:proofErr w:type="spellStart"/>
            <w:r>
              <w:rPr>
                <w:sz w:val="19"/>
              </w:rPr>
              <w:t>құжаттаманы</w:t>
            </w:r>
            <w:proofErr w:type="spellEnd"/>
            <w:r>
              <w:rPr>
                <w:sz w:val="19"/>
              </w:rPr>
              <w:t xml:space="preserve"> </w:t>
            </w:r>
            <w:proofErr w:type="spellStart"/>
            <w:r>
              <w:rPr>
                <w:sz w:val="19"/>
              </w:rPr>
              <w:t>және</w:t>
            </w:r>
            <w:proofErr w:type="spellEnd"/>
            <w:r>
              <w:rPr>
                <w:sz w:val="19"/>
              </w:rPr>
              <w:t xml:space="preserve"> </w:t>
            </w:r>
            <w:proofErr w:type="spellStart"/>
            <w:r>
              <w:rPr>
                <w:sz w:val="19"/>
              </w:rPr>
              <w:t>фотоесепті</w:t>
            </w:r>
            <w:proofErr w:type="spellEnd"/>
            <w:r>
              <w:rPr>
                <w:sz w:val="19"/>
              </w:rPr>
              <w:t xml:space="preserve"> </w:t>
            </w:r>
            <w:proofErr w:type="spellStart"/>
            <w:r>
              <w:rPr>
                <w:sz w:val="19"/>
              </w:rPr>
              <w:t>тапсыру</w:t>
            </w:r>
            <w:proofErr w:type="spellEnd"/>
          </w:p>
        </w:tc>
        <w:tc>
          <w:tcPr>
            <w:tcW w:w="1247" w:type="dxa"/>
            <w:tcMar>
              <w:top w:w="90" w:type="dxa"/>
              <w:left w:w="100" w:type="dxa"/>
              <w:bottom w:w="90" w:type="dxa"/>
              <w:right w:w="100" w:type="dxa"/>
            </w:tcMar>
            <w:vAlign w:val="center"/>
          </w:tcPr>
          <w:p w14:paraId="5E2E1224" w14:textId="77777777" w:rsidR="00164E8D" w:rsidRDefault="00960395">
            <w:pPr>
              <w:spacing w:after="0" w:line="240" w:lineRule="auto"/>
              <w:jc w:val="center"/>
            </w:pPr>
            <w:proofErr w:type="spellStart"/>
            <w:r>
              <w:rPr>
                <w:sz w:val="19"/>
              </w:rPr>
              <w:t>кешен</w:t>
            </w:r>
            <w:proofErr w:type="spellEnd"/>
          </w:p>
        </w:tc>
        <w:tc>
          <w:tcPr>
            <w:tcW w:w="1417" w:type="dxa"/>
            <w:tcMar>
              <w:top w:w="90" w:type="dxa"/>
              <w:left w:w="100" w:type="dxa"/>
              <w:bottom w:w="90" w:type="dxa"/>
              <w:right w:w="100" w:type="dxa"/>
            </w:tcMar>
            <w:vAlign w:val="center"/>
          </w:tcPr>
          <w:p w14:paraId="287AE338" w14:textId="77777777" w:rsidR="00164E8D" w:rsidRDefault="00960395">
            <w:pPr>
              <w:spacing w:after="0" w:line="240" w:lineRule="auto"/>
              <w:jc w:val="center"/>
            </w:pPr>
            <w:r>
              <w:rPr>
                <w:sz w:val="19"/>
              </w:rPr>
              <w:t>1</w:t>
            </w:r>
          </w:p>
        </w:tc>
      </w:tr>
    </w:tbl>
    <w:p w14:paraId="7571FC01" w14:textId="77777777" w:rsidR="00164E8D" w:rsidRDefault="00164E8D">
      <w:pPr>
        <w:spacing w:after="0"/>
      </w:pPr>
    </w:p>
    <w:p w14:paraId="30DDB75D" w14:textId="07AAE0D3" w:rsidR="00164E8D" w:rsidRDefault="00960395">
      <w:pPr>
        <w:spacing w:after="120"/>
        <w:jc w:val="both"/>
      </w:pPr>
      <w:proofErr w:type="spellStart"/>
      <w:r>
        <w:t>Құрылыстардың</w:t>
      </w:r>
      <w:proofErr w:type="spellEnd"/>
      <w:r>
        <w:t xml:space="preserve"> </w:t>
      </w:r>
      <w:proofErr w:type="spellStart"/>
      <w:r>
        <w:t>құрылыс</w:t>
      </w:r>
      <w:proofErr w:type="spellEnd"/>
      <w:r>
        <w:t xml:space="preserve"> </w:t>
      </w:r>
      <w:proofErr w:type="spellStart"/>
      <w:r>
        <w:t>салу</w:t>
      </w:r>
      <w:proofErr w:type="spellEnd"/>
      <w:r>
        <w:t xml:space="preserve"> </w:t>
      </w:r>
      <w:proofErr w:type="spellStart"/>
      <w:r>
        <w:t>ауданы</w:t>
      </w:r>
      <w:proofErr w:type="spellEnd"/>
      <w:r>
        <w:t xml:space="preserve"> — 186 м², </w:t>
      </w:r>
      <w:proofErr w:type="spellStart"/>
      <w:r>
        <w:t>құрылыс</w:t>
      </w:r>
      <w:proofErr w:type="spellEnd"/>
      <w:r>
        <w:t xml:space="preserve"> </w:t>
      </w:r>
      <w:proofErr w:type="spellStart"/>
      <w:r>
        <w:t>көлемі</w:t>
      </w:r>
      <w:proofErr w:type="spellEnd"/>
      <w:r>
        <w:t xml:space="preserve"> — 633 м³. </w:t>
      </w:r>
      <w:proofErr w:type="spellStart"/>
      <w:r>
        <w:t>құрылыстарды</w:t>
      </w:r>
      <w:proofErr w:type="spellEnd"/>
      <w:r>
        <w:t xml:space="preserve"> </w:t>
      </w:r>
      <w:proofErr w:type="spellStart"/>
      <w:r>
        <w:t>бұзу</w:t>
      </w:r>
      <w:proofErr w:type="spellEnd"/>
      <w:r>
        <w:t xml:space="preserve"> </w:t>
      </w:r>
      <w:proofErr w:type="spellStart"/>
      <w:r>
        <w:t>және</w:t>
      </w:r>
      <w:proofErr w:type="spellEnd"/>
      <w:r>
        <w:t xml:space="preserve"> </w:t>
      </w:r>
      <w:proofErr w:type="spellStart"/>
      <w:r>
        <w:t>аумақты</w:t>
      </w:r>
      <w:proofErr w:type="spellEnd"/>
      <w:r>
        <w:t xml:space="preserve"> </w:t>
      </w:r>
      <w:proofErr w:type="spellStart"/>
      <w:r>
        <w:t>қалпына</w:t>
      </w:r>
      <w:proofErr w:type="spellEnd"/>
      <w:r>
        <w:t xml:space="preserve"> </w:t>
      </w:r>
      <w:proofErr w:type="spellStart"/>
      <w:r>
        <w:t>келтіру</w:t>
      </w:r>
      <w:proofErr w:type="spellEnd"/>
      <w:r>
        <w:t xml:space="preserve"> </w:t>
      </w:r>
      <w:proofErr w:type="spellStart"/>
      <w:r>
        <w:t>жұмыстарының</w:t>
      </w:r>
      <w:proofErr w:type="spellEnd"/>
      <w:r>
        <w:t xml:space="preserve"> </w:t>
      </w:r>
      <w:proofErr w:type="spellStart"/>
      <w:r>
        <w:t>шекарасы</w:t>
      </w:r>
      <w:proofErr w:type="spellEnd"/>
      <w:r>
        <w:t xml:space="preserve"> </w:t>
      </w:r>
      <w:proofErr w:type="spellStart"/>
      <w:r>
        <w:t>жұмыс</w:t>
      </w:r>
      <w:proofErr w:type="spellEnd"/>
      <w:r>
        <w:t xml:space="preserve"> </w:t>
      </w:r>
      <w:proofErr w:type="spellStart"/>
      <w:r>
        <w:t>басталғанға</w:t>
      </w:r>
      <w:proofErr w:type="spellEnd"/>
      <w:r>
        <w:t xml:space="preserve"> </w:t>
      </w:r>
      <w:proofErr w:type="spellStart"/>
      <w:r>
        <w:t>дейін</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нақтыланады</w:t>
      </w:r>
      <w:proofErr w:type="spellEnd"/>
      <w:r>
        <w:t>.</w:t>
      </w:r>
    </w:p>
    <w:p w14:paraId="44D02E25" w14:textId="77777777" w:rsidR="00164E8D" w:rsidRDefault="00960395">
      <w:pPr>
        <w:pStyle w:val="1"/>
        <w:spacing w:before="160" w:after="80"/>
      </w:pPr>
      <w:r>
        <w:t>2 ЖАЛПЫ ТАЛАПТАР ЖӘНЕ ЖҰМЫСТАРДЫ ҰЙЫМДАСТЫРУ</w:t>
      </w:r>
    </w:p>
    <w:p w14:paraId="01872699" w14:textId="77777777" w:rsidR="00164E8D" w:rsidRDefault="00960395">
      <w:pPr>
        <w:ind w:firstLine="340"/>
        <w:jc w:val="both"/>
      </w:pPr>
      <w:r>
        <w:rPr>
          <w:b/>
        </w:rPr>
        <w:t xml:space="preserve">1. </w:t>
      </w:r>
      <w:proofErr w:type="spellStart"/>
      <w:r>
        <w:rPr>
          <w:b/>
        </w:rPr>
        <w:t>Толық</w:t>
      </w:r>
      <w:proofErr w:type="spellEnd"/>
      <w:r>
        <w:rPr>
          <w:b/>
        </w:rPr>
        <w:t xml:space="preserve"> </w:t>
      </w:r>
      <w:proofErr w:type="spellStart"/>
      <w:r>
        <w:rPr>
          <w:b/>
        </w:rPr>
        <w:t>дайын</w:t>
      </w:r>
      <w:proofErr w:type="spellEnd"/>
      <w:r>
        <w:rPr>
          <w:b/>
        </w:rPr>
        <w:t xml:space="preserve"> </w:t>
      </w:r>
      <w:proofErr w:type="spellStart"/>
      <w:r>
        <w:rPr>
          <w:b/>
        </w:rPr>
        <w:t>күйінде</w:t>
      </w:r>
      <w:proofErr w:type="spellEnd"/>
      <w:r>
        <w:rPr>
          <w:b/>
        </w:rPr>
        <w:t xml:space="preserve"> </w:t>
      </w:r>
      <w:proofErr w:type="spellStart"/>
      <w:r>
        <w:rPr>
          <w:b/>
        </w:rPr>
        <w:t>орындау</w:t>
      </w:r>
      <w:proofErr w:type="spellEnd"/>
      <w:r>
        <w:rPr>
          <w:b/>
        </w:rPr>
        <w:t xml:space="preserve">. </w:t>
      </w:r>
      <w:proofErr w:type="spellStart"/>
      <w:r>
        <w:rPr>
          <w:b/>
        </w:rPr>
        <w:t>Мердігер</w:t>
      </w:r>
      <w:proofErr w:type="spellEnd"/>
      <w:r>
        <w:rPr>
          <w:b/>
        </w:rPr>
        <w:t xml:space="preserve"> </w:t>
      </w:r>
      <w:proofErr w:type="spellStart"/>
      <w:r>
        <w:rPr>
          <w:b/>
        </w:rPr>
        <w:t>жұмыстарды</w:t>
      </w:r>
      <w:proofErr w:type="spellEnd"/>
      <w:r>
        <w:rPr>
          <w:b/>
        </w:rPr>
        <w:t xml:space="preserve"> </w:t>
      </w:r>
      <w:proofErr w:type="spellStart"/>
      <w:r>
        <w:rPr>
          <w:b/>
        </w:rPr>
        <w:t>барлық</w:t>
      </w:r>
      <w:proofErr w:type="spellEnd"/>
      <w:r>
        <w:rPr>
          <w:b/>
        </w:rPr>
        <w:t xml:space="preserve"> </w:t>
      </w:r>
      <w:proofErr w:type="spellStart"/>
      <w:r>
        <w:rPr>
          <w:b/>
        </w:rPr>
        <w:t>еңбек</w:t>
      </w:r>
      <w:proofErr w:type="spellEnd"/>
      <w:r>
        <w:rPr>
          <w:b/>
        </w:rPr>
        <w:t xml:space="preserve">, </w:t>
      </w:r>
      <w:proofErr w:type="spellStart"/>
      <w:r>
        <w:rPr>
          <w:b/>
        </w:rPr>
        <w:t>техника</w:t>
      </w:r>
      <w:proofErr w:type="spellEnd"/>
      <w:r>
        <w:rPr>
          <w:b/>
        </w:rPr>
        <w:t xml:space="preserve">, </w:t>
      </w:r>
      <w:proofErr w:type="spellStart"/>
      <w:r>
        <w:rPr>
          <w:b/>
        </w:rPr>
        <w:t>көлік</w:t>
      </w:r>
      <w:proofErr w:type="spellEnd"/>
      <w:r>
        <w:rPr>
          <w:b/>
        </w:rPr>
        <w:t xml:space="preserve">, </w:t>
      </w:r>
      <w:proofErr w:type="spellStart"/>
      <w:r>
        <w:rPr>
          <w:b/>
        </w:rPr>
        <w:t>материал</w:t>
      </w:r>
      <w:proofErr w:type="spellEnd"/>
      <w:r>
        <w:rPr>
          <w:b/>
        </w:rPr>
        <w:t xml:space="preserve">, </w:t>
      </w:r>
      <w:proofErr w:type="spellStart"/>
      <w:r>
        <w:rPr>
          <w:b/>
        </w:rPr>
        <w:t>құрал</w:t>
      </w:r>
      <w:proofErr w:type="spellEnd"/>
      <w:r>
        <w:rPr>
          <w:b/>
        </w:rPr>
        <w:t xml:space="preserve">, </w:t>
      </w:r>
      <w:proofErr w:type="spellStart"/>
      <w:r>
        <w:rPr>
          <w:b/>
        </w:rPr>
        <w:t>қауіпсіздік</w:t>
      </w:r>
      <w:proofErr w:type="spellEnd"/>
      <w:r>
        <w:rPr>
          <w:b/>
        </w:rPr>
        <w:t xml:space="preserve"> </w:t>
      </w:r>
      <w:proofErr w:type="spellStart"/>
      <w:r>
        <w:rPr>
          <w:b/>
        </w:rPr>
        <w:t>шаралары</w:t>
      </w:r>
      <w:proofErr w:type="spellEnd"/>
      <w:r>
        <w:rPr>
          <w:b/>
        </w:rPr>
        <w:t xml:space="preserve">, </w:t>
      </w:r>
      <w:proofErr w:type="spellStart"/>
      <w:r>
        <w:rPr>
          <w:b/>
        </w:rPr>
        <w:t>жеткізу</w:t>
      </w:r>
      <w:proofErr w:type="spellEnd"/>
      <w:r>
        <w:rPr>
          <w:b/>
        </w:rPr>
        <w:t xml:space="preserve">, </w:t>
      </w:r>
      <w:proofErr w:type="spellStart"/>
      <w:r>
        <w:rPr>
          <w:b/>
        </w:rPr>
        <w:t>тиеу</w:t>
      </w:r>
      <w:proofErr w:type="spellEnd"/>
      <w:r>
        <w:rPr>
          <w:b/>
        </w:rPr>
        <w:t xml:space="preserve">, </w:t>
      </w:r>
      <w:proofErr w:type="spellStart"/>
      <w:r>
        <w:rPr>
          <w:b/>
        </w:rPr>
        <w:t>түсіру</w:t>
      </w:r>
      <w:proofErr w:type="spellEnd"/>
      <w:r>
        <w:rPr>
          <w:b/>
        </w:rPr>
        <w:t xml:space="preserve">, </w:t>
      </w:r>
      <w:proofErr w:type="spellStart"/>
      <w:r>
        <w:rPr>
          <w:b/>
        </w:rPr>
        <w:t>тазалау</w:t>
      </w:r>
      <w:proofErr w:type="spellEnd"/>
      <w:r>
        <w:rPr>
          <w:b/>
        </w:rPr>
        <w:t xml:space="preserve"> </w:t>
      </w:r>
      <w:proofErr w:type="spellStart"/>
      <w:r>
        <w:rPr>
          <w:b/>
        </w:rPr>
        <w:t>және</w:t>
      </w:r>
      <w:proofErr w:type="spellEnd"/>
      <w:r>
        <w:rPr>
          <w:b/>
        </w:rPr>
        <w:t xml:space="preserve"> </w:t>
      </w:r>
      <w:proofErr w:type="spellStart"/>
      <w:r>
        <w:rPr>
          <w:b/>
        </w:rPr>
        <w:t>қалдықтарды</w:t>
      </w:r>
      <w:proofErr w:type="spellEnd"/>
      <w:r>
        <w:rPr>
          <w:b/>
        </w:rPr>
        <w:t xml:space="preserve"> </w:t>
      </w:r>
      <w:proofErr w:type="spellStart"/>
      <w:r>
        <w:rPr>
          <w:b/>
        </w:rPr>
        <w:t>шығаруды</w:t>
      </w:r>
      <w:proofErr w:type="spellEnd"/>
      <w:r>
        <w:rPr>
          <w:b/>
        </w:rPr>
        <w:t xml:space="preserve"> </w:t>
      </w:r>
      <w:proofErr w:type="spellStart"/>
      <w:r>
        <w:rPr>
          <w:b/>
        </w:rPr>
        <w:t>қамти</w:t>
      </w:r>
      <w:proofErr w:type="spellEnd"/>
      <w:r>
        <w:rPr>
          <w:b/>
        </w:rPr>
        <w:t xml:space="preserve"> </w:t>
      </w:r>
      <w:proofErr w:type="spellStart"/>
      <w:r>
        <w:rPr>
          <w:b/>
        </w:rPr>
        <w:t>отырып</w:t>
      </w:r>
      <w:proofErr w:type="spellEnd"/>
      <w:r>
        <w:rPr>
          <w:b/>
        </w:rPr>
        <w:t xml:space="preserve"> </w:t>
      </w:r>
      <w:proofErr w:type="spellStart"/>
      <w:r>
        <w:rPr>
          <w:b/>
        </w:rPr>
        <w:t>кілтпен</w:t>
      </w:r>
      <w:proofErr w:type="spellEnd"/>
      <w:r>
        <w:rPr>
          <w:b/>
        </w:rPr>
        <w:t xml:space="preserve"> </w:t>
      </w:r>
      <w:proofErr w:type="spellStart"/>
      <w:r>
        <w:rPr>
          <w:b/>
        </w:rPr>
        <w:t>тапсыру</w:t>
      </w:r>
      <w:proofErr w:type="spellEnd"/>
      <w:r>
        <w:rPr>
          <w:b/>
        </w:rPr>
        <w:t xml:space="preserve"> </w:t>
      </w:r>
      <w:proofErr w:type="spellStart"/>
      <w:r>
        <w:rPr>
          <w:b/>
        </w:rPr>
        <w:t>тәсілімен</w:t>
      </w:r>
      <w:proofErr w:type="spellEnd"/>
      <w:r>
        <w:rPr>
          <w:b/>
        </w:rPr>
        <w:t xml:space="preserve"> </w:t>
      </w:r>
      <w:proofErr w:type="spellStart"/>
      <w:r>
        <w:rPr>
          <w:b/>
        </w:rPr>
        <w:t>орындайды</w:t>
      </w:r>
      <w:proofErr w:type="spellEnd"/>
      <w:r>
        <w:rPr>
          <w:b/>
        </w:rPr>
        <w:t>.</w:t>
      </w:r>
    </w:p>
    <w:p w14:paraId="38E0774D" w14:textId="77777777" w:rsidR="00164E8D" w:rsidRDefault="00960395">
      <w:pPr>
        <w:ind w:firstLine="340"/>
        <w:jc w:val="both"/>
      </w:pPr>
      <w:r>
        <w:rPr>
          <w:b/>
        </w:rPr>
        <w:t xml:space="preserve">2. </w:t>
      </w:r>
      <w:proofErr w:type="spellStart"/>
      <w:r>
        <w:rPr>
          <w:b/>
        </w:rPr>
        <w:t>Нормативтік</w:t>
      </w:r>
      <w:proofErr w:type="spellEnd"/>
      <w:r>
        <w:rPr>
          <w:b/>
        </w:rPr>
        <w:t xml:space="preserve"> </w:t>
      </w:r>
      <w:proofErr w:type="spellStart"/>
      <w:r>
        <w:rPr>
          <w:b/>
        </w:rPr>
        <w:t>сәйкестік</w:t>
      </w:r>
      <w:proofErr w:type="spellEnd"/>
      <w:r>
        <w:rPr>
          <w:b/>
        </w:rPr>
        <w:t xml:space="preserve">. </w:t>
      </w:r>
      <w:proofErr w:type="spellStart"/>
      <w:r>
        <w:rPr>
          <w:b/>
        </w:rPr>
        <w:t>Жұмыстар</w:t>
      </w:r>
      <w:proofErr w:type="spellEnd"/>
      <w:r>
        <w:rPr>
          <w:b/>
        </w:rPr>
        <w:t xml:space="preserve"> </w:t>
      </w:r>
      <w:proofErr w:type="spellStart"/>
      <w:r>
        <w:rPr>
          <w:b/>
        </w:rPr>
        <w:t>Қазақстан</w:t>
      </w:r>
      <w:proofErr w:type="spellEnd"/>
      <w:r>
        <w:rPr>
          <w:b/>
        </w:rPr>
        <w:t xml:space="preserve"> </w:t>
      </w:r>
      <w:proofErr w:type="spellStart"/>
      <w:r>
        <w:rPr>
          <w:b/>
        </w:rPr>
        <w:t>Республикасының</w:t>
      </w:r>
      <w:proofErr w:type="spellEnd"/>
      <w:r>
        <w:rPr>
          <w:b/>
        </w:rPr>
        <w:t xml:space="preserve"> </w:t>
      </w:r>
      <w:proofErr w:type="spellStart"/>
      <w:r>
        <w:rPr>
          <w:b/>
        </w:rPr>
        <w:t>қолданыстағы</w:t>
      </w:r>
      <w:proofErr w:type="spellEnd"/>
      <w:r>
        <w:rPr>
          <w:b/>
        </w:rPr>
        <w:t xml:space="preserve"> </w:t>
      </w:r>
      <w:proofErr w:type="spellStart"/>
      <w:r>
        <w:rPr>
          <w:b/>
        </w:rPr>
        <w:t>құрылыс</w:t>
      </w:r>
      <w:proofErr w:type="spellEnd"/>
      <w:r>
        <w:rPr>
          <w:b/>
        </w:rPr>
        <w:t xml:space="preserve">, </w:t>
      </w:r>
      <w:proofErr w:type="spellStart"/>
      <w:r>
        <w:rPr>
          <w:b/>
        </w:rPr>
        <w:t>экологиялық</w:t>
      </w:r>
      <w:proofErr w:type="spellEnd"/>
      <w:r>
        <w:rPr>
          <w:b/>
        </w:rPr>
        <w:t xml:space="preserve">, </w:t>
      </w:r>
      <w:proofErr w:type="spellStart"/>
      <w:r>
        <w:rPr>
          <w:b/>
        </w:rPr>
        <w:t>санитариялық</w:t>
      </w:r>
      <w:proofErr w:type="spellEnd"/>
      <w:r>
        <w:rPr>
          <w:b/>
        </w:rPr>
        <w:t xml:space="preserve">, </w:t>
      </w:r>
      <w:proofErr w:type="spellStart"/>
      <w:r>
        <w:rPr>
          <w:b/>
        </w:rPr>
        <w:t>өрт</w:t>
      </w:r>
      <w:proofErr w:type="spellEnd"/>
      <w:r>
        <w:rPr>
          <w:b/>
        </w:rPr>
        <w:t xml:space="preserve"> </w:t>
      </w:r>
      <w:proofErr w:type="spellStart"/>
      <w:r>
        <w:rPr>
          <w:b/>
        </w:rPr>
        <w:t>және</w:t>
      </w:r>
      <w:proofErr w:type="spellEnd"/>
      <w:r>
        <w:rPr>
          <w:b/>
        </w:rPr>
        <w:t xml:space="preserve"> </w:t>
      </w:r>
      <w:proofErr w:type="spellStart"/>
      <w:r>
        <w:rPr>
          <w:b/>
        </w:rPr>
        <w:t>еңбек</w:t>
      </w:r>
      <w:proofErr w:type="spellEnd"/>
      <w:r>
        <w:rPr>
          <w:b/>
        </w:rPr>
        <w:t xml:space="preserve"> </w:t>
      </w:r>
      <w:proofErr w:type="spellStart"/>
      <w:r>
        <w:rPr>
          <w:b/>
        </w:rPr>
        <w:t>қауіпсіздігі</w:t>
      </w:r>
      <w:proofErr w:type="spellEnd"/>
      <w:r>
        <w:rPr>
          <w:b/>
        </w:rPr>
        <w:t xml:space="preserve"> </w:t>
      </w:r>
      <w:proofErr w:type="spellStart"/>
      <w:r>
        <w:rPr>
          <w:b/>
        </w:rPr>
        <w:t>талаптарына</w:t>
      </w:r>
      <w:proofErr w:type="spellEnd"/>
      <w:r>
        <w:rPr>
          <w:b/>
        </w:rPr>
        <w:t xml:space="preserve">, </w:t>
      </w:r>
      <w:proofErr w:type="spellStart"/>
      <w:r>
        <w:rPr>
          <w:b/>
        </w:rPr>
        <w:t>сараптамалық</w:t>
      </w:r>
      <w:proofErr w:type="spellEnd"/>
      <w:r>
        <w:rPr>
          <w:b/>
        </w:rPr>
        <w:t xml:space="preserve"> </w:t>
      </w:r>
      <w:proofErr w:type="spellStart"/>
      <w:r>
        <w:rPr>
          <w:b/>
        </w:rPr>
        <w:t>қорытындыға</w:t>
      </w:r>
      <w:proofErr w:type="spellEnd"/>
      <w:r>
        <w:rPr>
          <w:b/>
        </w:rPr>
        <w:t xml:space="preserve"> </w:t>
      </w:r>
      <w:proofErr w:type="spellStart"/>
      <w:r>
        <w:rPr>
          <w:b/>
        </w:rPr>
        <w:t>және</w:t>
      </w:r>
      <w:proofErr w:type="spellEnd"/>
      <w:r>
        <w:rPr>
          <w:b/>
        </w:rPr>
        <w:t xml:space="preserve"> </w:t>
      </w:r>
      <w:proofErr w:type="spellStart"/>
      <w:r>
        <w:rPr>
          <w:b/>
        </w:rPr>
        <w:t>жұмыстарды</w:t>
      </w:r>
      <w:proofErr w:type="spellEnd"/>
      <w:r>
        <w:rPr>
          <w:b/>
        </w:rPr>
        <w:t xml:space="preserve"> </w:t>
      </w:r>
      <w:proofErr w:type="spellStart"/>
      <w:r>
        <w:rPr>
          <w:b/>
        </w:rPr>
        <w:t>жүргізу</w:t>
      </w:r>
      <w:proofErr w:type="spellEnd"/>
      <w:r>
        <w:rPr>
          <w:b/>
        </w:rPr>
        <w:t xml:space="preserve"> </w:t>
      </w:r>
      <w:proofErr w:type="spellStart"/>
      <w:r>
        <w:rPr>
          <w:b/>
        </w:rPr>
        <w:t>жоспарына</w:t>
      </w:r>
      <w:proofErr w:type="spellEnd"/>
      <w:r>
        <w:rPr>
          <w:b/>
        </w:rPr>
        <w:t xml:space="preserve"> </w:t>
      </w:r>
      <w:proofErr w:type="spellStart"/>
      <w:r>
        <w:rPr>
          <w:b/>
        </w:rPr>
        <w:t>сәйкес</w:t>
      </w:r>
      <w:proofErr w:type="spellEnd"/>
      <w:r>
        <w:rPr>
          <w:b/>
        </w:rPr>
        <w:t xml:space="preserve"> </w:t>
      </w:r>
      <w:proofErr w:type="spellStart"/>
      <w:r>
        <w:rPr>
          <w:b/>
        </w:rPr>
        <w:t>орындалады</w:t>
      </w:r>
      <w:proofErr w:type="spellEnd"/>
      <w:r>
        <w:rPr>
          <w:b/>
        </w:rPr>
        <w:t>.</w:t>
      </w:r>
    </w:p>
    <w:p w14:paraId="164D95E6" w14:textId="77777777" w:rsidR="00164E8D" w:rsidRDefault="00960395">
      <w:pPr>
        <w:ind w:firstLine="340"/>
        <w:jc w:val="both"/>
      </w:pPr>
      <w:r>
        <w:rPr>
          <w:b/>
        </w:rPr>
        <w:t xml:space="preserve">3. </w:t>
      </w:r>
      <w:proofErr w:type="spellStart"/>
      <w:r>
        <w:rPr>
          <w:b/>
        </w:rPr>
        <w:t>Қауіпсіз</w:t>
      </w:r>
      <w:proofErr w:type="spellEnd"/>
      <w:r>
        <w:rPr>
          <w:b/>
        </w:rPr>
        <w:t xml:space="preserve"> </w:t>
      </w:r>
      <w:proofErr w:type="spellStart"/>
      <w:r>
        <w:rPr>
          <w:b/>
        </w:rPr>
        <w:t>ұйымдастыру</w:t>
      </w:r>
      <w:proofErr w:type="spellEnd"/>
      <w:r>
        <w:rPr>
          <w:b/>
        </w:rPr>
        <w:t xml:space="preserve">. </w:t>
      </w:r>
      <w:proofErr w:type="spellStart"/>
      <w:r>
        <w:rPr>
          <w:b/>
        </w:rPr>
        <w:t>Шу</w:t>
      </w:r>
      <w:proofErr w:type="spellEnd"/>
      <w:r>
        <w:rPr>
          <w:b/>
        </w:rPr>
        <w:t xml:space="preserve">, </w:t>
      </w:r>
      <w:proofErr w:type="spellStart"/>
      <w:r>
        <w:rPr>
          <w:b/>
        </w:rPr>
        <w:t>шаң</w:t>
      </w:r>
      <w:proofErr w:type="spellEnd"/>
      <w:r>
        <w:rPr>
          <w:b/>
        </w:rPr>
        <w:t xml:space="preserve">, </w:t>
      </w:r>
      <w:proofErr w:type="spellStart"/>
      <w:r>
        <w:rPr>
          <w:b/>
        </w:rPr>
        <w:t>биіктіктегі</w:t>
      </w:r>
      <w:proofErr w:type="spellEnd"/>
      <w:r>
        <w:rPr>
          <w:b/>
        </w:rPr>
        <w:t xml:space="preserve"> </w:t>
      </w:r>
      <w:proofErr w:type="spellStart"/>
      <w:r>
        <w:rPr>
          <w:b/>
        </w:rPr>
        <w:t>жұмыс</w:t>
      </w:r>
      <w:proofErr w:type="spellEnd"/>
      <w:r>
        <w:rPr>
          <w:b/>
        </w:rPr>
        <w:t xml:space="preserve"> </w:t>
      </w:r>
      <w:proofErr w:type="spellStart"/>
      <w:r>
        <w:rPr>
          <w:b/>
        </w:rPr>
        <w:t>және</w:t>
      </w:r>
      <w:proofErr w:type="spellEnd"/>
      <w:r>
        <w:rPr>
          <w:b/>
        </w:rPr>
        <w:t xml:space="preserve"> </w:t>
      </w:r>
      <w:proofErr w:type="spellStart"/>
      <w:r>
        <w:rPr>
          <w:b/>
        </w:rPr>
        <w:t>ауыр</w:t>
      </w:r>
      <w:proofErr w:type="spellEnd"/>
      <w:r>
        <w:rPr>
          <w:b/>
        </w:rPr>
        <w:t xml:space="preserve"> </w:t>
      </w:r>
      <w:proofErr w:type="spellStart"/>
      <w:r>
        <w:rPr>
          <w:b/>
        </w:rPr>
        <w:t>техника</w:t>
      </w:r>
      <w:proofErr w:type="spellEnd"/>
      <w:r>
        <w:rPr>
          <w:b/>
        </w:rPr>
        <w:t xml:space="preserve"> </w:t>
      </w:r>
      <w:proofErr w:type="spellStart"/>
      <w:r>
        <w:rPr>
          <w:b/>
        </w:rPr>
        <w:t>қолданылатын</w:t>
      </w:r>
      <w:proofErr w:type="spellEnd"/>
      <w:r>
        <w:rPr>
          <w:b/>
        </w:rPr>
        <w:t xml:space="preserve"> </w:t>
      </w:r>
      <w:proofErr w:type="spellStart"/>
      <w:r>
        <w:rPr>
          <w:b/>
        </w:rPr>
        <w:t>операциялар</w:t>
      </w:r>
      <w:proofErr w:type="spellEnd"/>
      <w:r>
        <w:rPr>
          <w:b/>
        </w:rPr>
        <w:t xml:space="preserve"> </w:t>
      </w:r>
      <w:proofErr w:type="spellStart"/>
      <w:r>
        <w:rPr>
          <w:b/>
        </w:rPr>
        <w:t>Тапсырыс</w:t>
      </w:r>
      <w:proofErr w:type="spellEnd"/>
      <w:r>
        <w:rPr>
          <w:b/>
        </w:rPr>
        <w:t xml:space="preserve"> </w:t>
      </w:r>
      <w:proofErr w:type="spellStart"/>
      <w:r>
        <w:rPr>
          <w:b/>
        </w:rPr>
        <w:t>берушімен</w:t>
      </w:r>
      <w:proofErr w:type="spellEnd"/>
      <w:r>
        <w:rPr>
          <w:b/>
        </w:rPr>
        <w:t xml:space="preserve"> </w:t>
      </w:r>
      <w:proofErr w:type="spellStart"/>
      <w:r>
        <w:rPr>
          <w:b/>
        </w:rPr>
        <w:t>келісілген</w:t>
      </w:r>
      <w:proofErr w:type="spellEnd"/>
      <w:r>
        <w:rPr>
          <w:b/>
        </w:rPr>
        <w:t xml:space="preserve"> </w:t>
      </w:r>
      <w:proofErr w:type="spellStart"/>
      <w:r>
        <w:rPr>
          <w:b/>
        </w:rPr>
        <w:t>уақытта</w:t>
      </w:r>
      <w:proofErr w:type="spellEnd"/>
      <w:r>
        <w:rPr>
          <w:b/>
        </w:rPr>
        <w:t xml:space="preserve"> </w:t>
      </w:r>
      <w:proofErr w:type="spellStart"/>
      <w:r>
        <w:rPr>
          <w:b/>
        </w:rPr>
        <w:t>жүргізіледі</w:t>
      </w:r>
      <w:proofErr w:type="spellEnd"/>
      <w:r>
        <w:rPr>
          <w:b/>
        </w:rPr>
        <w:t xml:space="preserve">. </w:t>
      </w:r>
      <w:proofErr w:type="spellStart"/>
      <w:r>
        <w:rPr>
          <w:b/>
        </w:rPr>
        <w:t>Бөгде</w:t>
      </w:r>
      <w:proofErr w:type="spellEnd"/>
      <w:r>
        <w:rPr>
          <w:b/>
        </w:rPr>
        <w:t xml:space="preserve"> </w:t>
      </w:r>
      <w:proofErr w:type="spellStart"/>
      <w:r>
        <w:rPr>
          <w:b/>
        </w:rPr>
        <w:t>адамдардың</w:t>
      </w:r>
      <w:proofErr w:type="spellEnd"/>
      <w:r>
        <w:rPr>
          <w:b/>
        </w:rPr>
        <w:t xml:space="preserve"> </w:t>
      </w:r>
      <w:proofErr w:type="spellStart"/>
      <w:r>
        <w:rPr>
          <w:b/>
        </w:rPr>
        <w:t>жұмыс</w:t>
      </w:r>
      <w:proofErr w:type="spellEnd"/>
      <w:r>
        <w:rPr>
          <w:b/>
        </w:rPr>
        <w:t xml:space="preserve"> </w:t>
      </w:r>
      <w:proofErr w:type="spellStart"/>
      <w:r>
        <w:rPr>
          <w:b/>
        </w:rPr>
        <w:t>аймағына</w:t>
      </w:r>
      <w:proofErr w:type="spellEnd"/>
      <w:r>
        <w:rPr>
          <w:b/>
        </w:rPr>
        <w:t xml:space="preserve"> </w:t>
      </w:r>
      <w:proofErr w:type="spellStart"/>
      <w:r>
        <w:rPr>
          <w:b/>
        </w:rPr>
        <w:t>кіруіне</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397C5E17" w14:textId="77777777" w:rsidR="00164E8D" w:rsidRDefault="00960395">
      <w:pPr>
        <w:ind w:firstLine="340"/>
        <w:jc w:val="both"/>
      </w:pPr>
      <w:r>
        <w:rPr>
          <w:b/>
        </w:rPr>
        <w:t xml:space="preserve">4. </w:t>
      </w:r>
      <w:proofErr w:type="spellStart"/>
      <w:r>
        <w:rPr>
          <w:b/>
        </w:rPr>
        <w:t>Жұмыс</w:t>
      </w:r>
      <w:proofErr w:type="spellEnd"/>
      <w:r>
        <w:rPr>
          <w:b/>
        </w:rPr>
        <w:t xml:space="preserve"> </w:t>
      </w:r>
      <w:proofErr w:type="spellStart"/>
      <w:r>
        <w:rPr>
          <w:b/>
        </w:rPr>
        <w:t>кестесі</w:t>
      </w:r>
      <w:proofErr w:type="spellEnd"/>
      <w:r>
        <w:rPr>
          <w:b/>
        </w:rPr>
        <w:t xml:space="preserve">. </w:t>
      </w:r>
      <w:proofErr w:type="spellStart"/>
      <w:r>
        <w:rPr>
          <w:b/>
        </w:rPr>
        <w:t>Мердігер</w:t>
      </w:r>
      <w:proofErr w:type="spellEnd"/>
      <w:r>
        <w:rPr>
          <w:b/>
        </w:rPr>
        <w:t xml:space="preserve"> </w:t>
      </w:r>
      <w:proofErr w:type="spellStart"/>
      <w:r>
        <w:rPr>
          <w:b/>
        </w:rPr>
        <w:t>жұмыс</w:t>
      </w:r>
      <w:proofErr w:type="spellEnd"/>
      <w:r>
        <w:rPr>
          <w:b/>
        </w:rPr>
        <w:t xml:space="preserve"> </w:t>
      </w:r>
      <w:proofErr w:type="spellStart"/>
      <w:r>
        <w:rPr>
          <w:b/>
        </w:rPr>
        <w:t>кезеңдері</w:t>
      </w:r>
      <w:proofErr w:type="spellEnd"/>
      <w:r>
        <w:rPr>
          <w:b/>
        </w:rPr>
        <w:t xml:space="preserve">, </w:t>
      </w:r>
      <w:proofErr w:type="spellStart"/>
      <w:r>
        <w:rPr>
          <w:b/>
        </w:rPr>
        <w:t>техника</w:t>
      </w:r>
      <w:proofErr w:type="spellEnd"/>
      <w:r>
        <w:rPr>
          <w:b/>
        </w:rPr>
        <w:t xml:space="preserve"> </w:t>
      </w:r>
      <w:proofErr w:type="spellStart"/>
      <w:r>
        <w:rPr>
          <w:b/>
        </w:rPr>
        <w:t>қозғалысы</w:t>
      </w:r>
      <w:proofErr w:type="spellEnd"/>
      <w:r>
        <w:rPr>
          <w:b/>
        </w:rPr>
        <w:t xml:space="preserve"> </w:t>
      </w:r>
      <w:proofErr w:type="spellStart"/>
      <w:r>
        <w:rPr>
          <w:b/>
        </w:rPr>
        <w:t>және</w:t>
      </w:r>
      <w:proofErr w:type="spellEnd"/>
      <w:r>
        <w:rPr>
          <w:b/>
        </w:rPr>
        <w:t xml:space="preserve"> </w:t>
      </w:r>
      <w:proofErr w:type="spellStart"/>
      <w:r>
        <w:rPr>
          <w:b/>
        </w:rPr>
        <w:t>қалдықтарды</w:t>
      </w:r>
      <w:proofErr w:type="spellEnd"/>
      <w:r>
        <w:rPr>
          <w:b/>
        </w:rPr>
        <w:t xml:space="preserve"> </w:t>
      </w:r>
      <w:proofErr w:type="spellStart"/>
      <w:r>
        <w:rPr>
          <w:b/>
        </w:rPr>
        <w:t>әкету</w:t>
      </w:r>
      <w:proofErr w:type="spellEnd"/>
      <w:r>
        <w:rPr>
          <w:b/>
        </w:rPr>
        <w:t xml:space="preserve"> </w:t>
      </w:r>
      <w:proofErr w:type="spellStart"/>
      <w:r>
        <w:rPr>
          <w:b/>
        </w:rPr>
        <w:t>қамтылған</w:t>
      </w:r>
      <w:proofErr w:type="spellEnd"/>
      <w:r>
        <w:rPr>
          <w:b/>
        </w:rPr>
        <w:t xml:space="preserve"> </w:t>
      </w:r>
      <w:proofErr w:type="spellStart"/>
      <w:r>
        <w:rPr>
          <w:b/>
        </w:rPr>
        <w:t>күнтізбелік</w:t>
      </w:r>
      <w:proofErr w:type="spellEnd"/>
      <w:r>
        <w:rPr>
          <w:b/>
        </w:rPr>
        <w:t xml:space="preserve"> </w:t>
      </w:r>
      <w:proofErr w:type="spellStart"/>
      <w:r>
        <w:rPr>
          <w:b/>
        </w:rPr>
        <w:t>кестені</w:t>
      </w:r>
      <w:proofErr w:type="spellEnd"/>
      <w:r>
        <w:rPr>
          <w:b/>
        </w:rPr>
        <w:t xml:space="preserve"> </w:t>
      </w:r>
      <w:proofErr w:type="spellStart"/>
      <w:r>
        <w:rPr>
          <w:b/>
        </w:rPr>
        <w:t>келіседі</w:t>
      </w:r>
      <w:proofErr w:type="spellEnd"/>
      <w:r>
        <w:rPr>
          <w:b/>
        </w:rPr>
        <w:t xml:space="preserve">. </w:t>
      </w:r>
      <w:proofErr w:type="spellStart"/>
      <w:r>
        <w:rPr>
          <w:b/>
        </w:rPr>
        <w:t>Алаң</w:t>
      </w:r>
      <w:proofErr w:type="spellEnd"/>
      <w:r>
        <w:rPr>
          <w:b/>
        </w:rPr>
        <w:t xml:space="preserve"> </w:t>
      </w:r>
      <w:proofErr w:type="spellStart"/>
      <w:r>
        <w:rPr>
          <w:b/>
        </w:rPr>
        <w:t>себепсіз</w:t>
      </w:r>
      <w:proofErr w:type="spellEnd"/>
      <w:r>
        <w:rPr>
          <w:b/>
        </w:rPr>
        <w:t xml:space="preserve"> </w:t>
      </w:r>
      <w:proofErr w:type="spellStart"/>
      <w:r>
        <w:rPr>
          <w:b/>
        </w:rPr>
        <w:t>бос</w:t>
      </w:r>
      <w:proofErr w:type="spellEnd"/>
      <w:r>
        <w:rPr>
          <w:b/>
        </w:rPr>
        <w:t xml:space="preserve"> </w:t>
      </w:r>
      <w:proofErr w:type="spellStart"/>
      <w:r>
        <w:rPr>
          <w:b/>
        </w:rPr>
        <w:t>қалдырылмауы</w:t>
      </w:r>
      <w:proofErr w:type="spellEnd"/>
      <w:r>
        <w:rPr>
          <w:b/>
        </w:rPr>
        <w:t xml:space="preserve"> </w:t>
      </w:r>
      <w:proofErr w:type="spellStart"/>
      <w:r>
        <w:rPr>
          <w:b/>
        </w:rPr>
        <w:t>тиіс</w:t>
      </w:r>
      <w:proofErr w:type="spellEnd"/>
      <w:r>
        <w:rPr>
          <w:b/>
        </w:rPr>
        <w:t>.</w:t>
      </w:r>
    </w:p>
    <w:p w14:paraId="73326168" w14:textId="77777777" w:rsidR="00164E8D" w:rsidRDefault="00960395">
      <w:pPr>
        <w:pStyle w:val="1"/>
        <w:spacing w:before="160" w:after="80"/>
      </w:pPr>
      <w:r>
        <w:t>3 ОБЪЕКТІНІ ТЕКСЕРУ ЖӘНЕ ЖҰМЫСТАРДЫ ЖҮРГІЗУ ЖОСПАРЫ</w:t>
      </w:r>
    </w:p>
    <w:p w14:paraId="6ECFD6CD" w14:textId="77777777" w:rsidR="00164E8D" w:rsidRDefault="00960395">
      <w:pPr>
        <w:ind w:firstLine="340"/>
        <w:jc w:val="both"/>
      </w:pPr>
      <w:r>
        <w:rPr>
          <w:b/>
        </w:rPr>
        <w:t xml:space="preserve">5. </w:t>
      </w:r>
      <w:proofErr w:type="spellStart"/>
      <w:r>
        <w:rPr>
          <w:b/>
        </w:rPr>
        <w:t>Бастапқы</w:t>
      </w:r>
      <w:proofErr w:type="spellEnd"/>
      <w:r>
        <w:rPr>
          <w:b/>
        </w:rPr>
        <w:t xml:space="preserve"> </w:t>
      </w:r>
      <w:proofErr w:type="spellStart"/>
      <w:r>
        <w:rPr>
          <w:b/>
        </w:rPr>
        <w:t>тексеру</w:t>
      </w:r>
      <w:proofErr w:type="spellEnd"/>
      <w:r>
        <w:rPr>
          <w:b/>
        </w:rPr>
        <w:t xml:space="preserve">. </w:t>
      </w:r>
      <w:proofErr w:type="spellStart"/>
      <w:r>
        <w:rPr>
          <w:b/>
        </w:rPr>
        <w:t>құрылыстардың</w:t>
      </w:r>
      <w:proofErr w:type="spellEnd"/>
      <w:r>
        <w:rPr>
          <w:b/>
        </w:rPr>
        <w:t xml:space="preserve"> </w:t>
      </w:r>
      <w:proofErr w:type="spellStart"/>
      <w:r>
        <w:rPr>
          <w:b/>
        </w:rPr>
        <w:t>қабырғалары</w:t>
      </w:r>
      <w:proofErr w:type="spellEnd"/>
      <w:r>
        <w:rPr>
          <w:b/>
        </w:rPr>
        <w:t xml:space="preserve">, </w:t>
      </w:r>
      <w:proofErr w:type="spellStart"/>
      <w:r>
        <w:rPr>
          <w:b/>
        </w:rPr>
        <w:t>шатырлары</w:t>
      </w:r>
      <w:proofErr w:type="spellEnd"/>
      <w:r>
        <w:rPr>
          <w:b/>
        </w:rPr>
        <w:t xml:space="preserve">, </w:t>
      </w:r>
      <w:proofErr w:type="spellStart"/>
      <w:r>
        <w:rPr>
          <w:b/>
        </w:rPr>
        <w:t>жабындары</w:t>
      </w:r>
      <w:proofErr w:type="spellEnd"/>
      <w:r>
        <w:rPr>
          <w:b/>
        </w:rPr>
        <w:t xml:space="preserve">, </w:t>
      </w:r>
      <w:proofErr w:type="spellStart"/>
      <w:r>
        <w:rPr>
          <w:b/>
        </w:rPr>
        <w:t>тіректері</w:t>
      </w:r>
      <w:proofErr w:type="spellEnd"/>
      <w:r>
        <w:rPr>
          <w:b/>
        </w:rPr>
        <w:t xml:space="preserve">, </w:t>
      </w:r>
      <w:proofErr w:type="spellStart"/>
      <w:r>
        <w:rPr>
          <w:b/>
        </w:rPr>
        <w:t>цокольдері</w:t>
      </w:r>
      <w:proofErr w:type="spellEnd"/>
      <w:r>
        <w:rPr>
          <w:b/>
        </w:rPr>
        <w:t xml:space="preserve">, </w:t>
      </w:r>
      <w:proofErr w:type="spellStart"/>
      <w:r>
        <w:rPr>
          <w:b/>
        </w:rPr>
        <w:t>фундаменттері</w:t>
      </w:r>
      <w:proofErr w:type="spellEnd"/>
      <w:r>
        <w:rPr>
          <w:b/>
        </w:rPr>
        <w:t xml:space="preserve">, </w:t>
      </w:r>
      <w:proofErr w:type="spellStart"/>
      <w:r>
        <w:rPr>
          <w:b/>
        </w:rPr>
        <w:t>кіреберістері</w:t>
      </w:r>
      <w:proofErr w:type="spellEnd"/>
      <w:r>
        <w:rPr>
          <w:b/>
        </w:rPr>
        <w:t xml:space="preserve"> </w:t>
      </w:r>
      <w:proofErr w:type="spellStart"/>
      <w:r>
        <w:rPr>
          <w:b/>
        </w:rPr>
        <w:t>және</w:t>
      </w:r>
      <w:proofErr w:type="spellEnd"/>
      <w:r>
        <w:rPr>
          <w:b/>
        </w:rPr>
        <w:t xml:space="preserve"> </w:t>
      </w:r>
      <w:proofErr w:type="spellStart"/>
      <w:r>
        <w:rPr>
          <w:b/>
        </w:rPr>
        <w:t>іргелес</w:t>
      </w:r>
      <w:proofErr w:type="spellEnd"/>
      <w:r>
        <w:rPr>
          <w:b/>
        </w:rPr>
        <w:t xml:space="preserve"> </w:t>
      </w:r>
      <w:proofErr w:type="spellStart"/>
      <w:r>
        <w:rPr>
          <w:b/>
        </w:rPr>
        <w:t>аумақ</w:t>
      </w:r>
      <w:proofErr w:type="spellEnd"/>
      <w:r>
        <w:rPr>
          <w:b/>
        </w:rPr>
        <w:t xml:space="preserve"> </w:t>
      </w:r>
      <w:proofErr w:type="spellStart"/>
      <w:r>
        <w:rPr>
          <w:b/>
        </w:rPr>
        <w:t>қайта</w:t>
      </w:r>
      <w:proofErr w:type="spellEnd"/>
      <w:r>
        <w:rPr>
          <w:b/>
        </w:rPr>
        <w:t xml:space="preserve"> </w:t>
      </w:r>
      <w:proofErr w:type="spellStart"/>
      <w:r>
        <w:rPr>
          <w:b/>
        </w:rPr>
        <w:t>тексеріліп</w:t>
      </w:r>
      <w:proofErr w:type="spellEnd"/>
      <w:r>
        <w:rPr>
          <w:b/>
        </w:rPr>
        <w:t xml:space="preserve">, </w:t>
      </w:r>
      <w:proofErr w:type="spellStart"/>
      <w:r>
        <w:rPr>
          <w:b/>
        </w:rPr>
        <w:t>қауіпті</w:t>
      </w:r>
      <w:proofErr w:type="spellEnd"/>
      <w:r>
        <w:rPr>
          <w:b/>
        </w:rPr>
        <w:t xml:space="preserve"> </w:t>
      </w:r>
      <w:proofErr w:type="spellStart"/>
      <w:r>
        <w:rPr>
          <w:b/>
        </w:rPr>
        <w:t>учаскелер</w:t>
      </w:r>
      <w:proofErr w:type="spellEnd"/>
      <w:r>
        <w:rPr>
          <w:b/>
        </w:rPr>
        <w:t xml:space="preserve"> </w:t>
      </w:r>
      <w:proofErr w:type="spellStart"/>
      <w:r>
        <w:rPr>
          <w:b/>
        </w:rPr>
        <w:t>белгіленеді</w:t>
      </w:r>
      <w:proofErr w:type="spellEnd"/>
      <w:r>
        <w:rPr>
          <w:b/>
        </w:rPr>
        <w:t>.</w:t>
      </w:r>
    </w:p>
    <w:p w14:paraId="367078C6" w14:textId="77777777" w:rsidR="00164E8D" w:rsidRDefault="00960395">
      <w:pPr>
        <w:ind w:firstLine="340"/>
        <w:jc w:val="both"/>
      </w:pPr>
      <w:r>
        <w:rPr>
          <w:b/>
        </w:rPr>
        <w:t xml:space="preserve">6. </w:t>
      </w:r>
      <w:proofErr w:type="spellStart"/>
      <w:r>
        <w:rPr>
          <w:b/>
        </w:rPr>
        <w:t>Фотофиксация</w:t>
      </w:r>
      <w:proofErr w:type="spellEnd"/>
      <w:r>
        <w:rPr>
          <w:b/>
        </w:rPr>
        <w:t xml:space="preserve">. </w:t>
      </w:r>
      <w:proofErr w:type="spellStart"/>
      <w:r>
        <w:rPr>
          <w:b/>
        </w:rPr>
        <w:t>Көршілес</w:t>
      </w:r>
      <w:proofErr w:type="spellEnd"/>
      <w:r>
        <w:rPr>
          <w:b/>
        </w:rPr>
        <w:t xml:space="preserve"> </w:t>
      </w:r>
      <w:proofErr w:type="spellStart"/>
      <w:r>
        <w:rPr>
          <w:b/>
        </w:rPr>
        <w:t>ғимараттардың</w:t>
      </w:r>
      <w:proofErr w:type="spellEnd"/>
      <w:r>
        <w:rPr>
          <w:b/>
        </w:rPr>
        <w:t xml:space="preserve">, </w:t>
      </w:r>
      <w:proofErr w:type="spellStart"/>
      <w:r>
        <w:rPr>
          <w:b/>
        </w:rPr>
        <w:t>жолдардың</w:t>
      </w:r>
      <w:proofErr w:type="spellEnd"/>
      <w:r>
        <w:rPr>
          <w:b/>
        </w:rPr>
        <w:t xml:space="preserve">, </w:t>
      </w:r>
      <w:proofErr w:type="spellStart"/>
      <w:r>
        <w:rPr>
          <w:b/>
        </w:rPr>
        <w:t>жабындардың</w:t>
      </w:r>
      <w:proofErr w:type="spellEnd"/>
      <w:r>
        <w:rPr>
          <w:b/>
        </w:rPr>
        <w:t xml:space="preserve">, </w:t>
      </w:r>
      <w:proofErr w:type="spellStart"/>
      <w:r>
        <w:rPr>
          <w:b/>
        </w:rPr>
        <w:t>ағаштардың</w:t>
      </w:r>
      <w:proofErr w:type="spellEnd"/>
      <w:r>
        <w:rPr>
          <w:b/>
        </w:rPr>
        <w:t xml:space="preserve">, </w:t>
      </w:r>
      <w:proofErr w:type="spellStart"/>
      <w:r>
        <w:rPr>
          <w:b/>
        </w:rPr>
        <w:t>қоршаулардың</w:t>
      </w:r>
      <w:proofErr w:type="spellEnd"/>
      <w:r>
        <w:rPr>
          <w:b/>
        </w:rPr>
        <w:t xml:space="preserve"> </w:t>
      </w:r>
      <w:proofErr w:type="spellStart"/>
      <w:r>
        <w:rPr>
          <w:b/>
        </w:rPr>
        <w:t>және</w:t>
      </w:r>
      <w:proofErr w:type="spellEnd"/>
      <w:r>
        <w:rPr>
          <w:b/>
        </w:rPr>
        <w:t xml:space="preserve"> </w:t>
      </w:r>
      <w:proofErr w:type="spellStart"/>
      <w:r>
        <w:rPr>
          <w:b/>
        </w:rPr>
        <w:t>коммуникациялардың</w:t>
      </w:r>
      <w:proofErr w:type="spellEnd"/>
      <w:r>
        <w:rPr>
          <w:b/>
        </w:rPr>
        <w:t xml:space="preserve"> </w:t>
      </w:r>
      <w:proofErr w:type="spellStart"/>
      <w:r>
        <w:rPr>
          <w:b/>
        </w:rPr>
        <w:t>бастапқы</w:t>
      </w:r>
      <w:proofErr w:type="spellEnd"/>
      <w:r>
        <w:rPr>
          <w:b/>
        </w:rPr>
        <w:t xml:space="preserve"> </w:t>
      </w:r>
      <w:proofErr w:type="spellStart"/>
      <w:r>
        <w:rPr>
          <w:b/>
        </w:rPr>
        <w:t>күйі</w:t>
      </w:r>
      <w:proofErr w:type="spellEnd"/>
      <w:r>
        <w:rPr>
          <w:b/>
        </w:rPr>
        <w:t xml:space="preserve"> </w:t>
      </w:r>
      <w:proofErr w:type="spellStart"/>
      <w:r>
        <w:rPr>
          <w:b/>
        </w:rPr>
        <w:t>фотосуреттермен</w:t>
      </w:r>
      <w:proofErr w:type="spellEnd"/>
      <w:r>
        <w:rPr>
          <w:b/>
        </w:rPr>
        <w:t xml:space="preserve"> </w:t>
      </w:r>
      <w:proofErr w:type="spellStart"/>
      <w:r>
        <w:rPr>
          <w:b/>
        </w:rPr>
        <w:t>тіркеледі</w:t>
      </w:r>
      <w:proofErr w:type="spellEnd"/>
      <w:r>
        <w:rPr>
          <w:b/>
        </w:rPr>
        <w:t>.</w:t>
      </w:r>
    </w:p>
    <w:p w14:paraId="13D618FA" w14:textId="77777777" w:rsidR="00164E8D" w:rsidRDefault="00960395">
      <w:pPr>
        <w:ind w:firstLine="340"/>
        <w:jc w:val="both"/>
      </w:pPr>
      <w:r>
        <w:rPr>
          <w:b/>
        </w:rPr>
        <w:t xml:space="preserve">7. </w:t>
      </w:r>
      <w:proofErr w:type="spellStart"/>
      <w:r>
        <w:rPr>
          <w:b/>
        </w:rPr>
        <w:t>Технологиялық</w:t>
      </w:r>
      <w:proofErr w:type="spellEnd"/>
      <w:r>
        <w:rPr>
          <w:b/>
        </w:rPr>
        <w:t xml:space="preserve"> </w:t>
      </w:r>
      <w:proofErr w:type="spellStart"/>
      <w:r>
        <w:rPr>
          <w:b/>
        </w:rPr>
        <w:t>шешім</w:t>
      </w:r>
      <w:proofErr w:type="spellEnd"/>
      <w:r>
        <w:rPr>
          <w:b/>
        </w:rPr>
        <w:t xml:space="preserve">. </w:t>
      </w:r>
      <w:proofErr w:type="spellStart"/>
      <w:r>
        <w:rPr>
          <w:b/>
        </w:rPr>
        <w:t>Жоспарда</w:t>
      </w:r>
      <w:proofErr w:type="spellEnd"/>
      <w:r>
        <w:rPr>
          <w:b/>
        </w:rPr>
        <w:t xml:space="preserve"> </w:t>
      </w:r>
      <w:proofErr w:type="spellStart"/>
      <w:r>
        <w:rPr>
          <w:b/>
        </w:rPr>
        <w:t>бұзу</w:t>
      </w:r>
      <w:proofErr w:type="spellEnd"/>
      <w:r>
        <w:rPr>
          <w:b/>
        </w:rPr>
        <w:t xml:space="preserve"> </w:t>
      </w:r>
      <w:proofErr w:type="spellStart"/>
      <w:r>
        <w:rPr>
          <w:b/>
        </w:rPr>
        <w:t>реттілігі</w:t>
      </w:r>
      <w:proofErr w:type="spellEnd"/>
      <w:r>
        <w:rPr>
          <w:b/>
        </w:rPr>
        <w:t xml:space="preserve">, </w:t>
      </w:r>
      <w:proofErr w:type="spellStart"/>
      <w:r>
        <w:rPr>
          <w:b/>
        </w:rPr>
        <w:t>қауіпті</w:t>
      </w:r>
      <w:proofErr w:type="spellEnd"/>
      <w:r>
        <w:rPr>
          <w:b/>
        </w:rPr>
        <w:t xml:space="preserve"> </w:t>
      </w:r>
      <w:proofErr w:type="spellStart"/>
      <w:r>
        <w:rPr>
          <w:b/>
        </w:rPr>
        <w:t>аймақ</w:t>
      </w:r>
      <w:proofErr w:type="spellEnd"/>
      <w:r>
        <w:rPr>
          <w:b/>
        </w:rPr>
        <w:t xml:space="preserve">, </w:t>
      </w:r>
      <w:proofErr w:type="spellStart"/>
      <w:r>
        <w:rPr>
          <w:b/>
        </w:rPr>
        <w:t>техника</w:t>
      </w:r>
      <w:proofErr w:type="spellEnd"/>
      <w:r>
        <w:rPr>
          <w:b/>
        </w:rPr>
        <w:t xml:space="preserve"> </w:t>
      </w:r>
      <w:proofErr w:type="spellStart"/>
      <w:r>
        <w:rPr>
          <w:b/>
        </w:rPr>
        <w:t>мен</w:t>
      </w:r>
      <w:proofErr w:type="spellEnd"/>
      <w:r>
        <w:rPr>
          <w:b/>
        </w:rPr>
        <w:t xml:space="preserve"> </w:t>
      </w:r>
      <w:proofErr w:type="spellStart"/>
      <w:r>
        <w:rPr>
          <w:b/>
        </w:rPr>
        <w:t>жұмысшылардың</w:t>
      </w:r>
      <w:proofErr w:type="spellEnd"/>
      <w:r>
        <w:rPr>
          <w:b/>
        </w:rPr>
        <w:t xml:space="preserve"> </w:t>
      </w:r>
      <w:proofErr w:type="spellStart"/>
      <w:r>
        <w:rPr>
          <w:b/>
        </w:rPr>
        <w:t>орналасуы</w:t>
      </w:r>
      <w:proofErr w:type="spellEnd"/>
      <w:r>
        <w:rPr>
          <w:b/>
        </w:rPr>
        <w:t xml:space="preserve">, </w:t>
      </w:r>
      <w:proofErr w:type="spellStart"/>
      <w:r>
        <w:rPr>
          <w:b/>
        </w:rPr>
        <w:t>уақытша</w:t>
      </w:r>
      <w:proofErr w:type="spellEnd"/>
      <w:r>
        <w:rPr>
          <w:b/>
        </w:rPr>
        <w:t xml:space="preserve"> </w:t>
      </w:r>
      <w:proofErr w:type="spellStart"/>
      <w:r>
        <w:rPr>
          <w:b/>
        </w:rPr>
        <w:t>тіректер</w:t>
      </w:r>
      <w:proofErr w:type="spellEnd"/>
      <w:r>
        <w:rPr>
          <w:b/>
        </w:rPr>
        <w:t xml:space="preserve">, </w:t>
      </w:r>
      <w:proofErr w:type="spellStart"/>
      <w:r>
        <w:rPr>
          <w:b/>
        </w:rPr>
        <w:t>шаңды</w:t>
      </w:r>
      <w:proofErr w:type="spellEnd"/>
      <w:r>
        <w:rPr>
          <w:b/>
        </w:rPr>
        <w:t xml:space="preserve"> </w:t>
      </w:r>
      <w:proofErr w:type="spellStart"/>
      <w:r>
        <w:rPr>
          <w:b/>
        </w:rPr>
        <w:t>басу</w:t>
      </w:r>
      <w:proofErr w:type="spellEnd"/>
      <w:r>
        <w:rPr>
          <w:b/>
        </w:rPr>
        <w:t xml:space="preserve">, </w:t>
      </w:r>
      <w:proofErr w:type="spellStart"/>
      <w:r>
        <w:rPr>
          <w:b/>
        </w:rPr>
        <w:t>қалдықтарды</w:t>
      </w:r>
      <w:proofErr w:type="spellEnd"/>
      <w:r>
        <w:rPr>
          <w:b/>
        </w:rPr>
        <w:t xml:space="preserve"> </w:t>
      </w:r>
      <w:proofErr w:type="spellStart"/>
      <w:r>
        <w:rPr>
          <w:b/>
        </w:rPr>
        <w:t>жинау</w:t>
      </w:r>
      <w:proofErr w:type="spellEnd"/>
      <w:r>
        <w:rPr>
          <w:b/>
        </w:rPr>
        <w:t xml:space="preserve"> </w:t>
      </w:r>
      <w:proofErr w:type="spellStart"/>
      <w:r>
        <w:rPr>
          <w:b/>
        </w:rPr>
        <w:t>және</w:t>
      </w:r>
      <w:proofErr w:type="spellEnd"/>
      <w:r>
        <w:rPr>
          <w:b/>
        </w:rPr>
        <w:t xml:space="preserve"> </w:t>
      </w:r>
      <w:proofErr w:type="spellStart"/>
      <w:r>
        <w:rPr>
          <w:b/>
        </w:rPr>
        <w:t>төтенше</w:t>
      </w:r>
      <w:proofErr w:type="spellEnd"/>
      <w:r>
        <w:rPr>
          <w:b/>
        </w:rPr>
        <w:t xml:space="preserve"> </w:t>
      </w:r>
      <w:proofErr w:type="spellStart"/>
      <w:r>
        <w:rPr>
          <w:b/>
        </w:rPr>
        <w:t>жағдайдағы</w:t>
      </w:r>
      <w:proofErr w:type="spellEnd"/>
      <w:r>
        <w:rPr>
          <w:b/>
        </w:rPr>
        <w:t xml:space="preserve"> </w:t>
      </w:r>
      <w:proofErr w:type="spellStart"/>
      <w:r>
        <w:rPr>
          <w:b/>
        </w:rPr>
        <w:t>іс-қимыл</w:t>
      </w:r>
      <w:proofErr w:type="spellEnd"/>
      <w:r>
        <w:rPr>
          <w:b/>
        </w:rPr>
        <w:t xml:space="preserve"> </w:t>
      </w:r>
      <w:proofErr w:type="spellStart"/>
      <w:r>
        <w:rPr>
          <w:b/>
        </w:rPr>
        <w:t>көрсетіледі</w:t>
      </w:r>
      <w:proofErr w:type="spellEnd"/>
      <w:r>
        <w:rPr>
          <w:b/>
        </w:rPr>
        <w:t>.</w:t>
      </w:r>
    </w:p>
    <w:p w14:paraId="1788E885" w14:textId="77777777" w:rsidR="00164E8D" w:rsidRDefault="00960395">
      <w:pPr>
        <w:ind w:firstLine="340"/>
        <w:jc w:val="both"/>
      </w:pPr>
      <w:r>
        <w:rPr>
          <w:b/>
        </w:rPr>
        <w:lastRenderedPageBreak/>
        <w:t xml:space="preserve">8. </w:t>
      </w:r>
      <w:proofErr w:type="spellStart"/>
      <w:r>
        <w:rPr>
          <w:b/>
        </w:rPr>
        <w:t>Рұқсаттар</w:t>
      </w:r>
      <w:proofErr w:type="spellEnd"/>
      <w:r>
        <w:rPr>
          <w:b/>
        </w:rPr>
        <w:t xml:space="preserve">. </w:t>
      </w:r>
      <w:proofErr w:type="spellStart"/>
      <w:r>
        <w:rPr>
          <w:b/>
        </w:rPr>
        <w:t>Мердігер</w:t>
      </w:r>
      <w:proofErr w:type="spellEnd"/>
      <w:r>
        <w:rPr>
          <w:b/>
        </w:rPr>
        <w:t xml:space="preserve"> </w:t>
      </w:r>
      <w:proofErr w:type="spellStart"/>
      <w:r>
        <w:rPr>
          <w:b/>
        </w:rPr>
        <w:t>өз</w:t>
      </w:r>
      <w:proofErr w:type="spellEnd"/>
      <w:r>
        <w:rPr>
          <w:b/>
        </w:rPr>
        <w:t xml:space="preserve"> </w:t>
      </w:r>
      <w:proofErr w:type="spellStart"/>
      <w:r>
        <w:rPr>
          <w:b/>
        </w:rPr>
        <w:t>міндеттеріне</w:t>
      </w:r>
      <w:proofErr w:type="spellEnd"/>
      <w:r>
        <w:rPr>
          <w:b/>
        </w:rPr>
        <w:t xml:space="preserve"> </w:t>
      </w:r>
      <w:proofErr w:type="spellStart"/>
      <w:r>
        <w:rPr>
          <w:b/>
        </w:rPr>
        <w:t>жататын</w:t>
      </w:r>
      <w:proofErr w:type="spellEnd"/>
      <w:r>
        <w:rPr>
          <w:b/>
        </w:rPr>
        <w:t xml:space="preserve"> </w:t>
      </w:r>
      <w:proofErr w:type="spellStart"/>
      <w:r>
        <w:rPr>
          <w:b/>
        </w:rPr>
        <w:t>наряд-рұқсаттарды</w:t>
      </w:r>
      <w:proofErr w:type="spellEnd"/>
      <w:r>
        <w:rPr>
          <w:b/>
        </w:rPr>
        <w:t xml:space="preserve">, </w:t>
      </w:r>
      <w:proofErr w:type="spellStart"/>
      <w:r>
        <w:rPr>
          <w:b/>
        </w:rPr>
        <w:t>өрт</w:t>
      </w:r>
      <w:proofErr w:type="spellEnd"/>
      <w:r>
        <w:rPr>
          <w:b/>
        </w:rPr>
        <w:t xml:space="preserve"> </w:t>
      </w:r>
      <w:proofErr w:type="spellStart"/>
      <w:r>
        <w:rPr>
          <w:b/>
        </w:rPr>
        <w:t>жұмыстарына</w:t>
      </w:r>
      <w:proofErr w:type="spellEnd"/>
      <w:r>
        <w:rPr>
          <w:b/>
        </w:rPr>
        <w:t xml:space="preserve"> </w:t>
      </w:r>
      <w:proofErr w:type="spellStart"/>
      <w:r>
        <w:rPr>
          <w:b/>
        </w:rPr>
        <w:t>рұқсаттарды</w:t>
      </w:r>
      <w:proofErr w:type="spellEnd"/>
      <w:r>
        <w:rPr>
          <w:b/>
        </w:rPr>
        <w:t xml:space="preserve"> </w:t>
      </w:r>
      <w:proofErr w:type="spellStart"/>
      <w:r>
        <w:rPr>
          <w:b/>
        </w:rPr>
        <w:t>және</w:t>
      </w:r>
      <w:proofErr w:type="spellEnd"/>
      <w:r>
        <w:rPr>
          <w:b/>
        </w:rPr>
        <w:t xml:space="preserve"> </w:t>
      </w:r>
      <w:proofErr w:type="spellStart"/>
      <w:r>
        <w:rPr>
          <w:b/>
        </w:rPr>
        <w:t>арнайы</w:t>
      </w:r>
      <w:proofErr w:type="spellEnd"/>
      <w:r>
        <w:rPr>
          <w:b/>
        </w:rPr>
        <w:t xml:space="preserve"> </w:t>
      </w:r>
      <w:proofErr w:type="spellStart"/>
      <w:r>
        <w:rPr>
          <w:b/>
        </w:rPr>
        <w:t>техника</w:t>
      </w:r>
      <w:proofErr w:type="spellEnd"/>
      <w:r>
        <w:rPr>
          <w:b/>
        </w:rPr>
        <w:t xml:space="preserve"> </w:t>
      </w:r>
      <w:proofErr w:type="spellStart"/>
      <w:r>
        <w:rPr>
          <w:b/>
        </w:rPr>
        <w:t>құжаттарын</w:t>
      </w:r>
      <w:proofErr w:type="spellEnd"/>
      <w:r>
        <w:rPr>
          <w:b/>
        </w:rPr>
        <w:t xml:space="preserve"> </w:t>
      </w:r>
      <w:proofErr w:type="spellStart"/>
      <w:r>
        <w:rPr>
          <w:b/>
        </w:rPr>
        <w:t>жұмыс</w:t>
      </w:r>
      <w:proofErr w:type="spellEnd"/>
      <w:r>
        <w:rPr>
          <w:b/>
        </w:rPr>
        <w:t xml:space="preserve"> </w:t>
      </w:r>
      <w:proofErr w:type="spellStart"/>
      <w:r>
        <w:rPr>
          <w:b/>
        </w:rPr>
        <w:t>басталғанға</w:t>
      </w:r>
      <w:proofErr w:type="spellEnd"/>
      <w:r>
        <w:rPr>
          <w:b/>
        </w:rPr>
        <w:t xml:space="preserve"> </w:t>
      </w:r>
      <w:proofErr w:type="spellStart"/>
      <w:r>
        <w:rPr>
          <w:b/>
        </w:rPr>
        <w:t>дейін</w:t>
      </w:r>
      <w:proofErr w:type="spellEnd"/>
      <w:r>
        <w:rPr>
          <w:b/>
        </w:rPr>
        <w:t xml:space="preserve"> </w:t>
      </w:r>
      <w:proofErr w:type="spellStart"/>
      <w:r>
        <w:rPr>
          <w:b/>
        </w:rPr>
        <w:t>рәсімдейді</w:t>
      </w:r>
      <w:proofErr w:type="spellEnd"/>
      <w:r>
        <w:rPr>
          <w:b/>
        </w:rPr>
        <w:t>.</w:t>
      </w:r>
    </w:p>
    <w:p w14:paraId="7A4CE48B" w14:textId="77777777" w:rsidR="00164E8D" w:rsidRDefault="00960395">
      <w:pPr>
        <w:pStyle w:val="1"/>
        <w:spacing w:before="160" w:after="80"/>
      </w:pPr>
      <w:r>
        <w:t>4 ИНЖЕНЕРЛІК ЖЕЛІЛЕР ЖӘНЕ ЖАСЫРЫН КОММУНИКАЦИЯЛАР</w:t>
      </w:r>
    </w:p>
    <w:p w14:paraId="72E8AB78" w14:textId="77777777" w:rsidR="00164E8D" w:rsidRDefault="00960395">
      <w:pPr>
        <w:ind w:firstLine="340"/>
        <w:jc w:val="both"/>
      </w:pPr>
      <w:r>
        <w:rPr>
          <w:b/>
        </w:rPr>
        <w:t xml:space="preserve">9. </w:t>
      </w:r>
      <w:proofErr w:type="spellStart"/>
      <w:r>
        <w:rPr>
          <w:b/>
        </w:rPr>
        <w:t>Желілерді</w:t>
      </w:r>
      <w:proofErr w:type="spellEnd"/>
      <w:r>
        <w:rPr>
          <w:b/>
        </w:rPr>
        <w:t xml:space="preserve"> </w:t>
      </w:r>
      <w:proofErr w:type="spellStart"/>
      <w:r>
        <w:rPr>
          <w:b/>
        </w:rPr>
        <w:t>анықтау</w:t>
      </w:r>
      <w:proofErr w:type="spellEnd"/>
      <w:r>
        <w:rPr>
          <w:b/>
        </w:rPr>
        <w:t xml:space="preserve">. </w:t>
      </w:r>
      <w:proofErr w:type="spellStart"/>
      <w:r>
        <w:rPr>
          <w:b/>
        </w:rPr>
        <w:t>Қолданыстағы</w:t>
      </w:r>
      <w:proofErr w:type="spellEnd"/>
      <w:r>
        <w:rPr>
          <w:b/>
        </w:rPr>
        <w:t xml:space="preserve"> </w:t>
      </w:r>
      <w:proofErr w:type="spellStart"/>
      <w:r>
        <w:rPr>
          <w:b/>
        </w:rPr>
        <w:t>сызбалар</w:t>
      </w:r>
      <w:proofErr w:type="spellEnd"/>
      <w:r>
        <w:rPr>
          <w:b/>
        </w:rPr>
        <w:t xml:space="preserve"> </w:t>
      </w:r>
      <w:proofErr w:type="spellStart"/>
      <w:r>
        <w:rPr>
          <w:b/>
        </w:rPr>
        <w:t>тексеріліп</w:t>
      </w:r>
      <w:proofErr w:type="spellEnd"/>
      <w:r>
        <w:rPr>
          <w:b/>
        </w:rPr>
        <w:t xml:space="preserve">, </w:t>
      </w:r>
      <w:proofErr w:type="spellStart"/>
      <w:r>
        <w:rPr>
          <w:b/>
        </w:rPr>
        <w:t>электр</w:t>
      </w:r>
      <w:proofErr w:type="spellEnd"/>
      <w:r>
        <w:rPr>
          <w:b/>
        </w:rPr>
        <w:t xml:space="preserve"> </w:t>
      </w:r>
      <w:proofErr w:type="spellStart"/>
      <w:r>
        <w:rPr>
          <w:b/>
        </w:rPr>
        <w:t>кабельдері</w:t>
      </w:r>
      <w:proofErr w:type="spellEnd"/>
      <w:r>
        <w:rPr>
          <w:b/>
        </w:rPr>
        <w:t xml:space="preserve">, </w:t>
      </w:r>
      <w:proofErr w:type="spellStart"/>
      <w:r>
        <w:rPr>
          <w:b/>
        </w:rPr>
        <w:t>су</w:t>
      </w:r>
      <w:proofErr w:type="spellEnd"/>
      <w:r>
        <w:rPr>
          <w:b/>
        </w:rPr>
        <w:t xml:space="preserve"> </w:t>
      </w:r>
      <w:proofErr w:type="spellStart"/>
      <w:r>
        <w:rPr>
          <w:b/>
        </w:rPr>
        <w:t>құбыры</w:t>
      </w:r>
      <w:proofErr w:type="spellEnd"/>
      <w:r>
        <w:rPr>
          <w:b/>
        </w:rPr>
        <w:t xml:space="preserve">, </w:t>
      </w:r>
      <w:proofErr w:type="spellStart"/>
      <w:r>
        <w:rPr>
          <w:b/>
        </w:rPr>
        <w:t>жылыту</w:t>
      </w:r>
      <w:proofErr w:type="spellEnd"/>
      <w:r>
        <w:rPr>
          <w:b/>
        </w:rPr>
        <w:t xml:space="preserve">, </w:t>
      </w:r>
      <w:proofErr w:type="spellStart"/>
      <w:r>
        <w:rPr>
          <w:b/>
        </w:rPr>
        <w:t>кәріз</w:t>
      </w:r>
      <w:proofErr w:type="spellEnd"/>
      <w:r>
        <w:rPr>
          <w:b/>
        </w:rPr>
        <w:t xml:space="preserve"> </w:t>
      </w:r>
      <w:proofErr w:type="spellStart"/>
      <w:r>
        <w:rPr>
          <w:b/>
        </w:rPr>
        <w:t>және</w:t>
      </w:r>
      <w:proofErr w:type="spellEnd"/>
      <w:r>
        <w:rPr>
          <w:b/>
        </w:rPr>
        <w:t xml:space="preserve"> </w:t>
      </w:r>
      <w:proofErr w:type="spellStart"/>
      <w:r>
        <w:rPr>
          <w:b/>
        </w:rPr>
        <w:t>байланыс</w:t>
      </w:r>
      <w:proofErr w:type="spellEnd"/>
      <w:r>
        <w:rPr>
          <w:b/>
        </w:rPr>
        <w:t xml:space="preserve"> </w:t>
      </w:r>
      <w:proofErr w:type="spellStart"/>
      <w:r>
        <w:rPr>
          <w:b/>
        </w:rPr>
        <w:t>желілері</w:t>
      </w:r>
      <w:proofErr w:type="spellEnd"/>
      <w:r>
        <w:rPr>
          <w:b/>
        </w:rPr>
        <w:t xml:space="preserve"> </w:t>
      </w:r>
      <w:proofErr w:type="spellStart"/>
      <w:r>
        <w:rPr>
          <w:b/>
        </w:rPr>
        <w:t>аспаппен</w:t>
      </w:r>
      <w:proofErr w:type="spellEnd"/>
      <w:r>
        <w:rPr>
          <w:b/>
        </w:rPr>
        <w:t xml:space="preserve"> </w:t>
      </w:r>
      <w:proofErr w:type="spellStart"/>
      <w:r>
        <w:rPr>
          <w:b/>
        </w:rPr>
        <w:t>және</w:t>
      </w:r>
      <w:proofErr w:type="spellEnd"/>
      <w:r>
        <w:rPr>
          <w:b/>
        </w:rPr>
        <w:t xml:space="preserve"> </w:t>
      </w:r>
      <w:proofErr w:type="spellStart"/>
      <w:r>
        <w:rPr>
          <w:b/>
        </w:rPr>
        <w:t>бақылау</w:t>
      </w:r>
      <w:proofErr w:type="spellEnd"/>
      <w:r>
        <w:rPr>
          <w:b/>
        </w:rPr>
        <w:t xml:space="preserve"> </w:t>
      </w:r>
      <w:proofErr w:type="spellStart"/>
      <w:r>
        <w:rPr>
          <w:b/>
        </w:rPr>
        <w:t>шұңқырларымен</w:t>
      </w:r>
      <w:proofErr w:type="spellEnd"/>
      <w:r>
        <w:rPr>
          <w:b/>
        </w:rPr>
        <w:t xml:space="preserve"> </w:t>
      </w:r>
      <w:proofErr w:type="spellStart"/>
      <w:r>
        <w:rPr>
          <w:b/>
        </w:rPr>
        <w:t>нақтыланады</w:t>
      </w:r>
      <w:proofErr w:type="spellEnd"/>
      <w:r>
        <w:rPr>
          <w:b/>
        </w:rPr>
        <w:t>.</w:t>
      </w:r>
    </w:p>
    <w:p w14:paraId="630707EA" w14:textId="77777777" w:rsidR="00164E8D" w:rsidRDefault="00960395">
      <w:pPr>
        <w:ind w:firstLine="340"/>
        <w:jc w:val="both"/>
      </w:pPr>
      <w:r>
        <w:rPr>
          <w:b/>
        </w:rPr>
        <w:t xml:space="preserve">10. </w:t>
      </w:r>
      <w:proofErr w:type="spellStart"/>
      <w:r>
        <w:rPr>
          <w:b/>
        </w:rPr>
        <w:t>Ажырату</w:t>
      </w:r>
      <w:proofErr w:type="spellEnd"/>
      <w:r>
        <w:rPr>
          <w:b/>
        </w:rPr>
        <w:t xml:space="preserve">. </w:t>
      </w:r>
      <w:proofErr w:type="spellStart"/>
      <w:r>
        <w:rPr>
          <w:b/>
        </w:rPr>
        <w:t>Инженерлік</w:t>
      </w:r>
      <w:proofErr w:type="spellEnd"/>
      <w:r>
        <w:rPr>
          <w:b/>
        </w:rPr>
        <w:t xml:space="preserve"> </w:t>
      </w:r>
      <w:proofErr w:type="spellStart"/>
      <w:r>
        <w:rPr>
          <w:b/>
        </w:rPr>
        <w:t>желілерді</w:t>
      </w:r>
      <w:proofErr w:type="spellEnd"/>
      <w:r>
        <w:rPr>
          <w:b/>
        </w:rPr>
        <w:t xml:space="preserve"> </w:t>
      </w:r>
      <w:proofErr w:type="spellStart"/>
      <w:r>
        <w:rPr>
          <w:b/>
        </w:rPr>
        <w:t>ажырату</w:t>
      </w:r>
      <w:proofErr w:type="spellEnd"/>
      <w:r>
        <w:rPr>
          <w:b/>
        </w:rPr>
        <w:t xml:space="preserve"> </w:t>
      </w:r>
      <w:proofErr w:type="spellStart"/>
      <w:r>
        <w:rPr>
          <w:b/>
        </w:rPr>
        <w:t>баланс</w:t>
      </w:r>
      <w:proofErr w:type="spellEnd"/>
      <w:r>
        <w:rPr>
          <w:b/>
        </w:rPr>
        <w:t xml:space="preserve"> </w:t>
      </w:r>
      <w:proofErr w:type="spellStart"/>
      <w:r>
        <w:rPr>
          <w:b/>
        </w:rPr>
        <w:t>ұстаушының</w:t>
      </w:r>
      <w:proofErr w:type="spellEnd"/>
      <w:r>
        <w:rPr>
          <w:b/>
        </w:rPr>
        <w:t xml:space="preserve"> </w:t>
      </w:r>
      <w:proofErr w:type="spellStart"/>
      <w:r>
        <w:rPr>
          <w:b/>
        </w:rPr>
        <w:t>немесе</w:t>
      </w:r>
      <w:proofErr w:type="spellEnd"/>
      <w:r>
        <w:rPr>
          <w:b/>
        </w:rPr>
        <w:t xml:space="preserve"> </w:t>
      </w:r>
      <w:proofErr w:type="spellStart"/>
      <w:r>
        <w:rPr>
          <w:b/>
        </w:rPr>
        <w:t>жауапты</w:t>
      </w:r>
      <w:proofErr w:type="spellEnd"/>
      <w:r>
        <w:rPr>
          <w:b/>
        </w:rPr>
        <w:t xml:space="preserve"> </w:t>
      </w:r>
      <w:proofErr w:type="spellStart"/>
      <w:r>
        <w:rPr>
          <w:b/>
        </w:rPr>
        <w:t>ұйымның</w:t>
      </w:r>
      <w:proofErr w:type="spellEnd"/>
      <w:r>
        <w:rPr>
          <w:b/>
        </w:rPr>
        <w:t xml:space="preserve"> </w:t>
      </w:r>
      <w:proofErr w:type="spellStart"/>
      <w:r>
        <w:rPr>
          <w:b/>
        </w:rPr>
        <w:t>қатысуымен</w:t>
      </w:r>
      <w:proofErr w:type="spellEnd"/>
      <w:r>
        <w:rPr>
          <w:b/>
        </w:rPr>
        <w:t xml:space="preserve"> </w:t>
      </w:r>
      <w:proofErr w:type="spellStart"/>
      <w:r>
        <w:rPr>
          <w:b/>
        </w:rPr>
        <w:t>орындалып</w:t>
      </w:r>
      <w:proofErr w:type="spellEnd"/>
      <w:r>
        <w:rPr>
          <w:b/>
        </w:rPr>
        <w:t xml:space="preserve">, </w:t>
      </w:r>
      <w:proofErr w:type="spellStart"/>
      <w:r>
        <w:rPr>
          <w:b/>
        </w:rPr>
        <w:t>актімен</w:t>
      </w:r>
      <w:proofErr w:type="spellEnd"/>
      <w:r>
        <w:rPr>
          <w:b/>
        </w:rPr>
        <w:t xml:space="preserve"> </w:t>
      </w:r>
      <w:proofErr w:type="spellStart"/>
      <w:r>
        <w:rPr>
          <w:b/>
        </w:rPr>
        <w:t>расталады</w:t>
      </w:r>
      <w:proofErr w:type="spellEnd"/>
      <w:r>
        <w:rPr>
          <w:b/>
        </w:rPr>
        <w:t xml:space="preserve">. </w:t>
      </w:r>
      <w:proofErr w:type="spellStart"/>
      <w:r>
        <w:rPr>
          <w:b/>
        </w:rPr>
        <w:t>Растауға</w:t>
      </w:r>
      <w:proofErr w:type="spellEnd"/>
      <w:r>
        <w:rPr>
          <w:b/>
        </w:rPr>
        <w:t xml:space="preserve"> </w:t>
      </w:r>
      <w:proofErr w:type="spellStart"/>
      <w:r>
        <w:rPr>
          <w:b/>
        </w:rPr>
        <w:t>дейін</w:t>
      </w:r>
      <w:proofErr w:type="spellEnd"/>
      <w:r>
        <w:rPr>
          <w:b/>
        </w:rPr>
        <w:t xml:space="preserve"> </w:t>
      </w:r>
      <w:proofErr w:type="spellStart"/>
      <w:r>
        <w:rPr>
          <w:b/>
        </w:rPr>
        <w:t>снос</w:t>
      </w:r>
      <w:proofErr w:type="spellEnd"/>
      <w:r>
        <w:rPr>
          <w:b/>
        </w:rPr>
        <w:t xml:space="preserve"> </w:t>
      </w:r>
      <w:proofErr w:type="spellStart"/>
      <w:r>
        <w:rPr>
          <w:b/>
        </w:rPr>
        <w:t>басталмайды</w:t>
      </w:r>
      <w:proofErr w:type="spellEnd"/>
      <w:r>
        <w:rPr>
          <w:b/>
        </w:rPr>
        <w:t>.</w:t>
      </w:r>
    </w:p>
    <w:p w14:paraId="1FC77673" w14:textId="77777777" w:rsidR="00164E8D" w:rsidRDefault="00960395">
      <w:pPr>
        <w:ind w:firstLine="340"/>
        <w:jc w:val="both"/>
      </w:pPr>
      <w:r>
        <w:rPr>
          <w:b/>
        </w:rPr>
        <w:t xml:space="preserve">11. </w:t>
      </w:r>
      <w:proofErr w:type="spellStart"/>
      <w:r>
        <w:rPr>
          <w:b/>
        </w:rPr>
        <w:t>Белгісіз</w:t>
      </w:r>
      <w:proofErr w:type="spellEnd"/>
      <w:r>
        <w:rPr>
          <w:b/>
        </w:rPr>
        <w:t xml:space="preserve"> </w:t>
      </w:r>
      <w:proofErr w:type="spellStart"/>
      <w:r>
        <w:rPr>
          <w:b/>
        </w:rPr>
        <w:t>коммуникация</w:t>
      </w:r>
      <w:proofErr w:type="spellEnd"/>
      <w:r>
        <w:rPr>
          <w:b/>
        </w:rPr>
        <w:t xml:space="preserve">. </w:t>
      </w:r>
      <w:proofErr w:type="spellStart"/>
      <w:r>
        <w:rPr>
          <w:b/>
        </w:rPr>
        <w:t>Белгісіз</w:t>
      </w:r>
      <w:proofErr w:type="spellEnd"/>
      <w:r>
        <w:rPr>
          <w:b/>
        </w:rPr>
        <w:t xml:space="preserve"> </w:t>
      </w:r>
      <w:proofErr w:type="spellStart"/>
      <w:r>
        <w:rPr>
          <w:b/>
        </w:rPr>
        <w:t>немесе</w:t>
      </w:r>
      <w:proofErr w:type="spellEnd"/>
      <w:r>
        <w:rPr>
          <w:b/>
        </w:rPr>
        <w:t xml:space="preserve"> </w:t>
      </w:r>
      <w:proofErr w:type="spellStart"/>
      <w:r>
        <w:rPr>
          <w:b/>
        </w:rPr>
        <w:t>әрекеттегі</w:t>
      </w:r>
      <w:proofErr w:type="spellEnd"/>
      <w:r>
        <w:rPr>
          <w:b/>
        </w:rPr>
        <w:t xml:space="preserve"> </w:t>
      </w:r>
      <w:proofErr w:type="spellStart"/>
      <w:r>
        <w:rPr>
          <w:b/>
        </w:rPr>
        <w:t>магистраль</w:t>
      </w:r>
      <w:proofErr w:type="spellEnd"/>
      <w:r>
        <w:rPr>
          <w:b/>
        </w:rPr>
        <w:t xml:space="preserve"> </w:t>
      </w:r>
      <w:proofErr w:type="spellStart"/>
      <w:r>
        <w:rPr>
          <w:b/>
        </w:rPr>
        <w:t>табылса</w:t>
      </w:r>
      <w:proofErr w:type="spellEnd"/>
      <w:r>
        <w:rPr>
          <w:b/>
        </w:rPr>
        <w:t xml:space="preserve">, </w:t>
      </w:r>
      <w:proofErr w:type="spellStart"/>
      <w:r>
        <w:rPr>
          <w:b/>
        </w:rPr>
        <w:t>жұмыс</w:t>
      </w:r>
      <w:proofErr w:type="spellEnd"/>
      <w:r>
        <w:rPr>
          <w:b/>
        </w:rPr>
        <w:t xml:space="preserve"> </w:t>
      </w:r>
      <w:proofErr w:type="spellStart"/>
      <w:r>
        <w:rPr>
          <w:b/>
        </w:rPr>
        <w:t>сол</w:t>
      </w:r>
      <w:proofErr w:type="spellEnd"/>
      <w:r>
        <w:rPr>
          <w:b/>
        </w:rPr>
        <w:t xml:space="preserve"> </w:t>
      </w:r>
      <w:proofErr w:type="spellStart"/>
      <w:r>
        <w:rPr>
          <w:b/>
        </w:rPr>
        <w:t>жерде</w:t>
      </w:r>
      <w:proofErr w:type="spellEnd"/>
      <w:r>
        <w:rPr>
          <w:b/>
        </w:rPr>
        <w:t xml:space="preserve"> </w:t>
      </w:r>
      <w:proofErr w:type="spellStart"/>
      <w:r>
        <w:rPr>
          <w:b/>
        </w:rPr>
        <w:t>тоқтатылып</w:t>
      </w:r>
      <w:proofErr w:type="spellEnd"/>
      <w:r>
        <w:rPr>
          <w:b/>
        </w:rPr>
        <w:t xml:space="preserve">, </w:t>
      </w:r>
      <w:proofErr w:type="spellStart"/>
      <w:r>
        <w:rPr>
          <w:b/>
        </w:rPr>
        <w:t>аймақ</w:t>
      </w:r>
      <w:proofErr w:type="spellEnd"/>
      <w:r>
        <w:rPr>
          <w:b/>
        </w:rPr>
        <w:t xml:space="preserve"> </w:t>
      </w:r>
      <w:proofErr w:type="spellStart"/>
      <w:r>
        <w:rPr>
          <w:b/>
        </w:rPr>
        <w:t>қоршалады</w:t>
      </w:r>
      <w:proofErr w:type="spellEnd"/>
      <w:r>
        <w:rPr>
          <w:b/>
        </w:rPr>
        <w:t xml:space="preserve"> </w:t>
      </w:r>
      <w:proofErr w:type="spellStart"/>
      <w:r>
        <w:rPr>
          <w:b/>
        </w:rPr>
        <w:t>және</w:t>
      </w:r>
      <w:proofErr w:type="spellEnd"/>
      <w:r>
        <w:rPr>
          <w:b/>
        </w:rPr>
        <w:t xml:space="preserve"> </w:t>
      </w:r>
      <w:proofErr w:type="spellStart"/>
      <w:r>
        <w:rPr>
          <w:b/>
        </w:rPr>
        <w:t>Тапсырыс</w:t>
      </w:r>
      <w:proofErr w:type="spellEnd"/>
      <w:r>
        <w:rPr>
          <w:b/>
        </w:rPr>
        <w:t xml:space="preserve"> </w:t>
      </w:r>
      <w:proofErr w:type="spellStart"/>
      <w:r>
        <w:rPr>
          <w:b/>
        </w:rPr>
        <w:t>берушіге</w:t>
      </w:r>
      <w:proofErr w:type="spellEnd"/>
      <w:r>
        <w:rPr>
          <w:b/>
        </w:rPr>
        <w:t xml:space="preserve"> </w:t>
      </w:r>
      <w:proofErr w:type="spellStart"/>
      <w:r>
        <w:rPr>
          <w:b/>
        </w:rPr>
        <w:t>жазбаша</w:t>
      </w:r>
      <w:proofErr w:type="spellEnd"/>
      <w:r>
        <w:rPr>
          <w:b/>
        </w:rPr>
        <w:t xml:space="preserve"> </w:t>
      </w:r>
      <w:proofErr w:type="spellStart"/>
      <w:r>
        <w:rPr>
          <w:b/>
        </w:rPr>
        <w:t>хабарланады</w:t>
      </w:r>
      <w:proofErr w:type="spellEnd"/>
      <w:r>
        <w:rPr>
          <w:b/>
        </w:rPr>
        <w:t xml:space="preserve">. </w:t>
      </w:r>
      <w:proofErr w:type="spellStart"/>
      <w:r>
        <w:rPr>
          <w:b/>
        </w:rPr>
        <w:t>Өз</w:t>
      </w:r>
      <w:proofErr w:type="spellEnd"/>
      <w:r>
        <w:rPr>
          <w:b/>
        </w:rPr>
        <w:t xml:space="preserve"> </w:t>
      </w:r>
      <w:proofErr w:type="spellStart"/>
      <w:r>
        <w:rPr>
          <w:b/>
        </w:rPr>
        <w:t>бетінше</w:t>
      </w:r>
      <w:proofErr w:type="spellEnd"/>
      <w:r>
        <w:rPr>
          <w:b/>
        </w:rPr>
        <w:t xml:space="preserve"> </w:t>
      </w:r>
      <w:proofErr w:type="spellStart"/>
      <w:r>
        <w:rPr>
          <w:b/>
        </w:rPr>
        <w:t>кесуге</w:t>
      </w:r>
      <w:proofErr w:type="spellEnd"/>
      <w:r>
        <w:rPr>
          <w:b/>
        </w:rPr>
        <w:t xml:space="preserve"> </w:t>
      </w:r>
      <w:proofErr w:type="spellStart"/>
      <w:r>
        <w:rPr>
          <w:b/>
        </w:rPr>
        <w:t>немесе</w:t>
      </w:r>
      <w:proofErr w:type="spellEnd"/>
      <w:r>
        <w:rPr>
          <w:b/>
        </w:rPr>
        <w:t xml:space="preserve"> </w:t>
      </w:r>
      <w:proofErr w:type="spellStart"/>
      <w:r>
        <w:rPr>
          <w:b/>
        </w:rPr>
        <w:t>көшіруге</w:t>
      </w:r>
      <w:proofErr w:type="spellEnd"/>
      <w:r>
        <w:rPr>
          <w:b/>
        </w:rPr>
        <w:t xml:space="preserve"> </w:t>
      </w:r>
      <w:proofErr w:type="spellStart"/>
      <w:r>
        <w:rPr>
          <w:b/>
        </w:rPr>
        <w:t>тыйым</w:t>
      </w:r>
      <w:proofErr w:type="spellEnd"/>
      <w:r>
        <w:rPr>
          <w:b/>
        </w:rPr>
        <w:t xml:space="preserve"> </w:t>
      </w:r>
      <w:proofErr w:type="spellStart"/>
      <w:r>
        <w:rPr>
          <w:b/>
        </w:rPr>
        <w:t>салынады</w:t>
      </w:r>
      <w:proofErr w:type="spellEnd"/>
      <w:r>
        <w:rPr>
          <w:b/>
        </w:rPr>
        <w:t>.</w:t>
      </w:r>
    </w:p>
    <w:p w14:paraId="4217D678" w14:textId="77777777" w:rsidR="00164E8D" w:rsidRDefault="00960395">
      <w:pPr>
        <w:ind w:firstLine="340"/>
        <w:jc w:val="both"/>
      </w:pPr>
      <w:r>
        <w:rPr>
          <w:b/>
        </w:rPr>
        <w:t xml:space="preserve">12. </w:t>
      </w:r>
      <w:proofErr w:type="spellStart"/>
      <w:r>
        <w:rPr>
          <w:b/>
        </w:rPr>
        <w:t>Қауіпсіз</w:t>
      </w:r>
      <w:proofErr w:type="spellEnd"/>
      <w:r>
        <w:rPr>
          <w:b/>
        </w:rPr>
        <w:t xml:space="preserve"> </w:t>
      </w:r>
      <w:proofErr w:type="spellStart"/>
      <w:r>
        <w:rPr>
          <w:b/>
        </w:rPr>
        <w:t>демонтаж</w:t>
      </w:r>
      <w:proofErr w:type="spellEnd"/>
      <w:r>
        <w:rPr>
          <w:b/>
        </w:rPr>
        <w:t xml:space="preserve">. </w:t>
      </w:r>
      <w:proofErr w:type="spellStart"/>
      <w:r>
        <w:rPr>
          <w:b/>
        </w:rPr>
        <w:t>Кабельдер</w:t>
      </w:r>
      <w:proofErr w:type="spellEnd"/>
      <w:r>
        <w:rPr>
          <w:b/>
        </w:rPr>
        <w:t xml:space="preserve">, </w:t>
      </w:r>
      <w:proofErr w:type="spellStart"/>
      <w:r>
        <w:rPr>
          <w:b/>
        </w:rPr>
        <w:t>автоматтар</w:t>
      </w:r>
      <w:proofErr w:type="spellEnd"/>
      <w:r>
        <w:rPr>
          <w:b/>
        </w:rPr>
        <w:t xml:space="preserve">, </w:t>
      </w:r>
      <w:proofErr w:type="spellStart"/>
      <w:r>
        <w:rPr>
          <w:b/>
        </w:rPr>
        <w:t>құбырлар</w:t>
      </w:r>
      <w:proofErr w:type="spellEnd"/>
      <w:r>
        <w:rPr>
          <w:b/>
        </w:rPr>
        <w:t xml:space="preserve"> </w:t>
      </w:r>
      <w:proofErr w:type="spellStart"/>
      <w:r>
        <w:rPr>
          <w:b/>
        </w:rPr>
        <w:t>және</w:t>
      </w:r>
      <w:proofErr w:type="spellEnd"/>
      <w:r>
        <w:rPr>
          <w:b/>
        </w:rPr>
        <w:t xml:space="preserve"> </w:t>
      </w:r>
      <w:proofErr w:type="spellStart"/>
      <w:r>
        <w:rPr>
          <w:b/>
        </w:rPr>
        <w:t>инженерлік</w:t>
      </w:r>
      <w:proofErr w:type="spellEnd"/>
      <w:r>
        <w:rPr>
          <w:b/>
        </w:rPr>
        <w:t xml:space="preserve"> </w:t>
      </w:r>
      <w:proofErr w:type="spellStart"/>
      <w:r>
        <w:rPr>
          <w:b/>
        </w:rPr>
        <w:t>жабдықтар</w:t>
      </w:r>
      <w:proofErr w:type="spellEnd"/>
      <w:r>
        <w:rPr>
          <w:b/>
        </w:rPr>
        <w:t xml:space="preserve"> </w:t>
      </w:r>
      <w:proofErr w:type="spellStart"/>
      <w:r>
        <w:rPr>
          <w:b/>
        </w:rPr>
        <w:t>тек</w:t>
      </w:r>
      <w:proofErr w:type="spellEnd"/>
      <w:r>
        <w:rPr>
          <w:b/>
        </w:rPr>
        <w:t xml:space="preserve"> </w:t>
      </w:r>
      <w:proofErr w:type="spellStart"/>
      <w:r>
        <w:rPr>
          <w:b/>
        </w:rPr>
        <w:t>толық</w:t>
      </w:r>
      <w:proofErr w:type="spellEnd"/>
      <w:r>
        <w:rPr>
          <w:b/>
        </w:rPr>
        <w:t xml:space="preserve"> </w:t>
      </w:r>
      <w:proofErr w:type="spellStart"/>
      <w:r>
        <w:rPr>
          <w:b/>
        </w:rPr>
        <w:t>ажыратылғаннан</w:t>
      </w:r>
      <w:proofErr w:type="spellEnd"/>
      <w:r>
        <w:rPr>
          <w:b/>
        </w:rPr>
        <w:t xml:space="preserve"> </w:t>
      </w:r>
      <w:proofErr w:type="spellStart"/>
      <w:r>
        <w:rPr>
          <w:b/>
        </w:rPr>
        <w:t>және</w:t>
      </w:r>
      <w:proofErr w:type="spellEnd"/>
      <w:r>
        <w:rPr>
          <w:b/>
        </w:rPr>
        <w:t xml:space="preserve"> </w:t>
      </w:r>
      <w:proofErr w:type="spellStart"/>
      <w:r>
        <w:rPr>
          <w:b/>
        </w:rPr>
        <w:t>қалдық</w:t>
      </w:r>
      <w:proofErr w:type="spellEnd"/>
      <w:r>
        <w:rPr>
          <w:b/>
        </w:rPr>
        <w:t xml:space="preserve"> </w:t>
      </w:r>
      <w:proofErr w:type="spellStart"/>
      <w:r>
        <w:rPr>
          <w:b/>
        </w:rPr>
        <w:t>қысым</w:t>
      </w:r>
      <w:proofErr w:type="spellEnd"/>
      <w:r>
        <w:rPr>
          <w:b/>
        </w:rPr>
        <w:t xml:space="preserve"> </w:t>
      </w:r>
      <w:proofErr w:type="spellStart"/>
      <w:r>
        <w:rPr>
          <w:b/>
        </w:rPr>
        <w:t>мен</w:t>
      </w:r>
      <w:proofErr w:type="spellEnd"/>
      <w:r>
        <w:rPr>
          <w:b/>
        </w:rPr>
        <w:t xml:space="preserve"> </w:t>
      </w:r>
      <w:proofErr w:type="spellStart"/>
      <w:r>
        <w:rPr>
          <w:b/>
        </w:rPr>
        <w:t>кернеу</w:t>
      </w:r>
      <w:proofErr w:type="spellEnd"/>
      <w:r>
        <w:rPr>
          <w:b/>
        </w:rPr>
        <w:t xml:space="preserve"> </w:t>
      </w:r>
      <w:proofErr w:type="spellStart"/>
      <w:r>
        <w:rPr>
          <w:b/>
        </w:rPr>
        <w:t>болмағаны</w:t>
      </w:r>
      <w:proofErr w:type="spellEnd"/>
      <w:r>
        <w:rPr>
          <w:b/>
        </w:rPr>
        <w:t xml:space="preserve"> </w:t>
      </w:r>
      <w:proofErr w:type="spellStart"/>
      <w:r>
        <w:rPr>
          <w:b/>
        </w:rPr>
        <w:t>тексерілгеннен</w:t>
      </w:r>
      <w:proofErr w:type="spellEnd"/>
      <w:r>
        <w:rPr>
          <w:b/>
        </w:rPr>
        <w:t xml:space="preserve"> </w:t>
      </w:r>
      <w:proofErr w:type="spellStart"/>
      <w:r>
        <w:rPr>
          <w:b/>
        </w:rPr>
        <w:t>кейін</w:t>
      </w:r>
      <w:proofErr w:type="spellEnd"/>
      <w:r>
        <w:rPr>
          <w:b/>
        </w:rPr>
        <w:t xml:space="preserve"> </w:t>
      </w:r>
      <w:proofErr w:type="spellStart"/>
      <w:r>
        <w:rPr>
          <w:b/>
        </w:rPr>
        <w:t>бөлшектеледі</w:t>
      </w:r>
      <w:proofErr w:type="spellEnd"/>
      <w:r>
        <w:rPr>
          <w:b/>
        </w:rPr>
        <w:t>.</w:t>
      </w:r>
    </w:p>
    <w:p w14:paraId="278B9861" w14:textId="77777777" w:rsidR="00164E8D" w:rsidRDefault="00960395">
      <w:pPr>
        <w:pStyle w:val="1"/>
        <w:spacing w:before="160" w:after="80"/>
      </w:pPr>
      <w:r>
        <w:t>5 АЛАҢДЫ ДАЙЫНДАУ ЖӘНЕ УАҚЫТША ҚОРШАУ</w:t>
      </w:r>
    </w:p>
    <w:p w14:paraId="31619276" w14:textId="77777777" w:rsidR="00164E8D" w:rsidRDefault="00960395">
      <w:pPr>
        <w:ind w:firstLine="340"/>
        <w:jc w:val="both"/>
      </w:pPr>
      <w:r>
        <w:rPr>
          <w:b/>
        </w:rPr>
        <w:t xml:space="preserve">13. </w:t>
      </w:r>
      <w:proofErr w:type="spellStart"/>
      <w:r>
        <w:rPr>
          <w:b/>
        </w:rPr>
        <w:t>Қауіпті</w:t>
      </w:r>
      <w:proofErr w:type="spellEnd"/>
      <w:r>
        <w:rPr>
          <w:b/>
        </w:rPr>
        <w:t xml:space="preserve"> </w:t>
      </w:r>
      <w:proofErr w:type="spellStart"/>
      <w:r>
        <w:rPr>
          <w:b/>
        </w:rPr>
        <w:t>аймақ</w:t>
      </w:r>
      <w:proofErr w:type="spellEnd"/>
      <w:r>
        <w:rPr>
          <w:b/>
        </w:rPr>
        <w:t xml:space="preserve">. </w:t>
      </w:r>
      <w:proofErr w:type="spellStart"/>
      <w:r>
        <w:rPr>
          <w:b/>
        </w:rPr>
        <w:t>Жұмыс</w:t>
      </w:r>
      <w:proofErr w:type="spellEnd"/>
      <w:r>
        <w:rPr>
          <w:b/>
        </w:rPr>
        <w:t xml:space="preserve"> </w:t>
      </w:r>
      <w:proofErr w:type="spellStart"/>
      <w:r>
        <w:rPr>
          <w:b/>
        </w:rPr>
        <w:t>аймағы</w:t>
      </w:r>
      <w:proofErr w:type="spellEnd"/>
      <w:r>
        <w:rPr>
          <w:b/>
        </w:rPr>
        <w:t xml:space="preserve"> </w:t>
      </w:r>
      <w:proofErr w:type="spellStart"/>
      <w:r>
        <w:rPr>
          <w:b/>
        </w:rPr>
        <w:t>берік</w:t>
      </w:r>
      <w:proofErr w:type="spellEnd"/>
      <w:r>
        <w:rPr>
          <w:b/>
        </w:rPr>
        <w:t xml:space="preserve"> </w:t>
      </w:r>
      <w:proofErr w:type="spellStart"/>
      <w:r>
        <w:rPr>
          <w:b/>
        </w:rPr>
        <w:t>уақытша</w:t>
      </w:r>
      <w:proofErr w:type="spellEnd"/>
      <w:r>
        <w:rPr>
          <w:b/>
        </w:rPr>
        <w:t xml:space="preserve"> </w:t>
      </w:r>
      <w:proofErr w:type="spellStart"/>
      <w:r>
        <w:rPr>
          <w:b/>
        </w:rPr>
        <w:t>қоршаумен</w:t>
      </w:r>
      <w:proofErr w:type="spellEnd"/>
      <w:r>
        <w:rPr>
          <w:b/>
        </w:rPr>
        <w:t xml:space="preserve"> </w:t>
      </w:r>
      <w:proofErr w:type="spellStart"/>
      <w:r>
        <w:rPr>
          <w:b/>
        </w:rPr>
        <w:t>жабылып</w:t>
      </w:r>
      <w:proofErr w:type="spellEnd"/>
      <w:r>
        <w:rPr>
          <w:b/>
        </w:rPr>
        <w:t xml:space="preserve">, </w:t>
      </w:r>
      <w:proofErr w:type="spellStart"/>
      <w:r>
        <w:rPr>
          <w:b/>
        </w:rPr>
        <w:t>ескерту</w:t>
      </w:r>
      <w:proofErr w:type="spellEnd"/>
      <w:r>
        <w:rPr>
          <w:b/>
        </w:rPr>
        <w:t xml:space="preserve"> </w:t>
      </w:r>
      <w:proofErr w:type="spellStart"/>
      <w:r>
        <w:rPr>
          <w:b/>
        </w:rPr>
        <w:t>белгілері</w:t>
      </w:r>
      <w:proofErr w:type="spellEnd"/>
      <w:r>
        <w:rPr>
          <w:b/>
        </w:rPr>
        <w:t xml:space="preserve">, </w:t>
      </w:r>
      <w:proofErr w:type="spellStart"/>
      <w:r>
        <w:rPr>
          <w:b/>
        </w:rPr>
        <w:t>түнгі</w:t>
      </w:r>
      <w:proofErr w:type="spellEnd"/>
      <w:r>
        <w:rPr>
          <w:b/>
        </w:rPr>
        <w:t xml:space="preserve"> </w:t>
      </w:r>
      <w:proofErr w:type="spellStart"/>
      <w:r>
        <w:rPr>
          <w:b/>
        </w:rPr>
        <w:t>сигналдық</w:t>
      </w:r>
      <w:proofErr w:type="spellEnd"/>
      <w:r>
        <w:rPr>
          <w:b/>
        </w:rPr>
        <w:t xml:space="preserve"> </w:t>
      </w:r>
      <w:proofErr w:type="spellStart"/>
      <w:r>
        <w:rPr>
          <w:b/>
        </w:rPr>
        <w:t>жарық</w:t>
      </w:r>
      <w:proofErr w:type="spellEnd"/>
      <w:r>
        <w:rPr>
          <w:b/>
        </w:rPr>
        <w:t xml:space="preserve"> </w:t>
      </w:r>
      <w:proofErr w:type="spellStart"/>
      <w:r>
        <w:rPr>
          <w:b/>
        </w:rPr>
        <w:t>және</w:t>
      </w:r>
      <w:proofErr w:type="spellEnd"/>
      <w:r>
        <w:rPr>
          <w:b/>
        </w:rPr>
        <w:t xml:space="preserve"> </w:t>
      </w:r>
      <w:proofErr w:type="spellStart"/>
      <w:r>
        <w:rPr>
          <w:b/>
        </w:rPr>
        <w:t>бақыланатын</w:t>
      </w:r>
      <w:proofErr w:type="spellEnd"/>
      <w:r>
        <w:rPr>
          <w:b/>
        </w:rPr>
        <w:t xml:space="preserve"> </w:t>
      </w:r>
      <w:proofErr w:type="spellStart"/>
      <w:r>
        <w:rPr>
          <w:b/>
        </w:rPr>
        <w:t>кіреберіс</w:t>
      </w:r>
      <w:proofErr w:type="spellEnd"/>
      <w:r>
        <w:rPr>
          <w:b/>
        </w:rPr>
        <w:t xml:space="preserve"> </w:t>
      </w:r>
      <w:proofErr w:type="spellStart"/>
      <w:r>
        <w:rPr>
          <w:b/>
        </w:rPr>
        <w:t>орнатылады</w:t>
      </w:r>
      <w:proofErr w:type="spellEnd"/>
      <w:r>
        <w:rPr>
          <w:b/>
        </w:rPr>
        <w:t>.</w:t>
      </w:r>
    </w:p>
    <w:p w14:paraId="073C8ED0" w14:textId="77777777" w:rsidR="00164E8D" w:rsidRDefault="00960395">
      <w:pPr>
        <w:ind w:firstLine="340"/>
        <w:jc w:val="both"/>
      </w:pPr>
      <w:r>
        <w:rPr>
          <w:b/>
        </w:rPr>
        <w:t xml:space="preserve">14. </w:t>
      </w:r>
      <w:proofErr w:type="spellStart"/>
      <w:r>
        <w:rPr>
          <w:b/>
        </w:rPr>
        <w:t>Қорғаныс</w:t>
      </w:r>
      <w:proofErr w:type="spellEnd"/>
      <w:r>
        <w:rPr>
          <w:b/>
        </w:rPr>
        <w:t xml:space="preserve">. </w:t>
      </w:r>
      <w:proofErr w:type="spellStart"/>
      <w:r>
        <w:rPr>
          <w:b/>
        </w:rPr>
        <w:t>Қолданыстағы</w:t>
      </w:r>
      <w:proofErr w:type="spellEnd"/>
      <w:r>
        <w:rPr>
          <w:b/>
        </w:rPr>
        <w:t xml:space="preserve"> </w:t>
      </w:r>
      <w:proofErr w:type="spellStart"/>
      <w:r>
        <w:rPr>
          <w:b/>
        </w:rPr>
        <w:t>ғимараттар</w:t>
      </w:r>
      <w:proofErr w:type="spellEnd"/>
      <w:r>
        <w:rPr>
          <w:b/>
        </w:rPr>
        <w:t xml:space="preserve">, </w:t>
      </w:r>
      <w:proofErr w:type="spellStart"/>
      <w:r>
        <w:rPr>
          <w:b/>
        </w:rPr>
        <w:t>терезелер</w:t>
      </w:r>
      <w:proofErr w:type="spellEnd"/>
      <w:r>
        <w:rPr>
          <w:b/>
        </w:rPr>
        <w:t xml:space="preserve">, </w:t>
      </w:r>
      <w:proofErr w:type="spellStart"/>
      <w:r>
        <w:rPr>
          <w:b/>
        </w:rPr>
        <w:t>жолдар</w:t>
      </w:r>
      <w:proofErr w:type="spellEnd"/>
      <w:r>
        <w:rPr>
          <w:b/>
        </w:rPr>
        <w:t xml:space="preserve">, </w:t>
      </w:r>
      <w:proofErr w:type="spellStart"/>
      <w:r>
        <w:rPr>
          <w:b/>
        </w:rPr>
        <w:t>жаяу</w:t>
      </w:r>
      <w:proofErr w:type="spellEnd"/>
      <w:r>
        <w:rPr>
          <w:b/>
        </w:rPr>
        <w:t xml:space="preserve"> </w:t>
      </w:r>
      <w:proofErr w:type="spellStart"/>
      <w:r>
        <w:rPr>
          <w:b/>
        </w:rPr>
        <w:t>жүргінші</w:t>
      </w:r>
      <w:proofErr w:type="spellEnd"/>
      <w:r>
        <w:rPr>
          <w:b/>
        </w:rPr>
        <w:t xml:space="preserve"> </w:t>
      </w:r>
      <w:proofErr w:type="spellStart"/>
      <w:r>
        <w:rPr>
          <w:b/>
        </w:rPr>
        <w:t>жолдары</w:t>
      </w:r>
      <w:proofErr w:type="spellEnd"/>
      <w:r>
        <w:rPr>
          <w:b/>
        </w:rPr>
        <w:t xml:space="preserve">, </w:t>
      </w:r>
      <w:proofErr w:type="spellStart"/>
      <w:r>
        <w:rPr>
          <w:b/>
        </w:rPr>
        <w:t>алаңдар</w:t>
      </w:r>
      <w:proofErr w:type="spellEnd"/>
      <w:r>
        <w:rPr>
          <w:b/>
        </w:rPr>
        <w:t xml:space="preserve">, </w:t>
      </w:r>
      <w:proofErr w:type="spellStart"/>
      <w:r>
        <w:rPr>
          <w:b/>
        </w:rPr>
        <w:t>жасыл</w:t>
      </w:r>
      <w:proofErr w:type="spellEnd"/>
      <w:r>
        <w:rPr>
          <w:b/>
        </w:rPr>
        <w:t xml:space="preserve"> </w:t>
      </w:r>
      <w:proofErr w:type="spellStart"/>
      <w:r>
        <w:rPr>
          <w:b/>
        </w:rPr>
        <w:t>желектер</w:t>
      </w:r>
      <w:proofErr w:type="spellEnd"/>
      <w:r>
        <w:rPr>
          <w:b/>
        </w:rPr>
        <w:t xml:space="preserve"> </w:t>
      </w:r>
      <w:proofErr w:type="spellStart"/>
      <w:r>
        <w:rPr>
          <w:b/>
        </w:rPr>
        <w:t>және</w:t>
      </w:r>
      <w:proofErr w:type="spellEnd"/>
      <w:r>
        <w:rPr>
          <w:b/>
        </w:rPr>
        <w:t xml:space="preserve"> </w:t>
      </w:r>
      <w:proofErr w:type="spellStart"/>
      <w:r>
        <w:rPr>
          <w:b/>
        </w:rPr>
        <w:t>инженерлік</w:t>
      </w:r>
      <w:proofErr w:type="spellEnd"/>
      <w:r>
        <w:rPr>
          <w:b/>
        </w:rPr>
        <w:t xml:space="preserve"> </w:t>
      </w:r>
      <w:proofErr w:type="spellStart"/>
      <w:r>
        <w:rPr>
          <w:b/>
        </w:rPr>
        <w:t>желілер</w:t>
      </w:r>
      <w:proofErr w:type="spellEnd"/>
      <w:r>
        <w:rPr>
          <w:b/>
        </w:rPr>
        <w:t xml:space="preserve"> </w:t>
      </w:r>
      <w:proofErr w:type="spellStart"/>
      <w:r>
        <w:rPr>
          <w:b/>
        </w:rPr>
        <w:t>қалқандармен</w:t>
      </w:r>
      <w:proofErr w:type="spellEnd"/>
      <w:r>
        <w:rPr>
          <w:b/>
        </w:rPr>
        <w:t xml:space="preserve"> </w:t>
      </w:r>
      <w:proofErr w:type="spellStart"/>
      <w:r>
        <w:rPr>
          <w:b/>
        </w:rPr>
        <w:t>немесе</w:t>
      </w:r>
      <w:proofErr w:type="spellEnd"/>
      <w:r>
        <w:rPr>
          <w:b/>
        </w:rPr>
        <w:t xml:space="preserve"> </w:t>
      </w:r>
      <w:proofErr w:type="spellStart"/>
      <w:r>
        <w:rPr>
          <w:b/>
        </w:rPr>
        <w:t>басқа</w:t>
      </w:r>
      <w:proofErr w:type="spellEnd"/>
      <w:r>
        <w:rPr>
          <w:b/>
        </w:rPr>
        <w:t xml:space="preserve"> </w:t>
      </w:r>
      <w:proofErr w:type="spellStart"/>
      <w:r>
        <w:rPr>
          <w:b/>
        </w:rPr>
        <w:t>тиімді</w:t>
      </w:r>
      <w:proofErr w:type="spellEnd"/>
      <w:r>
        <w:rPr>
          <w:b/>
        </w:rPr>
        <w:t xml:space="preserve"> </w:t>
      </w:r>
      <w:proofErr w:type="spellStart"/>
      <w:r>
        <w:rPr>
          <w:b/>
        </w:rPr>
        <w:t>тәсілмен</w:t>
      </w:r>
      <w:proofErr w:type="spellEnd"/>
      <w:r>
        <w:rPr>
          <w:b/>
        </w:rPr>
        <w:t xml:space="preserve"> </w:t>
      </w:r>
      <w:proofErr w:type="spellStart"/>
      <w:r>
        <w:rPr>
          <w:b/>
        </w:rPr>
        <w:t>қорғалады</w:t>
      </w:r>
      <w:proofErr w:type="spellEnd"/>
      <w:r>
        <w:rPr>
          <w:b/>
        </w:rPr>
        <w:t>.</w:t>
      </w:r>
    </w:p>
    <w:p w14:paraId="393F8227" w14:textId="77777777" w:rsidR="00164E8D" w:rsidRDefault="00960395">
      <w:pPr>
        <w:ind w:firstLine="340"/>
        <w:jc w:val="both"/>
      </w:pPr>
      <w:r>
        <w:rPr>
          <w:b/>
        </w:rPr>
        <w:t xml:space="preserve">15. </w:t>
      </w:r>
      <w:proofErr w:type="spellStart"/>
      <w:r>
        <w:rPr>
          <w:b/>
        </w:rPr>
        <w:t>Мүлікті</w:t>
      </w:r>
      <w:proofErr w:type="spellEnd"/>
      <w:r>
        <w:rPr>
          <w:b/>
        </w:rPr>
        <w:t xml:space="preserve"> </w:t>
      </w:r>
      <w:proofErr w:type="spellStart"/>
      <w:r>
        <w:rPr>
          <w:b/>
        </w:rPr>
        <w:t>босату</w:t>
      </w:r>
      <w:proofErr w:type="spellEnd"/>
      <w:r>
        <w:rPr>
          <w:b/>
        </w:rPr>
        <w:t xml:space="preserve">. </w:t>
      </w:r>
      <w:proofErr w:type="spellStart"/>
      <w:r>
        <w:rPr>
          <w:b/>
        </w:rPr>
        <w:t>Ғимараттардағы</w:t>
      </w:r>
      <w:proofErr w:type="spellEnd"/>
      <w:r>
        <w:rPr>
          <w:b/>
        </w:rPr>
        <w:t xml:space="preserve"> </w:t>
      </w:r>
      <w:proofErr w:type="spellStart"/>
      <w:r>
        <w:rPr>
          <w:b/>
        </w:rPr>
        <w:t>мүлік</w:t>
      </w:r>
      <w:proofErr w:type="spellEnd"/>
      <w:r>
        <w:rPr>
          <w:b/>
        </w:rPr>
        <w:t xml:space="preserve"> </w:t>
      </w:r>
      <w:proofErr w:type="spellStart"/>
      <w:r>
        <w:rPr>
          <w:b/>
        </w:rPr>
        <w:t>сұрыпталып</w:t>
      </w:r>
      <w:proofErr w:type="spellEnd"/>
      <w:r>
        <w:rPr>
          <w:b/>
        </w:rPr>
        <w:t xml:space="preserve">, </w:t>
      </w:r>
      <w:proofErr w:type="spellStart"/>
      <w:r>
        <w:rPr>
          <w:b/>
        </w:rPr>
        <w:t>Тапсырыс</w:t>
      </w:r>
      <w:proofErr w:type="spellEnd"/>
      <w:r>
        <w:rPr>
          <w:b/>
        </w:rPr>
        <w:t xml:space="preserve"> </w:t>
      </w:r>
      <w:proofErr w:type="spellStart"/>
      <w:r>
        <w:rPr>
          <w:b/>
        </w:rPr>
        <w:t>берушіге</w:t>
      </w:r>
      <w:proofErr w:type="spellEnd"/>
      <w:r>
        <w:rPr>
          <w:b/>
        </w:rPr>
        <w:t xml:space="preserve"> </w:t>
      </w:r>
      <w:proofErr w:type="spellStart"/>
      <w:r>
        <w:rPr>
          <w:b/>
        </w:rPr>
        <w:t>акт</w:t>
      </w:r>
      <w:proofErr w:type="spellEnd"/>
      <w:r>
        <w:rPr>
          <w:b/>
        </w:rPr>
        <w:t xml:space="preserve"> </w:t>
      </w:r>
      <w:proofErr w:type="spellStart"/>
      <w:r>
        <w:rPr>
          <w:b/>
        </w:rPr>
        <w:t>бойынша</w:t>
      </w:r>
      <w:proofErr w:type="spellEnd"/>
      <w:r>
        <w:rPr>
          <w:b/>
        </w:rPr>
        <w:t xml:space="preserve"> </w:t>
      </w:r>
      <w:proofErr w:type="spellStart"/>
      <w:r>
        <w:rPr>
          <w:b/>
        </w:rPr>
        <w:t>беріледі</w:t>
      </w:r>
      <w:proofErr w:type="spellEnd"/>
      <w:r>
        <w:rPr>
          <w:b/>
        </w:rPr>
        <w:t xml:space="preserve">. </w:t>
      </w:r>
      <w:proofErr w:type="spellStart"/>
      <w:r>
        <w:rPr>
          <w:b/>
        </w:rPr>
        <w:t>Мүлік</w:t>
      </w:r>
      <w:proofErr w:type="spellEnd"/>
      <w:r>
        <w:rPr>
          <w:b/>
        </w:rPr>
        <w:t xml:space="preserve"> </w:t>
      </w:r>
      <w:proofErr w:type="spellStart"/>
      <w:r>
        <w:rPr>
          <w:b/>
        </w:rPr>
        <w:t>қалған</w:t>
      </w:r>
      <w:proofErr w:type="spellEnd"/>
      <w:r>
        <w:rPr>
          <w:b/>
        </w:rPr>
        <w:t xml:space="preserve"> </w:t>
      </w:r>
      <w:proofErr w:type="spellStart"/>
      <w:r>
        <w:rPr>
          <w:b/>
        </w:rPr>
        <w:t>бөлмеде</w:t>
      </w:r>
      <w:proofErr w:type="spellEnd"/>
      <w:r>
        <w:rPr>
          <w:b/>
        </w:rPr>
        <w:t xml:space="preserve"> </w:t>
      </w:r>
      <w:proofErr w:type="spellStart"/>
      <w:r>
        <w:rPr>
          <w:b/>
        </w:rPr>
        <w:t>бұзу</w:t>
      </w:r>
      <w:proofErr w:type="spellEnd"/>
      <w:r>
        <w:rPr>
          <w:b/>
        </w:rPr>
        <w:t xml:space="preserve"> </w:t>
      </w:r>
      <w:proofErr w:type="spellStart"/>
      <w:r>
        <w:rPr>
          <w:b/>
        </w:rPr>
        <w:t>жұмыстарын</w:t>
      </w:r>
      <w:proofErr w:type="spellEnd"/>
      <w:r>
        <w:rPr>
          <w:b/>
        </w:rPr>
        <w:t xml:space="preserve"> </w:t>
      </w:r>
      <w:proofErr w:type="spellStart"/>
      <w:r>
        <w:rPr>
          <w:b/>
        </w:rPr>
        <w:t>жүргізуге</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5470DBAC" w14:textId="77777777" w:rsidR="00164E8D" w:rsidRDefault="00960395">
      <w:pPr>
        <w:ind w:firstLine="340"/>
        <w:jc w:val="both"/>
      </w:pPr>
      <w:r>
        <w:rPr>
          <w:b/>
        </w:rPr>
        <w:t xml:space="preserve">16. </w:t>
      </w:r>
      <w:proofErr w:type="spellStart"/>
      <w:r>
        <w:rPr>
          <w:b/>
        </w:rPr>
        <w:t>Кіру</w:t>
      </w:r>
      <w:proofErr w:type="spellEnd"/>
      <w:r>
        <w:rPr>
          <w:b/>
        </w:rPr>
        <w:t xml:space="preserve"> </w:t>
      </w:r>
      <w:proofErr w:type="spellStart"/>
      <w:r>
        <w:rPr>
          <w:b/>
        </w:rPr>
        <w:t>жолдары</w:t>
      </w:r>
      <w:proofErr w:type="spellEnd"/>
      <w:r>
        <w:rPr>
          <w:b/>
        </w:rPr>
        <w:t xml:space="preserve">. </w:t>
      </w:r>
      <w:proofErr w:type="spellStart"/>
      <w:r>
        <w:rPr>
          <w:b/>
        </w:rPr>
        <w:t>Мердігер</w:t>
      </w:r>
      <w:proofErr w:type="spellEnd"/>
      <w:r>
        <w:rPr>
          <w:b/>
        </w:rPr>
        <w:t xml:space="preserve"> </w:t>
      </w:r>
      <w:proofErr w:type="spellStart"/>
      <w:r>
        <w:rPr>
          <w:b/>
        </w:rPr>
        <w:t>техникаға</w:t>
      </w:r>
      <w:proofErr w:type="spellEnd"/>
      <w:r>
        <w:rPr>
          <w:b/>
        </w:rPr>
        <w:t xml:space="preserve"> </w:t>
      </w:r>
      <w:proofErr w:type="spellStart"/>
      <w:r>
        <w:rPr>
          <w:b/>
        </w:rPr>
        <w:t>қауіпсіз</w:t>
      </w:r>
      <w:proofErr w:type="spellEnd"/>
      <w:r>
        <w:rPr>
          <w:b/>
        </w:rPr>
        <w:t xml:space="preserve"> </w:t>
      </w:r>
      <w:proofErr w:type="spellStart"/>
      <w:r>
        <w:rPr>
          <w:b/>
        </w:rPr>
        <w:t>кіреберіс</w:t>
      </w:r>
      <w:proofErr w:type="spellEnd"/>
      <w:r>
        <w:rPr>
          <w:b/>
        </w:rPr>
        <w:t xml:space="preserve"> </w:t>
      </w:r>
      <w:proofErr w:type="spellStart"/>
      <w:r>
        <w:rPr>
          <w:b/>
        </w:rPr>
        <w:t>ұйымдастырады</w:t>
      </w:r>
      <w:proofErr w:type="spellEnd"/>
      <w:r>
        <w:rPr>
          <w:b/>
        </w:rPr>
        <w:t xml:space="preserve">, </w:t>
      </w:r>
      <w:proofErr w:type="spellStart"/>
      <w:r>
        <w:rPr>
          <w:b/>
        </w:rPr>
        <w:t>жолдың</w:t>
      </w:r>
      <w:proofErr w:type="spellEnd"/>
      <w:r>
        <w:rPr>
          <w:b/>
        </w:rPr>
        <w:t xml:space="preserve"> </w:t>
      </w:r>
      <w:proofErr w:type="spellStart"/>
      <w:r>
        <w:rPr>
          <w:b/>
        </w:rPr>
        <w:t>көтергіш</w:t>
      </w:r>
      <w:proofErr w:type="spellEnd"/>
      <w:r>
        <w:rPr>
          <w:b/>
        </w:rPr>
        <w:t xml:space="preserve"> </w:t>
      </w:r>
      <w:proofErr w:type="spellStart"/>
      <w:r>
        <w:rPr>
          <w:b/>
        </w:rPr>
        <w:t>қабілетін</w:t>
      </w:r>
      <w:proofErr w:type="spellEnd"/>
      <w:r>
        <w:rPr>
          <w:b/>
        </w:rPr>
        <w:t xml:space="preserve"> </w:t>
      </w:r>
      <w:proofErr w:type="spellStart"/>
      <w:r>
        <w:rPr>
          <w:b/>
        </w:rPr>
        <w:t>тексереді</w:t>
      </w:r>
      <w:proofErr w:type="spellEnd"/>
      <w:r>
        <w:rPr>
          <w:b/>
        </w:rPr>
        <w:t xml:space="preserve"> </w:t>
      </w:r>
      <w:proofErr w:type="spellStart"/>
      <w:r>
        <w:rPr>
          <w:b/>
        </w:rPr>
        <w:t>және</w:t>
      </w:r>
      <w:proofErr w:type="spellEnd"/>
      <w:r>
        <w:rPr>
          <w:b/>
        </w:rPr>
        <w:t xml:space="preserve"> </w:t>
      </w:r>
      <w:proofErr w:type="spellStart"/>
      <w:r>
        <w:rPr>
          <w:b/>
        </w:rPr>
        <w:t>зақымдалған</w:t>
      </w:r>
      <w:proofErr w:type="spellEnd"/>
      <w:r>
        <w:rPr>
          <w:b/>
        </w:rPr>
        <w:t xml:space="preserve"> </w:t>
      </w:r>
      <w:proofErr w:type="spellStart"/>
      <w:r>
        <w:rPr>
          <w:b/>
        </w:rPr>
        <w:t>жабындарды</w:t>
      </w:r>
      <w:proofErr w:type="spellEnd"/>
      <w:r>
        <w:rPr>
          <w:b/>
        </w:rPr>
        <w:t xml:space="preserve"> </w:t>
      </w:r>
      <w:proofErr w:type="spellStart"/>
      <w:r>
        <w:rPr>
          <w:b/>
        </w:rPr>
        <w:t>өз</w:t>
      </w:r>
      <w:proofErr w:type="spellEnd"/>
      <w:r>
        <w:rPr>
          <w:b/>
        </w:rPr>
        <w:t xml:space="preserve"> </w:t>
      </w:r>
      <w:proofErr w:type="spellStart"/>
      <w:r>
        <w:rPr>
          <w:b/>
        </w:rPr>
        <w:t>есебінен</w:t>
      </w:r>
      <w:proofErr w:type="spellEnd"/>
      <w:r>
        <w:rPr>
          <w:b/>
        </w:rPr>
        <w:t xml:space="preserve"> </w:t>
      </w:r>
      <w:proofErr w:type="spellStart"/>
      <w:r>
        <w:rPr>
          <w:b/>
        </w:rPr>
        <w:t>қалпына</w:t>
      </w:r>
      <w:proofErr w:type="spellEnd"/>
      <w:r>
        <w:rPr>
          <w:b/>
        </w:rPr>
        <w:t xml:space="preserve"> </w:t>
      </w:r>
      <w:proofErr w:type="spellStart"/>
      <w:r>
        <w:rPr>
          <w:b/>
        </w:rPr>
        <w:t>келтіреді</w:t>
      </w:r>
      <w:proofErr w:type="spellEnd"/>
      <w:r>
        <w:rPr>
          <w:b/>
        </w:rPr>
        <w:t>.</w:t>
      </w:r>
    </w:p>
    <w:p w14:paraId="08A83698" w14:textId="77777777" w:rsidR="00164E8D" w:rsidRDefault="00960395">
      <w:pPr>
        <w:pStyle w:val="1"/>
        <w:spacing w:before="160" w:after="80"/>
      </w:pPr>
      <w:r>
        <w:t>6 ҚҰРЫЛЫСТАРДЫ БҰЗУ</w:t>
      </w:r>
    </w:p>
    <w:p w14:paraId="38432848" w14:textId="77777777" w:rsidR="00164E8D" w:rsidRDefault="00960395">
      <w:pPr>
        <w:ind w:firstLine="340"/>
        <w:jc w:val="both"/>
      </w:pPr>
      <w:r>
        <w:rPr>
          <w:b/>
        </w:rPr>
        <w:t xml:space="preserve">17. </w:t>
      </w:r>
      <w:proofErr w:type="spellStart"/>
      <w:r>
        <w:rPr>
          <w:b/>
        </w:rPr>
        <w:t>Бұзу</w:t>
      </w:r>
      <w:proofErr w:type="spellEnd"/>
      <w:r>
        <w:rPr>
          <w:b/>
        </w:rPr>
        <w:t xml:space="preserve"> </w:t>
      </w:r>
      <w:proofErr w:type="spellStart"/>
      <w:r>
        <w:rPr>
          <w:b/>
        </w:rPr>
        <w:t>реттілігі</w:t>
      </w:r>
      <w:proofErr w:type="spellEnd"/>
      <w:r>
        <w:rPr>
          <w:b/>
        </w:rPr>
        <w:t xml:space="preserve">. </w:t>
      </w:r>
      <w:proofErr w:type="spellStart"/>
      <w:r>
        <w:rPr>
          <w:b/>
        </w:rPr>
        <w:t>Алдымен</w:t>
      </w:r>
      <w:proofErr w:type="spellEnd"/>
      <w:r>
        <w:rPr>
          <w:b/>
        </w:rPr>
        <w:t xml:space="preserve"> </w:t>
      </w:r>
      <w:proofErr w:type="spellStart"/>
      <w:r>
        <w:rPr>
          <w:b/>
        </w:rPr>
        <w:t>есік-терезелер</w:t>
      </w:r>
      <w:proofErr w:type="spellEnd"/>
      <w:r>
        <w:rPr>
          <w:b/>
        </w:rPr>
        <w:t xml:space="preserve">, </w:t>
      </w:r>
      <w:proofErr w:type="spellStart"/>
      <w:r>
        <w:rPr>
          <w:b/>
        </w:rPr>
        <w:t>инженерлік</w:t>
      </w:r>
      <w:proofErr w:type="spellEnd"/>
      <w:r>
        <w:rPr>
          <w:b/>
        </w:rPr>
        <w:t xml:space="preserve"> </w:t>
      </w:r>
      <w:proofErr w:type="spellStart"/>
      <w:r>
        <w:rPr>
          <w:b/>
        </w:rPr>
        <w:t>элементтер</w:t>
      </w:r>
      <w:proofErr w:type="spellEnd"/>
      <w:r>
        <w:rPr>
          <w:b/>
        </w:rPr>
        <w:t xml:space="preserve"> </w:t>
      </w:r>
      <w:proofErr w:type="spellStart"/>
      <w:r>
        <w:rPr>
          <w:b/>
        </w:rPr>
        <w:t>мен</w:t>
      </w:r>
      <w:proofErr w:type="spellEnd"/>
      <w:r>
        <w:rPr>
          <w:b/>
        </w:rPr>
        <w:t xml:space="preserve"> </w:t>
      </w:r>
      <w:proofErr w:type="spellStart"/>
      <w:r>
        <w:rPr>
          <w:b/>
        </w:rPr>
        <w:t>оңай</w:t>
      </w:r>
      <w:proofErr w:type="spellEnd"/>
      <w:r>
        <w:rPr>
          <w:b/>
        </w:rPr>
        <w:t xml:space="preserve"> </w:t>
      </w:r>
      <w:proofErr w:type="spellStart"/>
      <w:r>
        <w:rPr>
          <w:b/>
        </w:rPr>
        <w:t>алынатын</w:t>
      </w:r>
      <w:proofErr w:type="spellEnd"/>
      <w:r>
        <w:rPr>
          <w:b/>
        </w:rPr>
        <w:t xml:space="preserve"> </w:t>
      </w:r>
      <w:proofErr w:type="spellStart"/>
      <w:r>
        <w:rPr>
          <w:b/>
        </w:rPr>
        <w:t>бөлшектер</w:t>
      </w:r>
      <w:proofErr w:type="spellEnd"/>
      <w:r>
        <w:rPr>
          <w:b/>
        </w:rPr>
        <w:t xml:space="preserve">, </w:t>
      </w:r>
      <w:proofErr w:type="spellStart"/>
      <w:r>
        <w:rPr>
          <w:b/>
        </w:rPr>
        <w:t>кейін</w:t>
      </w:r>
      <w:proofErr w:type="spellEnd"/>
      <w:r>
        <w:rPr>
          <w:b/>
        </w:rPr>
        <w:t xml:space="preserve"> </w:t>
      </w:r>
      <w:proofErr w:type="spellStart"/>
      <w:r>
        <w:rPr>
          <w:b/>
        </w:rPr>
        <w:t>шатыр</w:t>
      </w:r>
      <w:proofErr w:type="spellEnd"/>
      <w:r>
        <w:rPr>
          <w:b/>
        </w:rPr>
        <w:t xml:space="preserve">, </w:t>
      </w:r>
      <w:proofErr w:type="spellStart"/>
      <w:r>
        <w:rPr>
          <w:b/>
        </w:rPr>
        <w:t>жабындар</w:t>
      </w:r>
      <w:proofErr w:type="spellEnd"/>
      <w:r>
        <w:rPr>
          <w:b/>
        </w:rPr>
        <w:t xml:space="preserve">, </w:t>
      </w:r>
      <w:proofErr w:type="spellStart"/>
      <w:r>
        <w:rPr>
          <w:b/>
        </w:rPr>
        <w:t>ішкі</w:t>
      </w:r>
      <w:proofErr w:type="spellEnd"/>
      <w:r>
        <w:rPr>
          <w:b/>
        </w:rPr>
        <w:t xml:space="preserve"> </w:t>
      </w:r>
      <w:proofErr w:type="spellStart"/>
      <w:r>
        <w:rPr>
          <w:b/>
        </w:rPr>
        <w:t>қалқалар</w:t>
      </w:r>
      <w:proofErr w:type="spellEnd"/>
      <w:r>
        <w:rPr>
          <w:b/>
        </w:rPr>
        <w:t xml:space="preserve">, </w:t>
      </w:r>
      <w:proofErr w:type="spellStart"/>
      <w:r>
        <w:rPr>
          <w:b/>
        </w:rPr>
        <w:t>сыртқы</w:t>
      </w:r>
      <w:proofErr w:type="spellEnd"/>
      <w:r>
        <w:rPr>
          <w:b/>
        </w:rPr>
        <w:t xml:space="preserve"> </w:t>
      </w:r>
      <w:proofErr w:type="spellStart"/>
      <w:r>
        <w:rPr>
          <w:b/>
        </w:rPr>
        <w:t>қабырғалар</w:t>
      </w:r>
      <w:proofErr w:type="spellEnd"/>
      <w:r>
        <w:rPr>
          <w:b/>
        </w:rPr>
        <w:t xml:space="preserve">, </w:t>
      </w:r>
      <w:proofErr w:type="spellStart"/>
      <w:r>
        <w:rPr>
          <w:b/>
        </w:rPr>
        <w:t>едендер</w:t>
      </w:r>
      <w:proofErr w:type="spellEnd"/>
      <w:r>
        <w:rPr>
          <w:b/>
        </w:rPr>
        <w:t xml:space="preserve">, </w:t>
      </w:r>
      <w:proofErr w:type="spellStart"/>
      <w:r>
        <w:rPr>
          <w:b/>
        </w:rPr>
        <w:t>цоколь</w:t>
      </w:r>
      <w:proofErr w:type="spellEnd"/>
      <w:r>
        <w:rPr>
          <w:b/>
        </w:rPr>
        <w:t xml:space="preserve"> </w:t>
      </w:r>
      <w:proofErr w:type="spellStart"/>
      <w:r>
        <w:rPr>
          <w:b/>
        </w:rPr>
        <w:t>және</w:t>
      </w:r>
      <w:proofErr w:type="spellEnd"/>
      <w:r>
        <w:rPr>
          <w:b/>
        </w:rPr>
        <w:t xml:space="preserve"> </w:t>
      </w:r>
      <w:proofErr w:type="spellStart"/>
      <w:r>
        <w:rPr>
          <w:b/>
        </w:rPr>
        <w:t>фундамент</w:t>
      </w:r>
      <w:proofErr w:type="spellEnd"/>
      <w:r>
        <w:rPr>
          <w:b/>
        </w:rPr>
        <w:t xml:space="preserve"> </w:t>
      </w:r>
      <w:proofErr w:type="spellStart"/>
      <w:r>
        <w:rPr>
          <w:b/>
        </w:rPr>
        <w:t>жоғарыдан</w:t>
      </w:r>
      <w:proofErr w:type="spellEnd"/>
      <w:r>
        <w:rPr>
          <w:b/>
        </w:rPr>
        <w:t xml:space="preserve"> </w:t>
      </w:r>
      <w:proofErr w:type="spellStart"/>
      <w:r>
        <w:rPr>
          <w:b/>
        </w:rPr>
        <w:t>төмен</w:t>
      </w:r>
      <w:proofErr w:type="spellEnd"/>
      <w:r>
        <w:rPr>
          <w:b/>
        </w:rPr>
        <w:t xml:space="preserve"> </w:t>
      </w:r>
      <w:proofErr w:type="spellStart"/>
      <w:r>
        <w:rPr>
          <w:b/>
        </w:rPr>
        <w:t>қарай</w:t>
      </w:r>
      <w:proofErr w:type="spellEnd"/>
      <w:r>
        <w:rPr>
          <w:b/>
        </w:rPr>
        <w:t xml:space="preserve"> </w:t>
      </w:r>
      <w:proofErr w:type="spellStart"/>
      <w:r>
        <w:rPr>
          <w:b/>
        </w:rPr>
        <w:t>бөлшектеледі</w:t>
      </w:r>
      <w:proofErr w:type="spellEnd"/>
      <w:r>
        <w:rPr>
          <w:b/>
        </w:rPr>
        <w:t>.</w:t>
      </w:r>
    </w:p>
    <w:p w14:paraId="036D1B71" w14:textId="77777777" w:rsidR="00164E8D" w:rsidRDefault="00960395">
      <w:pPr>
        <w:ind w:firstLine="340"/>
        <w:jc w:val="both"/>
      </w:pPr>
      <w:r>
        <w:rPr>
          <w:b/>
        </w:rPr>
        <w:t xml:space="preserve">18. </w:t>
      </w:r>
      <w:proofErr w:type="spellStart"/>
      <w:r>
        <w:rPr>
          <w:b/>
        </w:rPr>
        <w:t>Апатты</w:t>
      </w:r>
      <w:proofErr w:type="spellEnd"/>
      <w:r>
        <w:rPr>
          <w:b/>
        </w:rPr>
        <w:t xml:space="preserve"> </w:t>
      </w:r>
      <w:proofErr w:type="spellStart"/>
      <w:r>
        <w:rPr>
          <w:b/>
        </w:rPr>
        <w:t>конструкциялар</w:t>
      </w:r>
      <w:proofErr w:type="spellEnd"/>
      <w:r>
        <w:rPr>
          <w:b/>
        </w:rPr>
        <w:t xml:space="preserve">. </w:t>
      </w:r>
      <w:proofErr w:type="spellStart"/>
      <w:r>
        <w:rPr>
          <w:b/>
        </w:rPr>
        <w:t>Тұрақсыз</w:t>
      </w:r>
      <w:proofErr w:type="spellEnd"/>
      <w:r>
        <w:rPr>
          <w:b/>
        </w:rPr>
        <w:t xml:space="preserve"> </w:t>
      </w:r>
      <w:proofErr w:type="spellStart"/>
      <w:r>
        <w:rPr>
          <w:b/>
        </w:rPr>
        <w:t>қабырғалар</w:t>
      </w:r>
      <w:proofErr w:type="spellEnd"/>
      <w:r>
        <w:rPr>
          <w:b/>
        </w:rPr>
        <w:t xml:space="preserve"> </w:t>
      </w:r>
      <w:proofErr w:type="spellStart"/>
      <w:r>
        <w:rPr>
          <w:b/>
        </w:rPr>
        <w:t>мен</w:t>
      </w:r>
      <w:proofErr w:type="spellEnd"/>
      <w:r>
        <w:rPr>
          <w:b/>
        </w:rPr>
        <w:t xml:space="preserve"> </w:t>
      </w:r>
      <w:proofErr w:type="spellStart"/>
      <w:r>
        <w:rPr>
          <w:b/>
        </w:rPr>
        <w:t>жабындар</w:t>
      </w:r>
      <w:proofErr w:type="spellEnd"/>
      <w:r>
        <w:rPr>
          <w:b/>
        </w:rPr>
        <w:t xml:space="preserve"> </w:t>
      </w:r>
      <w:proofErr w:type="spellStart"/>
      <w:r>
        <w:rPr>
          <w:b/>
        </w:rPr>
        <w:t>алдын</w:t>
      </w:r>
      <w:proofErr w:type="spellEnd"/>
      <w:r>
        <w:rPr>
          <w:b/>
        </w:rPr>
        <w:t xml:space="preserve"> </w:t>
      </w:r>
      <w:proofErr w:type="spellStart"/>
      <w:r>
        <w:rPr>
          <w:b/>
        </w:rPr>
        <w:t>ала</w:t>
      </w:r>
      <w:proofErr w:type="spellEnd"/>
      <w:r>
        <w:rPr>
          <w:b/>
        </w:rPr>
        <w:t xml:space="preserve"> </w:t>
      </w:r>
      <w:proofErr w:type="spellStart"/>
      <w:r>
        <w:rPr>
          <w:b/>
        </w:rPr>
        <w:t>бекітіледі</w:t>
      </w:r>
      <w:proofErr w:type="spellEnd"/>
      <w:r>
        <w:rPr>
          <w:b/>
        </w:rPr>
        <w:t xml:space="preserve"> </w:t>
      </w:r>
      <w:proofErr w:type="spellStart"/>
      <w:r>
        <w:rPr>
          <w:b/>
        </w:rPr>
        <w:t>немесе</w:t>
      </w:r>
      <w:proofErr w:type="spellEnd"/>
      <w:r>
        <w:rPr>
          <w:b/>
        </w:rPr>
        <w:t xml:space="preserve"> </w:t>
      </w:r>
      <w:proofErr w:type="spellStart"/>
      <w:r>
        <w:rPr>
          <w:b/>
        </w:rPr>
        <w:t>қауіпсіз</w:t>
      </w:r>
      <w:proofErr w:type="spellEnd"/>
      <w:r>
        <w:rPr>
          <w:b/>
        </w:rPr>
        <w:t xml:space="preserve"> </w:t>
      </w:r>
      <w:proofErr w:type="spellStart"/>
      <w:r>
        <w:rPr>
          <w:b/>
        </w:rPr>
        <w:t>қашықтан</w:t>
      </w:r>
      <w:proofErr w:type="spellEnd"/>
      <w:r>
        <w:rPr>
          <w:b/>
        </w:rPr>
        <w:t xml:space="preserve"> </w:t>
      </w:r>
      <w:proofErr w:type="spellStart"/>
      <w:r>
        <w:rPr>
          <w:b/>
        </w:rPr>
        <w:t>техникамен</w:t>
      </w:r>
      <w:proofErr w:type="spellEnd"/>
      <w:r>
        <w:rPr>
          <w:b/>
        </w:rPr>
        <w:t xml:space="preserve"> </w:t>
      </w:r>
      <w:proofErr w:type="spellStart"/>
      <w:r>
        <w:rPr>
          <w:b/>
        </w:rPr>
        <w:t>бөлшектеледі</w:t>
      </w:r>
      <w:proofErr w:type="spellEnd"/>
      <w:r>
        <w:rPr>
          <w:b/>
        </w:rPr>
        <w:t xml:space="preserve">. </w:t>
      </w:r>
      <w:proofErr w:type="spellStart"/>
      <w:r>
        <w:rPr>
          <w:b/>
        </w:rPr>
        <w:t>Жұмысшылардың</w:t>
      </w:r>
      <w:proofErr w:type="spellEnd"/>
      <w:r>
        <w:rPr>
          <w:b/>
        </w:rPr>
        <w:t xml:space="preserve"> </w:t>
      </w:r>
      <w:proofErr w:type="spellStart"/>
      <w:r>
        <w:rPr>
          <w:b/>
        </w:rPr>
        <w:t>ілініп</w:t>
      </w:r>
      <w:proofErr w:type="spellEnd"/>
      <w:r>
        <w:rPr>
          <w:b/>
        </w:rPr>
        <w:t xml:space="preserve"> </w:t>
      </w:r>
      <w:proofErr w:type="spellStart"/>
      <w:r>
        <w:rPr>
          <w:b/>
        </w:rPr>
        <w:t>тұрған</w:t>
      </w:r>
      <w:proofErr w:type="spellEnd"/>
      <w:r>
        <w:rPr>
          <w:b/>
        </w:rPr>
        <w:t xml:space="preserve"> </w:t>
      </w:r>
      <w:proofErr w:type="spellStart"/>
      <w:r>
        <w:rPr>
          <w:b/>
        </w:rPr>
        <w:t>және</w:t>
      </w:r>
      <w:proofErr w:type="spellEnd"/>
      <w:r>
        <w:rPr>
          <w:b/>
        </w:rPr>
        <w:t xml:space="preserve"> </w:t>
      </w:r>
      <w:proofErr w:type="spellStart"/>
      <w:r>
        <w:rPr>
          <w:b/>
        </w:rPr>
        <w:t>әлсіреген</w:t>
      </w:r>
      <w:proofErr w:type="spellEnd"/>
      <w:r>
        <w:rPr>
          <w:b/>
        </w:rPr>
        <w:t xml:space="preserve"> </w:t>
      </w:r>
      <w:proofErr w:type="spellStart"/>
      <w:r>
        <w:rPr>
          <w:b/>
        </w:rPr>
        <w:t>конструкциялар</w:t>
      </w:r>
      <w:proofErr w:type="spellEnd"/>
      <w:r>
        <w:rPr>
          <w:b/>
        </w:rPr>
        <w:t xml:space="preserve"> </w:t>
      </w:r>
      <w:proofErr w:type="spellStart"/>
      <w:r>
        <w:rPr>
          <w:b/>
        </w:rPr>
        <w:t>астында</w:t>
      </w:r>
      <w:proofErr w:type="spellEnd"/>
      <w:r>
        <w:rPr>
          <w:b/>
        </w:rPr>
        <w:t xml:space="preserve"> </w:t>
      </w:r>
      <w:proofErr w:type="spellStart"/>
      <w:r>
        <w:rPr>
          <w:b/>
        </w:rPr>
        <w:t>болуына</w:t>
      </w:r>
      <w:proofErr w:type="spellEnd"/>
      <w:r>
        <w:rPr>
          <w:b/>
        </w:rPr>
        <w:t xml:space="preserve"> </w:t>
      </w:r>
      <w:proofErr w:type="spellStart"/>
      <w:r>
        <w:rPr>
          <w:b/>
        </w:rPr>
        <w:t>тыйым</w:t>
      </w:r>
      <w:proofErr w:type="spellEnd"/>
      <w:r>
        <w:rPr>
          <w:b/>
        </w:rPr>
        <w:t xml:space="preserve"> </w:t>
      </w:r>
      <w:proofErr w:type="spellStart"/>
      <w:r>
        <w:rPr>
          <w:b/>
        </w:rPr>
        <w:t>салынады</w:t>
      </w:r>
      <w:proofErr w:type="spellEnd"/>
      <w:r>
        <w:rPr>
          <w:b/>
        </w:rPr>
        <w:t>.</w:t>
      </w:r>
    </w:p>
    <w:p w14:paraId="0BC263E5" w14:textId="77777777" w:rsidR="00164E8D" w:rsidRDefault="00960395">
      <w:pPr>
        <w:ind w:firstLine="340"/>
        <w:jc w:val="both"/>
      </w:pPr>
      <w:r>
        <w:rPr>
          <w:b/>
        </w:rPr>
        <w:t xml:space="preserve">19. </w:t>
      </w:r>
      <w:proofErr w:type="spellStart"/>
      <w:r>
        <w:rPr>
          <w:b/>
        </w:rPr>
        <w:t>Тыйым</w:t>
      </w:r>
      <w:proofErr w:type="spellEnd"/>
      <w:r>
        <w:rPr>
          <w:b/>
        </w:rPr>
        <w:t xml:space="preserve"> </w:t>
      </w:r>
      <w:proofErr w:type="spellStart"/>
      <w:r>
        <w:rPr>
          <w:b/>
        </w:rPr>
        <w:t>салынатын</w:t>
      </w:r>
      <w:proofErr w:type="spellEnd"/>
      <w:r>
        <w:rPr>
          <w:b/>
        </w:rPr>
        <w:t xml:space="preserve"> </w:t>
      </w:r>
      <w:proofErr w:type="spellStart"/>
      <w:r>
        <w:rPr>
          <w:b/>
        </w:rPr>
        <w:t>тәсілдер</w:t>
      </w:r>
      <w:proofErr w:type="spellEnd"/>
      <w:r>
        <w:rPr>
          <w:b/>
        </w:rPr>
        <w:t xml:space="preserve">. </w:t>
      </w:r>
      <w:proofErr w:type="spellStart"/>
      <w:r>
        <w:rPr>
          <w:b/>
        </w:rPr>
        <w:t>Бақылаусыз</w:t>
      </w:r>
      <w:proofErr w:type="spellEnd"/>
      <w:r>
        <w:rPr>
          <w:b/>
        </w:rPr>
        <w:t xml:space="preserve"> </w:t>
      </w:r>
      <w:proofErr w:type="spellStart"/>
      <w:r>
        <w:rPr>
          <w:b/>
        </w:rPr>
        <w:t>құлату</w:t>
      </w:r>
      <w:proofErr w:type="spellEnd"/>
      <w:r>
        <w:rPr>
          <w:b/>
        </w:rPr>
        <w:t xml:space="preserve">, </w:t>
      </w:r>
      <w:proofErr w:type="spellStart"/>
      <w:r>
        <w:rPr>
          <w:b/>
        </w:rPr>
        <w:t>қабырғаның</w:t>
      </w:r>
      <w:proofErr w:type="spellEnd"/>
      <w:r>
        <w:rPr>
          <w:b/>
        </w:rPr>
        <w:t xml:space="preserve"> </w:t>
      </w:r>
      <w:proofErr w:type="spellStart"/>
      <w:r>
        <w:rPr>
          <w:b/>
        </w:rPr>
        <w:t>астын</w:t>
      </w:r>
      <w:proofErr w:type="spellEnd"/>
      <w:r>
        <w:rPr>
          <w:b/>
        </w:rPr>
        <w:t xml:space="preserve"> </w:t>
      </w:r>
      <w:proofErr w:type="spellStart"/>
      <w:r>
        <w:rPr>
          <w:b/>
        </w:rPr>
        <w:t>қазу</w:t>
      </w:r>
      <w:proofErr w:type="spellEnd"/>
      <w:r>
        <w:rPr>
          <w:b/>
        </w:rPr>
        <w:t xml:space="preserve">, </w:t>
      </w:r>
      <w:proofErr w:type="spellStart"/>
      <w:r>
        <w:rPr>
          <w:b/>
        </w:rPr>
        <w:t>бір</w:t>
      </w:r>
      <w:proofErr w:type="spellEnd"/>
      <w:r>
        <w:rPr>
          <w:b/>
        </w:rPr>
        <w:t xml:space="preserve"> </w:t>
      </w:r>
      <w:proofErr w:type="spellStart"/>
      <w:r>
        <w:rPr>
          <w:b/>
        </w:rPr>
        <w:t>уақытта</w:t>
      </w:r>
      <w:proofErr w:type="spellEnd"/>
      <w:r>
        <w:rPr>
          <w:b/>
        </w:rPr>
        <w:t xml:space="preserve"> </w:t>
      </w:r>
      <w:proofErr w:type="spellStart"/>
      <w:r>
        <w:rPr>
          <w:b/>
        </w:rPr>
        <w:t>бірнеше</w:t>
      </w:r>
      <w:proofErr w:type="spellEnd"/>
      <w:r>
        <w:rPr>
          <w:b/>
        </w:rPr>
        <w:t xml:space="preserve"> </w:t>
      </w:r>
      <w:proofErr w:type="spellStart"/>
      <w:r>
        <w:rPr>
          <w:b/>
        </w:rPr>
        <w:t>деңгейде</w:t>
      </w:r>
      <w:proofErr w:type="spellEnd"/>
      <w:r>
        <w:rPr>
          <w:b/>
        </w:rPr>
        <w:t xml:space="preserve"> </w:t>
      </w:r>
      <w:proofErr w:type="spellStart"/>
      <w:r>
        <w:rPr>
          <w:b/>
        </w:rPr>
        <w:t>жұмыс</w:t>
      </w:r>
      <w:proofErr w:type="spellEnd"/>
      <w:r>
        <w:rPr>
          <w:b/>
        </w:rPr>
        <w:t xml:space="preserve"> </w:t>
      </w:r>
      <w:proofErr w:type="spellStart"/>
      <w:r>
        <w:rPr>
          <w:b/>
        </w:rPr>
        <w:t>істеу</w:t>
      </w:r>
      <w:proofErr w:type="spellEnd"/>
      <w:r>
        <w:rPr>
          <w:b/>
        </w:rPr>
        <w:t xml:space="preserve">, </w:t>
      </w:r>
      <w:proofErr w:type="spellStart"/>
      <w:r>
        <w:rPr>
          <w:b/>
        </w:rPr>
        <w:t>жарылыс</w:t>
      </w:r>
      <w:proofErr w:type="spellEnd"/>
      <w:r>
        <w:rPr>
          <w:b/>
        </w:rPr>
        <w:t xml:space="preserve"> </w:t>
      </w:r>
      <w:proofErr w:type="spellStart"/>
      <w:r>
        <w:rPr>
          <w:b/>
        </w:rPr>
        <w:t>тәсілі</w:t>
      </w:r>
      <w:proofErr w:type="spellEnd"/>
      <w:r>
        <w:rPr>
          <w:b/>
        </w:rPr>
        <w:t xml:space="preserve"> </w:t>
      </w:r>
      <w:proofErr w:type="spellStart"/>
      <w:r>
        <w:rPr>
          <w:b/>
        </w:rPr>
        <w:t>және</w:t>
      </w:r>
      <w:proofErr w:type="spellEnd"/>
      <w:r>
        <w:rPr>
          <w:b/>
        </w:rPr>
        <w:t xml:space="preserve"> </w:t>
      </w:r>
      <w:proofErr w:type="spellStart"/>
      <w:r>
        <w:rPr>
          <w:b/>
        </w:rPr>
        <w:t>қорғалмаған</w:t>
      </w:r>
      <w:proofErr w:type="spellEnd"/>
      <w:r>
        <w:rPr>
          <w:b/>
        </w:rPr>
        <w:t xml:space="preserve"> </w:t>
      </w:r>
      <w:proofErr w:type="spellStart"/>
      <w:r>
        <w:rPr>
          <w:b/>
        </w:rPr>
        <w:t>аймаққа</w:t>
      </w:r>
      <w:proofErr w:type="spellEnd"/>
      <w:r>
        <w:rPr>
          <w:b/>
        </w:rPr>
        <w:t xml:space="preserve"> </w:t>
      </w:r>
      <w:proofErr w:type="spellStart"/>
      <w:r>
        <w:rPr>
          <w:b/>
        </w:rPr>
        <w:t>сынықтарды</w:t>
      </w:r>
      <w:proofErr w:type="spellEnd"/>
      <w:r>
        <w:rPr>
          <w:b/>
        </w:rPr>
        <w:t xml:space="preserve"> </w:t>
      </w:r>
      <w:proofErr w:type="spellStart"/>
      <w:r>
        <w:rPr>
          <w:b/>
        </w:rPr>
        <w:t>лақтыруға</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3B7EF141" w14:textId="77777777" w:rsidR="00164E8D" w:rsidRDefault="00960395">
      <w:pPr>
        <w:ind w:firstLine="340"/>
        <w:jc w:val="both"/>
      </w:pPr>
      <w:r>
        <w:rPr>
          <w:b/>
        </w:rPr>
        <w:t xml:space="preserve">20. </w:t>
      </w:r>
      <w:proofErr w:type="spellStart"/>
      <w:r>
        <w:rPr>
          <w:b/>
        </w:rPr>
        <w:t>Металды</w:t>
      </w:r>
      <w:proofErr w:type="spellEnd"/>
      <w:r>
        <w:rPr>
          <w:b/>
        </w:rPr>
        <w:t xml:space="preserve"> </w:t>
      </w:r>
      <w:proofErr w:type="spellStart"/>
      <w:r>
        <w:rPr>
          <w:b/>
        </w:rPr>
        <w:t>кесу</w:t>
      </w:r>
      <w:proofErr w:type="spellEnd"/>
      <w:r>
        <w:rPr>
          <w:b/>
        </w:rPr>
        <w:t xml:space="preserve">. </w:t>
      </w:r>
      <w:proofErr w:type="spellStart"/>
      <w:r>
        <w:rPr>
          <w:b/>
        </w:rPr>
        <w:t>Газбен</w:t>
      </w:r>
      <w:proofErr w:type="spellEnd"/>
      <w:r>
        <w:rPr>
          <w:b/>
        </w:rPr>
        <w:t xml:space="preserve"> </w:t>
      </w:r>
      <w:proofErr w:type="spellStart"/>
      <w:r>
        <w:rPr>
          <w:b/>
        </w:rPr>
        <w:t>немесе</w:t>
      </w:r>
      <w:proofErr w:type="spellEnd"/>
      <w:r>
        <w:rPr>
          <w:b/>
        </w:rPr>
        <w:t xml:space="preserve"> </w:t>
      </w:r>
      <w:proofErr w:type="spellStart"/>
      <w:r>
        <w:rPr>
          <w:b/>
        </w:rPr>
        <w:t>электрмен</w:t>
      </w:r>
      <w:proofErr w:type="spellEnd"/>
      <w:r>
        <w:rPr>
          <w:b/>
        </w:rPr>
        <w:t xml:space="preserve"> </w:t>
      </w:r>
      <w:proofErr w:type="spellStart"/>
      <w:r>
        <w:rPr>
          <w:b/>
        </w:rPr>
        <w:t>кесу</w:t>
      </w:r>
      <w:proofErr w:type="spellEnd"/>
      <w:r>
        <w:rPr>
          <w:b/>
        </w:rPr>
        <w:t xml:space="preserve"> </w:t>
      </w:r>
      <w:proofErr w:type="spellStart"/>
      <w:r>
        <w:rPr>
          <w:b/>
        </w:rPr>
        <w:t>наряд-рұқсатпен</w:t>
      </w:r>
      <w:proofErr w:type="spellEnd"/>
      <w:r>
        <w:rPr>
          <w:b/>
        </w:rPr>
        <w:t xml:space="preserve">, </w:t>
      </w:r>
      <w:proofErr w:type="spellStart"/>
      <w:r>
        <w:rPr>
          <w:b/>
        </w:rPr>
        <w:t>өрт</w:t>
      </w:r>
      <w:proofErr w:type="spellEnd"/>
      <w:r>
        <w:rPr>
          <w:b/>
        </w:rPr>
        <w:t xml:space="preserve"> </w:t>
      </w:r>
      <w:proofErr w:type="spellStart"/>
      <w:r>
        <w:rPr>
          <w:b/>
        </w:rPr>
        <w:t>сөндіргіштермен</w:t>
      </w:r>
      <w:proofErr w:type="spellEnd"/>
      <w:r>
        <w:rPr>
          <w:b/>
        </w:rPr>
        <w:t xml:space="preserve">, </w:t>
      </w:r>
      <w:proofErr w:type="spellStart"/>
      <w:r>
        <w:rPr>
          <w:b/>
        </w:rPr>
        <w:t>жанғыш</w:t>
      </w:r>
      <w:proofErr w:type="spellEnd"/>
      <w:r>
        <w:rPr>
          <w:b/>
        </w:rPr>
        <w:t xml:space="preserve"> </w:t>
      </w:r>
      <w:proofErr w:type="spellStart"/>
      <w:r>
        <w:rPr>
          <w:b/>
        </w:rPr>
        <w:t>материалдарды</w:t>
      </w:r>
      <w:proofErr w:type="spellEnd"/>
      <w:r>
        <w:rPr>
          <w:b/>
        </w:rPr>
        <w:t xml:space="preserve"> </w:t>
      </w:r>
      <w:proofErr w:type="spellStart"/>
      <w:r>
        <w:rPr>
          <w:b/>
        </w:rPr>
        <w:t>алып</w:t>
      </w:r>
      <w:proofErr w:type="spellEnd"/>
      <w:r>
        <w:rPr>
          <w:b/>
        </w:rPr>
        <w:t xml:space="preserve"> </w:t>
      </w:r>
      <w:proofErr w:type="spellStart"/>
      <w:r>
        <w:rPr>
          <w:b/>
        </w:rPr>
        <w:t>тастаумен</w:t>
      </w:r>
      <w:proofErr w:type="spellEnd"/>
      <w:r>
        <w:rPr>
          <w:b/>
        </w:rPr>
        <w:t xml:space="preserve"> </w:t>
      </w:r>
      <w:proofErr w:type="spellStart"/>
      <w:r>
        <w:rPr>
          <w:b/>
        </w:rPr>
        <w:t>және</w:t>
      </w:r>
      <w:proofErr w:type="spellEnd"/>
      <w:r>
        <w:rPr>
          <w:b/>
        </w:rPr>
        <w:t xml:space="preserve"> </w:t>
      </w:r>
      <w:proofErr w:type="spellStart"/>
      <w:r>
        <w:rPr>
          <w:b/>
        </w:rPr>
        <w:t>өрт</w:t>
      </w:r>
      <w:proofErr w:type="spellEnd"/>
      <w:r>
        <w:rPr>
          <w:b/>
        </w:rPr>
        <w:t xml:space="preserve"> </w:t>
      </w:r>
      <w:proofErr w:type="spellStart"/>
      <w:r>
        <w:rPr>
          <w:b/>
        </w:rPr>
        <w:t>бақылауымен</w:t>
      </w:r>
      <w:proofErr w:type="spellEnd"/>
      <w:r>
        <w:rPr>
          <w:b/>
        </w:rPr>
        <w:t xml:space="preserve"> </w:t>
      </w:r>
      <w:proofErr w:type="spellStart"/>
      <w:r>
        <w:rPr>
          <w:b/>
        </w:rPr>
        <w:t>орындалады</w:t>
      </w:r>
      <w:proofErr w:type="spellEnd"/>
      <w:r>
        <w:rPr>
          <w:b/>
        </w:rPr>
        <w:t>.</w:t>
      </w:r>
    </w:p>
    <w:p w14:paraId="0FFA12C6" w14:textId="77777777" w:rsidR="00164E8D" w:rsidRDefault="00960395">
      <w:pPr>
        <w:ind w:firstLine="340"/>
        <w:jc w:val="both"/>
      </w:pPr>
      <w:r>
        <w:rPr>
          <w:b/>
        </w:rPr>
        <w:t xml:space="preserve">21. </w:t>
      </w:r>
      <w:proofErr w:type="spellStart"/>
      <w:r>
        <w:rPr>
          <w:b/>
        </w:rPr>
        <w:t>Фундаменттер</w:t>
      </w:r>
      <w:proofErr w:type="spellEnd"/>
      <w:r>
        <w:rPr>
          <w:b/>
        </w:rPr>
        <w:t xml:space="preserve">. </w:t>
      </w:r>
      <w:proofErr w:type="spellStart"/>
      <w:r>
        <w:rPr>
          <w:b/>
        </w:rPr>
        <w:t>Барлық</w:t>
      </w:r>
      <w:proofErr w:type="spellEnd"/>
      <w:r>
        <w:rPr>
          <w:b/>
        </w:rPr>
        <w:t xml:space="preserve"> </w:t>
      </w:r>
      <w:proofErr w:type="spellStart"/>
      <w:r>
        <w:rPr>
          <w:b/>
        </w:rPr>
        <w:t>фундаменттер</w:t>
      </w:r>
      <w:proofErr w:type="spellEnd"/>
      <w:r>
        <w:rPr>
          <w:b/>
        </w:rPr>
        <w:t xml:space="preserve">, </w:t>
      </w:r>
      <w:proofErr w:type="spellStart"/>
      <w:r>
        <w:rPr>
          <w:b/>
        </w:rPr>
        <w:t>көмілген</w:t>
      </w:r>
      <w:proofErr w:type="spellEnd"/>
      <w:r>
        <w:rPr>
          <w:b/>
        </w:rPr>
        <w:t xml:space="preserve"> </w:t>
      </w:r>
      <w:proofErr w:type="spellStart"/>
      <w:r>
        <w:rPr>
          <w:b/>
        </w:rPr>
        <w:t>бетон</w:t>
      </w:r>
      <w:proofErr w:type="spellEnd"/>
      <w:r>
        <w:rPr>
          <w:b/>
        </w:rPr>
        <w:t xml:space="preserve">, </w:t>
      </w:r>
      <w:proofErr w:type="spellStart"/>
      <w:r>
        <w:rPr>
          <w:b/>
        </w:rPr>
        <w:t>арматура</w:t>
      </w:r>
      <w:proofErr w:type="spellEnd"/>
      <w:r>
        <w:rPr>
          <w:b/>
        </w:rPr>
        <w:t xml:space="preserve"> </w:t>
      </w:r>
      <w:proofErr w:type="spellStart"/>
      <w:r>
        <w:rPr>
          <w:b/>
        </w:rPr>
        <w:t>және</w:t>
      </w:r>
      <w:proofErr w:type="spellEnd"/>
      <w:r>
        <w:rPr>
          <w:b/>
        </w:rPr>
        <w:t xml:space="preserve"> </w:t>
      </w:r>
      <w:proofErr w:type="spellStart"/>
      <w:r>
        <w:rPr>
          <w:b/>
        </w:rPr>
        <w:t>металл</w:t>
      </w:r>
      <w:proofErr w:type="spellEnd"/>
      <w:r>
        <w:rPr>
          <w:b/>
        </w:rPr>
        <w:t xml:space="preserve"> </w:t>
      </w:r>
      <w:proofErr w:type="spellStart"/>
      <w:r>
        <w:rPr>
          <w:b/>
        </w:rPr>
        <w:t>бөлшектер</w:t>
      </w:r>
      <w:proofErr w:type="spellEnd"/>
      <w:r>
        <w:rPr>
          <w:b/>
        </w:rPr>
        <w:t xml:space="preserve"> </w:t>
      </w:r>
      <w:proofErr w:type="spellStart"/>
      <w:r>
        <w:rPr>
          <w:b/>
        </w:rPr>
        <w:t>толығымен</w:t>
      </w:r>
      <w:proofErr w:type="spellEnd"/>
      <w:r>
        <w:rPr>
          <w:b/>
        </w:rPr>
        <w:t xml:space="preserve"> </w:t>
      </w:r>
      <w:proofErr w:type="spellStart"/>
      <w:r>
        <w:rPr>
          <w:b/>
        </w:rPr>
        <w:t>алынады</w:t>
      </w:r>
      <w:proofErr w:type="spellEnd"/>
      <w:r>
        <w:rPr>
          <w:b/>
        </w:rPr>
        <w:t xml:space="preserve">. </w:t>
      </w:r>
      <w:proofErr w:type="spellStart"/>
      <w:r>
        <w:rPr>
          <w:b/>
        </w:rPr>
        <w:t>Қалған</w:t>
      </w:r>
      <w:proofErr w:type="spellEnd"/>
      <w:r>
        <w:rPr>
          <w:b/>
        </w:rPr>
        <w:t xml:space="preserve"> </w:t>
      </w:r>
      <w:proofErr w:type="spellStart"/>
      <w:r>
        <w:rPr>
          <w:b/>
        </w:rPr>
        <w:t>өткір</w:t>
      </w:r>
      <w:proofErr w:type="spellEnd"/>
      <w:r>
        <w:rPr>
          <w:b/>
        </w:rPr>
        <w:t xml:space="preserve"> </w:t>
      </w:r>
      <w:proofErr w:type="spellStart"/>
      <w:r>
        <w:rPr>
          <w:b/>
        </w:rPr>
        <w:t>элементтер</w:t>
      </w:r>
      <w:proofErr w:type="spellEnd"/>
      <w:r>
        <w:rPr>
          <w:b/>
        </w:rPr>
        <w:t xml:space="preserve"> </w:t>
      </w:r>
      <w:proofErr w:type="spellStart"/>
      <w:r>
        <w:rPr>
          <w:b/>
        </w:rPr>
        <w:t>мен</w:t>
      </w:r>
      <w:proofErr w:type="spellEnd"/>
      <w:r>
        <w:rPr>
          <w:b/>
        </w:rPr>
        <w:t xml:space="preserve"> </w:t>
      </w:r>
      <w:proofErr w:type="spellStart"/>
      <w:r>
        <w:rPr>
          <w:b/>
        </w:rPr>
        <w:t>жасырын</w:t>
      </w:r>
      <w:proofErr w:type="spellEnd"/>
      <w:r>
        <w:rPr>
          <w:b/>
        </w:rPr>
        <w:t xml:space="preserve"> </w:t>
      </w:r>
      <w:proofErr w:type="spellStart"/>
      <w:r>
        <w:rPr>
          <w:b/>
        </w:rPr>
        <w:t>қуыстарға</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07AEE656" w14:textId="77777777" w:rsidR="00164E8D" w:rsidRDefault="00960395">
      <w:pPr>
        <w:pStyle w:val="1"/>
        <w:spacing w:before="160" w:after="80"/>
      </w:pPr>
      <w:r>
        <w:lastRenderedPageBreak/>
        <w:t>7 ЖҰМЫСТЫҢ КҮРДЕЛІ ЖАҒДАЙЛАРЫ</w:t>
      </w:r>
    </w:p>
    <w:p w14:paraId="5BC731C1" w14:textId="77777777" w:rsidR="00164E8D" w:rsidRDefault="00960395">
      <w:pPr>
        <w:ind w:firstLine="340"/>
        <w:jc w:val="both"/>
      </w:pPr>
      <w:r>
        <w:rPr>
          <w:b/>
        </w:rPr>
        <w:t xml:space="preserve">22. </w:t>
      </w:r>
      <w:proofErr w:type="spellStart"/>
      <w:r>
        <w:rPr>
          <w:b/>
        </w:rPr>
        <w:t>Шектеулі</w:t>
      </w:r>
      <w:proofErr w:type="spellEnd"/>
      <w:r>
        <w:rPr>
          <w:b/>
        </w:rPr>
        <w:t xml:space="preserve"> </w:t>
      </w:r>
      <w:proofErr w:type="spellStart"/>
      <w:r>
        <w:rPr>
          <w:b/>
        </w:rPr>
        <w:t>жағдай</w:t>
      </w:r>
      <w:proofErr w:type="spellEnd"/>
      <w:r>
        <w:rPr>
          <w:b/>
        </w:rPr>
        <w:t xml:space="preserve">. </w:t>
      </w:r>
      <w:proofErr w:type="spellStart"/>
      <w:r>
        <w:rPr>
          <w:b/>
        </w:rPr>
        <w:t>Мердігер</w:t>
      </w:r>
      <w:proofErr w:type="spellEnd"/>
      <w:r>
        <w:rPr>
          <w:b/>
        </w:rPr>
        <w:t xml:space="preserve"> </w:t>
      </w:r>
      <w:proofErr w:type="spellStart"/>
      <w:r>
        <w:rPr>
          <w:b/>
        </w:rPr>
        <w:t>объект</w:t>
      </w:r>
      <w:proofErr w:type="spellEnd"/>
      <w:r>
        <w:rPr>
          <w:b/>
        </w:rPr>
        <w:t xml:space="preserve"> </w:t>
      </w:r>
      <w:proofErr w:type="spellStart"/>
      <w:r>
        <w:rPr>
          <w:b/>
        </w:rPr>
        <w:t>аумағын</w:t>
      </w:r>
      <w:proofErr w:type="spellEnd"/>
      <w:r>
        <w:rPr>
          <w:b/>
        </w:rPr>
        <w:t xml:space="preserve">, </w:t>
      </w:r>
      <w:proofErr w:type="spellStart"/>
      <w:r>
        <w:rPr>
          <w:b/>
        </w:rPr>
        <w:t>тар</w:t>
      </w:r>
      <w:proofErr w:type="spellEnd"/>
      <w:r>
        <w:rPr>
          <w:b/>
        </w:rPr>
        <w:t xml:space="preserve"> </w:t>
      </w:r>
      <w:proofErr w:type="spellStart"/>
      <w:r>
        <w:rPr>
          <w:b/>
        </w:rPr>
        <w:t>кіреберістерді</w:t>
      </w:r>
      <w:proofErr w:type="spellEnd"/>
      <w:r>
        <w:rPr>
          <w:b/>
        </w:rPr>
        <w:t xml:space="preserve">, </w:t>
      </w:r>
      <w:proofErr w:type="spellStart"/>
      <w:r>
        <w:rPr>
          <w:b/>
        </w:rPr>
        <w:t>техника</w:t>
      </w:r>
      <w:proofErr w:type="spellEnd"/>
      <w:r>
        <w:rPr>
          <w:b/>
        </w:rPr>
        <w:t xml:space="preserve"> </w:t>
      </w:r>
      <w:proofErr w:type="spellStart"/>
      <w:r>
        <w:rPr>
          <w:b/>
        </w:rPr>
        <w:t>бұрылатын</w:t>
      </w:r>
      <w:proofErr w:type="spellEnd"/>
      <w:r>
        <w:rPr>
          <w:b/>
        </w:rPr>
        <w:t xml:space="preserve"> </w:t>
      </w:r>
      <w:proofErr w:type="spellStart"/>
      <w:r>
        <w:rPr>
          <w:b/>
        </w:rPr>
        <w:t>орынның</w:t>
      </w:r>
      <w:proofErr w:type="spellEnd"/>
      <w:r>
        <w:rPr>
          <w:b/>
        </w:rPr>
        <w:t xml:space="preserve"> </w:t>
      </w:r>
      <w:proofErr w:type="spellStart"/>
      <w:r>
        <w:rPr>
          <w:b/>
        </w:rPr>
        <w:t>шектеулігін</w:t>
      </w:r>
      <w:proofErr w:type="spellEnd"/>
      <w:r>
        <w:rPr>
          <w:b/>
        </w:rPr>
        <w:t xml:space="preserve"> </w:t>
      </w:r>
      <w:proofErr w:type="spellStart"/>
      <w:r>
        <w:rPr>
          <w:b/>
        </w:rPr>
        <w:t>және</w:t>
      </w:r>
      <w:proofErr w:type="spellEnd"/>
      <w:r>
        <w:rPr>
          <w:b/>
        </w:rPr>
        <w:t xml:space="preserve"> </w:t>
      </w:r>
      <w:proofErr w:type="spellStart"/>
      <w:r>
        <w:rPr>
          <w:b/>
        </w:rPr>
        <w:t>жұмыстардың</w:t>
      </w:r>
      <w:proofErr w:type="spellEnd"/>
      <w:r>
        <w:rPr>
          <w:b/>
        </w:rPr>
        <w:t xml:space="preserve"> </w:t>
      </w:r>
      <w:proofErr w:type="spellStart"/>
      <w:r>
        <w:rPr>
          <w:b/>
        </w:rPr>
        <w:t>бір</w:t>
      </w:r>
      <w:proofErr w:type="spellEnd"/>
      <w:r>
        <w:rPr>
          <w:b/>
        </w:rPr>
        <w:t xml:space="preserve"> </w:t>
      </w:r>
      <w:proofErr w:type="spellStart"/>
      <w:r>
        <w:rPr>
          <w:b/>
        </w:rPr>
        <w:t>бөлігін</w:t>
      </w:r>
      <w:proofErr w:type="spellEnd"/>
      <w:r>
        <w:rPr>
          <w:b/>
        </w:rPr>
        <w:t xml:space="preserve"> </w:t>
      </w:r>
      <w:proofErr w:type="spellStart"/>
      <w:r>
        <w:rPr>
          <w:b/>
        </w:rPr>
        <w:t>қолмен</w:t>
      </w:r>
      <w:proofErr w:type="spellEnd"/>
      <w:r>
        <w:rPr>
          <w:b/>
        </w:rPr>
        <w:t xml:space="preserve"> </w:t>
      </w:r>
      <w:proofErr w:type="spellStart"/>
      <w:r>
        <w:rPr>
          <w:b/>
        </w:rPr>
        <w:t>орындау</w:t>
      </w:r>
      <w:proofErr w:type="spellEnd"/>
      <w:r>
        <w:rPr>
          <w:b/>
        </w:rPr>
        <w:t xml:space="preserve"> </w:t>
      </w:r>
      <w:proofErr w:type="spellStart"/>
      <w:r>
        <w:rPr>
          <w:b/>
        </w:rPr>
        <w:t>қажеттілігін</w:t>
      </w:r>
      <w:proofErr w:type="spellEnd"/>
      <w:r>
        <w:rPr>
          <w:b/>
        </w:rPr>
        <w:t xml:space="preserve"> </w:t>
      </w:r>
      <w:proofErr w:type="spellStart"/>
      <w:r>
        <w:rPr>
          <w:b/>
        </w:rPr>
        <w:t>ескереді</w:t>
      </w:r>
      <w:proofErr w:type="spellEnd"/>
      <w:r>
        <w:rPr>
          <w:b/>
        </w:rPr>
        <w:t>.</w:t>
      </w:r>
    </w:p>
    <w:p w14:paraId="03CCA204" w14:textId="77777777" w:rsidR="00164E8D" w:rsidRDefault="00960395">
      <w:pPr>
        <w:ind w:firstLine="340"/>
        <w:jc w:val="both"/>
      </w:pPr>
      <w:r>
        <w:rPr>
          <w:b/>
        </w:rPr>
        <w:t xml:space="preserve">23. </w:t>
      </w:r>
      <w:proofErr w:type="spellStart"/>
      <w:r>
        <w:rPr>
          <w:b/>
        </w:rPr>
        <w:t>Жасырын</w:t>
      </w:r>
      <w:proofErr w:type="spellEnd"/>
      <w:r>
        <w:rPr>
          <w:b/>
        </w:rPr>
        <w:t xml:space="preserve"> </w:t>
      </w:r>
      <w:proofErr w:type="spellStart"/>
      <w:r>
        <w:rPr>
          <w:b/>
        </w:rPr>
        <w:t>элементтер</w:t>
      </w:r>
      <w:proofErr w:type="spellEnd"/>
      <w:r>
        <w:rPr>
          <w:b/>
        </w:rPr>
        <w:t xml:space="preserve">. </w:t>
      </w:r>
      <w:proofErr w:type="spellStart"/>
      <w:r>
        <w:rPr>
          <w:b/>
        </w:rPr>
        <w:t>Баға</w:t>
      </w:r>
      <w:proofErr w:type="spellEnd"/>
      <w:r>
        <w:rPr>
          <w:b/>
        </w:rPr>
        <w:t xml:space="preserve"> </w:t>
      </w:r>
      <w:proofErr w:type="spellStart"/>
      <w:r>
        <w:rPr>
          <w:b/>
        </w:rPr>
        <w:t>фундаменттің</w:t>
      </w:r>
      <w:proofErr w:type="spellEnd"/>
      <w:r>
        <w:rPr>
          <w:b/>
        </w:rPr>
        <w:t xml:space="preserve"> </w:t>
      </w:r>
      <w:proofErr w:type="spellStart"/>
      <w:r>
        <w:rPr>
          <w:b/>
        </w:rPr>
        <w:t>нақты</w:t>
      </w:r>
      <w:proofErr w:type="spellEnd"/>
      <w:r>
        <w:rPr>
          <w:b/>
        </w:rPr>
        <w:t xml:space="preserve"> </w:t>
      </w:r>
      <w:proofErr w:type="spellStart"/>
      <w:r>
        <w:rPr>
          <w:b/>
        </w:rPr>
        <w:t>тереңдігін</w:t>
      </w:r>
      <w:proofErr w:type="spellEnd"/>
      <w:r>
        <w:rPr>
          <w:b/>
        </w:rPr>
        <w:t xml:space="preserve">, </w:t>
      </w:r>
      <w:proofErr w:type="spellStart"/>
      <w:r>
        <w:rPr>
          <w:b/>
        </w:rPr>
        <w:t>жасырын</w:t>
      </w:r>
      <w:proofErr w:type="spellEnd"/>
      <w:r>
        <w:rPr>
          <w:b/>
        </w:rPr>
        <w:t xml:space="preserve"> </w:t>
      </w:r>
      <w:proofErr w:type="spellStart"/>
      <w:r>
        <w:rPr>
          <w:b/>
        </w:rPr>
        <w:t>бетонды</w:t>
      </w:r>
      <w:proofErr w:type="spellEnd"/>
      <w:r>
        <w:rPr>
          <w:b/>
        </w:rPr>
        <w:t xml:space="preserve">, </w:t>
      </w:r>
      <w:proofErr w:type="spellStart"/>
      <w:r>
        <w:rPr>
          <w:b/>
        </w:rPr>
        <w:t>металл</w:t>
      </w:r>
      <w:proofErr w:type="spellEnd"/>
      <w:r>
        <w:rPr>
          <w:b/>
        </w:rPr>
        <w:t xml:space="preserve"> </w:t>
      </w:r>
      <w:proofErr w:type="spellStart"/>
      <w:r>
        <w:rPr>
          <w:b/>
        </w:rPr>
        <w:t>байланыстарды</w:t>
      </w:r>
      <w:proofErr w:type="spellEnd"/>
      <w:r>
        <w:rPr>
          <w:b/>
        </w:rPr>
        <w:t xml:space="preserve">, </w:t>
      </w:r>
      <w:proofErr w:type="spellStart"/>
      <w:r>
        <w:rPr>
          <w:b/>
        </w:rPr>
        <w:t>еден</w:t>
      </w:r>
      <w:proofErr w:type="spellEnd"/>
      <w:r>
        <w:rPr>
          <w:b/>
        </w:rPr>
        <w:t xml:space="preserve"> </w:t>
      </w:r>
      <w:proofErr w:type="spellStart"/>
      <w:r>
        <w:rPr>
          <w:b/>
        </w:rPr>
        <w:t>астындағы</w:t>
      </w:r>
      <w:proofErr w:type="spellEnd"/>
      <w:r>
        <w:rPr>
          <w:b/>
        </w:rPr>
        <w:t xml:space="preserve"> </w:t>
      </w:r>
      <w:proofErr w:type="spellStart"/>
      <w:r>
        <w:rPr>
          <w:b/>
        </w:rPr>
        <w:t>қалдықтарды</w:t>
      </w:r>
      <w:proofErr w:type="spellEnd"/>
      <w:r>
        <w:rPr>
          <w:b/>
        </w:rPr>
        <w:t xml:space="preserve">, </w:t>
      </w:r>
      <w:proofErr w:type="spellStart"/>
      <w:r>
        <w:rPr>
          <w:b/>
        </w:rPr>
        <w:t>қосымша</w:t>
      </w:r>
      <w:proofErr w:type="spellEnd"/>
      <w:r>
        <w:rPr>
          <w:b/>
        </w:rPr>
        <w:t xml:space="preserve"> </w:t>
      </w:r>
      <w:proofErr w:type="spellStart"/>
      <w:r>
        <w:rPr>
          <w:b/>
        </w:rPr>
        <w:t>кесу</w:t>
      </w:r>
      <w:proofErr w:type="spellEnd"/>
      <w:r>
        <w:rPr>
          <w:b/>
        </w:rPr>
        <w:t xml:space="preserve"> </w:t>
      </w:r>
      <w:proofErr w:type="spellStart"/>
      <w:r>
        <w:rPr>
          <w:b/>
        </w:rPr>
        <w:t>мен</w:t>
      </w:r>
      <w:proofErr w:type="spellEnd"/>
      <w:r>
        <w:rPr>
          <w:b/>
        </w:rPr>
        <w:t xml:space="preserve"> </w:t>
      </w:r>
      <w:proofErr w:type="spellStart"/>
      <w:r>
        <w:rPr>
          <w:b/>
        </w:rPr>
        <w:t>ұсақтауды</w:t>
      </w:r>
      <w:proofErr w:type="spellEnd"/>
      <w:r>
        <w:rPr>
          <w:b/>
        </w:rPr>
        <w:t xml:space="preserve"> </w:t>
      </w:r>
      <w:proofErr w:type="spellStart"/>
      <w:r>
        <w:rPr>
          <w:b/>
        </w:rPr>
        <w:t>және</w:t>
      </w:r>
      <w:proofErr w:type="spellEnd"/>
      <w:r>
        <w:rPr>
          <w:b/>
        </w:rPr>
        <w:t xml:space="preserve"> </w:t>
      </w:r>
      <w:proofErr w:type="spellStart"/>
      <w:r>
        <w:rPr>
          <w:b/>
        </w:rPr>
        <w:t>уақытша</w:t>
      </w:r>
      <w:proofErr w:type="spellEnd"/>
      <w:r>
        <w:rPr>
          <w:b/>
        </w:rPr>
        <w:t xml:space="preserve"> </w:t>
      </w:r>
      <w:proofErr w:type="spellStart"/>
      <w:r>
        <w:rPr>
          <w:b/>
        </w:rPr>
        <w:t>бекітуді</w:t>
      </w:r>
      <w:proofErr w:type="spellEnd"/>
      <w:r>
        <w:rPr>
          <w:b/>
        </w:rPr>
        <w:t xml:space="preserve"> </w:t>
      </w:r>
      <w:proofErr w:type="spellStart"/>
      <w:r>
        <w:rPr>
          <w:b/>
        </w:rPr>
        <w:t>қамтиды</w:t>
      </w:r>
      <w:proofErr w:type="spellEnd"/>
      <w:r>
        <w:rPr>
          <w:b/>
        </w:rPr>
        <w:t>.</w:t>
      </w:r>
    </w:p>
    <w:p w14:paraId="5C703251" w14:textId="77777777" w:rsidR="00164E8D" w:rsidRDefault="00960395">
      <w:pPr>
        <w:ind w:firstLine="340"/>
        <w:jc w:val="both"/>
      </w:pPr>
      <w:r>
        <w:rPr>
          <w:b/>
        </w:rPr>
        <w:t xml:space="preserve">24. </w:t>
      </w:r>
      <w:proofErr w:type="spellStart"/>
      <w:r>
        <w:rPr>
          <w:b/>
        </w:rPr>
        <w:t>Ауа</w:t>
      </w:r>
      <w:proofErr w:type="spellEnd"/>
      <w:r>
        <w:rPr>
          <w:b/>
        </w:rPr>
        <w:t xml:space="preserve"> </w:t>
      </w:r>
      <w:proofErr w:type="spellStart"/>
      <w:r>
        <w:rPr>
          <w:b/>
        </w:rPr>
        <w:t>райы</w:t>
      </w:r>
      <w:proofErr w:type="spellEnd"/>
      <w:r>
        <w:rPr>
          <w:b/>
        </w:rPr>
        <w:t xml:space="preserve">. </w:t>
      </w:r>
      <w:proofErr w:type="spellStart"/>
      <w:r>
        <w:rPr>
          <w:b/>
        </w:rPr>
        <w:t>Жаңбыр</w:t>
      </w:r>
      <w:proofErr w:type="spellEnd"/>
      <w:r>
        <w:rPr>
          <w:b/>
        </w:rPr>
        <w:t xml:space="preserve">, </w:t>
      </w:r>
      <w:proofErr w:type="spellStart"/>
      <w:r>
        <w:rPr>
          <w:b/>
        </w:rPr>
        <w:t>жел</w:t>
      </w:r>
      <w:proofErr w:type="spellEnd"/>
      <w:r>
        <w:rPr>
          <w:b/>
        </w:rPr>
        <w:t xml:space="preserve">, </w:t>
      </w:r>
      <w:proofErr w:type="spellStart"/>
      <w:r>
        <w:rPr>
          <w:b/>
        </w:rPr>
        <w:t>ыстық</w:t>
      </w:r>
      <w:proofErr w:type="spellEnd"/>
      <w:r>
        <w:rPr>
          <w:b/>
        </w:rPr>
        <w:t xml:space="preserve"> </w:t>
      </w:r>
      <w:proofErr w:type="spellStart"/>
      <w:r>
        <w:rPr>
          <w:b/>
        </w:rPr>
        <w:t>және</w:t>
      </w:r>
      <w:proofErr w:type="spellEnd"/>
      <w:r>
        <w:rPr>
          <w:b/>
        </w:rPr>
        <w:t xml:space="preserve"> </w:t>
      </w:r>
      <w:proofErr w:type="spellStart"/>
      <w:r>
        <w:rPr>
          <w:b/>
        </w:rPr>
        <w:t>шаңды</w:t>
      </w:r>
      <w:proofErr w:type="spellEnd"/>
      <w:r>
        <w:rPr>
          <w:b/>
        </w:rPr>
        <w:t xml:space="preserve"> </w:t>
      </w:r>
      <w:proofErr w:type="spellStart"/>
      <w:r>
        <w:rPr>
          <w:b/>
        </w:rPr>
        <w:t>жағдайларда</w:t>
      </w:r>
      <w:proofErr w:type="spellEnd"/>
      <w:r>
        <w:rPr>
          <w:b/>
        </w:rPr>
        <w:t xml:space="preserve"> </w:t>
      </w:r>
      <w:proofErr w:type="spellStart"/>
      <w:r>
        <w:rPr>
          <w:b/>
        </w:rPr>
        <w:t>материалдар</w:t>
      </w:r>
      <w:proofErr w:type="spellEnd"/>
      <w:r>
        <w:rPr>
          <w:b/>
        </w:rPr>
        <w:t xml:space="preserve"> </w:t>
      </w:r>
      <w:proofErr w:type="spellStart"/>
      <w:r>
        <w:rPr>
          <w:b/>
        </w:rPr>
        <w:t>мен</w:t>
      </w:r>
      <w:proofErr w:type="spellEnd"/>
      <w:r>
        <w:rPr>
          <w:b/>
        </w:rPr>
        <w:t xml:space="preserve"> </w:t>
      </w:r>
      <w:proofErr w:type="spellStart"/>
      <w:r>
        <w:rPr>
          <w:b/>
        </w:rPr>
        <w:t>ашық</w:t>
      </w:r>
      <w:proofErr w:type="spellEnd"/>
      <w:r>
        <w:rPr>
          <w:b/>
        </w:rPr>
        <w:t xml:space="preserve"> </w:t>
      </w:r>
      <w:proofErr w:type="spellStart"/>
      <w:r>
        <w:rPr>
          <w:b/>
        </w:rPr>
        <w:t>шұңқырлар</w:t>
      </w:r>
      <w:proofErr w:type="spellEnd"/>
      <w:r>
        <w:rPr>
          <w:b/>
        </w:rPr>
        <w:t xml:space="preserve"> </w:t>
      </w:r>
      <w:proofErr w:type="spellStart"/>
      <w:r>
        <w:rPr>
          <w:b/>
        </w:rPr>
        <w:t>қорғалып</w:t>
      </w:r>
      <w:proofErr w:type="spellEnd"/>
      <w:r>
        <w:rPr>
          <w:b/>
        </w:rPr>
        <w:t xml:space="preserve">, </w:t>
      </w:r>
      <w:proofErr w:type="spellStart"/>
      <w:r>
        <w:rPr>
          <w:b/>
        </w:rPr>
        <w:t>қауіпті</w:t>
      </w:r>
      <w:proofErr w:type="spellEnd"/>
      <w:r>
        <w:rPr>
          <w:b/>
        </w:rPr>
        <w:t xml:space="preserve"> </w:t>
      </w:r>
      <w:proofErr w:type="spellStart"/>
      <w:r>
        <w:rPr>
          <w:b/>
        </w:rPr>
        <w:t>метеожағдайда</w:t>
      </w:r>
      <w:proofErr w:type="spellEnd"/>
      <w:r>
        <w:rPr>
          <w:b/>
        </w:rPr>
        <w:t xml:space="preserve"> </w:t>
      </w:r>
      <w:proofErr w:type="spellStart"/>
      <w:r>
        <w:rPr>
          <w:b/>
        </w:rPr>
        <w:t>жұмыстар</w:t>
      </w:r>
      <w:proofErr w:type="spellEnd"/>
      <w:r>
        <w:rPr>
          <w:b/>
        </w:rPr>
        <w:t xml:space="preserve"> </w:t>
      </w:r>
      <w:proofErr w:type="spellStart"/>
      <w:r>
        <w:rPr>
          <w:b/>
        </w:rPr>
        <w:t>тоқтатылады</w:t>
      </w:r>
      <w:proofErr w:type="spellEnd"/>
      <w:r>
        <w:rPr>
          <w:b/>
        </w:rPr>
        <w:t>.</w:t>
      </w:r>
    </w:p>
    <w:p w14:paraId="57473679" w14:textId="77777777" w:rsidR="00164E8D" w:rsidRDefault="00960395">
      <w:pPr>
        <w:ind w:firstLine="340"/>
        <w:jc w:val="both"/>
      </w:pPr>
      <w:r>
        <w:rPr>
          <w:b/>
        </w:rPr>
        <w:t xml:space="preserve">25. </w:t>
      </w:r>
      <w:proofErr w:type="spellStart"/>
      <w:r>
        <w:rPr>
          <w:b/>
        </w:rPr>
        <w:t>Шаң</w:t>
      </w:r>
      <w:proofErr w:type="spellEnd"/>
      <w:r>
        <w:rPr>
          <w:b/>
        </w:rPr>
        <w:t xml:space="preserve"> </w:t>
      </w:r>
      <w:proofErr w:type="spellStart"/>
      <w:r>
        <w:rPr>
          <w:b/>
        </w:rPr>
        <w:t>және</w:t>
      </w:r>
      <w:proofErr w:type="spellEnd"/>
      <w:r>
        <w:rPr>
          <w:b/>
        </w:rPr>
        <w:t xml:space="preserve"> </w:t>
      </w:r>
      <w:proofErr w:type="spellStart"/>
      <w:r>
        <w:rPr>
          <w:b/>
        </w:rPr>
        <w:t>діріл</w:t>
      </w:r>
      <w:proofErr w:type="spellEnd"/>
      <w:r>
        <w:rPr>
          <w:b/>
        </w:rPr>
        <w:t xml:space="preserve">. </w:t>
      </w:r>
      <w:proofErr w:type="spellStart"/>
      <w:r>
        <w:rPr>
          <w:b/>
        </w:rPr>
        <w:t>Конструкциялар</w:t>
      </w:r>
      <w:proofErr w:type="spellEnd"/>
      <w:r>
        <w:rPr>
          <w:b/>
        </w:rPr>
        <w:t xml:space="preserve"> </w:t>
      </w:r>
      <w:proofErr w:type="spellStart"/>
      <w:r>
        <w:rPr>
          <w:b/>
        </w:rPr>
        <w:t>ылғалдандырылады</w:t>
      </w:r>
      <w:proofErr w:type="spellEnd"/>
      <w:r>
        <w:rPr>
          <w:b/>
        </w:rPr>
        <w:t xml:space="preserve">, </w:t>
      </w:r>
      <w:proofErr w:type="spellStart"/>
      <w:r>
        <w:rPr>
          <w:b/>
        </w:rPr>
        <w:t>сынықтар</w:t>
      </w:r>
      <w:proofErr w:type="spellEnd"/>
      <w:r>
        <w:rPr>
          <w:b/>
        </w:rPr>
        <w:t xml:space="preserve"> </w:t>
      </w:r>
      <w:proofErr w:type="spellStart"/>
      <w:r>
        <w:rPr>
          <w:b/>
        </w:rPr>
        <w:t>бақыланатын</w:t>
      </w:r>
      <w:proofErr w:type="spellEnd"/>
      <w:r>
        <w:rPr>
          <w:b/>
        </w:rPr>
        <w:t xml:space="preserve"> </w:t>
      </w:r>
      <w:proofErr w:type="spellStart"/>
      <w:r>
        <w:rPr>
          <w:b/>
        </w:rPr>
        <w:t>биіктіктен</w:t>
      </w:r>
      <w:proofErr w:type="spellEnd"/>
      <w:r>
        <w:rPr>
          <w:b/>
        </w:rPr>
        <w:t xml:space="preserve"> </w:t>
      </w:r>
      <w:proofErr w:type="spellStart"/>
      <w:r>
        <w:rPr>
          <w:b/>
        </w:rPr>
        <w:t>түсіріледі</w:t>
      </w:r>
      <w:proofErr w:type="spellEnd"/>
      <w:r>
        <w:rPr>
          <w:b/>
        </w:rPr>
        <w:t xml:space="preserve">, </w:t>
      </w:r>
      <w:proofErr w:type="spellStart"/>
      <w:r>
        <w:rPr>
          <w:b/>
        </w:rPr>
        <w:t>көрші</w:t>
      </w:r>
      <w:proofErr w:type="spellEnd"/>
      <w:r>
        <w:rPr>
          <w:b/>
        </w:rPr>
        <w:t xml:space="preserve"> </w:t>
      </w:r>
      <w:proofErr w:type="spellStart"/>
      <w:r>
        <w:rPr>
          <w:b/>
        </w:rPr>
        <w:t>ғимараттарға</w:t>
      </w:r>
      <w:proofErr w:type="spellEnd"/>
      <w:r>
        <w:rPr>
          <w:b/>
        </w:rPr>
        <w:t xml:space="preserve"> </w:t>
      </w:r>
      <w:proofErr w:type="spellStart"/>
      <w:r>
        <w:rPr>
          <w:b/>
        </w:rPr>
        <w:t>шамадан</w:t>
      </w:r>
      <w:proofErr w:type="spellEnd"/>
      <w:r>
        <w:rPr>
          <w:b/>
        </w:rPr>
        <w:t xml:space="preserve"> </w:t>
      </w:r>
      <w:proofErr w:type="spellStart"/>
      <w:r>
        <w:rPr>
          <w:b/>
        </w:rPr>
        <w:t>тыс</w:t>
      </w:r>
      <w:proofErr w:type="spellEnd"/>
      <w:r>
        <w:rPr>
          <w:b/>
        </w:rPr>
        <w:t xml:space="preserve"> </w:t>
      </w:r>
      <w:proofErr w:type="spellStart"/>
      <w:r>
        <w:rPr>
          <w:b/>
        </w:rPr>
        <w:t>діріл</w:t>
      </w:r>
      <w:proofErr w:type="spellEnd"/>
      <w:r>
        <w:rPr>
          <w:b/>
        </w:rPr>
        <w:t xml:space="preserve"> </w:t>
      </w:r>
      <w:proofErr w:type="spellStart"/>
      <w:r>
        <w:rPr>
          <w:b/>
        </w:rPr>
        <w:t>мен</w:t>
      </w:r>
      <w:proofErr w:type="spellEnd"/>
      <w:r>
        <w:rPr>
          <w:b/>
        </w:rPr>
        <w:t xml:space="preserve"> </w:t>
      </w:r>
      <w:proofErr w:type="spellStart"/>
      <w:r>
        <w:rPr>
          <w:b/>
        </w:rPr>
        <w:t>шаң</w:t>
      </w:r>
      <w:proofErr w:type="spellEnd"/>
      <w:r>
        <w:rPr>
          <w:b/>
        </w:rPr>
        <w:t xml:space="preserve"> </w:t>
      </w:r>
      <w:proofErr w:type="spellStart"/>
      <w:r>
        <w:rPr>
          <w:b/>
        </w:rPr>
        <w:t>таратуға</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6201B31F" w14:textId="77777777" w:rsidR="00164E8D" w:rsidRDefault="00960395">
      <w:pPr>
        <w:pStyle w:val="1"/>
        <w:spacing w:before="160" w:after="80"/>
      </w:pPr>
      <w:r>
        <w:t>8 ҚАЛДЫҚТАРДЫ СҰРЫПТАУ ЖӘНЕ ШЫҒАРУ</w:t>
      </w:r>
    </w:p>
    <w:p w14:paraId="76418D11" w14:textId="77777777" w:rsidR="00164E8D" w:rsidRDefault="00960395">
      <w:pPr>
        <w:ind w:firstLine="340"/>
        <w:jc w:val="both"/>
      </w:pPr>
      <w:r>
        <w:rPr>
          <w:b/>
        </w:rPr>
        <w:t xml:space="preserve">26. </w:t>
      </w:r>
      <w:proofErr w:type="spellStart"/>
      <w:r>
        <w:rPr>
          <w:b/>
        </w:rPr>
        <w:t>Бөлек</w:t>
      </w:r>
      <w:proofErr w:type="spellEnd"/>
      <w:r>
        <w:rPr>
          <w:b/>
        </w:rPr>
        <w:t xml:space="preserve"> </w:t>
      </w:r>
      <w:proofErr w:type="spellStart"/>
      <w:r>
        <w:rPr>
          <w:b/>
        </w:rPr>
        <w:t>жинау</w:t>
      </w:r>
      <w:proofErr w:type="spellEnd"/>
      <w:r>
        <w:rPr>
          <w:b/>
        </w:rPr>
        <w:t xml:space="preserve">. </w:t>
      </w:r>
      <w:proofErr w:type="spellStart"/>
      <w:r>
        <w:rPr>
          <w:b/>
        </w:rPr>
        <w:t>Бетон</w:t>
      </w:r>
      <w:proofErr w:type="spellEnd"/>
      <w:r>
        <w:rPr>
          <w:b/>
        </w:rPr>
        <w:t xml:space="preserve">, </w:t>
      </w:r>
      <w:proofErr w:type="spellStart"/>
      <w:r>
        <w:rPr>
          <w:b/>
        </w:rPr>
        <w:t>кірпіш</w:t>
      </w:r>
      <w:proofErr w:type="spellEnd"/>
      <w:r>
        <w:rPr>
          <w:b/>
        </w:rPr>
        <w:t xml:space="preserve">, </w:t>
      </w:r>
      <w:proofErr w:type="spellStart"/>
      <w:r>
        <w:rPr>
          <w:b/>
        </w:rPr>
        <w:t>металл</w:t>
      </w:r>
      <w:proofErr w:type="spellEnd"/>
      <w:r>
        <w:rPr>
          <w:b/>
        </w:rPr>
        <w:t xml:space="preserve">, </w:t>
      </w:r>
      <w:proofErr w:type="spellStart"/>
      <w:r>
        <w:rPr>
          <w:b/>
        </w:rPr>
        <w:t>ағаш</w:t>
      </w:r>
      <w:proofErr w:type="spellEnd"/>
      <w:r>
        <w:rPr>
          <w:b/>
        </w:rPr>
        <w:t xml:space="preserve">, </w:t>
      </w:r>
      <w:proofErr w:type="spellStart"/>
      <w:r>
        <w:rPr>
          <w:b/>
        </w:rPr>
        <w:t>шыны</w:t>
      </w:r>
      <w:proofErr w:type="spellEnd"/>
      <w:r>
        <w:rPr>
          <w:b/>
        </w:rPr>
        <w:t xml:space="preserve">, </w:t>
      </w:r>
      <w:proofErr w:type="spellStart"/>
      <w:r>
        <w:rPr>
          <w:b/>
        </w:rPr>
        <w:t>кабельдер</w:t>
      </w:r>
      <w:proofErr w:type="spellEnd"/>
      <w:r>
        <w:rPr>
          <w:b/>
        </w:rPr>
        <w:t xml:space="preserve">, </w:t>
      </w:r>
      <w:proofErr w:type="spellStart"/>
      <w:r>
        <w:rPr>
          <w:b/>
        </w:rPr>
        <w:t>шатыр</w:t>
      </w:r>
      <w:proofErr w:type="spellEnd"/>
      <w:r>
        <w:rPr>
          <w:b/>
        </w:rPr>
        <w:t xml:space="preserve"> </w:t>
      </w:r>
      <w:proofErr w:type="spellStart"/>
      <w:r>
        <w:rPr>
          <w:b/>
        </w:rPr>
        <w:t>материалдары</w:t>
      </w:r>
      <w:proofErr w:type="spellEnd"/>
      <w:r>
        <w:rPr>
          <w:b/>
        </w:rPr>
        <w:t xml:space="preserve"> </w:t>
      </w:r>
      <w:proofErr w:type="spellStart"/>
      <w:r>
        <w:rPr>
          <w:b/>
        </w:rPr>
        <w:t>және</w:t>
      </w:r>
      <w:proofErr w:type="spellEnd"/>
      <w:r>
        <w:rPr>
          <w:b/>
        </w:rPr>
        <w:t xml:space="preserve"> </w:t>
      </w:r>
      <w:proofErr w:type="spellStart"/>
      <w:r>
        <w:rPr>
          <w:b/>
        </w:rPr>
        <w:t>басқа</w:t>
      </w:r>
      <w:proofErr w:type="spellEnd"/>
      <w:r>
        <w:rPr>
          <w:b/>
        </w:rPr>
        <w:t xml:space="preserve"> </w:t>
      </w:r>
      <w:proofErr w:type="spellStart"/>
      <w:r>
        <w:rPr>
          <w:b/>
        </w:rPr>
        <w:t>қалдықтар</w:t>
      </w:r>
      <w:proofErr w:type="spellEnd"/>
      <w:r>
        <w:rPr>
          <w:b/>
        </w:rPr>
        <w:t xml:space="preserve"> </w:t>
      </w:r>
      <w:proofErr w:type="spellStart"/>
      <w:r>
        <w:rPr>
          <w:b/>
        </w:rPr>
        <w:t>бөлек</w:t>
      </w:r>
      <w:proofErr w:type="spellEnd"/>
      <w:r>
        <w:rPr>
          <w:b/>
        </w:rPr>
        <w:t xml:space="preserve"> </w:t>
      </w:r>
      <w:proofErr w:type="spellStart"/>
      <w:r>
        <w:rPr>
          <w:b/>
        </w:rPr>
        <w:t>жиналып</w:t>
      </w:r>
      <w:proofErr w:type="spellEnd"/>
      <w:r>
        <w:rPr>
          <w:b/>
        </w:rPr>
        <w:t xml:space="preserve">, </w:t>
      </w:r>
      <w:proofErr w:type="spellStart"/>
      <w:r>
        <w:rPr>
          <w:b/>
        </w:rPr>
        <w:t>қауіпсіз</w:t>
      </w:r>
      <w:proofErr w:type="spellEnd"/>
      <w:r>
        <w:rPr>
          <w:b/>
        </w:rPr>
        <w:t xml:space="preserve"> </w:t>
      </w:r>
      <w:proofErr w:type="spellStart"/>
      <w:r>
        <w:rPr>
          <w:b/>
        </w:rPr>
        <w:t>орналастырылады</w:t>
      </w:r>
      <w:proofErr w:type="spellEnd"/>
      <w:r>
        <w:rPr>
          <w:b/>
        </w:rPr>
        <w:t>.</w:t>
      </w:r>
    </w:p>
    <w:p w14:paraId="4BCDB917" w14:textId="77777777" w:rsidR="00164E8D" w:rsidRDefault="00960395">
      <w:pPr>
        <w:ind w:firstLine="340"/>
        <w:jc w:val="both"/>
      </w:pPr>
      <w:r>
        <w:rPr>
          <w:b/>
        </w:rPr>
        <w:t xml:space="preserve">27. </w:t>
      </w:r>
      <w:proofErr w:type="spellStart"/>
      <w:r>
        <w:rPr>
          <w:b/>
        </w:rPr>
        <w:t>Жарамды</w:t>
      </w:r>
      <w:proofErr w:type="spellEnd"/>
      <w:r>
        <w:rPr>
          <w:b/>
        </w:rPr>
        <w:t xml:space="preserve"> </w:t>
      </w:r>
      <w:proofErr w:type="spellStart"/>
      <w:r>
        <w:rPr>
          <w:b/>
        </w:rPr>
        <w:t>материалдар</w:t>
      </w:r>
      <w:proofErr w:type="spellEnd"/>
      <w:r>
        <w:rPr>
          <w:b/>
        </w:rPr>
        <w:t xml:space="preserve">. </w:t>
      </w:r>
      <w:proofErr w:type="spellStart"/>
      <w:r>
        <w:rPr>
          <w:b/>
        </w:rPr>
        <w:t>Қайта</w:t>
      </w:r>
      <w:proofErr w:type="spellEnd"/>
      <w:r>
        <w:rPr>
          <w:b/>
        </w:rPr>
        <w:t xml:space="preserve"> </w:t>
      </w:r>
      <w:proofErr w:type="spellStart"/>
      <w:r>
        <w:rPr>
          <w:b/>
        </w:rPr>
        <w:t>пайдалануға</w:t>
      </w:r>
      <w:proofErr w:type="spellEnd"/>
      <w:r>
        <w:rPr>
          <w:b/>
        </w:rPr>
        <w:t xml:space="preserve"> </w:t>
      </w:r>
      <w:proofErr w:type="spellStart"/>
      <w:r>
        <w:rPr>
          <w:b/>
        </w:rPr>
        <w:t>жарамды</w:t>
      </w:r>
      <w:proofErr w:type="spellEnd"/>
      <w:r>
        <w:rPr>
          <w:b/>
        </w:rPr>
        <w:t xml:space="preserve"> </w:t>
      </w:r>
      <w:proofErr w:type="spellStart"/>
      <w:r>
        <w:rPr>
          <w:b/>
        </w:rPr>
        <w:t>материалдар</w:t>
      </w:r>
      <w:proofErr w:type="spellEnd"/>
      <w:r>
        <w:rPr>
          <w:b/>
        </w:rPr>
        <w:t xml:space="preserve"> </w:t>
      </w:r>
      <w:proofErr w:type="spellStart"/>
      <w:r>
        <w:rPr>
          <w:b/>
        </w:rPr>
        <w:t>мен</w:t>
      </w:r>
      <w:proofErr w:type="spellEnd"/>
      <w:r>
        <w:rPr>
          <w:b/>
        </w:rPr>
        <w:t xml:space="preserve"> </w:t>
      </w:r>
      <w:proofErr w:type="spellStart"/>
      <w:r>
        <w:rPr>
          <w:b/>
        </w:rPr>
        <w:t>металл</w:t>
      </w:r>
      <w:proofErr w:type="spellEnd"/>
      <w:r>
        <w:rPr>
          <w:b/>
        </w:rPr>
        <w:t xml:space="preserve"> </w:t>
      </w:r>
      <w:proofErr w:type="spellStart"/>
      <w:r>
        <w:rPr>
          <w:b/>
        </w:rPr>
        <w:t>сынықтары</w:t>
      </w:r>
      <w:proofErr w:type="spellEnd"/>
      <w:r>
        <w:rPr>
          <w:b/>
        </w:rPr>
        <w:t xml:space="preserve"> </w:t>
      </w:r>
      <w:proofErr w:type="spellStart"/>
      <w:r>
        <w:rPr>
          <w:b/>
        </w:rPr>
        <w:t>Тапсырыс</w:t>
      </w:r>
      <w:proofErr w:type="spellEnd"/>
      <w:r>
        <w:rPr>
          <w:b/>
        </w:rPr>
        <w:t xml:space="preserve"> </w:t>
      </w:r>
      <w:proofErr w:type="spellStart"/>
      <w:r>
        <w:rPr>
          <w:b/>
        </w:rPr>
        <w:t>берушіге</w:t>
      </w:r>
      <w:proofErr w:type="spellEnd"/>
      <w:r>
        <w:rPr>
          <w:b/>
        </w:rPr>
        <w:t xml:space="preserve"> </w:t>
      </w:r>
      <w:proofErr w:type="spellStart"/>
      <w:r>
        <w:rPr>
          <w:b/>
        </w:rPr>
        <w:t>акт</w:t>
      </w:r>
      <w:proofErr w:type="spellEnd"/>
      <w:r>
        <w:rPr>
          <w:b/>
        </w:rPr>
        <w:t xml:space="preserve"> </w:t>
      </w:r>
      <w:proofErr w:type="spellStart"/>
      <w:r>
        <w:rPr>
          <w:b/>
        </w:rPr>
        <w:t>бойынша</w:t>
      </w:r>
      <w:proofErr w:type="spellEnd"/>
      <w:r>
        <w:rPr>
          <w:b/>
        </w:rPr>
        <w:t xml:space="preserve"> </w:t>
      </w:r>
      <w:proofErr w:type="spellStart"/>
      <w:r>
        <w:rPr>
          <w:b/>
        </w:rPr>
        <w:t>беріледі</w:t>
      </w:r>
      <w:proofErr w:type="spellEnd"/>
      <w:r>
        <w:rPr>
          <w:b/>
        </w:rPr>
        <w:t xml:space="preserve">. </w:t>
      </w:r>
      <w:proofErr w:type="spellStart"/>
      <w:r>
        <w:rPr>
          <w:b/>
        </w:rPr>
        <w:t>Оларды</w:t>
      </w:r>
      <w:proofErr w:type="spellEnd"/>
      <w:r>
        <w:rPr>
          <w:b/>
        </w:rPr>
        <w:t xml:space="preserve"> </w:t>
      </w:r>
      <w:proofErr w:type="spellStart"/>
      <w:r>
        <w:rPr>
          <w:b/>
        </w:rPr>
        <w:t>өз</w:t>
      </w:r>
      <w:proofErr w:type="spellEnd"/>
      <w:r>
        <w:rPr>
          <w:b/>
        </w:rPr>
        <w:t xml:space="preserve"> </w:t>
      </w:r>
      <w:proofErr w:type="spellStart"/>
      <w:r>
        <w:rPr>
          <w:b/>
        </w:rPr>
        <w:t>бетінше</w:t>
      </w:r>
      <w:proofErr w:type="spellEnd"/>
      <w:r>
        <w:rPr>
          <w:b/>
        </w:rPr>
        <w:t xml:space="preserve"> </w:t>
      </w:r>
      <w:proofErr w:type="spellStart"/>
      <w:r>
        <w:rPr>
          <w:b/>
        </w:rPr>
        <w:t>әкетуге</w:t>
      </w:r>
      <w:proofErr w:type="spellEnd"/>
      <w:r>
        <w:rPr>
          <w:b/>
        </w:rPr>
        <w:t xml:space="preserve"> </w:t>
      </w:r>
      <w:proofErr w:type="spellStart"/>
      <w:r>
        <w:rPr>
          <w:b/>
        </w:rPr>
        <w:t>немесе</w:t>
      </w:r>
      <w:proofErr w:type="spellEnd"/>
      <w:r>
        <w:rPr>
          <w:b/>
        </w:rPr>
        <w:t xml:space="preserve"> </w:t>
      </w:r>
      <w:proofErr w:type="spellStart"/>
      <w:r>
        <w:rPr>
          <w:b/>
        </w:rPr>
        <w:t>сатуға</w:t>
      </w:r>
      <w:proofErr w:type="spellEnd"/>
      <w:r>
        <w:rPr>
          <w:b/>
        </w:rPr>
        <w:t xml:space="preserve"> </w:t>
      </w:r>
      <w:proofErr w:type="spellStart"/>
      <w:r>
        <w:rPr>
          <w:b/>
        </w:rPr>
        <w:t>тыйым</w:t>
      </w:r>
      <w:proofErr w:type="spellEnd"/>
      <w:r>
        <w:rPr>
          <w:b/>
        </w:rPr>
        <w:t xml:space="preserve"> </w:t>
      </w:r>
      <w:proofErr w:type="spellStart"/>
      <w:r>
        <w:rPr>
          <w:b/>
        </w:rPr>
        <w:t>салынады</w:t>
      </w:r>
      <w:proofErr w:type="spellEnd"/>
      <w:r>
        <w:rPr>
          <w:b/>
        </w:rPr>
        <w:t>.</w:t>
      </w:r>
    </w:p>
    <w:p w14:paraId="2E428132" w14:textId="77777777" w:rsidR="00164E8D" w:rsidRDefault="00960395">
      <w:pPr>
        <w:ind w:firstLine="340"/>
        <w:jc w:val="both"/>
      </w:pPr>
      <w:r>
        <w:rPr>
          <w:b/>
        </w:rPr>
        <w:t xml:space="preserve">28. </w:t>
      </w:r>
      <w:proofErr w:type="spellStart"/>
      <w:r>
        <w:rPr>
          <w:b/>
        </w:rPr>
        <w:t>Кәдеге</w:t>
      </w:r>
      <w:proofErr w:type="spellEnd"/>
      <w:r>
        <w:rPr>
          <w:b/>
        </w:rPr>
        <w:t xml:space="preserve"> </w:t>
      </w:r>
      <w:proofErr w:type="spellStart"/>
      <w:r>
        <w:rPr>
          <w:b/>
        </w:rPr>
        <w:t>жарату</w:t>
      </w:r>
      <w:proofErr w:type="spellEnd"/>
      <w:r>
        <w:rPr>
          <w:b/>
        </w:rPr>
        <w:t xml:space="preserve">. </w:t>
      </w:r>
      <w:proofErr w:type="spellStart"/>
      <w:r>
        <w:rPr>
          <w:b/>
        </w:rPr>
        <w:t>Жарамсыз</w:t>
      </w:r>
      <w:proofErr w:type="spellEnd"/>
      <w:r>
        <w:rPr>
          <w:b/>
        </w:rPr>
        <w:t xml:space="preserve"> </w:t>
      </w:r>
      <w:proofErr w:type="spellStart"/>
      <w:r>
        <w:rPr>
          <w:b/>
        </w:rPr>
        <w:t>қалдықтар</w:t>
      </w:r>
      <w:proofErr w:type="spellEnd"/>
      <w:r>
        <w:rPr>
          <w:b/>
        </w:rPr>
        <w:t xml:space="preserve"> </w:t>
      </w:r>
      <w:proofErr w:type="spellStart"/>
      <w:r>
        <w:rPr>
          <w:b/>
        </w:rPr>
        <w:t>рұқсат</w:t>
      </w:r>
      <w:proofErr w:type="spellEnd"/>
      <w:r>
        <w:rPr>
          <w:b/>
        </w:rPr>
        <w:t xml:space="preserve"> </w:t>
      </w:r>
      <w:proofErr w:type="spellStart"/>
      <w:r>
        <w:rPr>
          <w:b/>
        </w:rPr>
        <w:t>етілген</w:t>
      </w:r>
      <w:proofErr w:type="spellEnd"/>
      <w:r>
        <w:rPr>
          <w:b/>
        </w:rPr>
        <w:t xml:space="preserve"> </w:t>
      </w:r>
      <w:proofErr w:type="spellStart"/>
      <w:r>
        <w:rPr>
          <w:b/>
        </w:rPr>
        <w:t>қабылдау</w:t>
      </w:r>
      <w:proofErr w:type="spellEnd"/>
      <w:r>
        <w:rPr>
          <w:b/>
        </w:rPr>
        <w:t xml:space="preserve">, </w:t>
      </w:r>
      <w:proofErr w:type="spellStart"/>
      <w:r>
        <w:rPr>
          <w:b/>
        </w:rPr>
        <w:t>қайта</w:t>
      </w:r>
      <w:proofErr w:type="spellEnd"/>
      <w:r>
        <w:rPr>
          <w:b/>
        </w:rPr>
        <w:t xml:space="preserve"> </w:t>
      </w:r>
      <w:proofErr w:type="spellStart"/>
      <w:r>
        <w:rPr>
          <w:b/>
        </w:rPr>
        <w:t>өңдеу</w:t>
      </w:r>
      <w:proofErr w:type="spellEnd"/>
      <w:r>
        <w:rPr>
          <w:b/>
        </w:rPr>
        <w:t xml:space="preserve"> </w:t>
      </w:r>
      <w:proofErr w:type="spellStart"/>
      <w:r>
        <w:rPr>
          <w:b/>
        </w:rPr>
        <w:t>немесе</w:t>
      </w:r>
      <w:proofErr w:type="spellEnd"/>
      <w:r>
        <w:rPr>
          <w:b/>
        </w:rPr>
        <w:t xml:space="preserve"> </w:t>
      </w:r>
      <w:proofErr w:type="spellStart"/>
      <w:r>
        <w:rPr>
          <w:b/>
        </w:rPr>
        <w:t>орналастыру</w:t>
      </w:r>
      <w:proofErr w:type="spellEnd"/>
      <w:r>
        <w:rPr>
          <w:b/>
        </w:rPr>
        <w:t xml:space="preserve"> </w:t>
      </w:r>
      <w:proofErr w:type="spellStart"/>
      <w:r>
        <w:rPr>
          <w:b/>
        </w:rPr>
        <w:t>орнына</w:t>
      </w:r>
      <w:proofErr w:type="spellEnd"/>
      <w:r>
        <w:rPr>
          <w:b/>
        </w:rPr>
        <w:t xml:space="preserve"> </w:t>
      </w:r>
      <w:proofErr w:type="spellStart"/>
      <w:r>
        <w:rPr>
          <w:b/>
        </w:rPr>
        <w:t>шығарылады</w:t>
      </w:r>
      <w:proofErr w:type="spellEnd"/>
      <w:r>
        <w:rPr>
          <w:b/>
        </w:rPr>
        <w:t xml:space="preserve">. </w:t>
      </w:r>
      <w:proofErr w:type="spellStart"/>
      <w:r>
        <w:rPr>
          <w:b/>
        </w:rPr>
        <w:t>Растайтын</w:t>
      </w:r>
      <w:proofErr w:type="spellEnd"/>
      <w:r>
        <w:rPr>
          <w:b/>
        </w:rPr>
        <w:t xml:space="preserve"> </w:t>
      </w:r>
      <w:proofErr w:type="spellStart"/>
      <w:r>
        <w:rPr>
          <w:b/>
        </w:rPr>
        <w:t>талондар</w:t>
      </w:r>
      <w:proofErr w:type="spellEnd"/>
      <w:r>
        <w:rPr>
          <w:b/>
        </w:rPr>
        <w:t xml:space="preserve"> </w:t>
      </w:r>
      <w:proofErr w:type="spellStart"/>
      <w:r>
        <w:rPr>
          <w:b/>
        </w:rPr>
        <w:t>мен</w:t>
      </w:r>
      <w:proofErr w:type="spellEnd"/>
      <w:r>
        <w:rPr>
          <w:b/>
        </w:rPr>
        <w:t xml:space="preserve"> </w:t>
      </w:r>
      <w:proofErr w:type="spellStart"/>
      <w:r>
        <w:rPr>
          <w:b/>
        </w:rPr>
        <w:t>жүкқұжаттар</w:t>
      </w:r>
      <w:proofErr w:type="spellEnd"/>
      <w:r>
        <w:rPr>
          <w:b/>
        </w:rPr>
        <w:t xml:space="preserve"> </w:t>
      </w:r>
      <w:proofErr w:type="spellStart"/>
      <w:r>
        <w:rPr>
          <w:b/>
        </w:rPr>
        <w:t>тапсырылады</w:t>
      </w:r>
      <w:proofErr w:type="spellEnd"/>
      <w:r>
        <w:rPr>
          <w:b/>
        </w:rPr>
        <w:t>.</w:t>
      </w:r>
    </w:p>
    <w:p w14:paraId="48632CD6" w14:textId="77777777" w:rsidR="00164E8D" w:rsidRDefault="00960395">
      <w:pPr>
        <w:ind w:firstLine="340"/>
        <w:jc w:val="both"/>
      </w:pPr>
      <w:r>
        <w:rPr>
          <w:b/>
        </w:rPr>
        <w:t xml:space="preserve">29. </w:t>
      </w:r>
      <w:proofErr w:type="spellStart"/>
      <w:r>
        <w:rPr>
          <w:b/>
        </w:rPr>
        <w:t>Қауіпті</w:t>
      </w:r>
      <w:proofErr w:type="spellEnd"/>
      <w:r>
        <w:rPr>
          <w:b/>
        </w:rPr>
        <w:t xml:space="preserve"> </w:t>
      </w:r>
      <w:proofErr w:type="spellStart"/>
      <w:r>
        <w:rPr>
          <w:b/>
        </w:rPr>
        <w:t>материалдар</w:t>
      </w:r>
      <w:proofErr w:type="spellEnd"/>
      <w:r>
        <w:rPr>
          <w:b/>
        </w:rPr>
        <w:t xml:space="preserve">. </w:t>
      </w:r>
      <w:proofErr w:type="spellStart"/>
      <w:r>
        <w:rPr>
          <w:b/>
        </w:rPr>
        <w:t>Асбестке</w:t>
      </w:r>
      <w:proofErr w:type="spellEnd"/>
      <w:r>
        <w:rPr>
          <w:b/>
        </w:rPr>
        <w:t xml:space="preserve"> </w:t>
      </w:r>
      <w:proofErr w:type="spellStart"/>
      <w:r>
        <w:rPr>
          <w:b/>
        </w:rPr>
        <w:t>немесе</w:t>
      </w:r>
      <w:proofErr w:type="spellEnd"/>
      <w:r>
        <w:rPr>
          <w:b/>
        </w:rPr>
        <w:t xml:space="preserve"> </w:t>
      </w:r>
      <w:proofErr w:type="spellStart"/>
      <w:r>
        <w:rPr>
          <w:b/>
        </w:rPr>
        <w:t>басқа</w:t>
      </w:r>
      <w:proofErr w:type="spellEnd"/>
      <w:r>
        <w:rPr>
          <w:b/>
        </w:rPr>
        <w:t xml:space="preserve"> </w:t>
      </w:r>
      <w:proofErr w:type="spellStart"/>
      <w:r>
        <w:rPr>
          <w:b/>
        </w:rPr>
        <w:t>қауіпті</w:t>
      </w:r>
      <w:proofErr w:type="spellEnd"/>
      <w:r>
        <w:rPr>
          <w:b/>
        </w:rPr>
        <w:t xml:space="preserve"> </w:t>
      </w:r>
      <w:proofErr w:type="spellStart"/>
      <w:r>
        <w:rPr>
          <w:b/>
        </w:rPr>
        <w:t>заттарға</w:t>
      </w:r>
      <w:proofErr w:type="spellEnd"/>
      <w:r>
        <w:rPr>
          <w:b/>
        </w:rPr>
        <w:t xml:space="preserve"> </w:t>
      </w:r>
      <w:proofErr w:type="spellStart"/>
      <w:r>
        <w:rPr>
          <w:b/>
        </w:rPr>
        <w:t>ұқсас</w:t>
      </w:r>
      <w:proofErr w:type="spellEnd"/>
      <w:r>
        <w:rPr>
          <w:b/>
        </w:rPr>
        <w:t xml:space="preserve"> </w:t>
      </w:r>
      <w:proofErr w:type="spellStart"/>
      <w:r>
        <w:rPr>
          <w:b/>
        </w:rPr>
        <w:t>материал</w:t>
      </w:r>
      <w:proofErr w:type="spellEnd"/>
      <w:r>
        <w:rPr>
          <w:b/>
        </w:rPr>
        <w:t xml:space="preserve"> </w:t>
      </w:r>
      <w:proofErr w:type="spellStart"/>
      <w:r>
        <w:rPr>
          <w:b/>
        </w:rPr>
        <w:t>анықталса</w:t>
      </w:r>
      <w:proofErr w:type="spellEnd"/>
      <w:r>
        <w:rPr>
          <w:b/>
        </w:rPr>
        <w:t xml:space="preserve">, </w:t>
      </w:r>
      <w:proofErr w:type="spellStart"/>
      <w:r>
        <w:rPr>
          <w:b/>
        </w:rPr>
        <w:t>учаске</w:t>
      </w:r>
      <w:proofErr w:type="spellEnd"/>
      <w:r>
        <w:rPr>
          <w:b/>
        </w:rPr>
        <w:t xml:space="preserve"> </w:t>
      </w:r>
      <w:proofErr w:type="spellStart"/>
      <w:r>
        <w:rPr>
          <w:b/>
        </w:rPr>
        <w:t>оқшауланып</w:t>
      </w:r>
      <w:proofErr w:type="spellEnd"/>
      <w:r>
        <w:rPr>
          <w:b/>
        </w:rPr>
        <w:t xml:space="preserve">, </w:t>
      </w:r>
      <w:proofErr w:type="spellStart"/>
      <w:r>
        <w:rPr>
          <w:b/>
        </w:rPr>
        <w:t>материал</w:t>
      </w:r>
      <w:proofErr w:type="spellEnd"/>
      <w:r>
        <w:rPr>
          <w:b/>
        </w:rPr>
        <w:t xml:space="preserve"> </w:t>
      </w:r>
      <w:proofErr w:type="spellStart"/>
      <w:r>
        <w:rPr>
          <w:b/>
        </w:rPr>
        <w:t>шаң</w:t>
      </w:r>
      <w:proofErr w:type="spellEnd"/>
      <w:r>
        <w:rPr>
          <w:b/>
        </w:rPr>
        <w:t xml:space="preserve"> </w:t>
      </w:r>
      <w:proofErr w:type="spellStart"/>
      <w:r>
        <w:rPr>
          <w:b/>
        </w:rPr>
        <w:t>шығармайтын</w:t>
      </w:r>
      <w:proofErr w:type="spellEnd"/>
      <w:r>
        <w:rPr>
          <w:b/>
        </w:rPr>
        <w:t xml:space="preserve"> </w:t>
      </w:r>
      <w:proofErr w:type="spellStart"/>
      <w:r>
        <w:rPr>
          <w:b/>
        </w:rPr>
        <w:t>қауіпсіз</w:t>
      </w:r>
      <w:proofErr w:type="spellEnd"/>
      <w:r>
        <w:rPr>
          <w:b/>
        </w:rPr>
        <w:t xml:space="preserve"> </w:t>
      </w:r>
      <w:proofErr w:type="spellStart"/>
      <w:r>
        <w:rPr>
          <w:b/>
        </w:rPr>
        <w:t>тәсілмен</w:t>
      </w:r>
      <w:proofErr w:type="spellEnd"/>
      <w:r>
        <w:rPr>
          <w:b/>
        </w:rPr>
        <w:t xml:space="preserve"> </w:t>
      </w:r>
      <w:proofErr w:type="spellStart"/>
      <w:r>
        <w:rPr>
          <w:b/>
        </w:rPr>
        <w:t>арнайы</w:t>
      </w:r>
      <w:proofErr w:type="spellEnd"/>
      <w:r>
        <w:rPr>
          <w:b/>
        </w:rPr>
        <w:t xml:space="preserve"> </w:t>
      </w:r>
      <w:proofErr w:type="spellStart"/>
      <w:r>
        <w:rPr>
          <w:b/>
        </w:rPr>
        <w:t>қаптама</w:t>
      </w:r>
      <w:proofErr w:type="spellEnd"/>
      <w:r>
        <w:rPr>
          <w:b/>
        </w:rPr>
        <w:t xml:space="preserve"> </w:t>
      </w:r>
      <w:proofErr w:type="spellStart"/>
      <w:r>
        <w:rPr>
          <w:b/>
        </w:rPr>
        <w:t>мен</w:t>
      </w:r>
      <w:proofErr w:type="spellEnd"/>
      <w:r>
        <w:rPr>
          <w:b/>
        </w:rPr>
        <w:t xml:space="preserve"> </w:t>
      </w:r>
      <w:proofErr w:type="spellStart"/>
      <w:r>
        <w:rPr>
          <w:b/>
        </w:rPr>
        <w:t>көлікті</w:t>
      </w:r>
      <w:proofErr w:type="spellEnd"/>
      <w:r>
        <w:rPr>
          <w:b/>
        </w:rPr>
        <w:t xml:space="preserve"> </w:t>
      </w:r>
      <w:proofErr w:type="spellStart"/>
      <w:r>
        <w:rPr>
          <w:b/>
        </w:rPr>
        <w:t>пайдаланып</w:t>
      </w:r>
      <w:proofErr w:type="spellEnd"/>
      <w:r>
        <w:rPr>
          <w:b/>
        </w:rPr>
        <w:t xml:space="preserve"> </w:t>
      </w:r>
      <w:proofErr w:type="spellStart"/>
      <w:r>
        <w:rPr>
          <w:b/>
        </w:rPr>
        <w:t>шығарылады</w:t>
      </w:r>
      <w:proofErr w:type="spellEnd"/>
      <w:r>
        <w:rPr>
          <w:b/>
        </w:rPr>
        <w:t>.</w:t>
      </w:r>
    </w:p>
    <w:p w14:paraId="1FBBE722" w14:textId="77777777" w:rsidR="00164E8D" w:rsidRDefault="00960395">
      <w:pPr>
        <w:ind w:firstLine="340"/>
        <w:jc w:val="both"/>
      </w:pPr>
      <w:r>
        <w:rPr>
          <w:b/>
        </w:rPr>
        <w:t xml:space="preserve">30. </w:t>
      </w:r>
      <w:proofErr w:type="spellStart"/>
      <w:r>
        <w:rPr>
          <w:b/>
        </w:rPr>
        <w:t>Тыйымдар</w:t>
      </w:r>
      <w:proofErr w:type="spellEnd"/>
      <w:r>
        <w:rPr>
          <w:b/>
        </w:rPr>
        <w:t xml:space="preserve">. </w:t>
      </w:r>
      <w:proofErr w:type="spellStart"/>
      <w:r>
        <w:rPr>
          <w:b/>
        </w:rPr>
        <w:t>Қалдықтарды</w:t>
      </w:r>
      <w:proofErr w:type="spellEnd"/>
      <w:r>
        <w:rPr>
          <w:b/>
        </w:rPr>
        <w:t xml:space="preserve"> </w:t>
      </w:r>
      <w:proofErr w:type="spellStart"/>
      <w:r>
        <w:rPr>
          <w:b/>
        </w:rPr>
        <w:t>объект</w:t>
      </w:r>
      <w:proofErr w:type="spellEnd"/>
      <w:r>
        <w:rPr>
          <w:b/>
        </w:rPr>
        <w:t xml:space="preserve"> </w:t>
      </w:r>
      <w:proofErr w:type="spellStart"/>
      <w:r>
        <w:rPr>
          <w:b/>
        </w:rPr>
        <w:t>аумағында</w:t>
      </w:r>
      <w:proofErr w:type="spellEnd"/>
      <w:r>
        <w:rPr>
          <w:b/>
        </w:rPr>
        <w:t xml:space="preserve"> </w:t>
      </w:r>
      <w:proofErr w:type="spellStart"/>
      <w:r>
        <w:rPr>
          <w:b/>
        </w:rPr>
        <w:t>жағуға</w:t>
      </w:r>
      <w:proofErr w:type="spellEnd"/>
      <w:r>
        <w:rPr>
          <w:b/>
        </w:rPr>
        <w:t xml:space="preserve">, </w:t>
      </w:r>
      <w:proofErr w:type="spellStart"/>
      <w:r>
        <w:rPr>
          <w:b/>
        </w:rPr>
        <w:t>көмуге</w:t>
      </w:r>
      <w:proofErr w:type="spellEnd"/>
      <w:r>
        <w:rPr>
          <w:b/>
        </w:rPr>
        <w:t xml:space="preserve">, </w:t>
      </w:r>
      <w:proofErr w:type="spellStart"/>
      <w:r>
        <w:rPr>
          <w:b/>
        </w:rPr>
        <w:t>тұрмыстық</w:t>
      </w:r>
      <w:proofErr w:type="spellEnd"/>
      <w:r>
        <w:rPr>
          <w:b/>
        </w:rPr>
        <w:t xml:space="preserve"> </w:t>
      </w:r>
      <w:proofErr w:type="spellStart"/>
      <w:r>
        <w:rPr>
          <w:b/>
        </w:rPr>
        <w:t>контейнерлерге</w:t>
      </w:r>
      <w:proofErr w:type="spellEnd"/>
      <w:r>
        <w:rPr>
          <w:b/>
        </w:rPr>
        <w:t xml:space="preserve"> </w:t>
      </w:r>
      <w:proofErr w:type="spellStart"/>
      <w:r>
        <w:rPr>
          <w:b/>
        </w:rPr>
        <w:t>немесе</w:t>
      </w:r>
      <w:proofErr w:type="spellEnd"/>
      <w:r>
        <w:rPr>
          <w:b/>
        </w:rPr>
        <w:t xml:space="preserve"> </w:t>
      </w:r>
      <w:proofErr w:type="spellStart"/>
      <w:r>
        <w:rPr>
          <w:b/>
        </w:rPr>
        <w:t>рұқсат</w:t>
      </w:r>
      <w:proofErr w:type="spellEnd"/>
      <w:r>
        <w:rPr>
          <w:b/>
        </w:rPr>
        <w:t xml:space="preserve"> </w:t>
      </w:r>
      <w:proofErr w:type="spellStart"/>
      <w:r>
        <w:rPr>
          <w:b/>
        </w:rPr>
        <w:t>етілмеген</w:t>
      </w:r>
      <w:proofErr w:type="spellEnd"/>
      <w:r>
        <w:rPr>
          <w:b/>
        </w:rPr>
        <w:t xml:space="preserve"> </w:t>
      </w:r>
      <w:proofErr w:type="spellStart"/>
      <w:r>
        <w:rPr>
          <w:b/>
        </w:rPr>
        <w:t>жерге</w:t>
      </w:r>
      <w:proofErr w:type="spellEnd"/>
      <w:r>
        <w:rPr>
          <w:b/>
        </w:rPr>
        <w:t xml:space="preserve"> </w:t>
      </w:r>
      <w:proofErr w:type="spellStart"/>
      <w:r>
        <w:rPr>
          <w:b/>
        </w:rPr>
        <w:t>төгуге</w:t>
      </w:r>
      <w:proofErr w:type="spellEnd"/>
      <w:r>
        <w:rPr>
          <w:b/>
        </w:rPr>
        <w:t xml:space="preserve"> </w:t>
      </w:r>
      <w:proofErr w:type="spellStart"/>
      <w:r>
        <w:rPr>
          <w:b/>
        </w:rPr>
        <w:t>болмайды</w:t>
      </w:r>
      <w:proofErr w:type="spellEnd"/>
      <w:r>
        <w:rPr>
          <w:b/>
        </w:rPr>
        <w:t>.</w:t>
      </w:r>
    </w:p>
    <w:p w14:paraId="069ED195" w14:textId="77777777" w:rsidR="00164E8D" w:rsidRDefault="00960395">
      <w:pPr>
        <w:pStyle w:val="1"/>
        <w:spacing w:before="160" w:after="80"/>
      </w:pPr>
      <w:r>
        <w:t>9 АУМАҚТЫ ҚАЛПЫНА КЕЛТІРУ</w:t>
      </w:r>
    </w:p>
    <w:p w14:paraId="15DAE685" w14:textId="77777777" w:rsidR="00164E8D" w:rsidRDefault="00960395">
      <w:pPr>
        <w:ind w:firstLine="340"/>
        <w:jc w:val="both"/>
      </w:pPr>
      <w:r>
        <w:rPr>
          <w:b/>
        </w:rPr>
        <w:t xml:space="preserve">31. </w:t>
      </w:r>
      <w:proofErr w:type="spellStart"/>
      <w:r>
        <w:rPr>
          <w:b/>
        </w:rPr>
        <w:t>Кері</w:t>
      </w:r>
      <w:proofErr w:type="spellEnd"/>
      <w:r>
        <w:rPr>
          <w:b/>
        </w:rPr>
        <w:t xml:space="preserve"> </w:t>
      </w:r>
      <w:proofErr w:type="spellStart"/>
      <w:r>
        <w:rPr>
          <w:b/>
        </w:rPr>
        <w:t>толтыру</w:t>
      </w:r>
      <w:proofErr w:type="spellEnd"/>
      <w:r>
        <w:rPr>
          <w:b/>
        </w:rPr>
        <w:t xml:space="preserve">. </w:t>
      </w:r>
      <w:proofErr w:type="spellStart"/>
      <w:r>
        <w:rPr>
          <w:b/>
        </w:rPr>
        <w:t>Фундаменттер</w:t>
      </w:r>
      <w:proofErr w:type="spellEnd"/>
      <w:r>
        <w:rPr>
          <w:b/>
        </w:rPr>
        <w:t xml:space="preserve"> </w:t>
      </w:r>
      <w:proofErr w:type="spellStart"/>
      <w:r>
        <w:rPr>
          <w:b/>
        </w:rPr>
        <w:t>алынғаннан</w:t>
      </w:r>
      <w:proofErr w:type="spellEnd"/>
      <w:r>
        <w:rPr>
          <w:b/>
        </w:rPr>
        <w:t xml:space="preserve"> </w:t>
      </w:r>
      <w:proofErr w:type="spellStart"/>
      <w:r>
        <w:rPr>
          <w:b/>
        </w:rPr>
        <w:t>кейін</w:t>
      </w:r>
      <w:proofErr w:type="spellEnd"/>
      <w:r>
        <w:rPr>
          <w:b/>
        </w:rPr>
        <w:t xml:space="preserve"> </w:t>
      </w:r>
      <w:proofErr w:type="spellStart"/>
      <w:r>
        <w:rPr>
          <w:b/>
        </w:rPr>
        <w:t>ойықтар</w:t>
      </w:r>
      <w:proofErr w:type="spellEnd"/>
      <w:r>
        <w:rPr>
          <w:b/>
        </w:rPr>
        <w:t xml:space="preserve"> </w:t>
      </w:r>
      <w:proofErr w:type="spellStart"/>
      <w:r>
        <w:rPr>
          <w:b/>
        </w:rPr>
        <w:t>таза</w:t>
      </w:r>
      <w:proofErr w:type="spellEnd"/>
      <w:r>
        <w:rPr>
          <w:b/>
        </w:rPr>
        <w:t xml:space="preserve"> </w:t>
      </w:r>
      <w:proofErr w:type="spellStart"/>
      <w:r>
        <w:rPr>
          <w:b/>
        </w:rPr>
        <w:t>топырақпен</w:t>
      </w:r>
      <w:proofErr w:type="spellEnd"/>
      <w:r>
        <w:rPr>
          <w:b/>
        </w:rPr>
        <w:t xml:space="preserve"> </w:t>
      </w:r>
      <w:proofErr w:type="spellStart"/>
      <w:r>
        <w:rPr>
          <w:b/>
        </w:rPr>
        <w:t>немесе</w:t>
      </w:r>
      <w:proofErr w:type="spellEnd"/>
      <w:r>
        <w:rPr>
          <w:b/>
        </w:rPr>
        <w:t xml:space="preserve"> </w:t>
      </w:r>
      <w:proofErr w:type="spellStart"/>
      <w:r>
        <w:rPr>
          <w:b/>
        </w:rPr>
        <w:t>құм-қиыршықтас</w:t>
      </w:r>
      <w:proofErr w:type="spellEnd"/>
      <w:r>
        <w:rPr>
          <w:b/>
        </w:rPr>
        <w:t xml:space="preserve"> </w:t>
      </w:r>
      <w:proofErr w:type="spellStart"/>
      <w:r>
        <w:rPr>
          <w:b/>
        </w:rPr>
        <w:t>қоспасымен</w:t>
      </w:r>
      <w:proofErr w:type="spellEnd"/>
      <w:r>
        <w:rPr>
          <w:b/>
        </w:rPr>
        <w:t xml:space="preserve"> </w:t>
      </w:r>
      <w:proofErr w:type="spellStart"/>
      <w:r>
        <w:rPr>
          <w:b/>
        </w:rPr>
        <w:t>қалыңдығы</w:t>
      </w:r>
      <w:proofErr w:type="spellEnd"/>
      <w:r>
        <w:rPr>
          <w:b/>
        </w:rPr>
        <w:t xml:space="preserve"> 200 </w:t>
      </w:r>
      <w:proofErr w:type="spellStart"/>
      <w:r>
        <w:rPr>
          <w:b/>
        </w:rPr>
        <w:t>мм-ден</w:t>
      </w:r>
      <w:proofErr w:type="spellEnd"/>
      <w:r>
        <w:rPr>
          <w:b/>
        </w:rPr>
        <w:t xml:space="preserve"> </w:t>
      </w:r>
      <w:proofErr w:type="spellStart"/>
      <w:r>
        <w:rPr>
          <w:b/>
        </w:rPr>
        <w:t>аспайтын</w:t>
      </w:r>
      <w:proofErr w:type="spellEnd"/>
      <w:r>
        <w:rPr>
          <w:b/>
        </w:rPr>
        <w:t xml:space="preserve"> </w:t>
      </w:r>
      <w:proofErr w:type="spellStart"/>
      <w:r>
        <w:rPr>
          <w:b/>
        </w:rPr>
        <w:t>қабаттармен</w:t>
      </w:r>
      <w:proofErr w:type="spellEnd"/>
      <w:r>
        <w:rPr>
          <w:b/>
        </w:rPr>
        <w:t xml:space="preserve"> </w:t>
      </w:r>
      <w:proofErr w:type="spellStart"/>
      <w:r>
        <w:rPr>
          <w:b/>
        </w:rPr>
        <w:t>толтырылады</w:t>
      </w:r>
      <w:proofErr w:type="spellEnd"/>
      <w:r>
        <w:rPr>
          <w:b/>
        </w:rPr>
        <w:t>.</w:t>
      </w:r>
    </w:p>
    <w:p w14:paraId="09CA484C" w14:textId="77777777" w:rsidR="00164E8D" w:rsidRDefault="00960395">
      <w:pPr>
        <w:ind w:firstLine="340"/>
        <w:jc w:val="both"/>
      </w:pPr>
      <w:r>
        <w:rPr>
          <w:b/>
        </w:rPr>
        <w:t xml:space="preserve">32. </w:t>
      </w:r>
      <w:proofErr w:type="spellStart"/>
      <w:r>
        <w:rPr>
          <w:b/>
        </w:rPr>
        <w:t>Тығыздау</w:t>
      </w:r>
      <w:proofErr w:type="spellEnd"/>
      <w:r>
        <w:rPr>
          <w:b/>
        </w:rPr>
        <w:t xml:space="preserve">. </w:t>
      </w:r>
      <w:proofErr w:type="spellStart"/>
      <w:r>
        <w:rPr>
          <w:b/>
        </w:rPr>
        <w:t>Әр</w:t>
      </w:r>
      <w:proofErr w:type="spellEnd"/>
      <w:r>
        <w:rPr>
          <w:b/>
        </w:rPr>
        <w:t xml:space="preserve"> </w:t>
      </w:r>
      <w:proofErr w:type="spellStart"/>
      <w:r>
        <w:rPr>
          <w:b/>
        </w:rPr>
        <w:t>қабат</w:t>
      </w:r>
      <w:proofErr w:type="spellEnd"/>
      <w:r>
        <w:rPr>
          <w:b/>
        </w:rPr>
        <w:t xml:space="preserve"> </w:t>
      </w:r>
      <w:proofErr w:type="spellStart"/>
      <w:r>
        <w:rPr>
          <w:b/>
        </w:rPr>
        <w:t>механикалық</w:t>
      </w:r>
      <w:proofErr w:type="spellEnd"/>
      <w:r>
        <w:rPr>
          <w:b/>
        </w:rPr>
        <w:t xml:space="preserve"> </w:t>
      </w:r>
      <w:proofErr w:type="spellStart"/>
      <w:r>
        <w:rPr>
          <w:b/>
        </w:rPr>
        <w:t>тәсілмен</w:t>
      </w:r>
      <w:proofErr w:type="spellEnd"/>
      <w:r>
        <w:rPr>
          <w:b/>
        </w:rPr>
        <w:t xml:space="preserve"> </w:t>
      </w:r>
      <w:proofErr w:type="spellStart"/>
      <w:r>
        <w:rPr>
          <w:b/>
        </w:rPr>
        <w:t>кемінде</w:t>
      </w:r>
      <w:proofErr w:type="spellEnd"/>
      <w:r>
        <w:rPr>
          <w:b/>
        </w:rPr>
        <w:t xml:space="preserve"> 0,95 </w:t>
      </w:r>
      <w:proofErr w:type="spellStart"/>
      <w:r>
        <w:rPr>
          <w:b/>
        </w:rPr>
        <w:t>коэффициентіне</w:t>
      </w:r>
      <w:proofErr w:type="spellEnd"/>
      <w:r>
        <w:rPr>
          <w:b/>
        </w:rPr>
        <w:t xml:space="preserve"> </w:t>
      </w:r>
      <w:proofErr w:type="spellStart"/>
      <w:r>
        <w:rPr>
          <w:b/>
        </w:rPr>
        <w:t>дейін</w:t>
      </w:r>
      <w:proofErr w:type="spellEnd"/>
      <w:r>
        <w:rPr>
          <w:b/>
        </w:rPr>
        <w:t xml:space="preserve"> </w:t>
      </w:r>
      <w:proofErr w:type="spellStart"/>
      <w:r>
        <w:rPr>
          <w:b/>
        </w:rPr>
        <w:t>тығыздалады</w:t>
      </w:r>
      <w:proofErr w:type="spellEnd"/>
      <w:r>
        <w:rPr>
          <w:b/>
        </w:rPr>
        <w:t xml:space="preserve">. </w:t>
      </w:r>
      <w:proofErr w:type="spellStart"/>
      <w:r>
        <w:rPr>
          <w:b/>
        </w:rPr>
        <w:t>Қабылдауға</w:t>
      </w:r>
      <w:proofErr w:type="spellEnd"/>
      <w:r>
        <w:rPr>
          <w:b/>
        </w:rPr>
        <w:t xml:space="preserve"> </w:t>
      </w:r>
      <w:proofErr w:type="spellStart"/>
      <w:r>
        <w:rPr>
          <w:b/>
        </w:rPr>
        <w:t>дейін</w:t>
      </w:r>
      <w:proofErr w:type="spellEnd"/>
      <w:r>
        <w:rPr>
          <w:b/>
        </w:rPr>
        <w:t xml:space="preserve"> </w:t>
      </w:r>
      <w:proofErr w:type="spellStart"/>
      <w:r>
        <w:rPr>
          <w:b/>
        </w:rPr>
        <w:t>пайда</w:t>
      </w:r>
      <w:proofErr w:type="spellEnd"/>
      <w:r>
        <w:rPr>
          <w:b/>
        </w:rPr>
        <w:t xml:space="preserve"> </w:t>
      </w:r>
      <w:proofErr w:type="spellStart"/>
      <w:r>
        <w:rPr>
          <w:b/>
        </w:rPr>
        <w:t>болған</w:t>
      </w:r>
      <w:proofErr w:type="spellEnd"/>
      <w:r>
        <w:rPr>
          <w:b/>
        </w:rPr>
        <w:t xml:space="preserve"> </w:t>
      </w:r>
      <w:proofErr w:type="spellStart"/>
      <w:r>
        <w:rPr>
          <w:b/>
        </w:rPr>
        <w:t>шөгу</w:t>
      </w:r>
      <w:proofErr w:type="spellEnd"/>
      <w:r>
        <w:rPr>
          <w:b/>
        </w:rPr>
        <w:t xml:space="preserve"> </w:t>
      </w:r>
      <w:proofErr w:type="spellStart"/>
      <w:r>
        <w:rPr>
          <w:b/>
        </w:rPr>
        <w:t>Мердігер</w:t>
      </w:r>
      <w:proofErr w:type="spellEnd"/>
      <w:r>
        <w:rPr>
          <w:b/>
        </w:rPr>
        <w:t xml:space="preserve"> </w:t>
      </w:r>
      <w:proofErr w:type="spellStart"/>
      <w:r>
        <w:rPr>
          <w:b/>
        </w:rPr>
        <w:t>есебінен</w:t>
      </w:r>
      <w:proofErr w:type="spellEnd"/>
      <w:r>
        <w:rPr>
          <w:b/>
        </w:rPr>
        <w:t xml:space="preserve"> </w:t>
      </w:r>
      <w:proofErr w:type="spellStart"/>
      <w:r>
        <w:rPr>
          <w:b/>
        </w:rPr>
        <w:t>жойылады</w:t>
      </w:r>
      <w:proofErr w:type="spellEnd"/>
      <w:r>
        <w:rPr>
          <w:b/>
        </w:rPr>
        <w:t>.</w:t>
      </w:r>
    </w:p>
    <w:p w14:paraId="30444621" w14:textId="77777777" w:rsidR="00164E8D" w:rsidRDefault="00960395">
      <w:pPr>
        <w:ind w:firstLine="340"/>
        <w:jc w:val="both"/>
      </w:pPr>
      <w:r>
        <w:rPr>
          <w:b/>
        </w:rPr>
        <w:t xml:space="preserve">33. </w:t>
      </w:r>
      <w:proofErr w:type="spellStart"/>
      <w:r>
        <w:rPr>
          <w:b/>
        </w:rPr>
        <w:t>Жоспарлау</w:t>
      </w:r>
      <w:proofErr w:type="spellEnd"/>
      <w:r>
        <w:rPr>
          <w:b/>
        </w:rPr>
        <w:t xml:space="preserve">. </w:t>
      </w:r>
      <w:proofErr w:type="spellStart"/>
      <w:r>
        <w:rPr>
          <w:b/>
        </w:rPr>
        <w:t>Бет</w:t>
      </w:r>
      <w:proofErr w:type="spellEnd"/>
      <w:r>
        <w:rPr>
          <w:b/>
        </w:rPr>
        <w:t xml:space="preserve"> </w:t>
      </w:r>
      <w:proofErr w:type="spellStart"/>
      <w:r>
        <w:rPr>
          <w:b/>
        </w:rPr>
        <w:t>тегістеліп</w:t>
      </w:r>
      <w:proofErr w:type="spellEnd"/>
      <w:r>
        <w:rPr>
          <w:b/>
        </w:rPr>
        <w:t xml:space="preserve">, </w:t>
      </w:r>
      <w:proofErr w:type="spellStart"/>
      <w:r>
        <w:rPr>
          <w:b/>
        </w:rPr>
        <w:t>жауын</w:t>
      </w:r>
      <w:proofErr w:type="spellEnd"/>
      <w:r>
        <w:rPr>
          <w:b/>
        </w:rPr>
        <w:t xml:space="preserve"> </w:t>
      </w:r>
      <w:proofErr w:type="spellStart"/>
      <w:r>
        <w:rPr>
          <w:b/>
        </w:rPr>
        <w:t>суының</w:t>
      </w:r>
      <w:proofErr w:type="spellEnd"/>
      <w:r>
        <w:rPr>
          <w:b/>
        </w:rPr>
        <w:t xml:space="preserve"> </w:t>
      </w:r>
      <w:proofErr w:type="spellStart"/>
      <w:r>
        <w:rPr>
          <w:b/>
        </w:rPr>
        <w:t>қолданыстағы</w:t>
      </w:r>
      <w:proofErr w:type="spellEnd"/>
      <w:r>
        <w:rPr>
          <w:b/>
        </w:rPr>
        <w:t xml:space="preserve"> </w:t>
      </w:r>
      <w:proofErr w:type="spellStart"/>
      <w:r>
        <w:rPr>
          <w:b/>
        </w:rPr>
        <w:t>ғимараттарға</w:t>
      </w:r>
      <w:proofErr w:type="spellEnd"/>
      <w:r>
        <w:rPr>
          <w:b/>
        </w:rPr>
        <w:t xml:space="preserve"> </w:t>
      </w:r>
      <w:proofErr w:type="spellStart"/>
      <w:r>
        <w:rPr>
          <w:b/>
        </w:rPr>
        <w:t>қарай</w:t>
      </w:r>
      <w:proofErr w:type="spellEnd"/>
      <w:r>
        <w:rPr>
          <w:b/>
        </w:rPr>
        <w:t xml:space="preserve"> </w:t>
      </w:r>
      <w:proofErr w:type="spellStart"/>
      <w:r>
        <w:rPr>
          <w:b/>
        </w:rPr>
        <w:t>ағуына</w:t>
      </w:r>
      <w:proofErr w:type="spellEnd"/>
      <w:r>
        <w:rPr>
          <w:b/>
        </w:rPr>
        <w:t xml:space="preserve"> </w:t>
      </w:r>
      <w:proofErr w:type="spellStart"/>
      <w:r>
        <w:rPr>
          <w:b/>
        </w:rPr>
        <w:t>жол</w:t>
      </w:r>
      <w:proofErr w:type="spellEnd"/>
      <w:r>
        <w:rPr>
          <w:b/>
        </w:rPr>
        <w:t xml:space="preserve"> </w:t>
      </w:r>
      <w:proofErr w:type="spellStart"/>
      <w:r>
        <w:rPr>
          <w:b/>
        </w:rPr>
        <w:t>бермейтін</w:t>
      </w:r>
      <w:proofErr w:type="spellEnd"/>
      <w:r>
        <w:rPr>
          <w:b/>
        </w:rPr>
        <w:t xml:space="preserve"> </w:t>
      </w:r>
      <w:proofErr w:type="spellStart"/>
      <w:r>
        <w:rPr>
          <w:b/>
        </w:rPr>
        <w:t>еңіс</w:t>
      </w:r>
      <w:proofErr w:type="spellEnd"/>
      <w:r>
        <w:rPr>
          <w:b/>
        </w:rPr>
        <w:t xml:space="preserve"> </w:t>
      </w:r>
      <w:proofErr w:type="spellStart"/>
      <w:r>
        <w:rPr>
          <w:b/>
        </w:rPr>
        <w:t>қалыптастырылады</w:t>
      </w:r>
      <w:proofErr w:type="spellEnd"/>
      <w:r>
        <w:rPr>
          <w:b/>
        </w:rPr>
        <w:t>.</w:t>
      </w:r>
    </w:p>
    <w:p w14:paraId="46433482" w14:textId="77777777" w:rsidR="00164E8D" w:rsidRDefault="00960395">
      <w:pPr>
        <w:ind w:firstLine="340"/>
        <w:jc w:val="both"/>
      </w:pPr>
      <w:r>
        <w:rPr>
          <w:b/>
        </w:rPr>
        <w:t xml:space="preserve">34. </w:t>
      </w:r>
      <w:proofErr w:type="spellStart"/>
      <w:r>
        <w:rPr>
          <w:b/>
        </w:rPr>
        <w:t>Қалпына</w:t>
      </w:r>
      <w:proofErr w:type="spellEnd"/>
      <w:r>
        <w:rPr>
          <w:b/>
        </w:rPr>
        <w:t xml:space="preserve"> </w:t>
      </w:r>
      <w:proofErr w:type="spellStart"/>
      <w:r>
        <w:rPr>
          <w:b/>
        </w:rPr>
        <w:t>келтіру</w:t>
      </w:r>
      <w:proofErr w:type="spellEnd"/>
      <w:r>
        <w:rPr>
          <w:b/>
        </w:rPr>
        <w:t xml:space="preserve">. </w:t>
      </w:r>
      <w:proofErr w:type="spellStart"/>
      <w:r>
        <w:rPr>
          <w:b/>
        </w:rPr>
        <w:t>Жұмыс</w:t>
      </w:r>
      <w:proofErr w:type="spellEnd"/>
      <w:r>
        <w:rPr>
          <w:b/>
        </w:rPr>
        <w:t xml:space="preserve"> </w:t>
      </w:r>
      <w:proofErr w:type="spellStart"/>
      <w:r>
        <w:rPr>
          <w:b/>
        </w:rPr>
        <w:t>кезінде</w:t>
      </w:r>
      <w:proofErr w:type="spellEnd"/>
      <w:r>
        <w:rPr>
          <w:b/>
        </w:rPr>
        <w:t xml:space="preserve"> </w:t>
      </w:r>
      <w:proofErr w:type="spellStart"/>
      <w:r>
        <w:rPr>
          <w:b/>
        </w:rPr>
        <w:t>бүлінген</w:t>
      </w:r>
      <w:proofErr w:type="spellEnd"/>
      <w:r>
        <w:rPr>
          <w:b/>
        </w:rPr>
        <w:t xml:space="preserve"> </w:t>
      </w:r>
      <w:proofErr w:type="spellStart"/>
      <w:r>
        <w:rPr>
          <w:b/>
        </w:rPr>
        <w:t>асфальт</w:t>
      </w:r>
      <w:proofErr w:type="spellEnd"/>
      <w:r>
        <w:rPr>
          <w:b/>
        </w:rPr>
        <w:t xml:space="preserve">, </w:t>
      </w:r>
      <w:proofErr w:type="spellStart"/>
      <w:r>
        <w:rPr>
          <w:b/>
        </w:rPr>
        <w:t>брусчатка</w:t>
      </w:r>
      <w:proofErr w:type="spellEnd"/>
      <w:r>
        <w:rPr>
          <w:b/>
        </w:rPr>
        <w:t xml:space="preserve">, </w:t>
      </w:r>
      <w:proofErr w:type="spellStart"/>
      <w:r>
        <w:rPr>
          <w:b/>
        </w:rPr>
        <w:t>бордюр</w:t>
      </w:r>
      <w:proofErr w:type="spellEnd"/>
      <w:r>
        <w:rPr>
          <w:b/>
        </w:rPr>
        <w:t xml:space="preserve">, </w:t>
      </w:r>
      <w:proofErr w:type="spellStart"/>
      <w:r>
        <w:rPr>
          <w:b/>
        </w:rPr>
        <w:t>көгал</w:t>
      </w:r>
      <w:proofErr w:type="spellEnd"/>
      <w:r>
        <w:rPr>
          <w:b/>
        </w:rPr>
        <w:t xml:space="preserve">, </w:t>
      </w:r>
      <w:proofErr w:type="spellStart"/>
      <w:r>
        <w:rPr>
          <w:b/>
        </w:rPr>
        <w:t>суару</w:t>
      </w:r>
      <w:proofErr w:type="spellEnd"/>
      <w:r>
        <w:rPr>
          <w:b/>
        </w:rPr>
        <w:t xml:space="preserve"> </w:t>
      </w:r>
      <w:proofErr w:type="spellStart"/>
      <w:r>
        <w:rPr>
          <w:b/>
        </w:rPr>
        <w:t>желілері</w:t>
      </w:r>
      <w:proofErr w:type="spellEnd"/>
      <w:r>
        <w:rPr>
          <w:b/>
        </w:rPr>
        <w:t xml:space="preserve"> </w:t>
      </w:r>
      <w:proofErr w:type="spellStart"/>
      <w:r>
        <w:rPr>
          <w:b/>
        </w:rPr>
        <w:t>және</w:t>
      </w:r>
      <w:proofErr w:type="spellEnd"/>
      <w:r>
        <w:rPr>
          <w:b/>
        </w:rPr>
        <w:t xml:space="preserve"> </w:t>
      </w:r>
      <w:proofErr w:type="spellStart"/>
      <w:r>
        <w:rPr>
          <w:b/>
        </w:rPr>
        <w:t>басқа</w:t>
      </w:r>
      <w:proofErr w:type="spellEnd"/>
      <w:r>
        <w:rPr>
          <w:b/>
        </w:rPr>
        <w:t xml:space="preserve"> </w:t>
      </w:r>
      <w:proofErr w:type="spellStart"/>
      <w:r>
        <w:rPr>
          <w:b/>
        </w:rPr>
        <w:t>элементтер</w:t>
      </w:r>
      <w:proofErr w:type="spellEnd"/>
      <w:r>
        <w:rPr>
          <w:b/>
        </w:rPr>
        <w:t xml:space="preserve"> </w:t>
      </w:r>
      <w:proofErr w:type="spellStart"/>
      <w:r>
        <w:rPr>
          <w:b/>
        </w:rPr>
        <w:t>бастапқы</w:t>
      </w:r>
      <w:proofErr w:type="spellEnd"/>
      <w:r>
        <w:rPr>
          <w:b/>
        </w:rPr>
        <w:t xml:space="preserve"> </w:t>
      </w:r>
      <w:proofErr w:type="spellStart"/>
      <w:r>
        <w:rPr>
          <w:b/>
        </w:rPr>
        <w:t>күйінен</w:t>
      </w:r>
      <w:proofErr w:type="spellEnd"/>
      <w:r>
        <w:rPr>
          <w:b/>
        </w:rPr>
        <w:t xml:space="preserve"> </w:t>
      </w:r>
      <w:proofErr w:type="spellStart"/>
      <w:r>
        <w:rPr>
          <w:b/>
        </w:rPr>
        <w:t>кем</w:t>
      </w:r>
      <w:proofErr w:type="spellEnd"/>
      <w:r>
        <w:rPr>
          <w:b/>
        </w:rPr>
        <w:t xml:space="preserve"> </w:t>
      </w:r>
      <w:proofErr w:type="spellStart"/>
      <w:r>
        <w:rPr>
          <w:b/>
        </w:rPr>
        <w:t>емес</w:t>
      </w:r>
      <w:proofErr w:type="spellEnd"/>
      <w:r>
        <w:rPr>
          <w:b/>
        </w:rPr>
        <w:t xml:space="preserve"> </w:t>
      </w:r>
      <w:proofErr w:type="spellStart"/>
      <w:r>
        <w:rPr>
          <w:b/>
        </w:rPr>
        <w:t>сапада</w:t>
      </w:r>
      <w:proofErr w:type="spellEnd"/>
      <w:r>
        <w:rPr>
          <w:b/>
        </w:rPr>
        <w:t xml:space="preserve"> </w:t>
      </w:r>
      <w:proofErr w:type="spellStart"/>
      <w:r>
        <w:rPr>
          <w:b/>
        </w:rPr>
        <w:t>қалпына</w:t>
      </w:r>
      <w:proofErr w:type="spellEnd"/>
      <w:r>
        <w:rPr>
          <w:b/>
        </w:rPr>
        <w:t xml:space="preserve"> </w:t>
      </w:r>
      <w:proofErr w:type="spellStart"/>
      <w:r>
        <w:rPr>
          <w:b/>
        </w:rPr>
        <w:t>келтіріледі</w:t>
      </w:r>
      <w:proofErr w:type="spellEnd"/>
      <w:r>
        <w:rPr>
          <w:b/>
        </w:rPr>
        <w:t>.</w:t>
      </w:r>
    </w:p>
    <w:p w14:paraId="5A997801" w14:textId="77777777" w:rsidR="00164E8D" w:rsidRDefault="00960395">
      <w:pPr>
        <w:pStyle w:val="1"/>
        <w:spacing w:before="160" w:after="80"/>
      </w:pPr>
      <w:r>
        <w:t>10 ҚАУІПСІЗДІК ЖӘНЕ МҮЛІКТІ ҚОРҒАУ</w:t>
      </w:r>
    </w:p>
    <w:p w14:paraId="4C9D9D26" w14:textId="77777777" w:rsidR="00164E8D" w:rsidRDefault="00960395">
      <w:pPr>
        <w:ind w:firstLine="340"/>
        <w:jc w:val="both"/>
      </w:pPr>
      <w:r>
        <w:rPr>
          <w:b/>
        </w:rPr>
        <w:t xml:space="preserve">35. </w:t>
      </w:r>
      <w:proofErr w:type="spellStart"/>
      <w:r>
        <w:rPr>
          <w:b/>
        </w:rPr>
        <w:t>Қызметкерлер</w:t>
      </w:r>
      <w:proofErr w:type="spellEnd"/>
      <w:r>
        <w:rPr>
          <w:b/>
        </w:rPr>
        <w:t xml:space="preserve">. </w:t>
      </w:r>
      <w:proofErr w:type="spellStart"/>
      <w:r>
        <w:rPr>
          <w:b/>
        </w:rPr>
        <w:t>Жұмысты</w:t>
      </w:r>
      <w:proofErr w:type="spellEnd"/>
      <w:r>
        <w:rPr>
          <w:b/>
        </w:rPr>
        <w:t xml:space="preserve"> </w:t>
      </w:r>
      <w:proofErr w:type="spellStart"/>
      <w:r>
        <w:rPr>
          <w:b/>
        </w:rPr>
        <w:t>нұсқамадан</w:t>
      </w:r>
      <w:proofErr w:type="spellEnd"/>
      <w:r>
        <w:rPr>
          <w:b/>
        </w:rPr>
        <w:t xml:space="preserve"> </w:t>
      </w:r>
      <w:proofErr w:type="spellStart"/>
      <w:r>
        <w:rPr>
          <w:b/>
        </w:rPr>
        <w:t>өткен</w:t>
      </w:r>
      <w:proofErr w:type="spellEnd"/>
      <w:r>
        <w:rPr>
          <w:b/>
        </w:rPr>
        <w:t xml:space="preserve"> </w:t>
      </w:r>
      <w:proofErr w:type="spellStart"/>
      <w:r>
        <w:rPr>
          <w:b/>
        </w:rPr>
        <w:t>білікті</w:t>
      </w:r>
      <w:proofErr w:type="spellEnd"/>
      <w:r>
        <w:rPr>
          <w:b/>
        </w:rPr>
        <w:t xml:space="preserve"> </w:t>
      </w:r>
      <w:proofErr w:type="spellStart"/>
      <w:r>
        <w:rPr>
          <w:b/>
        </w:rPr>
        <w:t>жұмысшылар</w:t>
      </w:r>
      <w:proofErr w:type="spellEnd"/>
      <w:r>
        <w:rPr>
          <w:b/>
        </w:rPr>
        <w:t xml:space="preserve"> </w:t>
      </w:r>
      <w:proofErr w:type="spellStart"/>
      <w:r>
        <w:rPr>
          <w:b/>
        </w:rPr>
        <w:t>жауапты</w:t>
      </w:r>
      <w:proofErr w:type="spellEnd"/>
      <w:r>
        <w:rPr>
          <w:b/>
        </w:rPr>
        <w:t xml:space="preserve"> </w:t>
      </w:r>
      <w:proofErr w:type="spellStart"/>
      <w:r>
        <w:rPr>
          <w:b/>
        </w:rPr>
        <w:t>маманның</w:t>
      </w:r>
      <w:proofErr w:type="spellEnd"/>
      <w:r>
        <w:rPr>
          <w:b/>
        </w:rPr>
        <w:t xml:space="preserve"> </w:t>
      </w:r>
      <w:proofErr w:type="spellStart"/>
      <w:r>
        <w:rPr>
          <w:b/>
        </w:rPr>
        <w:t>басшылығымен</w:t>
      </w:r>
      <w:proofErr w:type="spellEnd"/>
      <w:r>
        <w:rPr>
          <w:b/>
        </w:rPr>
        <w:t xml:space="preserve">, </w:t>
      </w:r>
      <w:proofErr w:type="spellStart"/>
      <w:r>
        <w:rPr>
          <w:b/>
        </w:rPr>
        <w:t>каска</w:t>
      </w:r>
      <w:proofErr w:type="spellEnd"/>
      <w:r>
        <w:rPr>
          <w:b/>
        </w:rPr>
        <w:t xml:space="preserve">, </w:t>
      </w:r>
      <w:proofErr w:type="spellStart"/>
      <w:r>
        <w:rPr>
          <w:b/>
        </w:rPr>
        <w:t>көзілдірік</w:t>
      </w:r>
      <w:proofErr w:type="spellEnd"/>
      <w:r>
        <w:rPr>
          <w:b/>
        </w:rPr>
        <w:t xml:space="preserve">, </w:t>
      </w:r>
      <w:proofErr w:type="spellStart"/>
      <w:r>
        <w:rPr>
          <w:b/>
        </w:rPr>
        <w:t>респиратор</w:t>
      </w:r>
      <w:proofErr w:type="spellEnd"/>
      <w:r>
        <w:rPr>
          <w:b/>
        </w:rPr>
        <w:t xml:space="preserve">, </w:t>
      </w:r>
      <w:proofErr w:type="spellStart"/>
      <w:r>
        <w:rPr>
          <w:b/>
        </w:rPr>
        <w:t>қолғап</w:t>
      </w:r>
      <w:proofErr w:type="spellEnd"/>
      <w:r>
        <w:rPr>
          <w:b/>
        </w:rPr>
        <w:t xml:space="preserve">, </w:t>
      </w:r>
      <w:proofErr w:type="spellStart"/>
      <w:r>
        <w:rPr>
          <w:b/>
        </w:rPr>
        <w:t>арнайы</w:t>
      </w:r>
      <w:proofErr w:type="spellEnd"/>
      <w:r>
        <w:rPr>
          <w:b/>
        </w:rPr>
        <w:t xml:space="preserve"> </w:t>
      </w:r>
      <w:proofErr w:type="spellStart"/>
      <w:r>
        <w:rPr>
          <w:b/>
        </w:rPr>
        <w:t>киім</w:t>
      </w:r>
      <w:proofErr w:type="spellEnd"/>
      <w:r>
        <w:rPr>
          <w:b/>
        </w:rPr>
        <w:t xml:space="preserve"> </w:t>
      </w:r>
      <w:proofErr w:type="spellStart"/>
      <w:r>
        <w:rPr>
          <w:b/>
        </w:rPr>
        <w:t>және</w:t>
      </w:r>
      <w:proofErr w:type="spellEnd"/>
      <w:r>
        <w:rPr>
          <w:b/>
        </w:rPr>
        <w:t xml:space="preserve"> </w:t>
      </w:r>
      <w:proofErr w:type="spellStart"/>
      <w:r>
        <w:rPr>
          <w:b/>
        </w:rPr>
        <w:t>сақтандыру</w:t>
      </w:r>
      <w:proofErr w:type="spellEnd"/>
      <w:r>
        <w:rPr>
          <w:b/>
        </w:rPr>
        <w:t xml:space="preserve"> </w:t>
      </w:r>
      <w:proofErr w:type="spellStart"/>
      <w:r>
        <w:rPr>
          <w:b/>
        </w:rPr>
        <w:t>құралдарын</w:t>
      </w:r>
      <w:proofErr w:type="spellEnd"/>
      <w:r>
        <w:rPr>
          <w:b/>
        </w:rPr>
        <w:t xml:space="preserve"> </w:t>
      </w:r>
      <w:proofErr w:type="spellStart"/>
      <w:r>
        <w:rPr>
          <w:b/>
        </w:rPr>
        <w:t>пайдаланып</w:t>
      </w:r>
      <w:proofErr w:type="spellEnd"/>
      <w:r>
        <w:rPr>
          <w:b/>
        </w:rPr>
        <w:t xml:space="preserve"> </w:t>
      </w:r>
      <w:proofErr w:type="spellStart"/>
      <w:r>
        <w:rPr>
          <w:b/>
        </w:rPr>
        <w:t>орындайды</w:t>
      </w:r>
      <w:proofErr w:type="spellEnd"/>
      <w:r>
        <w:rPr>
          <w:b/>
        </w:rPr>
        <w:t>.</w:t>
      </w:r>
    </w:p>
    <w:p w14:paraId="55A28C07" w14:textId="77777777" w:rsidR="00164E8D" w:rsidRDefault="00960395">
      <w:pPr>
        <w:ind w:firstLine="340"/>
        <w:jc w:val="both"/>
      </w:pPr>
      <w:r>
        <w:rPr>
          <w:b/>
        </w:rPr>
        <w:t xml:space="preserve">36. </w:t>
      </w:r>
      <w:proofErr w:type="spellStart"/>
      <w:r>
        <w:rPr>
          <w:b/>
        </w:rPr>
        <w:t>Техника</w:t>
      </w:r>
      <w:proofErr w:type="spellEnd"/>
      <w:r>
        <w:rPr>
          <w:b/>
        </w:rPr>
        <w:t xml:space="preserve"> </w:t>
      </w:r>
      <w:proofErr w:type="spellStart"/>
      <w:r>
        <w:rPr>
          <w:b/>
        </w:rPr>
        <w:t>қозғалысы</w:t>
      </w:r>
      <w:proofErr w:type="spellEnd"/>
      <w:r>
        <w:rPr>
          <w:b/>
        </w:rPr>
        <w:t xml:space="preserve">. </w:t>
      </w:r>
      <w:proofErr w:type="spellStart"/>
      <w:r>
        <w:rPr>
          <w:b/>
        </w:rPr>
        <w:t>Техниканың</w:t>
      </w:r>
      <w:proofErr w:type="spellEnd"/>
      <w:r>
        <w:rPr>
          <w:b/>
        </w:rPr>
        <w:t xml:space="preserve"> </w:t>
      </w:r>
      <w:proofErr w:type="spellStart"/>
      <w:r>
        <w:rPr>
          <w:b/>
        </w:rPr>
        <w:t>кері</w:t>
      </w:r>
      <w:proofErr w:type="spellEnd"/>
      <w:r>
        <w:rPr>
          <w:b/>
        </w:rPr>
        <w:t xml:space="preserve"> </w:t>
      </w:r>
      <w:proofErr w:type="spellStart"/>
      <w:r>
        <w:rPr>
          <w:b/>
        </w:rPr>
        <w:t>қозғалысын</w:t>
      </w:r>
      <w:proofErr w:type="spellEnd"/>
      <w:r>
        <w:rPr>
          <w:b/>
        </w:rPr>
        <w:t xml:space="preserve"> </w:t>
      </w:r>
      <w:proofErr w:type="spellStart"/>
      <w:r>
        <w:rPr>
          <w:b/>
        </w:rPr>
        <w:t>белгі</w:t>
      </w:r>
      <w:proofErr w:type="spellEnd"/>
      <w:r>
        <w:rPr>
          <w:b/>
        </w:rPr>
        <w:t xml:space="preserve"> </w:t>
      </w:r>
      <w:proofErr w:type="spellStart"/>
      <w:r>
        <w:rPr>
          <w:b/>
        </w:rPr>
        <w:t>беруші</w:t>
      </w:r>
      <w:proofErr w:type="spellEnd"/>
      <w:r>
        <w:rPr>
          <w:b/>
        </w:rPr>
        <w:t xml:space="preserve"> </w:t>
      </w:r>
      <w:proofErr w:type="spellStart"/>
      <w:r>
        <w:rPr>
          <w:b/>
        </w:rPr>
        <w:t>басқарады</w:t>
      </w:r>
      <w:proofErr w:type="spellEnd"/>
      <w:r>
        <w:rPr>
          <w:b/>
        </w:rPr>
        <w:t xml:space="preserve">. </w:t>
      </w:r>
      <w:proofErr w:type="spellStart"/>
      <w:r>
        <w:rPr>
          <w:b/>
        </w:rPr>
        <w:t>Техника</w:t>
      </w:r>
      <w:proofErr w:type="spellEnd"/>
      <w:r>
        <w:rPr>
          <w:b/>
        </w:rPr>
        <w:t xml:space="preserve"> </w:t>
      </w:r>
      <w:proofErr w:type="spellStart"/>
      <w:r>
        <w:rPr>
          <w:b/>
        </w:rPr>
        <w:t>қараусыз</w:t>
      </w:r>
      <w:proofErr w:type="spellEnd"/>
      <w:r>
        <w:rPr>
          <w:b/>
        </w:rPr>
        <w:t xml:space="preserve">, </w:t>
      </w:r>
      <w:proofErr w:type="spellStart"/>
      <w:r>
        <w:rPr>
          <w:b/>
        </w:rPr>
        <w:t>ал</w:t>
      </w:r>
      <w:proofErr w:type="spellEnd"/>
      <w:r>
        <w:rPr>
          <w:b/>
        </w:rPr>
        <w:t xml:space="preserve"> </w:t>
      </w:r>
      <w:proofErr w:type="spellStart"/>
      <w:r>
        <w:rPr>
          <w:b/>
        </w:rPr>
        <w:t>ашық</w:t>
      </w:r>
      <w:proofErr w:type="spellEnd"/>
      <w:r>
        <w:rPr>
          <w:b/>
        </w:rPr>
        <w:t xml:space="preserve"> </w:t>
      </w:r>
      <w:proofErr w:type="spellStart"/>
      <w:r>
        <w:rPr>
          <w:b/>
        </w:rPr>
        <w:t>шұңқырлар</w:t>
      </w:r>
      <w:proofErr w:type="spellEnd"/>
      <w:r>
        <w:rPr>
          <w:b/>
        </w:rPr>
        <w:t xml:space="preserve"> </w:t>
      </w:r>
      <w:proofErr w:type="spellStart"/>
      <w:r>
        <w:rPr>
          <w:b/>
        </w:rPr>
        <w:t>мен</w:t>
      </w:r>
      <w:proofErr w:type="spellEnd"/>
      <w:r>
        <w:rPr>
          <w:b/>
        </w:rPr>
        <w:t xml:space="preserve"> </w:t>
      </w:r>
      <w:proofErr w:type="spellStart"/>
      <w:r>
        <w:rPr>
          <w:b/>
        </w:rPr>
        <w:t>тұрақсыз</w:t>
      </w:r>
      <w:proofErr w:type="spellEnd"/>
      <w:r>
        <w:rPr>
          <w:b/>
        </w:rPr>
        <w:t xml:space="preserve"> </w:t>
      </w:r>
      <w:proofErr w:type="spellStart"/>
      <w:r>
        <w:rPr>
          <w:b/>
        </w:rPr>
        <w:t>конструкциялар</w:t>
      </w:r>
      <w:proofErr w:type="spellEnd"/>
      <w:r>
        <w:rPr>
          <w:b/>
        </w:rPr>
        <w:t xml:space="preserve"> </w:t>
      </w:r>
      <w:proofErr w:type="spellStart"/>
      <w:r>
        <w:rPr>
          <w:b/>
        </w:rPr>
        <w:t>қоршаусыз</w:t>
      </w:r>
      <w:proofErr w:type="spellEnd"/>
      <w:r>
        <w:rPr>
          <w:b/>
        </w:rPr>
        <w:t xml:space="preserve"> </w:t>
      </w:r>
      <w:proofErr w:type="spellStart"/>
      <w:r>
        <w:rPr>
          <w:b/>
        </w:rPr>
        <w:t>қалдырылмайды</w:t>
      </w:r>
      <w:proofErr w:type="spellEnd"/>
      <w:r>
        <w:rPr>
          <w:b/>
        </w:rPr>
        <w:t>.</w:t>
      </w:r>
    </w:p>
    <w:p w14:paraId="57E2BE7C" w14:textId="77777777" w:rsidR="00164E8D" w:rsidRDefault="00960395">
      <w:pPr>
        <w:ind w:firstLine="340"/>
        <w:jc w:val="both"/>
      </w:pPr>
      <w:r>
        <w:rPr>
          <w:b/>
        </w:rPr>
        <w:lastRenderedPageBreak/>
        <w:t xml:space="preserve">37. </w:t>
      </w:r>
      <w:proofErr w:type="spellStart"/>
      <w:r>
        <w:rPr>
          <w:b/>
        </w:rPr>
        <w:t>Күнделікті</w:t>
      </w:r>
      <w:proofErr w:type="spellEnd"/>
      <w:r>
        <w:rPr>
          <w:b/>
        </w:rPr>
        <w:t xml:space="preserve"> </w:t>
      </w:r>
      <w:proofErr w:type="spellStart"/>
      <w:r>
        <w:rPr>
          <w:b/>
        </w:rPr>
        <w:t>бақылау</w:t>
      </w:r>
      <w:proofErr w:type="spellEnd"/>
      <w:r>
        <w:rPr>
          <w:b/>
        </w:rPr>
        <w:t xml:space="preserve">. </w:t>
      </w:r>
      <w:proofErr w:type="spellStart"/>
      <w:r>
        <w:rPr>
          <w:b/>
        </w:rPr>
        <w:t>Әр</w:t>
      </w:r>
      <w:proofErr w:type="spellEnd"/>
      <w:r>
        <w:rPr>
          <w:b/>
        </w:rPr>
        <w:t xml:space="preserve"> </w:t>
      </w:r>
      <w:proofErr w:type="spellStart"/>
      <w:r>
        <w:rPr>
          <w:b/>
        </w:rPr>
        <w:t>ауысым</w:t>
      </w:r>
      <w:proofErr w:type="spellEnd"/>
      <w:r>
        <w:rPr>
          <w:b/>
        </w:rPr>
        <w:t xml:space="preserve"> </w:t>
      </w:r>
      <w:proofErr w:type="spellStart"/>
      <w:r>
        <w:rPr>
          <w:b/>
        </w:rPr>
        <w:t>алдында</w:t>
      </w:r>
      <w:proofErr w:type="spellEnd"/>
      <w:r>
        <w:rPr>
          <w:b/>
        </w:rPr>
        <w:t xml:space="preserve"> </w:t>
      </w:r>
      <w:proofErr w:type="spellStart"/>
      <w:r>
        <w:rPr>
          <w:b/>
        </w:rPr>
        <w:t>қалған</w:t>
      </w:r>
      <w:proofErr w:type="spellEnd"/>
      <w:r>
        <w:rPr>
          <w:b/>
        </w:rPr>
        <w:t xml:space="preserve"> </w:t>
      </w:r>
      <w:proofErr w:type="spellStart"/>
      <w:r>
        <w:rPr>
          <w:b/>
        </w:rPr>
        <w:t>конструкциялар</w:t>
      </w:r>
      <w:proofErr w:type="spellEnd"/>
      <w:r>
        <w:rPr>
          <w:b/>
        </w:rPr>
        <w:t xml:space="preserve">, </w:t>
      </w:r>
      <w:proofErr w:type="spellStart"/>
      <w:r>
        <w:rPr>
          <w:b/>
        </w:rPr>
        <w:t>уақытша</w:t>
      </w:r>
      <w:proofErr w:type="spellEnd"/>
      <w:r>
        <w:rPr>
          <w:b/>
        </w:rPr>
        <w:t xml:space="preserve"> </w:t>
      </w:r>
      <w:proofErr w:type="spellStart"/>
      <w:r>
        <w:rPr>
          <w:b/>
        </w:rPr>
        <w:t>қоршау</w:t>
      </w:r>
      <w:proofErr w:type="spellEnd"/>
      <w:r>
        <w:rPr>
          <w:b/>
        </w:rPr>
        <w:t xml:space="preserve">, </w:t>
      </w:r>
      <w:proofErr w:type="spellStart"/>
      <w:r>
        <w:rPr>
          <w:b/>
        </w:rPr>
        <w:t>техника</w:t>
      </w:r>
      <w:proofErr w:type="spellEnd"/>
      <w:r>
        <w:rPr>
          <w:b/>
        </w:rPr>
        <w:t xml:space="preserve">, </w:t>
      </w:r>
      <w:proofErr w:type="spellStart"/>
      <w:r>
        <w:rPr>
          <w:b/>
        </w:rPr>
        <w:t>электр</w:t>
      </w:r>
      <w:proofErr w:type="spellEnd"/>
      <w:r>
        <w:rPr>
          <w:b/>
        </w:rPr>
        <w:t xml:space="preserve"> </w:t>
      </w:r>
      <w:proofErr w:type="spellStart"/>
      <w:r>
        <w:rPr>
          <w:b/>
        </w:rPr>
        <w:t>құралдары</w:t>
      </w:r>
      <w:proofErr w:type="spellEnd"/>
      <w:r>
        <w:rPr>
          <w:b/>
        </w:rPr>
        <w:t xml:space="preserve"> </w:t>
      </w:r>
      <w:proofErr w:type="spellStart"/>
      <w:r>
        <w:rPr>
          <w:b/>
        </w:rPr>
        <w:t>және</w:t>
      </w:r>
      <w:proofErr w:type="spellEnd"/>
      <w:r>
        <w:rPr>
          <w:b/>
        </w:rPr>
        <w:t xml:space="preserve"> </w:t>
      </w:r>
      <w:proofErr w:type="spellStart"/>
      <w:r>
        <w:rPr>
          <w:b/>
        </w:rPr>
        <w:t>өрт</w:t>
      </w:r>
      <w:proofErr w:type="spellEnd"/>
      <w:r>
        <w:rPr>
          <w:b/>
        </w:rPr>
        <w:t xml:space="preserve"> </w:t>
      </w:r>
      <w:proofErr w:type="spellStart"/>
      <w:r>
        <w:rPr>
          <w:b/>
        </w:rPr>
        <w:t>сөндіру</w:t>
      </w:r>
      <w:proofErr w:type="spellEnd"/>
      <w:r>
        <w:rPr>
          <w:b/>
        </w:rPr>
        <w:t xml:space="preserve"> </w:t>
      </w:r>
      <w:proofErr w:type="spellStart"/>
      <w:r>
        <w:rPr>
          <w:b/>
        </w:rPr>
        <w:t>құралдары</w:t>
      </w:r>
      <w:proofErr w:type="spellEnd"/>
      <w:r>
        <w:rPr>
          <w:b/>
        </w:rPr>
        <w:t xml:space="preserve"> </w:t>
      </w:r>
      <w:proofErr w:type="spellStart"/>
      <w:r>
        <w:rPr>
          <w:b/>
        </w:rPr>
        <w:t>тексеріледі</w:t>
      </w:r>
      <w:proofErr w:type="spellEnd"/>
      <w:r>
        <w:rPr>
          <w:b/>
        </w:rPr>
        <w:t>.</w:t>
      </w:r>
    </w:p>
    <w:p w14:paraId="30B28200" w14:textId="77777777" w:rsidR="00164E8D" w:rsidRDefault="00960395">
      <w:pPr>
        <w:ind w:firstLine="340"/>
        <w:jc w:val="both"/>
      </w:pPr>
      <w:r>
        <w:rPr>
          <w:b/>
        </w:rPr>
        <w:t xml:space="preserve">38. </w:t>
      </w:r>
      <w:proofErr w:type="spellStart"/>
      <w:r>
        <w:rPr>
          <w:b/>
        </w:rPr>
        <w:t>Жауапкершілік</w:t>
      </w:r>
      <w:proofErr w:type="spellEnd"/>
      <w:r>
        <w:rPr>
          <w:b/>
        </w:rPr>
        <w:t xml:space="preserve">. </w:t>
      </w:r>
      <w:proofErr w:type="spellStart"/>
      <w:r>
        <w:rPr>
          <w:b/>
        </w:rPr>
        <w:t>Мердігердің</w:t>
      </w:r>
      <w:proofErr w:type="spellEnd"/>
      <w:r>
        <w:rPr>
          <w:b/>
        </w:rPr>
        <w:t xml:space="preserve"> </w:t>
      </w:r>
      <w:proofErr w:type="spellStart"/>
      <w:r>
        <w:rPr>
          <w:b/>
        </w:rPr>
        <w:t>кінәсінен</w:t>
      </w:r>
      <w:proofErr w:type="spellEnd"/>
      <w:r>
        <w:rPr>
          <w:b/>
        </w:rPr>
        <w:t xml:space="preserve"> </w:t>
      </w:r>
      <w:proofErr w:type="spellStart"/>
      <w:r>
        <w:rPr>
          <w:b/>
        </w:rPr>
        <w:t>бүлінген</w:t>
      </w:r>
      <w:proofErr w:type="spellEnd"/>
      <w:r>
        <w:rPr>
          <w:b/>
        </w:rPr>
        <w:t xml:space="preserve"> </w:t>
      </w:r>
      <w:proofErr w:type="spellStart"/>
      <w:r>
        <w:rPr>
          <w:b/>
        </w:rPr>
        <w:t>объект</w:t>
      </w:r>
      <w:proofErr w:type="spellEnd"/>
      <w:r>
        <w:rPr>
          <w:b/>
        </w:rPr>
        <w:t xml:space="preserve"> </w:t>
      </w:r>
      <w:proofErr w:type="spellStart"/>
      <w:r>
        <w:rPr>
          <w:b/>
        </w:rPr>
        <w:t>немесе</w:t>
      </w:r>
      <w:proofErr w:type="spellEnd"/>
      <w:r>
        <w:rPr>
          <w:b/>
        </w:rPr>
        <w:t xml:space="preserve"> </w:t>
      </w:r>
      <w:proofErr w:type="spellStart"/>
      <w:r>
        <w:rPr>
          <w:b/>
        </w:rPr>
        <w:t>үшінші</w:t>
      </w:r>
      <w:proofErr w:type="spellEnd"/>
      <w:r>
        <w:rPr>
          <w:b/>
        </w:rPr>
        <w:t xml:space="preserve"> </w:t>
      </w:r>
      <w:proofErr w:type="spellStart"/>
      <w:r>
        <w:rPr>
          <w:b/>
        </w:rPr>
        <w:t>тұлғалардың</w:t>
      </w:r>
      <w:proofErr w:type="spellEnd"/>
      <w:r>
        <w:rPr>
          <w:b/>
        </w:rPr>
        <w:t xml:space="preserve"> </w:t>
      </w:r>
      <w:proofErr w:type="spellStart"/>
      <w:r>
        <w:rPr>
          <w:b/>
        </w:rPr>
        <w:t>мүлкі</w:t>
      </w:r>
      <w:proofErr w:type="spellEnd"/>
      <w:r>
        <w:rPr>
          <w:b/>
        </w:rPr>
        <w:t xml:space="preserve"> </w:t>
      </w:r>
      <w:proofErr w:type="spellStart"/>
      <w:r>
        <w:rPr>
          <w:b/>
        </w:rPr>
        <w:t>оның</w:t>
      </w:r>
      <w:proofErr w:type="spellEnd"/>
      <w:r>
        <w:rPr>
          <w:b/>
        </w:rPr>
        <w:t xml:space="preserve"> </w:t>
      </w:r>
      <w:proofErr w:type="spellStart"/>
      <w:r>
        <w:rPr>
          <w:b/>
        </w:rPr>
        <w:t>есебінен</w:t>
      </w:r>
      <w:proofErr w:type="spellEnd"/>
      <w:r>
        <w:rPr>
          <w:b/>
        </w:rPr>
        <w:t xml:space="preserve"> </w:t>
      </w:r>
      <w:proofErr w:type="spellStart"/>
      <w:r>
        <w:rPr>
          <w:b/>
        </w:rPr>
        <w:t>толық</w:t>
      </w:r>
      <w:proofErr w:type="spellEnd"/>
      <w:r>
        <w:rPr>
          <w:b/>
        </w:rPr>
        <w:t xml:space="preserve"> </w:t>
      </w:r>
      <w:proofErr w:type="spellStart"/>
      <w:r>
        <w:rPr>
          <w:b/>
        </w:rPr>
        <w:t>қалпына</w:t>
      </w:r>
      <w:proofErr w:type="spellEnd"/>
      <w:r>
        <w:rPr>
          <w:b/>
        </w:rPr>
        <w:t xml:space="preserve"> </w:t>
      </w:r>
      <w:proofErr w:type="spellStart"/>
      <w:r>
        <w:rPr>
          <w:b/>
        </w:rPr>
        <w:t>келтіріледі</w:t>
      </w:r>
      <w:proofErr w:type="spellEnd"/>
      <w:r>
        <w:rPr>
          <w:b/>
        </w:rPr>
        <w:t>.</w:t>
      </w:r>
    </w:p>
    <w:p w14:paraId="4B320381" w14:textId="77777777" w:rsidR="00164E8D" w:rsidRDefault="00960395">
      <w:pPr>
        <w:pStyle w:val="1"/>
        <w:spacing w:before="160" w:after="80"/>
      </w:pPr>
      <w:r>
        <w:t>11 ҚАБЫЛДАУ ЖӘНЕ АТҚАРУШЫЛЫҚ ҚҰЖАТТАМА</w:t>
      </w:r>
    </w:p>
    <w:p w14:paraId="58BD4CF8" w14:textId="77777777" w:rsidR="00164E8D" w:rsidRDefault="00960395">
      <w:pPr>
        <w:ind w:firstLine="340"/>
        <w:jc w:val="both"/>
      </w:pPr>
      <w:r>
        <w:rPr>
          <w:b/>
        </w:rPr>
        <w:t xml:space="preserve">39. </w:t>
      </w:r>
      <w:proofErr w:type="spellStart"/>
      <w:r>
        <w:rPr>
          <w:b/>
        </w:rPr>
        <w:t>Кезеңдік</w:t>
      </w:r>
      <w:proofErr w:type="spellEnd"/>
      <w:r>
        <w:rPr>
          <w:b/>
        </w:rPr>
        <w:t xml:space="preserve"> </w:t>
      </w:r>
      <w:proofErr w:type="spellStart"/>
      <w:r>
        <w:rPr>
          <w:b/>
        </w:rPr>
        <w:t>бақылау</w:t>
      </w:r>
      <w:proofErr w:type="spellEnd"/>
      <w:r>
        <w:rPr>
          <w:b/>
        </w:rPr>
        <w:t xml:space="preserve">. </w:t>
      </w:r>
      <w:proofErr w:type="spellStart"/>
      <w:r>
        <w:rPr>
          <w:b/>
        </w:rPr>
        <w:t>Желілерді</w:t>
      </w:r>
      <w:proofErr w:type="spellEnd"/>
      <w:r>
        <w:rPr>
          <w:b/>
        </w:rPr>
        <w:t xml:space="preserve"> </w:t>
      </w:r>
      <w:proofErr w:type="spellStart"/>
      <w:r>
        <w:rPr>
          <w:b/>
        </w:rPr>
        <w:t>ажырату</w:t>
      </w:r>
      <w:proofErr w:type="spellEnd"/>
      <w:r>
        <w:rPr>
          <w:b/>
        </w:rPr>
        <w:t xml:space="preserve">, </w:t>
      </w:r>
      <w:proofErr w:type="spellStart"/>
      <w:r>
        <w:rPr>
          <w:b/>
        </w:rPr>
        <w:t>фундаменттерді</w:t>
      </w:r>
      <w:proofErr w:type="spellEnd"/>
      <w:r>
        <w:rPr>
          <w:b/>
        </w:rPr>
        <w:t xml:space="preserve"> </w:t>
      </w:r>
      <w:proofErr w:type="spellStart"/>
      <w:r>
        <w:rPr>
          <w:b/>
        </w:rPr>
        <w:t>алу</w:t>
      </w:r>
      <w:proofErr w:type="spellEnd"/>
      <w:r>
        <w:rPr>
          <w:b/>
        </w:rPr>
        <w:t xml:space="preserve"> </w:t>
      </w:r>
      <w:proofErr w:type="spellStart"/>
      <w:r>
        <w:rPr>
          <w:b/>
        </w:rPr>
        <w:t>және</w:t>
      </w:r>
      <w:proofErr w:type="spellEnd"/>
      <w:r>
        <w:rPr>
          <w:b/>
        </w:rPr>
        <w:t xml:space="preserve"> </w:t>
      </w:r>
      <w:proofErr w:type="spellStart"/>
      <w:r>
        <w:rPr>
          <w:b/>
        </w:rPr>
        <w:t>кері</w:t>
      </w:r>
      <w:proofErr w:type="spellEnd"/>
      <w:r>
        <w:rPr>
          <w:b/>
        </w:rPr>
        <w:t xml:space="preserve"> </w:t>
      </w:r>
      <w:proofErr w:type="spellStart"/>
      <w:r>
        <w:rPr>
          <w:b/>
        </w:rPr>
        <w:t>толтыру</w:t>
      </w:r>
      <w:proofErr w:type="spellEnd"/>
      <w:r>
        <w:rPr>
          <w:b/>
        </w:rPr>
        <w:t xml:space="preserve"> </w:t>
      </w:r>
      <w:proofErr w:type="spellStart"/>
      <w:r>
        <w:rPr>
          <w:b/>
        </w:rPr>
        <w:t>кезеңдері</w:t>
      </w:r>
      <w:proofErr w:type="spellEnd"/>
      <w:r>
        <w:rPr>
          <w:b/>
        </w:rPr>
        <w:t xml:space="preserve"> </w:t>
      </w:r>
      <w:proofErr w:type="spellStart"/>
      <w:r>
        <w:rPr>
          <w:b/>
        </w:rPr>
        <w:t>жабылғанға</w:t>
      </w:r>
      <w:proofErr w:type="spellEnd"/>
      <w:r>
        <w:rPr>
          <w:b/>
        </w:rPr>
        <w:t xml:space="preserve"> </w:t>
      </w:r>
      <w:proofErr w:type="spellStart"/>
      <w:r>
        <w:rPr>
          <w:b/>
        </w:rPr>
        <w:t>дейін</w:t>
      </w:r>
      <w:proofErr w:type="spellEnd"/>
      <w:r>
        <w:rPr>
          <w:b/>
        </w:rPr>
        <w:t xml:space="preserve"> </w:t>
      </w:r>
      <w:proofErr w:type="spellStart"/>
      <w:r>
        <w:rPr>
          <w:b/>
        </w:rPr>
        <w:t>фотофиксацияланып</w:t>
      </w:r>
      <w:proofErr w:type="spellEnd"/>
      <w:r>
        <w:rPr>
          <w:b/>
        </w:rPr>
        <w:t xml:space="preserve">, </w:t>
      </w:r>
      <w:proofErr w:type="spellStart"/>
      <w:r>
        <w:rPr>
          <w:b/>
        </w:rPr>
        <w:t>қажет</w:t>
      </w:r>
      <w:proofErr w:type="spellEnd"/>
      <w:r>
        <w:rPr>
          <w:b/>
        </w:rPr>
        <w:t xml:space="preserve"> </w:t>
      </w:r>
      <w:proofErr w:type="spellStart"/>
      <w:r>
        <w:rPr>
          <w:b/>
        </w:rPr>
        <w:t>болған</w:t>
      </w:r>
      <w:proofErr w:type="spellEnd"/>
      <w:r>
        <w:rPr>
          <w:b/>
        </w:rPr>
        <w:t xml:space="preserve"> </w:t>
      </w:r>
      <w:proofErr w:type="spellStart"/>
      <w:r>
        <w:rPr>
          <w:b/>
        </w:rPr>
        <w:t>жағдайда</w:t>
      </w:r>
      <w:proofErr w:type="spellEnd"/>
      <w:r>
        <w:rPr>
          <w:b/>
        </w:rPr>
        <w:t xml:space="preserve"> </w:t>
      </w:r>
      <w:proofErr w:type="spellStart"/>
      <w:r>
        <w:rPr>
          <w:b/>
        </w:rPr>
        <w:t>жасырын</w:t>
      </w:r>
      <w:proofErr w:type="spellEnd"/>
      <w:r>
        <w:rPr>
          <w:b/>
        </w:rPr>
        <w:t xml:space="preserve"> </w:t>
      </w:r>
      <w:proofErr w:type="spellStart"/>
      <w:r>
        <w:rPr>
          <w:b/>
        </w:rPr>
        <w:t>жұмыстар</w:t>
      </w:r>
      <w:proofErr w:type="spellEnd"/>
      <w:r>
        <w:rPr>
          <w:b/>
        </w:rPr>
        <w:t xml:space="preserve"> </w:t>
      </w:r>
      <w:proofErr w:type="spellStart"/>
      <w:r>
        <w:rPr>
          <w:b/>
        </w:rPr>
        <w:t>актілерімен</w:t>
      </w:r>
      <w:proofErr w:type="spellEnd"/>
      <w:r>
        <w:rPr>
          <w:b/>
        </w:rPr>
        <w:t xml:space="preserve"> </w:t>
      </w:r>
      <w:proofErr w:type="spellStart"/>
      <w:r>
        <w:rPr>
          <w:b/>
        </w:rPr>
        <w:t>рәсімделеді</w:t>
      </w:r>
      <w:proofErr w:type="spellEnd"/>
      <w:r>
        <w:rPr>
          <w:b/>
        </w:rPr>
        <w:t>.</w:t>
      </w:r>
    </w:p>
    <w:p w14:paraId="713EAF84" w14:textId="77777777" w:rsidR="00164E8D" w:rsidRDefault="00960395">
      <w:pPr>
        <w:ind w:firstLine="340"/>
        <w:jc w:val="both"/>
      </w:pPr>
      <w:r>
        <w:rPr>
          <w:b/>
        </w:rPr>
        <w:t xml:space="preserve">40. </w:t>
      </w:r>
      <w:proofErr w:type="spellStart"/>
      <w:r>
        <w:rPr>
          <w:b/>
        </w:rPr>
        <w:t>Құжаттар</w:t>
      </w:r>
      <w:proofErr w:type="spellEnd"/>
      <w:r>
        <w:rPr>
          <w:b/>
        </w:rPr>
        <w:t xml:space="preserve">. </w:t>
      </w:r>
      <w:proofErr w:type="spellStart"/>
      <w:r>
        <w:rPr>
          <w:b/>
        </w:rPr>
        <w:t>Мердігер</w:t>
      </w:r>
      <w:proofErr w:type="spellEnd"/>
      <w:r>
        <w:rPr>
          <w:b/>
        </w:rPr>
        <w:t xml:space="preserve"> </w:t>
      </w:r>
      <w:proofErr w:type="spellStart"/>
      <w:r>
        <w:rPr>
          <w:b/>
        </w:rPr>
        <w:t>өлшеу</w:t>
      </w:r>
      <w:proofErr w:type="spellEnd"/>
      <w:r>
        <w:rPr>
          <w:b/>
        </w:rPr>
        <w:t xml:space="preserve"> </w:t>
      </w:r>
      <w:proofErr w:type="spellStart"/>
      <w:r>
        <w:rPr>
          <w:b/>
        </w:rPr>
        <w:t>актісін</w:t>
      </w:r>
      <w:proofErr w:type="spellEnd"/>
      <w:r>
        <w:rPr>
          <w:b/>
        </w:rPr>
        <w:t xml:space="preserve">, </w:t>
      </w:r>
      <w:proofErr w:type="spellStart"/>
      <w:r>
        <w:rPr>
          <w:b/>
        </w:rPr>
        <w:t>нақты</w:t>
      </w:r>
      <w:proofErr w:type="spellEnd"/>
      <w:r>
        <w:rPr>
          <w:b/>
        </w:rPr>
        <w:t xml:space="preserve"> </w:t>
      </w:r>
      <w:proofErr w:type="spellStart"/>
      <w:r>
        <w:rPr>
          <w:b/>
        </w:rPr>
        <w:t>көлемдер</w:t>
      </w:r>
      <w:proofErr w:type="spellEnd"/>
      <w:r>
        <w:rPr>
          <w:b/>
        </w:rPr>
        <w:t xml:space="preserve"> </w:t>
      </w:r>
      <w:proofErr w:type="spellStart"/>
      <w:r>
        <w:rPr>
          <w:b/>
        </w:rPr>
        <w:t>ведомосын</w:t>
      </w:r>
      <w:proofErr w:type="spellEnd"/>
      <w:r>
        <w:rPr>
          <w:b/>
        </w:rPr>
        <w:t xml:space="preserve">, </w:t>
      </w:r>
      <w:proofErr w:type="spellStart"/>
      <w:r>
        <w:rPr>
          <w:b/>
        </w:rPr>
        <w:t>материал</w:t>
      </w:r>
      <w:proofErr w:type="spellEnd"/>
      <w:r>
        <w:rPr>
          <w:b/>
        </w:rPr>
        <w:t xml:space="preserve"> </w:t>
      </w:r>
      <w:proofErr w:type="spellStart"/>
      <w:r>
        <w:rPr>
          <w:b/>
        </w:rPr>
        <w:t>паспорттарын</w:t>
      </w:r>
      <w:proofErr w:type="spellEnd"/>
      <w:r>
        <w:rPr>
          <w:b/>
        </w:rPr>
        <w:t xml:space="preserve">, </w:t>
      </w:r>
      <w:proofErr w:type="spellStart"/>
      <w:r>
        <w:rPr>
          <w:b/>
        </w:rPr>
        <w:t>қалдықтарды</w:t>
      </w:r>
      <w:proofErr w:type="spellEnd"/>
      <w:r>
        <w:rPr>
          <w:b/>
        </w:rPr>
        <w:t xml:space="preserve"> </w:t>
      </w:r>
      <w:proofErr w:type="spellStart"/>
      <w:r>
        <w:rPr>
          <w:b/>
        </w:rPr>
        <w:t>шығару</w:t>
      </w:r>
      <w:proofErr w:type="spellEnd"/>
      <w:r>
        <w:rPr>
          <w:b/>
        </w:rPr>
        <w:t xml:space="preserve"> </w:t>
      </w:r>
      <w:proofErr w:type="spellStart"/>
      <w:r>
        <w:rPr>
          <w:b/>
        </w:rPr>
        <w:t>құжаттарын</w:t>
      </w:r>
      <w:proofErr w:type="spellEnd"/>
      <w:r>
        <w:rPr>
          <w:b/>
        </w:rPr>
        <w:t xml:space="preserve">, </w:t>
      </w:r>
      <w:proofErr w:type="spellStart"/>
      <w:r>
        <w:rPr>
          <w:b/>
        </w:rPr>
        <w:t>атқарушылық</w:t>
      </w:r>
      <w:proofErr w:type="spellEnd"/>
      <w:r>
        <w:rPr>
          <w:b/>
        </w:rPr>
        <w:t xml:space="preserve"> </w:t>
      </w:r>
      <w:proofErr w:type="spellStart"/>
      <w:r>
        <w:rPr>
          <w:b/>
        </w:rPr>
        <w:t>сызбаны</w:t>
      </w:r>
      <w:proofErr w:type="spellEnd"/>
      <w:r>
        <w:rPr>
          <w:b/>
        </w:rPr>
        <w:t xml:space="preserve">, </w:t>
      </w:r>
      <w:proofErr w:type="spellStart"/>
      <w:proofErr w:type="gramStart"/>
      <w:r>
        <w:rPr>
          <w:b/>
        </w:rPr>
        <w:t>фотоесепті</w:t>
      </w:r>
      <w:proofErr w:type="spellEnd"/>
      <w:r>
        <w:rPr>
          <w:b/>
        </w:rPr>
        <w:t xml:space="preserve">  </w:t>
      </w:r>
      <w:proofErr w:type="spellStart"/>
      <w:r>
        <w:rPr>
          <w:b/>
        </w:rPr>
        <w:t>тапсырады</w:t>
      </w:r>
      <w:proofErr w:type="spellEnd"/>
      <w:proofErr w:type="gramEnd"/>
      <w:r>
        <w:rPr>
          <w:b/>
        </w:rPr>
        <w:t>.</w:t>
      </w:r>
    </w:p>
    <w:p w14:paraId="0CE04A9A" w14:textId="77EEADAA" w:rsidR="00164E8D" w:rsidRDefault="00960395">
      <w:pPr>
        <w:ind w:firstLine="340"/>
        <w:jc w:val="both"/>
      </w:pPr>
      <w:r>
        <w:rPr>
          <w:b/>
        </w:rPr>
        <w:t xml:space="preserve">41. </w:t>
      </w:r>
      <w:proofErr w:type="spellStart"/>
      <w:r>
        <w:rPr>
          <w:b/>
        </w:rPr>
        <w:t>Қабылдау</w:t>
      </w:r>
      <w:proofErr w:type="spellEnd"/>
      <w:r>
        <w:rPr>
          <w:b/>
        </w:rPr>
        <w:t xml:space="preserve"> </w:t>
      </w:r>
      <w:proofErr w:type="spellStart"/>
      <w:r>
        <w:rPr>
          <w:b/>
        </w:rPr>
        <w:t>өлшемдері</w:t>
      </w:r>
      <w:proofErr w:type="spellEnd"/>
      <w:r>
        <w:rPr>
          <w:b/>
        </w:rPr>
        <w:t xml:space="preserve">. </w:t>
      </w:r>
      <w:proofErr w:type="spellStart"/>
      <w:r>
        <w:rPr>
          <w:b/>
        </w:rPr>
        <w:t>Қабылдау</w:t>
      </w:r>
      <w:proofErr w:type="spellEnd"/>
      <w:r>
        <w:rPr>
          <w:b/>
        </w:rPr>
        <w:t xml:space="preserve"> </w:t>
      </w:r>
      <w:proofErr w:type="spellStart"/>
      <w:r>
        <w:rPr>
          <w:b/>
        </w:rPr>
        <w:t>кезінде</w:t>
      </w:r>
      <w:proofErr w:type="spellEnd"/>
      <w:r>
        <w:rPr>
          <w:b/>
        </w:rPr>
        <w:t xml:space="preserve"> </w:t>
      </w:r>
      <w:proofErr w:type="spellStart"/>
      <w:r>
        <w:rPr>
          <w:b/>
        </w:rPr>
        <w:t>құрылыстардың</w:t>
      </w:r>
      <w:proofErr w:type="spellEnd"/>
      <w:r>
        <w:rPr>
          <w:b/>
        </w:rPr>
        <w:t xml:space="preserve"> </w:t>
      </w:r>
      <w:proofErr w:type="spellStart"/>
      <w:r>
        <w:rPr>
          <w:b/>
        </w:rPr>
        <w:t>толық</w:t>
      </w:r>
      <w:proofErr w:type="spellEnd"/>
      <w:r>
        <w:rPr>
          <w:b/>
        </w:rPr>
        <w:t xml:space="preserve"> </w:t>
      </w:r>
      <w:proofErr w:type="spellStart"/>
      <w:r>
        <w:rPr>
          <w:b/>
        </w:rPr>
        <w:t>бұзылуы</w:t>
      </w:r>
      <w:proofErr w:type="spellEnd"/>
      <w:r>
        <w:rPr>
          <w:b/>
        </w:rPr>
        <w:t xml:space="preserve"> (</w:t>
      </w:r>
      <w:proofErr w:type="spellStart"/>
      <w:r>
        <w:rPr>
          <w:b/>
        </w:rPr>
        <w:t>құрылыс</w:t>
      </w:r>
      <w:proofErr w:type="spellEnd"/>
      <w:r>
        <w:rPr>
          <w:b/>
        </w:rPr>
        <w:t xml:space="preserve"> </w:t>
      </w:r>
      <w:proofErr w:type="spellStart"/>
      <w:r>
        <w:rPr>
          <w:b/>
        </w:rPr>
        <w:t>салу</w:t>
      </w:r>
      <w:proofErr w:type="spellEnd"/>
      <w:r>
        <w:rPr>
          <w:b/>
        </w:rPr>
        <w:t xml:space="preserve"> </w:t>
      </w:r>
      <w:proofErr w:type="spellStart"/>
      <w:r>
        <w:rPr>
          <w:b/>
        </w:rPr>
        <w:t>ауданы</w:t>
      </w:r>
      <w:proofErr w:type="spellEnd"/>
      <w:r>
        <w:rPr>
          <w:b/>
        </w:rPr>
        <w:t xml:space="preserve"> — 186 м², </w:t>
      </w:r>
      <w:proofErr w:type="spellStart"/>
      <w:r>
        <w:rPr>
          <w:b/>
        </w:rPr>
        <w:t>құрылыс</w:t>
      </w:r>
      <w:proofErr w:type="spellEnd"/>
      <w:r>
        <w:rPr>
          <w:b/>
        </w:rPr>
        <w:t xml:space="preserve"> </w:t>
      </w:r>
      <w:proofErr w:type="spellStart"/>
      <w:r>
        <w:rPr>
          <w:b/>
        </w:rPr>
        <w:t>көлемі</w:t>
      </w:r>
      <w:proofErr w:type="spellEnd"/>
      <w:r>
        <w:rPr>
          <w:b/>
        </w:rPr>
        <w:t xml:space="preserve"> — 633 м³), </w:t>
      </w:r>
      <w:proofErr w:type="spellStart"/>
      <w:r>
        <w:rPr>
          <w:b/>
        </w:rPr>
        <w:t>фундаменттердің</w:t>
      </w:r>
      <w:proofErr w:type="spellEnd"/>
      <w:r>
        <w:rPr>
          <w:b/>
        </w:rPr>
        <w:t xml:space="preserve"> </w:t>
      </w:r>
      <w:proofErr w:type="spellStart"/>
      <w:r>
        <w:rPr>
          <w:b/>
        </w:rPr>
        <w:t>алынуы</w:t>
      </w:r>
      <w:proofErr w:type="spellEnd"/>
      <w:r>
        <w:rPr>
          <w:b/>
        </w:rPr>
        <w:t xml:space="preserve">, </w:t>
      </w:r>
      <w:proofErr w:type="spellStart"/>
      <w:r>
        <w:rPr>
          <w:b/>
        </w:rPr>
        <w:t>қалдықтардың</w:t>
      </w:r>
      <w:proofErr w:type="spellEnd"/>
      <w:r>
        <w:rPr>
          <w:b/>
        </w:rPr>
        <w:t xml:space="preserve"> </w:t>
      </w:r>
      <w:proofErr w:type="spellStart"/>
      <w:r>
        <w:rPr>
          <w:b/>
        </w:rPr>
        <w:t>шығарылуы</w:t>
      </w:r>
      <w:proofErr w:type="spellEnd"/>
      <w:r>
        <w:rPr>
          <w:b/>
        </w:rPr>
        <w:t xml:space="preserve">, </w:t>
      </w:r>
      <w:proofErr w:type="spellStart"/>
      <w:r>
        <w:rPr>
          <w:b/>
        </w:rPr>
        <w:t>кері</w:t>
      </w:r>
      <w:proofErr w:type="spellEnd"/>
      <w:r>
        <w:rPr>
          <w:b/>
        </w:rPr>
        <w:t xml:space="preserve"> </w:t>
      </w:r>
      <w:proofErr w:type="spellStart"/>
      <w:r>
        <w:rPr>
          <w:b/>
        </w:rPr>
        <w:t>толтырудың</w:t>
      </w:r>
      <w:proofErr w:type="spellEnd"/>
      <w:r>
        <w:rPr>
          <w:b/>
        </w:rPr>
        <w:t xml:space="preserve"> </w:t>
      </w:r>
      <w:proofErr w:type="spellStart"/>
      <w:r>
        <w:rPr>
          <w:b/>
        </w:rPr>
        <w:t>тығыздалуы</w:t>
      </w:r>
      <w:proofErr w:type="spellEnd"/>
      <w:r>
        <w:rPr>
          <w:b/>
        </w:rPr>
        <w:t xml:space="preserve"> </w:t>
      </w:r>
      <w:proofErr w:type="spellStart"/>
      <w:r>
        <w:rPr>
          <w:b/>
        </w:rPr>
        <w:t>және</w:t>
      </w:r>
      <w:proofErr w:type="spellEnd"/>
      <w:r>
        <w:rPr>
          <w:b/>
        </w:rPr>
        <w:t xml:space="preserve"> </w:t>
      </w:r>
      <w:proofErr w:type="spellStart"/>
      <w:r>
        <w:rPr>
          <w:b/>
        </w:rPr>
        <w:t>аумақтың</w:t>
      </w:r>
      <w:proofErr w:type="spellEnd"/>
      <w:r>
        <w:rPr>
          <w:b/>
        </w:rPr>
        <w:t xml:space="preserve"> </w:t>
      </w:r>
      <w:proofErr w:type="spellStart"/>
      <w:r>
        <w:rPr>
          <w:b/>
        </w:rPr>
        <w:t>жоспарлануы</w:t>
      </w:r>
      <w:proofErr w:type="spellEnd"/>
      <w:r>
        <w:rPr>
          <w:b/>
        </w:rPr>
        <w:t xml:space="preserve"> </w:t>
      </w:r>
      <w:proofErr w:type="spellStart"/>
      <w:r>
        <w:rPr>
          <w:b/>
        </w:rPr>
        <w:t>тексеріледі</w:t>
      </w:r>
      <w:proofErr w:type="spellEnd"/>
      <w:r>
        <w:rPr>
          <w:b/>
        </w:rPr>
        <w:t>.</w:t>
      </w:r>
    </w:p>
    <w:p w14:paraId="139A9BF0" w14:textId="77777777" w:rsidR="00164E8D" w:rsidRDefault="00960395">
      <w:pPr>
        <w:ind w:firstLine="340"/>
        <w:jc w:val="both"/>
      </w:pPr>
      <w:r>
        <w:rPr>
          <w:b/>
        </w:rPr>
        <w:t xml:space="preserve">42. </w:t>
      </w:r>
      <w:proofErr w:type="spellStart"/>
      <w:r>
        <w:rPr>
          <w:b/>
        </w:rPr>
        <w:t>Қабылдаудан</w:t>
      </w:r>
      <w:proofErr w:type="spellEnd"/>
      <w:r>
        <w:rPr>
          <w:b/>
        </w:rPr>
        <w:t xml:space="preserve"> </w:t>
      </w:r>
      <w:proofErr w:type="spellStart"/>
      <w:r>
        <w:rPr>
          <w:b/>
        </w:rPr>
        <w:t>бас</w:t>
      </w:r>
      <w:proofErr w:type="spellEnd"/>
      <w:r>
        <w:rPr>
          <w:b/>
        </w:rPr>
        <w:t xml:space="preserve"> </w:t>
      </w:r>
      <w:proofErr w:type="spellStart"/>
      <w:r>
        <w:rPr>
          <w:b/>
        </w:rPr>
        <w:t>тарту</w:t>
      </w:r>
      <w:proofErr w:type="spellEnd"/>
      <w:r>
        <w:rPr>
          <w:b/>
        </w:rPr>
        <w:t xml:space="preserve">. </w:t>
      </w:r>
      <w:proofErr w:type="spellStart"/>
      <w:r>
        <w:rPr>
          <w:b/>
        </w:rPr>
        <w:t>Қалдықтардың</w:t>
      </w:r>
      <w:proofErr w:type="spellEnd"/>
      <w:r>
        <w:rPr>
          <w:b/>
        </w:rPr>
        <w:t xml:space="preserve"> </w:t>
      </w:r>
      <w:proofErr w:type="spellStart"/>
      <w:r>
        <w:rPr>
          <w:b/>
        </w:rPr>
        <w:t>қалуы</w:t>
      </w:r>
      <w:proofErr w:type="spellEnd"/>
      <w:r>
        <w:rPr>
          <w:b/>
        </w:rPr>
        <w:t xml:space="preserve">, </w:t>
      </w:r>
      <w:proofErr w:type="spellStart"/>
      <w:r>
        <w:rPr>
          <w:b/>
        </w:rPr>
        <w:t>шұңқырлар</w:t>
      </w:r>
      <w:proofErr w:type="spellEnd"/>
      <w:r>
        <w:rPr>
          <w:b/>
        </w:rPr>
        <w:t xml:space="preserve">, </w:t>
      </w:r>
      <w:proofErr w:type="spellStart"/>
      <w:r>
        <w:rPr>
          <w:b/>
        </w:rPr>
        <w:t>ашық</w:t>
      </w:r>
      <w:proofErr w:type="spellEnd"/>
      <w:r>
        <w:rPr>
          <w:b/>
        </w:rPr>
        <w:t xml:space="preserve"> </w:t>
      </w:r>
      <w:proofErr w:type="spellStart"/>
      <w:r>
        <w:rPr>
          <w:b/>
        </w:rPr>
        <w:t>арматура</w:t>
      </w:r>
      <w:proofErr w:type="spellEnd"/>
      <w:r>
        <w:rPr>
          <w:b/>
        </w:rPr>
        <w:t xml:space="preserve">, </w:t>
      </w:r>
      <w:proofErr w:type="spellStart"/>
      <w:r>
        <w:rPr>
          <w:b/>
        </w:rPr>
        <w:t>шөгу</w:t>
      </w:r>
      <w:proofErr w:type="spellEnd"/>
      <w:r>
        <w:rPr>
          <w:b/>
        </w:rPr>
        <w:t xml:space="preserve">, </w:t>
      </w:r>
      <w:proofErr w:type="spellStart"/>
      <w:r>
        <w:rPr>
          <w:b/>
        </w:rPr>
        <w:t>аумақтың</w:t>
      </w:r>
      <w:proofErr w:type="spellEnd"/>
      <w:r>
        <w:rPr>
          <w:b/>
        </w:rPr>
        <w:t xml:space="preserve"> </w:t>
      </w:r>
      <w:proofErr w:type="spellStart"/>
      <w:r>
        <w:rPr>
          <w:b/>
        </w:rPr>
        <w:t>тегіс</w:t>
      </w:r>
      <w:proofErr w:type="spellEnd"/>
      <w:r>
        <w:rPr>
          <w:b/>
        </w:rPr>
        <w:t xml:space="preserve"> </w:t>
      </w:r>
      <w:proofErr w:type="spellStart"/>
      <w:r>
        <w:rPr>
          <w:b/>
        </w:rPr>
        <w:t>жоспарланбауы</w:t>
      </w:r>
      <w:proofErr w:type="spellEnd"/>
      <w:r>
        <w:rPr>
          <w:b/>
        </w:rPr>
        <w:t xml:space="preserve"> </w:t>
      </w:r>
      <w:proofErr w:type="spellStart"/>
      <w:r>
        <w:rPr>
          <w:b/>
        </w:rPr>
        <w:t>және</w:t>
      </w:r>
      <w:proofErr w:type="spellEnd"/>
      <w:r>
        <w:rPr>
          <w:b/>
        </w:rPr>
        <w:t xml:space="preserve"> </w:t>
      </w:r>
      <w:proofErr w:type="spellStart"/>
      <w:r>
        <w:rPr>
          <w:b/>
        </w:rPr>
        <w:t>құжаттардың</w:t>
      </w:r>
      <w:proofErr w:type="spellEnd"/>
      <w:r>
        <w:rPr>
          <w:b/>
        </w:rPr>
        <w:t xml:space="preserve"> </w:t>
      </w:r>
      <w:proofErr w:type="spellStart"/>
      <w:r>
        <w:rPr>
          <w:b/>
        </w:rPr>
        <w:t>толық</w:t>
      </w:r>
      <w:proofErr w:type="spellEnd"/>
      <w:r>
        <w:rPr>
          <w:b/>
        </w:rPr>
        <w:t xml:space="preserve"> </w:t>
      </w:r>
      <w:proofErr w:type="spellStart"/>
      <w:r>
        <w:rPr>
          <w:b/>
        </w:rPr>
        <w:t>болмауы</w:t>
      </w:r>
      <w:proofErr w:type="spellEnd"/>
      <w:r>
        <w:rPr>
          <w:b/>
        </w:rPr>
        <w:t xml:space="preserve"> </w:t>
      </w:r>
      <w:proofErr w:type="spellStart"/>
      <w:r>
        <w:rPr>
          <w:b/>
        </w:rPr>
        <w:t>қабылдаудан</w:t>
      </w:r>
      <w:proofErr w:type="spellEnd"/>
      <w:r>
        <w:rPr>
          <w:b/>
        </w:rPr>
        <w:t xml:space="preserve"> </w:t>
      </w:r>
      <w:proofErr w:type="spellStart"/>
      <w:r>
        <w:rPr>
          <w:b/>
        </w:rPr>
        <w:t>бас</w:t>
      </w:r>
      <w:proofErr w:type="spellEnd"/>
      <w:r>
        <w:rPr>
          <w:b/>
        </w:rPr>
        <w:t xml:space="preserve"> </w:t>
      </w:r>
      <w:proofErr w:type="spellStart"/>
      <w:r>
        <w:rPr>
          <w:b/>
        </w:rPr>
        <w:t>тартуға</w:t>
      </w:r>
      <w:proofErr w:type="spellEnd"/>
      <w:r>
        <w:rPr>
          <w:b/>
        </w:rPr>
        <w:t xml:space="preserve"> </w:t>
      </w:r>
      <w:proofErr w:type="spellStart"/>
      <w:r>
        <w:rPr>
          <w:b/>
        </w:rPr>
        <w:t>негіз</w:t>
      </w:r>
      <w:proofErr w:type="spellEnd"/>
      <w:r>
        <w:rPr>
          <w:b/>
        </w:rPr>
        <w:t xml:space="preserve"> </w:t>
      </w:r>
      <w:proofErr w:type="spellStart"/>
      <w:r>
        <w:rPr>
          <w:b/>
        </w:rPr>
        <w:t>болады</w:t>
      </w:r>
      <w:proofErr w:type="spellEnd"/>
      <w:r>
        <w:rPr>
          <w:b/>
        </w:rPr>
        <w:t>.</w:t>
      </w:r>
    </w:p>
    <w:p w14:paraId="2D5CFD30" w14:textId="77777777" w:rsidR="00164E8D" w:rsidRDefault="00960395">
      <w:pPr>
        <w:pStyle w:val="1"/>
        <w:spacing w:before="160" w:after="80"/>
      </w:pPr>
      <w:r>
        <w:t>12 МЕРЗІМ КЕПІЛДІК ЖӘНЕ ҚҰННЫҢ ТОЛЫҚТЫҒЫ</w:t>
      </w:r>
    </w:p>
    <w:p w14:paraId="6369DA59" w14:textId="18B0CA9C" w:rsidR="00164E8D" w:rsidRDefault="00960395">
      <w:pPr>
        <w:ind w:firstLine="340"/>
        <w:jc w:val="both"/>
      </w:pPr>
      <w:r>
        <w:rPr>
          <w:b/>
        </w:rPr>
        <w:t xml:space="preserve">43. </w:t>
      </w:r>
      <w:proofErr w:type="spellStart"/>
      <w:r>
        <w:rPr>
          <w:b/>
        </w:rPr>
        <w:t>Жұмыс</w:t>
      </w:r>
      <w:proofErr w:type="spellEnd"/>
      <w:r>
        <w:rPr>
          <w:b/>
        </w:rPr>
        <w:t xml:space="preserve"> </w:t>
      </w:r>
      <w:proofErr w:type="spellStart"/>
      <w:r>
        <w:rPr>
          <w:b/>
        </w:rPr>
        <w:t>мерзімі</w:t>
      </w:r>
      <w:proofErr w:type="spellEnd"/>
      <w:r>
        <w:rPr>
          <w:b/>
        </w:rPr>
        <w:t xml:space="preserve">. </w:t>
      </w:r>
      <w:proofErr w:type="spellStart"/>
      <w:r>
        <w:rPr>
          <w:b/>
        </w:rPr>
        <w:t>Толық</w:t>
      </w:r>
      <w:proofErr w:type="spellEnd"/>
      <w:r>
        <w:rPr>
          <w:b/>
        </w:rPr>
        <w:t xml:space="preserve"> </w:t>
      </w:r>
      <w:proofErr w:type="spellStart"/>
      <w:r>
        <w:rPr>
          <w:b/>
        </w:rPr>
        <w:t>кешен</w:t>
      </w:r>
      <w:proofErr w:type="spellEnd"/>
      <w:r>
        <w:rPr>
          <w:b/>
        </w:rPr>
        <w:t xml:space="preserve"> </w:t>
      </w:r>
      <w:proofErr w:type="spellStart"/>
      <w:r>
        <w:rPr>
          <w:b/>
        </w:rPr>
        <w:t>алаң</w:t>
      </w:r>
      <w:proofErr w:type="spellEnd"/>
      <w:r>
        <w:rPr>
          <w:b/>
        </w:rPr>
        <w:t xml:space="preserve"> </w:t>
      </w:r>
      <w:proofErr w:type="spellStart"/>
      <w:r>
        <w:rPr>
          <w:b/>
        </w:rPr>
        <w:t>және</w:t>
      </w:r>
      <w:proofErr w:type="spellEnd"/>
      <w:r>
        <w:rPr>
          <w:b/>
        </w:rPr>
        <w:t xml:space="preserve"> </w:t>
      </w:r>
      <w:proofErr w:type="spellStart"/>
      <w:r>
        <w:rPr>
          <w:b/>
        </w:rPr>
        <w:t>қажетті</w:t>
      </w:r>
      <w:proofErr w:type="spellEnd"/>
      <w:r>
        <w:rPr>
          <w:b/>
        </w:rPr>
        <w:t xml:space="preserve"> </w:t>
      </w:r>
      <w:proofErr w:type="spellStart"/>
      <w:r>
        <w:rPr>
          <w:b/>
        </w:rPr>
        <w:t>рұқсат</w:t>
      </w:r>
      <w:proofErr w:type="spellEnd"/>
      <w:r>
        <w:rPr>
          <w:b/>
        </w:rPr>
        <w:t xml:space="preserve"> </w:t>
      </w:r>
      <w:proofErr w:type="spellStart"/>
      <w:r>
        <w:rPr>
          <w:b/>
        </w:rPr>
        <w:t>құжаттары</w:t>
      </w:r>
      <w:proofErr w:type="spellEnd"/>
      <w:r>
        <w:rPr>
          <w:b/>
        </w:rPr>
        <w:t xml:space="preserve"> </w:t>
      </w:r>
      <w:proofErr w:type="spellStart"/>
      <w:r>
        <w:rPr>
          <w:b/>
        </w:rPr>
        <w:t>берілген</w:t>
      </w:r>
      <w:proofErr w:type="spellEnd"/>
      <w:r>
        <w:rPr>
          <w:b/>
        </w:rPr>
        <w:t xml:space="preserve"> </w:t>
      </w:r>
      <w:proofErr w:type="spellStart"/>
      <w:r>
        <w:rPr>
          <w:b/>
        </w:rPr>
        <w:t>күннен</w:t>
      </w:r>
      <w:proofErr w:type="spellEnd"/>
      <w:r>
        <w:rPr>
          <w:b/>
        </w:rPr>
        <w:t xml:space="preserve"> </w:t>
      </w:r>
      <w:proofErr w:type="spellStart"/>
      <w:r>
        <w:rPr>
          <w:b/>
        </w:rPr>
        <w:t>бастап</w:t>
      </w:r>
      <w:proofErr w:type="spellEnd"/>
      <w:r>
        <w:rPr>
          <w:b/>
        </w:rPr>
        <w:t xml:space="preserve"> 15 </w:t>
      </w:r>
      <w:proofErr w:type="spellStart"/>
      <w:r>
        <w:rPr>
          <w:b/>
        </w:rPr>
        <w:t>күнтізбелік</w:t>
      </w:r>
      <w:proofErr w:type="spellEnd"/>
      <w:r>
        <w:rPr>
          <w:b/>
        </w:rPr>
        <w:t xml:space="preserve"> </w:t>
      </w:r>
      <w:proofErr w:type="spellStart"/>
      <w:r>
        <w:rPr>
          <w:b/>
        </w:rPr>
        <w:t>күннен</w:t>
      </w:r>
      <w:proofErr w:type="spellEnd"/>
      <w:r>
        <w:rPr>
          <w:b/>
        </w:rPr>
        <w:t xml:space="preserve"> </w:t>
      </w:r>
      <w:proofErr w:type="spellStart"/>
      <w:r>
        <w:rPr>
          <w:b/>
        </w:rPr>
        <w:t>аспайтын</w:t>
      </w:r>
      <w:proofErr w:type="spellEnd"/>
      <w:r>
        <w:rPr>
          <w:b/>
        </w:rPr>
        <w:t xml:space="preserve"> </w:t>
      </w:r>
      <w:proofErr w:type="spellStart"/>
      <w:r>
        <w:rPr>
          <w:b/>
        </w:rPr>
        <w:t>мерзімде</w:t>
      </w:r>
      <w:proofErr w:type="spellEnd"/>
      <w:r>
        <w:rPr>
          <w:b/>
        </w:rPr>
        <w:t xml:space="preserve"> </w:t>
      </w:r>
      <w:proofErr w:type="spellStart"/>
      <w:r>
        <w:rPr>
          <w:b/>
        </w:rPr>
        <w:t>аяқталады</w:t>
      </w:r>
      <w:proofErr w:type="spellEnd"/>
      <w:r>
        <w:rPr>
          <w:b/>
        </w:rPr>
        <w:t>.</w:t>
      </w:r>
    </w:p>
    <w:p w14:paraId="6EEA8636" w14:textId="77777777" w:rsidR="00164E8D" w:rsidRDefault="00960395">
      <w:pPr>
        <w:ind w:firstLine="340"/>
        <w:jc w:val="both"/>
      </w:pPr>
      <w:r>
        <w:rPr>
          <w:b/>
        </w:rPr>
        <w:t xml:space="preserve">44. </w:t>
      </w:r>
      <w:proofErr w:type="spellStart"/>
      <w:r>
        <w:rPr>
          <w:b/>
        </w:rPr>
        <w:t>Кемшіліктерді</w:t>
      </w:r>
      <w:proofErr w:type="spellEnd"/>
      <w:r>
        <w:rPr>
          <w:b/>
        </w:rPr>
        <w:t xml:space="preserve"> </w:t>
      </w:r>
      <w:proofErr w:type="spellStart"/>
      <w:r>
        <w:rPr>
          <w:b/>
        </w:rPr>
        <w:t>жою</w:t>
      </w:r>
      <w:proofErr w:type="spellEnd"/>
      <w:r>
        <w:rPr>
          <w:b/>
        </w:rPr>
        <w:t xml:space="preserve">. </w:t>
      </w:r>
      <w:proofErr w:type="spellStart"/>
      <w:r>
        <w:rPr>
          <w:b/>
        </w:rPr>
        <w:t>Қауіпсіздікке</w:t>
      </w:r>
      <w:proofErr w:type="spellEnd"/>
      <w:r>
        <w:rPr>
          <w:b/>
        </w:rPr>
        <w:t xml:space="preserve"> </w:t>
      </w:r>
      <w:proofErr w:type="spellStart"/>
      <w:r>
        <w:rPr>
          <w:b/>
        </w:rPr>
        <w:t>әсер</w:t>
      </w:r>
      <w:proofErr w:type="spellEnd"/>
      <w:r>
        <w:rPr>
          <w:b/>
        </w:rPr>
        <w:t xml:space="preserve"> </w:t>
      </w:r>
      <w:proofErr w:type="spellStart"/>
      <w:r>
        <w:rPr>
          <w:b/>
        </w:rPr>
        <w:t>ететін</w:t>
      </w:r>
      <w:proofErr w:type="spellEnd"/>
      <w:r>
        <w:rPr>
          <w:b/>
        </w:rPr>
        <w:t xml:space="preserve"> </w:t>
      </w:r>
      <w:proofErr w:type="spellStart"/>
      <w:r>
        <w:rPr>
          <w:b/>
        </w:rPr>
        <w:t>ақаулар</w:t>
      </w:r>
      <w:proofErr w:type="spellEnd"/>
      <w:r>
        <w:rPr>
          <w:b/>
        </w:rPr>
        <w:t xml:space="preserve"> 24 </w:t>
      </w:r>
      <w:proofErr w:type="spellStart"/>
      <w:r>
        <w:rPr>
          <w:b/>
        </w:rPr>
        <w:t>сағат</w:t>
      </w:r>
      <w:proofErr w:type="spellEnd"/>
      <w:r>
        <w:rPr>
          <w:b/>
        </w:rPr>
        <w:t xml:space="preserve"> </w:t>
      </w:r>
      <w:proofErr w:type="spellStart"/>
      <w:r>
        <w:rPr>
          <w:b/>
        </w:rPr>
        <w:t>ішінде</w:t>
      </w:r>
      <w:proofErr w:type="spellEnd"/>
      <w:r>
        <w:rPr>
          <w:b/>
        </w:rPr>
        <w:t xml:space="preserve">, </w:t>
      </w:r>
      <w:proofErr w:type="spellStart"/>
      <w:r>
        <w:rPr>
          <w:b/>
        </w:rPr>
        <w:t>басқа</w:t>
      </w:r>
      <w:proofErr w:type="spellEnd"/>
      <w:r>
        <w:rPr>
          <w:b/>
        </w:rPr>
        <w:t xml:space="preserve"> </w:t>
      </w:r>
      <w:proofErr w:type="spellStart"/>
      <w:r>
        <w:rPr>
          <w:b/>
        </w:rPr>
        <w:t>кемшіліктер</w:t>
      </w:r>
      <w:proofErr w:type="spellEnd"/>
      <w:r>
        <w:rPr>
          <w:b/>
        </w:rPr>
        <w:t xml:space="preserve"> </w:t>
      </w:r>
      <w:proofErr w:type="spellStart"/>
      <w:r>
        <w:rPr>
          <w:b/>
        </w:rPr>
        <w:t>жазбаша</w:t>
      </w:r>
      <w:proofErr w:type="spellEnd"/>
      <w:r>
        <w:rPr>
          <w:b/>
        </w:rPr>
        <w:t xml:space="preserve"> </w:t>
      </w:r>
      <w:proofErr w:type="spellStart"/>
      <w:r>
        <w:rPr>
          <w:b/>
        </w:rPr>
        <w:t>хабарламадан</w:t>
      </w:r>
      <w:proofErr w:type="spellEnd"/>
      <w:r>
        <w:rPr>
          <w:b/>
        </w:rPr>
        <w:t xml:space="preserve"> </w:t>
      </w:r>
      <w:proofErr w:type="spellStart"/>
      <w:r>
        <w:rPr>
          <w:b/>
        </w:rPr>
        <w:t>кейін</w:t>
      </w:r>
      <w:proofErr w:type="spellEnd"/>
      <w:r>
        <w:rPr>
          <w:b/>
        </w:rPr>
        <w:t xml:space="preserve"> </w:t>
      </w:r>
      <w:proofErr w:type="spellStart"/>
      <w:r>
        <w:rPr>
          <w:b/>
        </w:rPr>
        <w:t>үш</w:t>
      </w:r>
      <w:proofErr w:type="spellEnd"/>
      <w:r>
        <w:rPr>
          <w:b/>
        </w:rPr>
        <w:t xml:space="preserve"> </w:t>
      </w:r>
      <w:proofErr w:type="spellStart"/>
      <w:r>
        <w:rPr>
          <w:b/>
        </w:rPr>
        <w:t>жұмыс</w:t>
      </w:r>
      <w:proofErr w:type="spellEnd"/>
      <w:r>
        <w:rPr>
          <w:b/>
        </w:rPr>
        <w:t xml:space="preserve"> </w:t>
      </w:r>
      <w:proofErr w:type="spellStart"/>
      <w:r>
        <w:rPr>
          <w:b/>
        </w:rPr>
        <w:t>күнінен</w:t>
      </w:r>
      <w:proofErr w:type="spellEnd"/>
      <w:r>
        <w:rPr>
          <w:b/>
        </w:rPr>
        <w:t xml:space="preserve"> </w:t>
      </w:r>
      <w:proofErr w:type="spellStart"/>
      <w:r>
        <w:rPr>
          <w:b/>
        </w:rPr>
        <w:t>аспайтын</w:t>
      </w:r>
      <w:proofErr w:type="spellEnd"/>
      <w:r>
        <w:rPr>
          <w:b/>
        </w:rPr>
        <w:t xml:space="preserve"> </w:t>
      </w:r>
      <w:proofErr w:type="spellStart"/>
      <w:r>
        <w:rPr>
          <w:b/>
        </w:rPr>
        <w:t>мерзімде</w:t>
      </w:r>
      <w:proofErr w:type="spellEnd"/>
      <w:r>
        <w:rPr>
          <w:b/>
        </w:rPr>
        <w:t xml:space="preserve"> </w:t>
      </w:r>
      <w:proofErr w:type="spellStart"/>
      <w:r>
        <w:rPr>
          <w:b/>
        </w:rPr>
        <w:t>Мердігер</w:t>
      </w:r>
      <w:proofErr w:type="spellEnd"/>
      <w:r>
        <w:rPr>
          <w:b/>
        </w:rPr>
        <w:t xml:space="preserve"> </w:t>
      </w:r>
      <w:proofErr w:type="spellStart"/>
      <w:r>
        <w:rPr>
          <w:b/>
        </w:rPr>
        <w:t>есебінен</w:t>
      </w:r>
      <w:proofErr w:type="spellEnd"/>
      <w:r>
        <w:rPr>
          <w:b/>
        </w:rPr>
        <w:t xml:space="preserve"> </w:t>
      </w:r>
      <w:proofErr w:type="spellStart"/>
      <w:r>
        <w:rPr>
          <w:b/>
        </w:rPr>
        <w:t>жойылады</w:t>
      </w:r>
      <w:proofErr w:type="spellEnd"/>
      <w:r>
        <w:rPr>
          <w:b/>
        </w:rPr>
        <w:t>.</w:t>
      </w:r>
    </w:p>
    <w:p w14:paraId="437712E8" w14:textId="77777777" w:rsidR="00164E8D" w:rsidRDefault="00960395">
      <w:pPr>
        <w:ind w:firstLine="340"/>
        <w:jc w:val="both"/>
      </w:pPr>
      <w:r>
        <w:rPr>
          <w:b/>
        </w:rPr>
        <w:t xml:space="preserve">45. </w:t>
      </w:r>
      <w:proofErr w:type="spellStart"/>
      <w:r>
        <w:rPr>
          <w:b/>
        </w:rPr>
        <w:t>Құнның</w:t>
      </w:r>
      <w:proofErr w:type="spellEnd"/>
      <w:r>
        <w:rPr>
          <w:b/>
        </w:rPr>
        <w:t xml:space="preserve"> </w:t>
      </w:r>
      <w:proofErr w:type="spellStart"/>
      <w:r>
        <w:rPr>
          <w:b/>
        </w:rPr>
        <w:t>толықтығы</w:t>
      </w:r>
      <w:proofErr w:type="spellEnd"/>
      <w:r>
        <w:rPr>
          <w:b/>
        </w:rPr>
        <w:t xml:space="preserve">. </w:t>
      </w:r>
      <w:proofErr w:type="spellStart"/>
      <w:r>
        <w:rPr>
          <w:b/>
        </w:rPr>
        <w:t>Баға</w:t>
      </w:r>
      <w:proofErr w:type="spellEnd"/>
      <w:r>
        <w:rPr>
          <w:b/>
        </w:rPr>
        <w:t xml:space="preserve"> </w:t>
      </w:r>
      <w:proofErr w:type="spellStart"/>
      <w:r>
        <w:rPr>
          <w:b/>
        </w:rPr>
        <w:t>авариялық</w:t>
      </w:r>
      <w:proofErr w:type="spellEnd"/>
      <w:r>
        <w:rPr>
          <w:b/>
        </w:rPr>
        <w:t xml:space="preserve"> </w:t>
      </w:r>
      <w:proofErr w:type="spellStart"/>
      <w:r>
        <w:rPr>
          <w:b/>
        </w:rPr>
        <w:t>жағдайды</w:t>
      </w:r>
      <w:proofErr w:type="spellEnd"/>
      <w:r>
        <w:rPr>
          <w:b/>
        </w:rPr>
        <w:t xml:space="preserve">, </w:t>
      </w:r>
      <w:proofErr w:type="spellStart"/>
      <w:r>
        <w:rPr>
          <w:b/>
        </w:rPr>
        <w:t>қол</w:t>
      </w:r>
      <w:proofErr w:type="spellEnd"/>
      <w:r>
        <w:rPr>
          <w:b/>
        </w:rPr>
        <w:t xml:space="preserve"> </w:t>
      </w:r>
      <w:proofErr w:type="spellStart"/>
      <w:r>
        <w:rPr>
          <w:b/>
        </w:rPr>
        <w:t>еңбегін</w:t>
      </w:r>
      <w:proofErr w:type="spellEnd"/>
      <w:r>
        <w:rPr>
          <w:b/>
        </w:rPr>
        <w:t xml:space="preserve">, </w:t>
      </w:r>
      <w:proofErr w:type="spellStart"/>
      <w:r>
        <w:rPr>
          <w:b/>
        </w:rPr>
        <w:t>тар</w:t>
      </w:r>
      <w:proofErr w:type="spellEnd"/>
      <w:r>
        <w:rPr>
          <w:b/>
        </w:rPr>
        <w:t xml:space="preserve"> </w:t>
      </w:r>
      <w:proofErr w:type="spellStart"/>
      <w:r>
        <w:rPr>
          <w:b/>
        </w:rPr>
        <w:t>жағдайды</w:t>
      </w:r>
      <w:proofErr w:type="spellEnd"/>
      <w:r>
        <w:rPr>
          <w:b/>
        </w:rPr>
        <w:t xml:space="preserve">, </w:t>
      </w:r>
      <w:proofErr w:type="spellStart"/>
      <w:r>
        <w:rPr>
          <w:b/>
        </w:rPr>
        <w:t>фундаменттің</w:t>
      </w:r>
      <w:proofErr w:type="spellEnd"/>
      <w:r>
        <w:rPr>
          <w:b/>
        </w:rPr>
        <w:t xml:space="preserve"> </w:t>
      </w:r>
      <w:proofErr w:type="spellStart"/>
      <w:r>
        <w:rPr>
          <w:b/>
        </w:rPr>
        <w:t>нақты</w:t>
      </w:r>
      <w:proofErr w:type="spellEnd"/>
      <w:r>
        <w:rPr>
          <w:b/>
        </w:rPr>
        <w:t xml:space="preserve"> </w:t>
      </w:r>
      <w:proofErr w:type="spellStart"/>
      <w:r>
        <w:rPr>
          <w:b/>
        </w:rPr>
        <w:t>тереңдігін</w:t>
      </w:r>
      <w:proofErr w:type="spellEnd"/>
      <w:r>
        <w:rPr>
          <w:b/>
        </w:rPr>
        <w:t xml:space="preserve">, </w:t>
      </w:r>
      <w:proofErr w:type="spellStart"/>
      <w:r>
        <w:rPr>
          <w:b/>
        </w:rPr>
        <w:t>жасырын</w:t>
      </w:r>
      <w:proofErr w:type="spellEnd"/>
      <w:r>
        <w:rPr>
          <w:b/>
        </w:rPr>
        <w:t xml:space="preserve"> </w:t>
      </w:r>
      <w:proofErr w:type="spellStart"/>
      <w:r>
        <w:rPr>
          <w:b/>
        </w:rPr>
        <w:t>қалдықтарды</w:t>
      </w:r>
      <w:proofErr w:type="spellEnd"/>
      <w:r>
        <w:rPr>
          <w:b/>
        </w:rPr>
        <w:t xml:space="preserve">, </w:t>
      </w:r>
      <w:proofErr w:type="spellStart"/>
      <w:r>
        <w:rPr>
          <w:b/>
        </w:rPr>
        <w:t>кесу</w:t>
      </w:r>
      <w:proofErr w:type="spellEnd"/>
      <w:r>
        <w:rPr>
          <w:b/>
        </w:rPr>
        <w:t xml:space="preserve"> </w:t>
      </w:r>
      <w:proofErr w:type="spellStart"/>
      <w:r>
        <w:rPr>
          <w:b/>
        </w:rPr>
        <w:t>мен</w:t>
      </w:r>
      <w:proofErr w:type="spellEnd"/>
      <w:r>
        <w:rPr>
          <w:b/>
        </w:rPr>
        <w:t xml:space="preserve"> </w:t>
      </w:r>
      <w:proofErr w:type="spellStart"/>
      <w:r>
        <w:rPr>
          <w:b/>
        </w:rPr>
        <w:t>ұсақтауды</w:t>
      </w:r>
      <w:proofErr w:type="spellEnd"/>
      <w:r>
        <w:rPr>
          <w:b/>
        </w:rPr>
        <w:t xml:space="preserve">, </w:t>
      </w:r>
      <w:proofErr w:type="spellStart"/>
      <w:r>
        <w:rPr>
          <w:b/>
        </w:rPr>
        <w:t>ауа</w:t>
      </w:r>
      <w:proofErr w:type="spellEnd"/>
      <w:r>
        <w:rPr>
          <w:b/>
        </w:rPr>
        <w:t xml:space="preserve"> </w:t>
      </w:r>
      <w:proofErr w:type="spellStart"/>
      <w:r>
        <w:rPr>
          <w:b/>
        </w:rPr>
        <w:t>райын</w:t>
      </w:r>
      <w:proofErr w:type="spellEnd"/>
      <w:r>
        <w:rPr>
          <w:b/>
        </w:rPr>
        <w:t xml:space="preserve">, </w:t>
      </w:r>
      <w:proofErr w:type="spellStart"/>
      <w:r>
        <w:rPr>
          <w:b/>
        </w:rPr>
        <w:t>материал</w:t>
      </w:r>
      <w:proofErr w:type="spellEnd"/>
      <w:r>
        <w:rPr>
          <w:b/>
        </w:rPr>
        <w:t xml:space="preserve"> </w:t>
      </w:r>
      <w:proofErr w:type="spellStart"/>
      <w:r>
        <w:rPr>
          <w:b/>
        </w:rPr>
        <w:t>шығынын</w:t>
      </w:r>
      <w:proofErr w:type="spellEnd"/>
      <w:r>
        <w:rPr>
          <w:b/>
        </w:rPr>
        <w:t xml:space="preserve"> </w:t>
      </w:r>
      <w:proofErr w:type="spellStart"/>
      <w:r>
        <w:rPr>
          <w:b/>
        </w:rPr>
        <w:t>және</w:t>
      </w:r>
      <w:proofErr w:type="spellEnd"/>
      <w:r>
        <w:rPr>
          <w:b/>
        </w:rPr>
        <w:t xml:space="preserve"> </w:t>
      </w:r>
      <w:proofErr w:type="spellStart"/>
      <w:r>
        <w:rPr>
          <w:b/>
        </w:rPr>
        <w:t>барлық</w:t>
      </w:r>
      <w:proofErr w:type="spellEnd"/>
      <w:r>
        <w:rPr>
          <w:b/>
        </w:rPr>
        <w:t xml:space="preserve"> </w:t>
      </w:r>
      <w:proofErr w:type="spellStart"/>
      <w:r>
        <w:rPr>
          <w:b/>
        </w:rPr>
        <w:t>міндетті</w:t>
      </w:r>
      <w:proofErr w:type="spellEnd"/>
      <w:r>
        <w:rPr>
          <w:b/>
        </w:rPr>
        <w:t xml:space="preserve"> </w:t>
      </w:r>
      <w:proofErr w:type="spellStart"/>
      <w:r>
        <w:rPr>
          <w:b/>
        </w:rPr>
        <w:t>төлемдерді</w:t>
      </w:r>
      <w:proofErr w:type="spellEnd"/>
      <w:r>
        <w:rPr>
          <w:b/>
        </w:rPr>
        <w:t xml:space="preserve"> </w:t>
      </w:r>
      <w:proofErr w:type="spellStart"/>
      <w:r>
        <w:rPr>
          <w:b/>
        </w:rPr>
        <w:t>қамтиды</w:t>
      </w:r>
      <w:proofErr w:type="spellEnd"/>
      <w:r>
        <w:rPr>
          <w:b/>
        </w:rPr>
        <w:t>.</w:t>
      </w:r>
    </w:p>
    <w:p w14:paraId="4A1D17DC" w14:textId="77777777" w:rsidR="00164E8D" w:rsidRDefault="00960395">
      <w:pPr>
        <w:ind w:firstLine="340"/>
        <w:jc w:val="both"/>
      </w:pPr>
      <w:r>
        <w:rPr>
          <w:b/>
        </w:rPr>
        <w:t xml:space="preserve">46. </w:t>
      </w:r>
      <w:proofErr w:type="spellStart"/>
      <w:r>
        <w:rPr>
          <w:b/>
        </w:rPr>
        <w:t>Қосымша</w:t>
      </w:r>
      <w:proofErr w:type="spellEnd"/>
      <w:r>
        <w:rPr>
          <w:b/>
        </w:rPr>
        <w:t xml:space="preserve"> </w:t>
      </w:r>
      <w:proofErr w:type="spellStart"/>
      <w:r>
        <w:rPr>
          <w:b/>
        </w:rPr>
        <w:t>шығындар</w:t>
      </w:r>
      <w:proofErr w:type="spellEnd"/>
      <w:r>
        <w:rPr>
          <w:b/>
        </w:rPr>
        <w:t xml:space="preserve">. </w:t>
      </w:r>
      <w:proofErr w:type="spellStart"/>
      <w:r>
        <w:rPr>
          <w:b/>
        </w:rPr>
        <w:t>Тапсырыс</w:t>
      </w:r>
      <w:proofErr w:type="spellEnd"/>
      <w:r>
        <w:rPr>
          <w:b/>
        </w:rPr>
        <w:t xml:space="preserve"> </w:t>
      </w:r>
      <w:proofErr w:type="spellStart"/>
      <w:r>
        <w:rPr>
          <w:b/>
        </w:rPr>
        <w:t>беруші</w:t>
      </w:r>
      <w:proofErr w:type="spellEnd"/>
      <w:r>
        <w:rPr>
          <w:b/>
        </w:rPr>
        <w:t xml:space="preserve"> </w:t>
      </w:r>
      <w:proofErr w:type="spellStart"/>
      <w:r>
        <w:rPr>
          <w:b/>
        </w:rPr>
        <w:t>заңда</w:t>
      </w:r>
      <w:proofErr w:type="spellEnd"/>
      <w:r>
        <w:rPr>
          <w:b/>
        </w:rPr>
        <w:t xml:space="preserve"> </w:t>
      </w:r>
      <w:proofErr w:type="spellStart"/>
      <w:r>
        <w:rPr>
          <w:b/>
        </w:rPr>
        <w:t>белгіленген</w:t>
      </w:r>
      <w:proofErr w:type="spellEnd"/>
      <w:r>
        <w:rPr>
          <w:b/>
        </w:rPr>
        <w:t xml:space="preserve"> </w:t>
      </w:r>
      <w:proofErr w:type="spellStart"/>
      <w:r>
        <w:rPr>
          <w:b/>
        </w:rPr>
        <w:t>тәртіппен</w:t>
      </w:r>
      <w:proofErr w:type="spellEnd"/>
      <w:r>
        <w:rPr>
          <w:b/>
        </w:rPr>
        <w:t xml:space="preserve"> </w:t>
      </w:r>
      <w:proofErr w:type="spellStart"/>
      <w:r>
        <w:rPr>
          <w:b/>
        </w:rPr>
        <w:t>жұмыс</w:t>
      </w:r>
      <w:proofErr w:type="spellEnd"/>
      <w:r>
        <w:rPr>
          <w:b/>
        </w:rPr>
        <w:t xml:space="preserve"> </w:t>
      </w:r>
      <w:proofErr w:type="spellStart"/>
      <w:r>
        <w:rPr>
          <w:b/>
        </w:rPr>
        <w:t>көлемін</w:t>
      </w:r>
      <w:proofErr w:type="spellEnd"/>
      <w:r>
        <w:rPr>
          <w:b/>
        </w:rPr>
        <w:t xml:space="preserve"> </w:t>
      </w:r>
      <w:proofErr w:type="spellStart"/>
      <w:r>
        <w:rPr>
          <w:b/>
        </w:rPr>
        <w:t>өзгертпеген</w:t>
      </w:r>
      <w:proofErr w:type="spellEnd"/>
      <w:r>
        <w:rPr>
          <w:b/>
        </w:rPr>
        <w:t xml:space="preserve"> </w:t>
      </w:r>
      <w:proofErr w:type="spellStart"/>
      <w:r>
        <w:rPr>
          <w:b/>
        </w:rPr>
        <w:t>жағдайда</w:t>
      </w:r>
      <w:proofErr w:type="spellEnd"/>
      <w:r>
        <w:rPr>
          <w:b/>
        </w:rPr>
        <w:t xml:space="preserve"> </w:t>
      </w:r>
      <w:proofErr w:type="spellStart"/>
      <w:r>
        <w:rPr>
          <w:b/>
        </w:rPr>
        <w:t>технологиялық</w:t>
      </w:r>
      <w:proofErr w:type="spellEnd"/>
      <w:r>
        <w:rPr>
          <w:b/>
        </w:rPr>
        <w:t xml:space="preserve"> </w:t>
      </w:r>
      <w:proofErr w:type="spellStart"/>
      <w:r>
        <w:rPr>
          <w:b/>
        </w:rPr>
        <w:t>қажетті</w:t>
      </w:r>
      <w:proofErr w:type="spellEnd"/>
      <w:r>
        <w:rPr>
          <w:b/>
        </w:rPr>
        <w:t xml:space="preserve"> </w:t>
      </w:r>
      <w:proofErr w:type="spellStart"/>
      <w:r>
        <w:rPr>
          <w:b/>
        </w:rPr>
        <w:t>қосымша</w:t>
      </w:r>
      <w:proofErr w:type="spellEnd"/>
      <w:r>
        <w:rPr>
          <w:b/>
        </w:rPr>
        <w:t xml:space="preserve"> </w:t>
      </w:r>
      <w:proofErr w:type="spellStart"/>
      <w:r>
        <w:rPr>
          <w:b/>
        </w:rPr>
        <w:t>шығындар</w:t>
      </w:r>
      <w:proofErr w:type="spellEnd"/>
      <w:r>
        <w:rPr>
          <w:b/>
        </w:rPr>
        <w:t xml:space="preserve"> </w:t>
      </w:r>
      <w:proofErr w:type="spellStart"/>
      <w:r>
        <w:rPr>
          <w:b/>
        </w:rPr>
        <w:t>мен</w:t>
      </w:r>
      <w:proofErr w:type="spellEnd"/>
      <w:r>
        <w:rPr>
          <w:b/>
        </w:rPr>
        <w:t xml:space="preserve"> </w:t>
      </w:r>
      <w:proofErr w:type="spellStart"/>
      <w:r>
        <w:rPr>
          <w:b/>
        </w:rPr>
        <w:t>шарт</w:t>
      </w:r>
      <w:proofErr w:type="spellEnd"/>
      <w:r>
        <w:rPr>
          <w:b/>
        </w:rPr>
        <w:t xml:space="preserve"> </w:t>
      </w:r>
      <w:proofErr w:type="spellStart"/>
      <w:r>
        <w:rPr>
          <w:b/>
        </w:rPr>
        <w:t>құнын</w:t>
      </w:r>
      <w:proofErr w:type="spellEnd"/>
      <w:r>
        <w:rPr>
          <w:b/>
        </w:rPr>
        <w:t xml:space="preserve"> </w:t>
      </w:r>
      <w:proofErr w:type="spellStart"/>
      <w:r>
        <w:rPr>
          <w:b/>
        </w:rPr>
        <w:t>ұлғайтуға</w:t>
      </w:r>
      <w:proofErr w:type="spellEnd"/>
      <w:r>
        <w:rPr>
          <w:b/>
        </w:rPr>
        <w:t xml:space="preserve"> </w:t>
      </w:r>
      <w:proofErr w:type="spellStart"/>
      <w:r>
        <w:rPr>
          <w:b/>
        </w:rPr>
        <w:t>жол</w:t>
      </w:r>
      <w:proofErr w:type="spellEnd"/>
      <w:r>
        <w:rPr>
          <w:b/>
        </w:rPr>
        <w:t xml:space="preserve"> </w:t>
      </w:r>
      <w:proofErr w:type="spellStart"/>
      <w:r>
        <w:rPr>
          <w:b/>
        </w:rPr>
        <w:t>берілмейді</w:t>
      </w:r>
      <w:proofErr w:type="spellEnd"/>
      <w:r>
        <w:rPr>
          <w:b/>
        </w:rPr>
        <w:t>.</w:t>
      </w:r>
    </w:p>
    <w:p w14:paraId="59293AFF" w14:textId="308D1558" w:rsidR="00164E8D" w:rsidRDefault="00960395">
      <w:pPr>
        <w:spacing w:line="240" w:lineRule="auto"/>
      </w:pPr>
      <w:r>
        <w:rPr>
          <w:b/>
          <w:sz w:val="22"/>
        </w:rPr>
        <w:t>13 ҚОСЫМША</w:t>
      </w:r>
      <w:r w:rsidR="000D6901">
        <w:rPr>
          <w:b/>
          <w:sz w:val="22"/>
        </w:rPr>
        <w:t xml:space="preserve"> </w:t>
      </w:r>
      <w:r>
        <w:rPr>
          <w:b/>
          <w:sz w:val="22"/>
        </w:rPr>
        <w:t>ТАЛАПТАР</w:t>
      </w:r>
    </w:p>
    <w:p w14:paraId="1DC92DF1" w14:textId="77777777" w:rsidR="00164E8D" w:rsidRDefault="00960395">
      <w:pPr>
        <w:spacing w:line="240" w:lineRule="auto"/>
        <w:jc w:val="both"/>
      </w:pPr>
      <w:r>
        <w:rPr>
          <w:sz w:val="22"/>
        </w:rPr>
        <w:t xml:space="preserve">47. </w:t>
      </w:r>
      <w:proofErr w:type="spellStart"/>
      <w:r>
        <w:rPr>
          <w:sz w:val="22"/>
        </w:rPr>
        <w:t>Көлемдерді</w:t>
      </w:r>
      <w:proofErr w:type="spellEnd"/>
      <w:r>
        <w:rPr>
          <w:sz w:val="22"/>
        </w:rPr>
        <w:t xml:space="preserve"> </w:t>
      </w:r>
      <w:proofErr w:type="spellStart"/>
      <w:r>
        <w:rPr>
          <w:sz w:val="22"/>
        </w:rPr>
        <w:t>нақтылау</w:t>
      </w:r>
      <w:proofErr w:type="spellEnd"/>
      <w:r>
        <w:rPr>
          <w:sz w:val="22"/>
        </w:rPr>
        <w:t xml:space="preserve">. </w:t>
      </w:r>
      <w:proofErr w:type="spellStart"/>
      <w:r>
        <w:rPr>
          <w:sz w:val="22"/>
        </w:rPr>
        <w:t>Мердігер</w:t>
      </w:r>
      <w:proofErr w:type="spellEnd"/>
      <w:r>
        <w:rPr>
          <w:sz w:val="22"/>
        </w:rPr>
        <w:t xml:space="preserve"> </w:t>
      </w:r>
      <w:proofErr w:type="spellStart"/>
      <w:r>
        <w:rPr>
          <w:sz w:val="22"/>
        </w:rPr>
        <w:t>баға</w:t>
      </w:r>
      <w:proofErr w:type="spellEnd"/>
      <w:r>
        <w:rPr>
          <w:sz w:val="22"/>
        </w:rPr>
        <w:t xml:space="preserve"> </w:t>
      </w:r>
      <w:proofErr w:type="spellStart"/>
      <w:r>
        <w:rPr>
          <w:sz w:val="22"/>
        </w:rPr>
        <w:t>ұсынысын</w:t>
      </w:r>
      <w:proofErr w:type="spellEnd"/>
      <w:r>
        <w:rPr>
          <w:sz w:val="22"/>
        </w:rPr>
        <w:t xml:space="preserve"> </w:t>
      </w:r>
      <w:proofErr w:type="spellStart"/>
      <w:r>
        <w:rPr>
          <w:sz w:val="22"/>
        </w:rPr>
        <w:t>бергенге</w:t>
      </w:r>
      <w:proofErr w:type="spellEnd"/>
      <w:r>
        <w:rPr>
          <w:sz w:val="22"/>
        </w:rPr>
        <w:t xml:space="preserve"> </w:t>
      </w:r>
      <w:proofErr w:type="spellStart"/>
      <w:r>
        <w:rPr>
          <w:sz w:val="22"/>
        </w:rPr>
        <w:t>дейін</w:t>
      </w:r>
      <w:proofErr w:type="spellEnd"/>
      <w:r>
        <w:rPr>
          <w:sz w:val="22"/>
        </w:rPr>
        <w:t xml:space="preserve"> </w:t>
      </w:r>
      <w:proofErr w:type="spellStart"/>
      <w:r>
        <w:rPr>
          <w:sz w:val="22"/>
        </w:rPr>
        <w:t>объектінің</w:t>
      </w:r>
      <w:proofErr w:type="spellEnd"/>
      <w:r>
        <w:rPr>
          <w:sz w:val="22"/>
        </w:rPr>
        <w:t xml:space="preserve"> </w:t>
      </w:r>
      <w:proofErr w:type="spellStart"/>
      <w:r>
        <w:rPr>
          <w:sz w:val="22"/>
        </w:rPr>
        <w:t>нақты</w:t>
      </w:r>
      <w:proofErr w:type="spellEnd"/>
      <w:r>
        <w:rPr>
          <w:sz w:val="22"/>
        </w:rPr>
        <w:t xml:space="preserve"> </w:t>
      </w:r>
      <w:proofErr w:type="spellStart"/>
      <w:r>
        <w:rPr>
          <w:sz w:val="22"/>
        </w:rPr>
        <w:t>жағдайын</w:t>
      </w:r>
      <w:proofErr w:type="spellEnd"/>
      <w:r>
        <w:rPr>
          <w:sz w:val="22"/>
        </w:rPr>
        <w:t xml:space="preserve">, </w:t>
      </w:r>
      <w:proofErr w:type="spellStart"/>
      <w:r>
        <w:rPr>
          <w:sz w:val="22"/>
        </w:rPr>
        <w:t>кіру</w:t>
      </w:r>
      <w:proofErr w:type="spellEnd"/>
      <w:r>
        <w:rPr>
          <w:sz w:val="22"/>
        </w:rPr>
        <w:t xml:space="preserve"> </w:t>
      </w:r>
      <w:proofErr w:type="spellStart"/>
      <w:r>
        <w:rPr>
          <w:sz w:val="22"/>
        </w:rPr>
        <w:t>жолдарын</w:t>
      </w:r>
      <w:proofErr w:type="spellEnd"/>
      <w:r>
        <w:rPr>
          <w:sz w:val="22"/>
        </w:rPr>
        <w:t xml:space="preserve">, </w:t>
      </w:r>
      <w:proofErr w:type="spellStart"/>
      <w:r>
        <w:rPr>
          <w:sz w:val="22"/>
        </w:rPr>
        <w:t>құрылыстардың</w:t>
      </w:r>
      <w:proofErr w:type="spellEnd"/>
      <w:r>
        <w:rPr>
          <w:sz w:val="22"/>
        </w:rPr>
        <w:t xml:space="preserve"> </w:t>
      </w:r>
      <w:proofErr w:type="spellStart"/>
      <w:r>
        <w:rPr>
          <w:sz w:val="22"/>
        </w:rPr>
        <w:t>конструктивтік</w:t>
      </w:r>
      <w:proofErr w:type="spellEnd"/>
      <w:r>
        <w:rPr>
          <w:sz w:val="22"/>
        </w:rPr>
        <w:t xml:space="preserve"> </w:t>
      </w:r>
      <w:proofErr w:type="spellStart"/>
      <w:r>
        <w:rPr>
          <w:sz w:val="22"/>
        </w:rPr>
        <w:t>құрамын</w:t>
      </w:r>
      <w:proofErr w:type="spellEnd"/>
      <w:r>
        <w:rPr>
          <w:sz w:val="22"/>
        </w:rPr>
        <w:t xml:space="preserve"> </w:t>
      </w:r>
      <w:proofErr w:type="spellStart"/>
      <w:r>
        <w:rPr>
          <w:sz w:val="22"/>
        </w:rPr>
        <w:t>және</w:t>
      </w:r>
      <w:proofErr w:type="spellEnd"/>
      <w:r>
        <w:rPr>
          <w:sz w:val="22"/>
        </w:rPr>
        <w:t xml:space="preserve"> </w:t>
      </w:r>
      <w:proofErr w:type="spellStart"/>
      <w:r>
        <w:rPr>
          <w:sz w:val="22"/>
        </w:rPr>
        <w:t>бұзу</w:t>
      </w:r>
      <w:proofErr w:type="spellEnd"/>
      <w:r>
        <w:rPr>
          <w:sz w:val="22"/>
        </w:rPr>
        <w:t xml:space="preserve"> </w:t>
      </w:r>
      <w:proofErr w:type="spellStart"/>
      <w:r>
        <w:rPr>
          <w:sz w:val="22"/>
        </w:rPr>
        <w:t>жағдайларын</w:t>
      </w:r>
      <w:proofErr w:type="spellEnd"/>
      <w:r>
        <w:rPr>
          <w:sz w:val="22"/>
        </w:rPr>
        <w:t xml:space="preserve"> </w:t>
      </w:r>
      <w:proofErr w:type="spellStart"/>
      <w:r>
        <w:rPr>
          <w:sz w:val="22"/>
        </w:rPr>
        <w:t>ескеруге</w:t>
      </w:r>
      <w:proofErr w:type="spellEnd"/>
      <w:r>
        <w:rPr>
          <w:sz w:val="22"/>
        </w:rPr>
        <w:t xml:space="preserve"> </w:t>
      </w:r>
      <w:proofErr w:type="spellStart"/>
      <w:r>
        <w:rPr>
          <w:sz w:val="22"/>
        </w:rPr>
        <w:t>міндетті</w:t>
      </w:r>
      <w:proofErr w:type="spellEnd"/>
      <w:r>
        <w:rPr>
          <w:sz w:val="22"/>
        </w:rPr>
        <w:t xml:space="preserve">. </w:t>
      </w:r>
      <w:proofErr w:type="spellStart"/>
      <w:r>
        <w:rPr>
          <w:sz w:val="22"/>
        </w:rPr>
        <w:t>Жобалық</w:t>
      </w:r>
      <w:proofErr w:type="spellEnd"/>
      <w:r>
        <w:rPr>
          <w:sz w:val="22"/>
        </w:rPr>
        <w:t xml:space="preserve"> </w:t>
      </w:r>
      <w:proofErr w:type="spellStart"/>
      <w:r>
        <w:rPr>
          <w:sz w:val="22"/>
        </w:rPr>
        <w:t>немесе</w:t>
      </w:r>
      <w:proofErr w:type="spellEnd"/>
      <w:r>
        <w:rPr>
          <w:sz w:val="22"/>
        </w:rPr>
        <w:t xml:space="preserve"> </w:t>
      </w:r>
      <w:proofErr w:type="spellStart"/>
      <w:r>
        <w:rPr>
          <w:sz w:val="22"/>
        </w:rPr>
        <w:t>бастапқы</w:t>
      </w:r>
      <w:proofErr w:type="spellEnd"/>
      <w:r>
        <w:rPr>
          <w:sz w:val="22"/>
        </w:rPr>
        <w:t xml:space="preserve"> </w:t>
      </w:r>
      <w:proofErr w:type="spellStart"/>
      <w:r>
        <w:rPr>
          <w:sz w:val="22"/>
        </w:rPr>
        <w:t>деректерде</w:t>
      </w:r>
      <w:proofErr w:type="spellEnd"/>
      <w:r>
        <w:rPr>
          <w:sz w:val="22"/>
        </w:rPr>
        <w:t xml:space="preserve"> </w:t>
      </w:r>
      <w:proofErr w:type="spellStart"/>
      <w:r>
        <w:rPr>
          <w:sz w:val="22"/>
        </w:rPr>
        <w:t>көрсетілмеген</w:t>
      </w:r>
      <w:proofErr w:type="spellEnd"/>
      <w:r>
        <w:rPr>
          <w:sz w:val="22"/>
        </w:rPr>
        <w:t xml:space="preserve">, </w:t>
      </w:r>
      <w:proofErr w:type="spellStart"/>
      <w:r>
        <w:rPr>
          <w:sz w:val="22"/>
        </w:rPr>
        <w:t>бірақ</w:t>
      </w:r>
      <w:proofErr w:type="spellEnd"/>
      <w:r>
        <w:rPr>
          <w:sz w:val="22"/>
        </w:rPr>
        <w:t xml:space="preserve"> </w:t>
      </w:r>
      <w:proofErr w:type="spellStart"/>
      <w:r>
        <w:rPr>
          <w:sz w:val="22"/>
        </w:rPr>
        <w:t>құрылыстарды</w:t>
      </w:r>
      <w:proofErr w:type="spellEnd"/>
      <w:r>
        <w:rPr>
          <w:sz w:val="22"/>
        </w:rPr>
        <w:t xml:space="preserve"> </w:t>
      </w:r>
      <w:proofErr w:type="spellStart"/>
      <w:r>
        <w:rPr>
          <w:sz w:val="22"/>
        </w:rPr>
        <w:t>фундаменттерімен</w:t>
      </w:r>
      <w:proofErr w:type="spellEnd"/>
      <w:r>
        <w:rPr>
          <w:sz w:val="22"/>
        </w:rPr>
        <w:t xml:space="preserve"> </w:t>
      </w:r>
      <w:proofErr w:type="spellStart"/>
      <w:r>
        <w:rPr>
          <w:sz w:val="22"/>
        </w:rPr>
        <w:t>толық</w:t>
      </w:r>
      <w:proofErr w:type="spellEnd"/>
      <w:r>
        <w:rPr>
          <w:sz w:val="22"/>
        </w:rPr>
        <w:t xml:space="preserve"> </w:t>
      </w:r>
      <w:proofErr w:type="spellStart"/>
      <w:r>
        <w:rPr>
          <w:sz w:val="22"/>
        </w:rPr>
        <w:t>жою</w:t>
      </w:r>
      <w:proofErr w:type="spellEnd"/>
      <w:r>
        <w:rPr>
          <w:sz w:val="22"/>
        </w:rPr>
        <w:t xml:space="preserve"> </w:t>
      </w:r>
      <w:proofErr w:type="spellStart"/>
      <w:r>
        <w:rPr>
          <w:sz w:val="22"/>
        </w:rPr>
        <w:t>үшін</w:t>
      </w:r>
      <w:proofErr w:type="spellEnd"/>
      <w:r>
        <w:rPr>
          <w:sz w:val="22"/>
        </w:rPr>
        <w:t xml:space="preserve"> </w:t>
      </w:r>
      <w:proofErr w:type="spellStart"/>
      <w:r>
        <w:rPr>
          <w:sz w:val="22"/>
        </w:rPr>
        <w:t>технологиялық</w:t>
      </w:r>
      <w:proofErr w:type="spellEnd"/>
      <w:r>
        <w:rPr>
          <w:sz w:val="22"/>
        </w:rPr>
        <w:t xml:space="preserve"> </w:t>
      </w:r>
      <w:proofErr w:type="spellStart"/>
      <w:r>
        <w:rPr>
          <w:sz w:val="22"/>
        </w:rPr>
        <w:t>тұрғыдан</w:t>
      </w:r>
      <w:proofErr w:type="spellEnd"/>
      <w:r>
        <w:rPr>
          <w:sz w:val="22"/>
        </w:rPr>
        <w:t xml:space="preserve"> </w:t>
      </w:r>
      <w:proofErr w:type="spellStart"/>
      <w:r>
        <w:rPr>
          <w:sz w:val="22"/>
        </w:rPr>
        <w:t>қажетті</w:t>
      </w:r>
      <w:proofErr w:type="spellEnd"/>
      <w:r>
        <w:rPr>
          <w:sz w:val="22"/>
        </w:rPr>
        <w:t xml:space="preserve"> </w:t>
      </w:r>
      <w:proofErr w:type="spellStart"/>
      <w:r>
        <w:rPr>
          <w:sz w:val="22"/>
        </w:rPr>
        <w:t>бөлшектеу</w:t>
      </w:r>
      <w:proofErr w:type="spellEnd"/>
      <w:r>
        <w:rPr>
          <w:sz w:val="22"/>
        </w:rPr>
        <w:t xml:space="preserve">, </w:t>
      </w:r>
      <w:proofErr w:type="spellStart"/>
      <w:r>
        <w:rPr>
          <w:sz w:val="22"/>
        </w:rPr>
        <w:t>кесу</w:t>
      </w:r>
      <w:proofErr w:type="spellEnd"/>
      <w:r>
        <w:rPr>
          <w:sz w:val="22"/>
        </w:rPr>
        <w:t xml:space="preserve">, </w:t>
      </w:r>
      <w:proofErr w:type="spellStart"/>
      <w:r>
        <w:rPr>
          <w:sz w:val="22"/>
        </w:rPr>
        <w:t>ұсақтау</w:t>
      </w:r>
      <w:proofErr w:type="spellEnd"/>
      <w:r>
        <w:rPr>
          <w:sz w:val="22"/>
        </w:rPr>
        <w:t xml:space="preserve">, </w:t>
      </w:r>
      <w:proofErr w:type="spellStart"/>
      <w:r>
        <w:rPr>
          <w:sz w:val="22"/>
        </w:rPr>
        <w:t>көтеру</w:t>
      </w:r>
      <w:proofErr w:type="spellEnd"/>
      <w:r>
        <w:rPr>
          <w:sz w:val="22"/>
        </w:rPr>
        <w:t xml:space="preserve">, </w:t>
      </w:r>
      <w:proofErr w:type="spellStart"/>
      <w:r>
        <w:rPr>
          <w:sz w:val="22"/>
        </w:rPr>
        <w:t>уақытша</w:t>
      </w:r>
      <w:proofErr w:type="spellEnd"/>
      <w:r>
        <w:rPr>
          <w:sz w:val="22"/>
        </w:rPr>
        <w:t xml:space="preserve"> </w:t>
      </w:r>
      <w:proofErr w:type="spellStart"/>
      <w:r>
        <w:rPr>
          <w:sz w:val="22"/>
        </w:rPr>
        <w:t>бекіту</w:t>
      </w:r>
      <w:proofErr w:type="spellEnd"/>
      <w:r>
        <w:rPr>
          <w:sz w:val="22"/>
        </w:rPr>
        <w:t xml:space="preserve">, </w:t>
      </w:r>
      <w:proofErr w:type="spellStart"/>
      <w:r>
        <w:rPr>
          <w:sz w:val="22"/>
        </w:rPr>
        <w:t>қол</w:t>
      </w:r>
      <w:proofErr w:type="spellEnd"/>
      <w:r>
        <w:rPr>
          <w:sz w:val="22"/>
        </w:rPr>
        <w:t xml:space="preserve"> </w:t>
      </w:r>
      <w:proofErr w:type="spellStart"/>
      <w:r>
        <w:rPr>
          <w:sz w:val="22"/>
        </w:rPr>
        <w:t>жұмысы</w:t>
      </w:r>
      <w:proofErr w:type="spellEnd"/>
      <w:r>
        <w:rPr>
          <w:sz w:val="22"/>
        </w:rPr>
        <w:t xml:space="preserve"> </w:t>
      </w:r>
      <w:proofErr w:type="spellStart"/>
      <w:r>
        <w:rPr>
          <w:sz w:val="22"/>
        </w:rPr>
        <w:t>және</w:t>
      </w:r>
      <w:proofErr w:type="spellEnd"/>
      <w:r>
        <w:rPr>
          <w:sz w:val="22"/>
        </w:rPr>
        <w:t xml:space="preserve"> </w:t>
      </w:r>
      <w:proofErr w:type="spellStart"/>
      <w:r>
        <w:rPr>
          <w:sz w:val="22"/>
        </w:rPr>
        <w:t>механизмдер</w:t>
      </w:r>
      <w:proofErr w:type="spellEnd"/>
      <w:r>
        <w:rPr>
          <w:sz w:val="22"/>
        </w:rPr>
        <w:t xml:space="preserve"> </w:t>
      </w:r>
      <w:proofErr w:type="spellStart"/>
      <w:r>
        <w:rPr>
          <w:sz w:val="22"/>
        </w:rPr>
        <w:t>жұмыстары</w:t>
      </w:r>
      <w:proofErr w:type="spellEnd"/>
      <w:r>
        <w:rPr>
          <w:sz w:val="22"/>
        </w:rPr>
        <w:t xml:space="preserve"> </w:t>
      </w:r>
      <w:proofErr w:type="spellStart"/>
      <w:r>
        <w:rPr>
          <w:sz w:val="22"/>
        </w:rPr>
        <w:t>жалпы</w:t>
      </w:r>
      <w:proofErr w:type="spellEnd"/>
      <w:r>
        <w:rPr>
          <w:sz w:val="22"/>
        </w:rPr>
        <w:t xml:space="preserve"> </w:t>
      </w:r>
      <w:proofErr w:type="spellStart"/>
      <w:r>
        <w:rPr>
          <w:sz w:val="22"/>
        </w:rPr>
        <w:t>бағаға</w:t>
      </w:r>
      <w:proofErr w:type="spellEnd"/>
      <w:r>
        <w:rPr>
          <w:sz w:val="22"/>
        </w:rPr>
        <w:t xml:space="preserve"> </w:t>
      </w:r>
      <w:proofErr w:type="spellStart"/>
      <w:r>
        <w:rPr>
          <w:sz w:val="22"/>
        </w:rPr>
        <w:t>енгізіледі</w:t>
      </w:r>
      <w:proofErr w:type="spellEnd"/>
      <w:r>
        <w:rPr>
          <w:sz w:val="22"/>
        </w:rPr>
        <w:t>.</w:t>
      </w:r>
    </w:p>
    <w:p w14:paraId="49F44034" w14:textId="77777777" w:rsidR="00164E8D" w:rsidRDefault="00960395">
      <w:pPr>
        <w:spacing w:line="240" w:lineRule="auto"/>
        <w:jc w:val="both"/>
      </w:pPr>
      <w:r>
        <w:rPr>
          <w:sz w:val="22"/>
        </w:rPr>
        <w:t xml:space="preserve">48. </w:t>
      </w:r>
      <w:proofErr w:type="spellStart"/>
      <w:r>
        <w:rPr>
          <w:sz w:val="22"/>
        </w:rPr>
        <w:t>Конструкциялардың</w:t>
      </w:r>
      <w:proofErr w:type="spellEnd"/>
      <w:r>
        <w:rPr>
          <w:sz w:val="22"/>
        </w:rPr>
        <w:t xml:space="preserve"> </w:t>
      </w:r>
      <w:proofErr w:type="spellStart"/>
      <w:r>
        <w:rPr>
          <w:sz w:val="22"/>
        </w:rPr>
        <w:t>күрделілігі</w:t>
      </w:r>
      <w:proofErr w:type="spellEnd"/>
      <w:r>
        <w:rPr>
          <w:sz w:val="22"/>
        </w:rPr>
        <w:t xml:space="preserve">. </w:t>
      </w:r>
      <w:proofErr w:type="spellStart"/>
      <w:r>
        <w:rPr>
          <w:sz w:val="22"/>
        </w:rPr>
        <w:t>Қабырғалар</w:t>
      </w:r>
      <w:proofErr w:type="spellEnd"/>
      <w:r>
        <w:rPr>
          <w:sz w:val="22"/>
        </w:rPr>
        <w:t xml:space="preserve"> </w:t>
      </w:r>
      <w:proofErr w:type="spellStart"/>
      <w:r>
        <w:rPr>
          <w:sz w:val="22"/>
        </w:rPr>
        <w:t>мен</w:t>
      </w:r>
      <w:proofErr w:type="spellEnd"/>
      <w:r>
        <w:rPr>
          <w:sz w:val="22"/>
        </w:rPr>
        <w:t xml:space="preserve"> </w:t>
      </w:r>
      <w:proofErr w:type="spellStart"/>
      <w:r>
        <w:rPr>
          <w:sz w:val="22"/>
        </w:rPr>
        <w:t>жабындардың</w:t>
      </w:r>
      <w:proofErr w:type="spellEnd"/>
      <w:r>
        <w:rPr>
          <w:sz w:val="22"/>
        </w:rPr>
        <w:t xml:space="preserve"> </w:t>
      </w:r>
      <w:proofErr w:type="spellStart"/>
      <w:r>
        <w:rPr>
          <w:sz w:val="22"/>
        </w:rPr>
        <w:t>нақты</w:t>
      </w:r>
      <w:proofErr w:type="spellEnd"/>
      <w:r>
        <w:rPr>
          <w:sz w:val="22"/>
        </w:rPr>
        <w:t xml:space="preserve"> </w:t>
      </w:r>
      <w:proofErr w:type="spellStart"/>
      <w:r>
        <w:rPr>
          <w:sz w:val="22"/>
        </w:rPr>
        <w:t>материалы</w:t>
      </w:r>
      <w:proofErr w:type="spellEnd"/>
      <w:r>
        <w:rPr>
          <w:sz w:val="22"/>
        </w:rPr>
        <w:t xml:space="preserve">, </w:t>
      </w:r>
      <w:proofErr w:type="spellStart"/>
      <w:r>
        <w:rPr>
          <w:sz w:val="22"/>
        </w:rPr>
        <w:t>қалыңдығы</w:t>
      </w:r>
      <w:proofErr w:type="spellEnd"/>
      <w:r>
        <w:rPr>
          <w:sz w:val="22"/>
        </w:rPr>
        <w:t xml:space="preserve">, </w:t>
      </w:r>
      <w:proofErr w:type="spellStart"/>
      <w:r>
        <w:rPr>
          <w:sz w:val="22"/>
        </w:rPr>
        <w:t>арматуралануы</w:t>
      </w:r>
      <w:proofErr w:type="spellEnd"/>
      <w:r>
        <w:rPr>
          <w:sz w:val="22"/>
        </w:rPr>
        <w:t xml:space="preserve">, </w:t>
      </w:r>
      <w:proofErr w:type="spellStart"/>
      <w:r>
        <w:rPr>
          <w:sz w:val="22"/>
        </w:rPr>
        <w:t>аралас</w:t>
      </w:r>
      <w:proofErr w:type="spellEnd"/>
      <w:r>
        <w:rPr>
          <w:sz w:val="22"/>
        </w:rPr>
        <w:t xml:space="preserve"> </w:t>
      </w:r>
      <w:proofErr w:type="spellStart"/>
      <w:r>
        <w:rPr>
          <w:sz w:val="22"/>
        </w:rPr>
        <w:t>конструкциялар</w:t>
      </w:r>
      <w:proofErr w:type="spellEnd"/>
      <w:r>
        <w:rPr>
          <w:sz w:val="22"/>
        </w:rPr>
        <w:t xml:space="preserve">, </w:t>
      </w:r>
      <w:proofErr w:type="spellStart"/>
      <w:r>
        <w:rPr>
          <w:sz w:val="22"/>
        </w:rPr>
        <w:t>жасырын</w:t>
      </w:r>
      <w:proofErr w:type="spellEnd"/>
      <w:r>
        <w:rPr>
          <w:sz w:val="22"/>
        </w:rPr>
        <w:t xml:space="preserve"> </w:t>
      </w:r>
      <w:proofErr w:type="spellStart"/>
      <w:r>
        <w:rPr>
          <w:sz w:val="22"/>
        </w:rPr>
        <w:t>металл</w:t>
      </w:r>
      <w:proofErr w:type="spellEnd"/>
      <w:r>
        <w:rPr>
          <w:sz w:val="22"/>
        </w:rPr>
        <w:t xml:space="preserve"> </w:t>
      </w:r>
      <w:proofErr w:type="spellStart"/>
      <w:r>
        <w:rPr>
          <w:sz w:val="22"/>
        </w:rPr>
        <w:t>элементтер</w:t>
      </w:r>
      <w:proofErr w:type="spellEnd"/>
      <w:r>
        <w:rPr>
          <w:sz w:val="22"/>
        </w:rPr>
        <w:t xml:space="preserve">, </w:t>
      </w:r>
      <w:proofErr w:type="spellStart"/>
      <w:r>
        <w:rPr>
          <w:sz w:val="22"/>
        </w:rPr>
        <w:t>монолитті</w:t>
      </w:r>
      <w:proofErr w:type="spellEnd"/>
      <w:r>
        <w:rPr>
          <w:sz w:val="22"/>
        </w:rPr>
        <w:t xml:space="preserve"> </w:t>
      </w:r>
      <w:proofErr w:type="spellStart"/>
      <w:r>
        <w:rPr>
          <w:sz w:val="22"/>
        </w:rPr>
        <w:t>учаскелер</w:t>
      </w:r>
      <w:proofErr w:type="spellEnd"/>
      <w:r>
        <w:rPr>
          <w:sz w:val="22"/>
        </w:rPr>
        <w:t xml:space="preserve">, </w:t>
      </w:r>
      <w:proofErr w:type="spellStart"/>
      <w:r>
        <w:rPr>
          <w:sz w:val="22"/>
        </w:rPr>
        <w:t>бірнеше</w:t>
      </w:r>
      <w:proofErr w:type="spellEnd"/>
      <w:r>
        <w:rPr>
          <w:sz w:val="22"/>
        </w:rPr>
        <w:t xml:space="preserve"> </w:t>
      </w:r>
      <w:proofErr w:type="spellStart"/>
      <w:r>
        <w:rPr>
          <w:sz w:val="22"/>
        </w:rPr>
        <w:t>қабатты</w:t>
      </w:r>
      <w:proofErr w:type="spellEnd"/>
      <w:r>
        <w:rPr>
          <w:sz w:val="22"/>
        </w:rPr>
        <w:t xml:space="preserve"> </w:t>
      </w:r>
      <w:proofErr w:type="spellStart"/>
      <w:r>
        <w:rPr>
          <w:sz w:val="22"/>
        </w:rPr>
        <w:t>едендер</w:t>
      </w:r>
      <w:proofErr w:type="spellEnd"/>
      <w:r>
        <w:rPr>
          <w:sz w:val="22"/>
        </w:rPr>
        <w:t xml:space="preserve">, </w:t>
      </w:r>
      <w:proofErr w:type="spellStart"/>
      <w:r>
        <w:rPr>
          <w:sz w:val="22"/>
        </w:rPr>
        <w:t>көмілген</w:t>
      </w:r>
      <w:proofErr w:type="spellEnd"/>
      <w:r>
        <w:rPr>
          <w:sz w:val="22"/>
        </w:rPr>
        <w:t xml:space="preserve"> </w:t>
      </w:r>
      <w:proofErr w:type="spellStart"/>
      <w:r>
        <w:rPr>
          <w:sz w:val="22"/>
        </w:rPr>
        <w:t>бетон</w:t>
      </w:r>
      <w:proofErr w:type="spellEnd"/>
      <w:r>
        <w:rPr>
          <w:sz w:val="22"/>
        </w:rPr>
        <w:t xml:space="preserve"> </w:t>
      </w:r>
      <w:proofErr w:type="spellStart"/>
      <w:r>
        <w:rPr>
          <w:sz w:val="22"/>
        </w:rPr>
        <w:t>және</w:t>
      </w:r>
      <w:proofErr w:type="spellEnd"/>
      <w:r>
        <w:rPr>
          <w:sz w:val="22"/>
        </w:rPr>
        <w:t xml:space="preserve"> </w:t>
      </w:r>
      <w:proofErr w:type="spellStart"/>
      <w:r>
        <w:rPr>
          <w:sz w:val="22"/>
        </w:rPr>
        <w:t>фундаменттердің</w:t>
      </w:r>
      <w:proofErr w:type="spellEnd"/>
      <w:r>
        <w:rPr>
          <w:sz w:val="22"/>
        </w:rPr>
        <w:t xml:space="preserve"> </w:t>
      </w:r>
      <w:proofErr w:type="spellStart"/>
      <w:r>
        <w:rPr>
          <w:sz w:val="22"/>
        </w:rPr>
        <w:t>конфигурациясы</w:t>
      </w:r>
      <w:proofErr w:type="spellEnd"/>
      <w:r>
        <w:rPr>
          <w:sz w:val="22"/>
        </w:rPr>
        <w:t xml:space="preserve"> </w:t>
      </w:r>
      <w:proofErr w:type="spellStart"/>
      <w:r>
        <w:rPr>
          <w:sz w:val="22"/>
        </w:rPr>
        <w:t>жұмыс</w:t>
      </w:r>
      <w:proofErr w:type="spellEnd"/>
      <w:r>
        <w:rPr>
          <w:sz w:val="22"/>
        </w:rPr>
        <w:t xml:space="preserve"> </w:t>
      </w:r>
      <w:proofErr w:type="spellStart"/>
      <w:r>
        <w:rPr>
          <w:sz w:val="22"/>
        </w:rPr>
        <w:t>барысында</w:t>
      </w:r>
      <w:proofErr w:type="spellEnd"/>
      <w:r>
        <w:rPr>
          <w:sz w:val="22"/>
        </w:rPr>
        <w:t xml:space="preserve"> </w:t>
      </w:r>
      <w:proofErr w:type="spellStart"/>
      <w:r>
        <w:rPr>
          <w:sz w:val="22"/>
        </w:rPr>
        <w:t>нақтылануы</w:t>
      </w:r>
      <w:proofErr w:type="spellEnd"/>
      <w:r>
        <w:rPr>
          <w:sz w:val="22"/>
        </w:rPr>
        <w:t xml:space="preserve"> </w:t>
      </w:r>
      <w:proofErr w:type="spellStart"/>
      <w:r>
        <w:rPr>
          <w:sz w:val="22"/>
        </w:rPr>
        <w:t>мүмкін</w:t>
      </w:r>
      <w:proofErr w:type="spellEnd"/>
      <w:r>
        <w:rPr>
          <w:sz w:val="22"/>
        </w:rPr>
        <w:t xml:space="preserve">. </w:t>
      </w:r>
      <w:proofErr w:type="spellStart"/>
      <w:r>
        <w:rPr>
          <w:sz w:val="22"/>
        </w:rPr>
        <w:t>Бұл</w:t>
      </w:r>
      <w:proofErr w:type="spellEnd"/>
      <w:r>
        <w:rPr>
          <w:sz w:val="22"/>
        </w:rPr>
        <w:t xml:space="preserve"> </w:t>
      </w:r>
      <w:proofErr w:type="spellStart"/>
      <w:r>
        <w:rPr>
          <w:sz w:val="22"/>
        </w:rPr>
        <w:t>жағдайлар</w:t>
      </w:r>
      <w:proofErr w:type="spellEnd"/>
      <w:r>
        <w:rPr>
          <w:sz w:val="22"/>
        </w:rPr>
        <w:t xml:space="preserve"> </w:t>
      </w:r>
      <w:proofErr w:type="spellStart"/>
      <w:r>
        <w:rPr>
          <w:sz w:val="22"/>
        </w:rPr>
        <w:t>қауіпсіз</w:t>
      </w:r>
      <w:proofErr w:type="spellEnd"/>
      <w:r>
        <w:rPr>
          <w:sz w:val="22"/>
        </w:rPr>
        <w:t xml:space="preserve"> </w:t>
      </w:r>
      <w:proofErr w:type="spellStart"/>
      <w:r>
        <w:rPr>
          <w:sz w:val="22"/>
        </w:rPr>
        <w:t>бұзуды</w:t>
      </w:r>
      <w:proofErr w:type="spellEnd"/>
      <w:r>
        <w:rPr>
          <w:sz w:val="22"/>
        </w:rPr>
        <w:t xml:space="preserve"> </w:t>
      </w:r>
      <w:proofErr w:type="spellStart"/>
      <w:r>
        <w:rPr>
          <w:sz w:val="22"/>
        </w:rPr>
        <w:t>қамтамасыз</w:t>
      </w:r>
      <w:proofErr w:type="spellEnd"/>
      <w:r>
        <w:rPr>
          <w:sz w:val="22"/>
        </w:rPr>
        <w:t xml:space="preserve"> </w:t>
      </w:r>
      <w:proofErr w:type="spellStart"/>
      <w:r>
        <w:rPr>
          <w:sz w:val="22"/>
        </w:rPr>
        <w:t>ететін</w:t>
      </w:r>
      <w:proofErr w:type="spellEnd"/>
      <w:r>
        <w:rPr>
          <w:sz w:val="22"/>
        </w:rPr>
        <w:t xml:space="preserve"> </w:t>
      </w:r>
      <w:proofErr w:type="spellStart"/>
      <w:r>
        <w:rPr>
          <w:sz w:val="22"/>
        </w:rPr>
        <w:t>қажетті</w:t>
      </w:r>
      <w:proofErr w:type="spellEnd"/>
      <w:r>
        <w:rPr>
          <w:sz w:val="22"/>
        </w:rPr>
        <w:t xml:space="preserve"> </w:t>
      </w:r>
      <w:proofErr w:type="spellStart"/>
      <w:r>
        <w:rPr>
          <w:sz w:val="22"/>
        </w:rPr>
        <w:t>технологияны</w:t>
      </w:r>
      <w:proofErr w:type="spellEnd"/>
      <w:r>
        <w:rPr>
          <w:sz w:val="22"/>
        </w:rPr>
        <w:t xml:space="preserve"> </w:t>
      </w:r>
      <w:proofErr w:type="spellStart"/>
      <w:r>
        <w:rPr>
          <w:sz w:val="22"/>
        </w:rPr>
        <w:t>таңдауға</w:t>
      </w:r>
      <w:proofErr w:type="spellEnd"/>
      <w:r>
        <w:rPr>
          <w:sz w:val="22"/>
        </w:rPr>
        <w:t xml:space="preserve"> </w:t>
      </w:r>
      <w:proofErr w:type="spellStart"/>
      <w:r>
        <w:rPr>
          <w:sz w:val="22"/>
        </w:rPr>
        <w:t>Мердігердің</w:t>
      </w:r>
      <w:proofErr w:type="spellEnd"/>
      <w:r>
        <w:rPr>
          <w:sz w:val="22"/>
        </w:rPr>
        <w:t xml:space="preserve"> </w:t>
      </w:r>
      <w:proofErr w:type="spellStart"/>
      <w:r>
        <w:rPr>
          <w:sz w:val="22"/>
        </w:rPr>
        <w:t>міндетін</w:t>
      </w:r>
      <w:proofErr w:type="spellEnd"/>
      <w:r>
        <w:rPr>
          <w:sz w:val="22"/>
        </w:rPr>
        <w:t xml:space="preserve"> </w:t>
      </w:r>
      <w:proofErr w:type="spellStart"/>
      <w:r>
        <w:rPr>
          <w:sz w:val="22"/>
        </w:rPr>
        <w:t>жоймайды</w:t>
      </w:r>
      <w:proofErr w:type="spellEnd"/>
      <w:r>
        <w:rPr>
          <w:sz w:val="22"/>
        </w:rPr>
        <w:t>.</w:t>
      </w:r>
    </w:p>
    <w:p w14:paraId="3A4FF9EF" w14:textId="77777777" w:rsidR="00164E8D" w:rsidRDefault="00960395">
      <w:pPr>
        <w:spacing w:line="240" w:lineRule="auto"/>
        <w:jc w:val="both"/>
      </w:pPr>
      <w:r>
        <w:rPr>
          <w:sz w:val="22"/>
        </w:rPr>
        <w:t xml:space="preserve">49. </w:t>
      </w:r>
      <w:proofErr w:type="spellStart"/>
      <w:r>
        <w:rPr>
          <w:sz w:val="22"/>
        </w:rPr>
        <w:t>Арнайы</w:t>
      </w:r>
      <w:proofErr w:type="spellEnd"/>
      <w:r>
        <w:rPr>
          <w:sz w:val="22"/>
        </w:rPr>
        <w:t xml:space="preserve"> </w:t>
      </w:r>
      <w:proofErr w:type="spellStart"/>
      <w:r>
        <w:rPr>
          <w:sz w:val="22"/>
        </w:rPr>
        <w:t>техника</w:t>
      </w:r>
      <w:proofErr w:type="spellEnd"/>
      <w:r>
        <w:rPr>
          <w:sz w:val="22"/>
        </w:rPr>
        <w:t xml:space="preserve"> </w:t>
      </w:r>
      <w:proofErr w:type="spellStart"/>
      <w:r>
        <w:rPr>
          <w:sz w:val="22"/>
        </w:rPr>
        <w:t>және</w:t>
      </w:r>
      <w:proofErr w:type="spellEnd"/>
      <w:r>
        <w:rPr>
          <w:sz w:val="22"/>
        </w:rPr>
        <w:t xml:space="preserve"> </w:t>
      </w:r>
      <w:proofErr w:type="spellStart"/>
      <w:r>
        <w:rPr>
          <w:sz w:val="22"/>
        </w:rPr>
        <w:t>механикаландыру</w:t>
      </w:r>
      <w:proofErr w:type="spellEnd"/>
      <w:r>
        <w:rPr>
          <w:sz w:val="22"/>
        </w:rPr>
        <w:t xml:space="preserve">. </w:t>
      </w:r>
      <w:proofErr w:type="spellStart"/>
      <w:r>
        <w:rPr>
          <w:sz w:val="22"/>
        </w:rPr>
        <w:t>Жұмыстың</w:t>
      </w:r>
      <w:proofErr w:type="spellEnd"/>
      <w:r>
        <w:rPr>
          <w:sz w:val="22"/>
        </w:rPr>
        <w:t xml:space="preserve"> </w:t>
      </w:r>
      <w:proofErr w:type="spellStart"/>
      <w:r>
        <w:rPr>
          <w:sz w:val="22"/>
        </w:rPr>
        <w:t>сипатына</w:t>
      </w:r>
      <w:proofErr w:type="spellEnd"/>
      <w:r>
        <w:rPr>
          <w:sz w:val="22"/>
        </w:rPr>
        <w:t xml:space="preserve"> </w:t>
      </w:r>
      <w:proofErr w:type="spellStart"/>
      <w:r>
        <w:rPr>
          <w:sz w:val="22"/>
        </w:rPr>
        <w:t>қарай</w:t>
      </w:r>
      <w:proofErr w:type="spellEnd"/>
      <w:r>
        <w:rPr>
          <w:sz w:val="22"/>
        </w:rPr>
        <w:t xml:space="preserve"> </w:t>
      </w:r>
      <w:proofErr w:type="spellStart"/>
      <w:r>
        <w:rPr>
          <w:sz w:val="22"/>
        </w:rPr>
        <w:t>экскаватор</w:t>
      </w:r>
      <w:proofErr w:type="spellEnd"/>
      <w:r>
        <w:rPr>
          <w:sz w:val="22"/>
        </w:rPr>
        <w:t xml:space="preserve">, </w:t>
      </w:r>
      <w:proofErr w:type="spellStart"/>
      <w:r>
        <w:rPr>
          <w:sz w:val="22"/>
        </w:rPr>
        <w:t>гидробалға</w:t>
      </w:r>
      <w:proofErr w:type="spellEnd"/>
      <w:r>
        <w:rPr>
          <w:sz w:val="22"/>
        </w:rPr>
        <w:t xml:space="preserve"> </w:t>
      </w:r>
      <w:proofErr w:type="spellStart"/>
      <w:r>
        <w:rPr>
          <w:sz w:val="22"/>
        </w:rPr>
        <w:t>немесе</w:t>
      </w:r>
      <w:proofErr w:type="spellEnd"/>
      <w:r>
        <w:rPr>
          <w:sz w:val="22"/>
        </w:rPr>
        <w:t xml:space="preserve"> </w:t>
      </w:r>
      <w:proofErr w:type="spellStart"/>
      <w:r>
        <w:rPr>
          <w:sz w:val="22"/>
        </w:rPr>
        <w:t>гидроқайшы</w:t>
      </w:r>
      <w:proofErr w:type="spellEnd"/>
      <w:r>
        <w:rPr>
          <w:sz w:val="22"/>
        </w:rPr>
        <w:t xml:space="preserve">, </w:t>
      </w:r>
      <w:proofErr w:type="spellStart"/>
      <w:r>
        <w:rPr>
          <w:sz w:val="22"/>
        </w:rPr>
        <w:t>тиегіш</w:t>
      </w:r>
      <w:proofErr w:type="spellEnd"/>
      <w:r>
        <w:rPr>
          <w:sz w:val="22"/>
        </w:rPr>
        <w:t xml:space="preserve">, </w:t>
      </w:r>
      <w:proofErr w:type="spellStart"/>
      <w:r>
        <w:rPr>
          <w:sz w:val="22"/>
        </w:rPr>
        <w:t>автокран</w:t>
      </w:r>
      <w:proofErr w:type="spellEnd"/>
      <w:r>
        <w:rPr>
          <w:sz w:val="22"/>
        </w:rPr>
        <w:t xml:space="preserve">, </w:t>
      </w:r>
      <w:proofErr w:type="spellStart"/>
      <w:r>
        <w:rPr>
          <w:sz w:val="22"/>
        </w:rPr>
        <w:t>самосвал</w:t>
      </w:r>
      <w:proofErr w:type="spellEnd"/>
      <w:r>
        <w:rPr>
          <w:sz w:val="22"/>
        </w:rPr>
        <w:t xml:space="preserve">, </w:t>
      </w:r>
      <w:proofErr w:type="spellStart"/>
      <w:r>
        <w:rPr>
          <w:sz w:val="22"/>
        </w:rPr>
        <w:t>компрессор</w:t>
      </w:r>
      <w:proofErr w:type="spellEnd"/>
      <w:r>
        <w:rPr>
          <w:sz w:val="22"/>
        </w:rPr>
        <w:t xml:space="preserve">, </w:t>
      </w:r>
      <w:proofErr w:type="spellStart"/>
      <w:r>
        <w:rPr>
          <w:sz w:val="22"/>
        </w:rPr>
        <w:t>бетон</w:t>
      </w:r>
      <w:proofErr w:type="spellEnd"/>
      <w:r>
        <w:rPr>
          <w:sz w:val="22"/>
        </w:rPr>
        <w:t xml:space="preserve"> </w:t>
      </w:r>
      <w:proofErr w:type="spellStart"/>
      <w:r>
        <w:rPr>
          <w:sz w:val="22"/>
        </w:rPr>
        <w:t>кесу</w:t>
      </w:r>
      <w:proofErr w:type="spellEnd"/>
      <w:r>
        <w:rPr>
          <w:sz w:val="22"/>
        </w:rPr>
        <w:t xml:space="preserve"> </w:t>
      </w:r>
      <w:proofErr w:type="spellStart"/>
      <w:r>
        <w:rPr>
          <w:sz w:val="22"/>
        </w:rPr>
        <w:t>және</w:t>
      </w:r>
      <w:proofErr w:type="spellEnd"/>
      <w:r>
        <w:rPr>
          <w:sz w:val="22"/>
        </w:rPr>
        <w:t xml:space="preserve"> </w:t>
      </w:r>
      <w:proofErr w:type="spellStart"/>
      <w:r>
        <w:rPr>
          <w:sz w:val="22"/>
        </w:rPr>
        <w:t>бұрғылау</w:t>
      </w:r>
      <w:proofErr w:type="spellEnd"/>
      <w:r>
        <w:rPr>
          <w:sz w:val="22"/>
        </w:rPr>
        <w:t xml:space="preserve"> </w:t>
      </w:r>
      <w:proofErr w:type="spellStart"/>
      <w:r>
        <w:rPr>
          <w:sz w:val="22"/>
        </w:rPr>
        <w:t>жабдығы</w:t>
      </w:r>
      <w:proofErr w:type="spellEnd"/>
      <w:r>
        <w:rPr>
          <w:sz w:val="22"/>
        </w:rPr>
        <w:t xml:space="preserve">, </w:t>
      </w:r>
      <w:proofErr w:type="spellStart"/>
      <w:r>
        <w:rPr>
          <w:sz w:val="22"/>
        </w:rPr>
        <w:t>дәнекерлеу</w:t>
      </w:r>
      <w:proofErr w:type="spellEnd"/>
      <w:r>
        <w:rPr>
          <w:sz w:val="22"/>
        </w:rPr>
        <w:t xml:space="preserve"> </w:t>
      </w:r>
      <w:proofErr w:type="spellStart"/>
      <w:r>
        <w:rPr>
          <w:sz w:val="22"/>
        </w:rPr>
        <w:t>және</w:t>
      </w:r>
      <w:proofErr w:type="spellEnd"/>
      <w:r>
        <w:rPr>
          <w:sz w:val="22"/>
        </w:rPr>
        <w:t xml:space="preserve"> </w:t>
      </w:r>
      <w:proofErr w:type="spellStart"/>
      <w:r>
        <w:rPr>
          <w:sz w:val="22"/>
        </w:rPr>
        <w:t>электр</w:t>
      </w:r>
      <w:proofErr w:type="spellEnd"/>
      <w:r>
        <w:rPr>
          <w:sz w:val="22"/>
        </w:rPr>
        <w:t xml:space="preserve"> </w:t>
      </w:r>
      <w:proofErr w:type="spellStart"/>
      <w:r>
        <w:rPr>
          <w:sz w:val="22"/>
        </w:rPr>
        <w:t>құралдары</w:t>
      </w:r>
      <w:proofErr w:type="spellEnd"/>
      <w:r>
        <w:rPr>
          <w:sz w:val="22"/>
        </w:rPr>
        <w:t xml:space="preserve">, </w:t>
      </w:r>
      <w:proofErr w:type="spellStart"/>
      <w:r>
        <w:rPr>
          <w:sz w:val="22"/>
        </w:rPr>
        <w:t>шаң</w:t>
      </w:r>
      <w:proofErr w:type="spellEnd"/>
      <w:r>
        <w:rPr>
          <w:sz w:val="22"/>
        </w:rPr>
        <w:t xml:space="preserve"> </w:t>
      </w:r>
      <w:proofErr w:type="spellStart"/>
      <w:r>
        <w:rPr>
          <w:sz w:val="22"/>
        </w:rPr>
        <w:t>басуға</w:t>
      </w:r>
      <w:proofErr w:type="spellEnd"/>
      <w:r>
        <w:rPr>
          <w:sz w:val="22"/>
        </w:rPr>
        <w:t xml:space="preserve"> </w:t>
      </w:r>
      <w:proofErr w:type="spellStart"/>
      <w:r>
        <w:rPr>
          <w:sz w:val="22"/>
        </w:rPr>
        <w:t>арналған</w:t>
      </w:r>
      <w:proofErr w:type="spellEnd"/>
      <w:r>
        <w:rPr>
          <w:sz w:val="22"/>
        </w:rPr>
        <w:t xml:space="preserve"> </w:t>
      </w:r>
      <w:proofErr w:type="spellStart"/>
      <w:r>
        <w:rPr>
          <w:sz w:val="22"/>
        </w:rPr>
        <w:t>жабдық</w:t>
      </w:r>
      <w:proofErr w:type="spellEnd"/>
      <w:r>
        <w:rPr>
          <w:sz w:val="22"/>
        </w:rPr>
        <w:t xml:space="preserve"> </w:t>
      </w:r>
      <w:proofErr w:type="spellStart"/>
      <w:r>
        <w:rPr>
          <w:sz w:val="22"/>
        </w:rPr>
        <w:t>және</w:t>
      </w:r>
      <w:proofErr w:type="spellEnd"/>
      <w:r>
        <w:rPr>
          <w:sz w:val="22"/>
        </w:rPr>
        <w:t xml:space="preserve"> </w:t>
      </w:r>
      <w:proofErr w:type="spellStart"/>
      <w:r>
        <w:rPr>
          <w:sz w:val="22"/>
        </w:rPr>
        <w:t>өзге</w:t>
      </w:r>
      <w:proofErr w:type="spellEnd"/>
      <w:r>
        <w:rPr>
          <w:sz w:val="22"/>
        </w:rPr>
        <w:t xml:space="preserve"> </w:t>
      </w:r>
      <w:proofErr w:type="spellStart"/>
      <w:r>
        <w:rPr>
          <w:sz w:val="22"/>
        </w:rPr>
        <w:t>қажетті</w:t>
      </w:r>
      <w:proofErr w:type="spellEnd"/>
      <w:r>
        <w:rPr>
          <w:sz w:val="22"/>
        </w:rPr>
        <w:t xml:space="preserve"> </w:t>
      </w:r>
      <w:proofErr w:type="spellStart"/>
      <w:r>
        <w:rPr>
          <w:sz w:val="22"/>
        </w:rPr>
        <w:t>механизмдер</w:t>
      </w:r>
      <w:proofErr w:type="spellEnd"/>
      <w:r>
        <w:rPr>
          <w:sz w:val="22"/>
        </w:rPr>
        <w:t xml:space="preserve"> </w:t>
      </w:r>
      <w:proofErr w:type="spellStart"/>
      <w:r>
        <w:rPr>
          <w:sz w:val="22"/>
        </w:rPr>
        <w:t>қолданылады</w:t>
      </w:r>
      <w:proofErr w:type="spellEnd"/>
      <w:r>
        <w:rPr>
          <w:sz w:val="22"/>
        </w:rPr>
        <w:t xml:space="preserve">. </w:t>
      </w:r>
      <w:proofErr w:type="spellStart"/>
      <w:r>
        <w:rPr>
          <w:sz w:val="22"/>
        </w:rPr>
        <w:t>Техниканың</w:t>
      </w:r>
      <w:proofErr w:type="spellEnd"/>
      <w:r>
        <w:rPr>
          <w:sz w:val="22"/>
        </w:rPr>
        <w:t xml:space="preserve"> </w:t>
      </w:r>
      <w:proofErr w:type="spellStart"/>
      <w:r>
        <w:rPr>
          <w:sz w:val="22"/>
        </w:rPr>
        <w:t>түрі</w:t>
      </w:r>
      <w:proofErr w:type="spellEnd"/>
      <w:r>
        <w:rPr>
          <w:sz w:val="22"/>
        </w:rPr>
        <w:t xml:space="preserve"> </w:t>
      </w:r>
      <w:proofErr w:type="spellStart"/>
      <w:r>
        <w:rPr>
          <w:sz w:val="22"/>
        </w:rPr>
        <w:t>мен</w:t>
      </w:r>
      <w:proofErr w:type="spellEnd"/>
      <w:r>
        <w:rPr>
          <w:sz w:val="22"/>
        </w:rPr>
        <w:t xml:space="preserve"> </w:t>
      </w:r>
      <w:proofErr w:type="spellStart"/>
      <w:r>
        <w:rPr>
          <w:sz w:val="22"/>
        </w:rPr>
        <w:t>саны</w:t>
      </w:r>
      <w:proofErr w:type="spellEnd"/>
      <w:r>
        <w:rPr>
          <w:sz w:val="22"/>
        </w:rPr>
        <w:t xml:space="preserve"> </w:t>
      </w:r>
      <w:proofErr w:type="spellStart"/>
      <w:r>
        <w:rPr>
          <w:sz w:val="22"/>
        </w:rPr>
        <w:t>жұмысты</w:t>
      </w:r>
      <w:proofErr w:type="spellEnd"/>
      <w:r>
        <w:rPr>
          <w:sz w:val="22"/>
        </w:rPr>
        <w:t xml:space="preserve"> </w:t>
      </w:r>
      <w:proofErr w:type="spellStart"/>
      <w:r>
        <w:rPr>
          <w:sz w:val="22"/>
        </w:rPr>
        <w:t>белгіленген</w:t>
      </w:r>
      <w:proofErr w:type="spellEnd"/>
      <w:r>
        <w:rPr>
          <w:sz w:val="22"/>
        </w:rPr>
        <w:t xml:space="preserve"> </w:t>
      </w:r>
      <w:proofErr w:type="spellStart"/>
      <w:r>
        <w:rPr>
          <w:sz w:val="22"/>
        </w:rPr>
        <w:t>мерзімде</w:t>
      </w:r>
      <w:proofErr w:type="spellEnd"/>
      <w:r>
        <w:rPr>
          <w:sz w:val="22"/>
        </w:rPr>
        <w:t xml:space="preserve"> </w:t>
      </w:r>
      <w:proofErr w:type="spellStart"/>
      <w:r>
        <w:rPr>
          <w:sz w:val="22"/>
        </w:rPr>
        <w:t>және</w:t>
      </w:r>
      <w:proofErr w:type="spellEnd"/>
      <w:r>
        <w:rPr>
          <w:sz w:val="22"/>
        </w:rPr>
        <w:t xml:space="preserve"> </w:t>
      </w:r>
      <w:proofErr w:type="spellStart"/>
      <w:r>
        <w:rPr>
          <w:sz w:val="22"/>
        </w:rPr>
        <w:t>қауіпсіз</w:t>
      </w:r>
      <w:proofErr w:type="spellEnd"/>
      <w:r>
        <w:rPr>
          <w:sz w:val="22"/>
        </w:rPr>
        <w:t xml:space="preserve"> </w:t>
      </w:r>
      <w:proofErr w:type="spellStart"/>
      <w:r>
        <w:rPr>
          <w:sz w:val="22"/>
        </w:rPr>
        <w:t>орындауға</w:t>
      </w:r>
      <w:proofErr w:type="spellEnd"/>
      <w:r>
        <w:rPr>
          <w:sz w:val="22"/>
        </w:rPr>
        <w:t xml:space="preserve"> </w:t>
      </w:r>
      <w:proofErr w:type="spellStart"/>
      <w:r>
        <w:rPr>
          <w:sz w:val="22"/>
        </w:rPr>
        <w:t>жеткілікті</w:t>
      </w:r>
      <w:proofErr w:type="spellEnd"/>
      <w:r>
        <w:rPr>
          <w:sz w:val="22"/>
        </w:rPr>
        <w:t xml:space="preserve"> </w:t>
      </w:r>
      <w:proofErr w:type="spellStart"/>
      <w:r>
        <w:rPr>
          <w:sz w:val="22"/>
        </w:rPr>
        <w:t>болуы</w:t>
      </w:r>
      <w:proofErr w:type="spellEnd"/>
      <w:r>
        <w:rPr>
          <w:sz w:val="22"/>
        </w:rPr>
        <w:t xml:space="preserve"> </w:t>
      </w:r>
      <w:proofErr w:type="spellStart"/>
      <w:r>
        <w:rPr>
          <w:sz w:val="22"/>
        </w:rPr>
        <w:t>тиіс</w:t>
      </w:r>
      <w:proofErr w:type="spellEnd"/>
      <w:r>
        <w:rPr>
          <w:sz w:val="22"/>
        </w:rPr>
        <w:t>.</w:t>
      </w:r>
    </w:p>
    <w:p w14:paraId="29342702" w14:textId="77777777" w:rsidR="00164E8D" w:rsidRDefault="00960395">
      <w:pPr>
        <w:spacing w:line="240" w:lineRule="auto"/>
        <w:jc w:val="both"/>
      </w:pPr>
      <w:r>
        <w:rPr>
          <w:sz w:val="22"/>
        </w:rPr>
        <w:t xml:space="preserve">50. </w:t>
      </w:r>
      <w:proofErr w:type="spellStart"/>
      <w:r>
        <w:rPr>
          <w:sz w:val="22"/>
        </w:rPr>
        <w:t>Қолмен</w:t>
      </w:r>
      <w:proofErr w:type="spellEnd"/>
      <w:r>
        <w:rPr>
          <w:sz w:val="22"/>
        </w:rPr>
        <w:t xml:space="preserve"> </w:t>
      </w:r>
      <w:proofErr w:type="spellStart"/>
      <w:r>
        <w:rPr>
          <w:sz w:val="22"/>
        </w:rPr>
        <w:t>бөлшектеу</w:t>
      </w:r>
      <w:proofErr w:type="spellEnd"/>
      <w:r>
        <w:rPr>
          <w:sz w:val="22"/>
        </w:rPr>
        <w:t xml:space="preserve">. </w:t>
      </w:r>
      <w:proofErr w:type="spellStart"/>
      <w:r>
        <w:rPr>
          <w:sz w:val="22"/>
        </w:rPr>
        <w:t>Ауыр</w:t>
      </w:r>
      <w:proofErr w:type="spellEnd"/>
      <w:r>
        <w:rPr>
          <w:sz w:val="22"/>
        </w:rPr>
        <w:t xml:space="preserve"> </w:t>
      </w:r>
      <w:proofErr w:type="spellStart"/>
      <w:r>
        <w:rPr>
          <w:sz w:val="22"/>
        </w:rPr>
        <w:t>техниканы</w:t>
      </w:r>
      <w:proofErr w:type="spellEnd"/>
      <w:r>
        <w:rPr>
          <w:sz w:val="22"/>
        </w:rPr>
        <w:t xml:space="preserve"> </w:t>
      </w:r>
      <w:proofErr w:type="spellStart"/>
      <w:r>
        <w:rPr>
          <w:sz w:val="22"/>
        </w:rPr>
        <w:t>қолдану</w:t>
      </w:r>
      <w:proofErr w:type="spellEnd"/>
      <w:r>
        <w:rPr>
          <w:sz w:val="22"/>
        </w:rPr>
        <w:t xml:space="preserve"> </w:t>
      </w:r>
      <w:proofErr w:type="spellStart"/>
      <w:r>
        <w:rPr>
          <w:sz w:val="22"/>
        </w:rPr>
        <w:t>қолданыстағы</w:t>
      </w:r>
      <w:proofErr w:type="spellEnd"/>
      <w:r>
        <w:rPr>
          <w:sz w:val="22"/>
        </w:rPr>
        <w:t xml:space="preserve"> </w:t>
      </w:r>
      <w:proofErr w:type="spellStart"/>
      <w:r>
        <w:rPr>
          <w:sz w:val="22"/>
        </w:rPr>
        <w:t>ғимараттарна</w:t>
      </w:r>
      <w:proofErr w:type="spellEnd"/>
      <w:r>
        <w:rPr>
          <w:sz w:val="22"/>
        </w:rPr>
        <w:t xml:space="preserve">, </w:t>
      </w:r>
      <w:proofErr w:type="spellStart"/>
      <w:r>
        <w:rPr>
          <w:sz w:val="22"/>
        </w:rPr>
        <w:t>инженерлік</w:t>
      </w:r>
      <w:proofErr w:type="spellEnd"/>
      <w:r>
        <w:rPr>
          <w:sz w:val="22"/>
        </w:rPr>
        <w:t xml:space="preserve"> </w:t>
      </w:r>
      <w:proofErr w:type="spellStart"/>
      <w:r>
        <w:rPr>
          <w:sz w:val="22"/>
        </w:rPr>
        <w:t>желілерге</w:t>
      </w:r>
      <w:proofErr w:type="spellEnd"/>
      <w:r>
        <w:rPr>
          <w:sz w:val="22"/>
        </w:rPr>
        <w:t xml:space="preserve">, </w:t>
      </w:r>
      <w:proofErr w:type="spellStart"/>
      <w:r>
        <w:rPr>
          <w:sz w:val="22"/>
        </w:rPr>
        <w:t>жолдарға</w:t>
      </w:r>
      <w:proofErr w:type="spellEnd"/>
      <w:r>
        <w:rPr>
          <w:sz w:val="22"/>
        </w:rPr>
        <w:t xml:space="preserve">, </w:t>
      </w:r>
      <w:proofErr w:type="spellStart"/>
      <w:r>
        <w:rPr>
          <w:sz w:val="22"/>
        </w:rPr>
        <w:t>жасыл</w:t>
      </w:r>
      <w:proofErr w:type="spellEnd"/>
      <w:r>
        <w:rPr>
          <w:sz w:val="22"/>
        </w:rPr>
        <w:t xml:space="preserve"> </w:t>
      </w:r>
      <w:proofErr w:type="spellStart"/>
      <w:r>
        <w:rPr>
          <w:sz w:val="22"/>
        </w:rPr>
        <w:t>желектерге</w:t>
      </w:r>
      <w:proofErr w:type="spellEnd"/>
      <w:r>
        <w:rPr>
          <w:sz w:val="22"/>
        </w:rPr>
        <w:t xml:space="preserve"> </w:t>
      </w:r>
      <w:proofErr w:type="spellStart"/>
      <w:r>
        <w:rPr>
          <w:sz w:val="22"/>
        </w:rPr>
        <w:t>немесе</w:t>
      </w:r>
      <w:proofErr w:type="spellEnd"/>
      <w:r>
        <w:rPr>
          <w:sz w:val="22"/>
        </w:rPr>
        <w:t xml:space="preserve"> </w:t>
      </w:r>
      <w:proofErr w:type="spellStart"/>
      <w:r>
        <w:rPr>
          <w:sz w:val="22"/>
        </w:rPr>
        <w:t>үшінші</w:t>
      </w:r>
      <w:proofErr w:type="spellEnd"/>
      <w:r>
        <w:rPr>
          <w:sz w:val="22"/>
        </w:rPr>
        <w:t xml:space="preserve"> </w:t>
      </w:r>
      <w:proofErr w:type="spellStart"/>
      <w:r>
        <w:rPr>
          <w:sz w:val="22"/>
        </w:rPr>
        <w:t>тұлғалардың</w:t>
      </w:r>
      <w:proofErr w:type="spellEnd"/>
      <w:r>
        <w:rPr>
          <w:sz w:val="22"/>
        </w:rPr>
        <w:t xml:space="preserve"> </w:t>
      </w:r>
      <w:proofErr w:type="spellStart"/>
      <w:r>
        <w:rPr>
          <w:sz w:val="22"/>
        </w:rPr>
        <w:t>мүлкіне</w:t>
      </w:r>
      <w:proofErr w:type="spellEnd"/>
      <w:r>
        <w:rPr>
          <w:sz w:val="22"/>
        </w:rPr>
        <w:t xml:space="preserve"> </w:t>
      </w:r>
      <w:proofErr w:type="spellStart"/>
      <w:r>
        <w:rPr>
          <w:sz w:val="22"/>
        </w:rPr>
        <w:t>қауіп</w:t>
      </w:r>
      <w:proofErr w:type="spellEnd"/>
      <w:r>
        <w:rPr>
          <w:sz w:val="22"/>
        </w:rPr>
        <w:t xml:space="preserve"> </w:t>
      </w:r>
      <w:proofErr w:type="spellStart"/>
      <w:r>
        <w:rPr>
          <w:sz w:val="22"/>
        </w:rPr>
        <w:t>төндіретін</w:t>
      </w:r>
      <w:proofErr w:type="spellEnd"/>
      <w:r>
        <w:rPr>
          <w:sz w:val="22"/>
        </w:rPr>
        <w:t xml:space="preserve"> </w:t>
      </w:r>
      <w:proofErr w:type="spellStart"/>
      <w:r>
        <w:rPr>
          <w:sz w:val="22"/>
        </w:rPr>
        <w:t>учаскелерде</w:t>
      </w:r>
      <w:proofErr w:type="spellEnd"/>
      <w:r>
        <w:rPr>
          <w:sz w:val="22"/>
        </w:rPr>
        <w:t xml:space="preserve"> </w:t>
      </w:r>
      <w:proofErr w:type="spellStart"/>
      <w:r>
        <w:rPr>
          <w:sz w:val="22"/>
        </w:rPr>
        <w:lastRenderedPageBreak/>
        <w:t>жұмыстар</w:t>
      </w:r>
      <w:proofErr w:type="spellEnd"/>
      <w:r>
        <w:rPr>
          <w:sz w:val="22"/>
        </w:rPr>
        <w:t xml:space="preserve"> </w:t>
      </w:r>
      <w:proofErr w:type="spellStart"/>
      <w:r>
        <w:rPr>
          <w:sz w:val="22"/>
        </w:rPr>
        <w:t>қолмен</w:t>
      </w:r>
      <w:proofErr w:type="spellEnd"/>
      <w:r>
        <w:rPr>
          <w:sz w:val="22"/>
        </w:rPr>
        <w:t xml:space="preserve"> </w:t>
      </w:r>
      <w:proofErr w:type="spellStart"/>
      <w:r>
        <w:rPr>
          <w:sz w:val="22"/>
        </w:rPr>
        <w:t>немесе</w:t>
      </w:r>
      <w:proofErr w:type="spellEnd"/>
      <w:r>
        <w:rPr>
          <w:sz w:val="22"/>
        </w:rPr>
        <w:t xml:space="preserve"> </w:t>
      </w:r>
      <w:proofErr w:type="spellStart"/>
      <w:r>
        <w:rPr>
          <w:sz w:val="22"/>
        </w:rPr>
        <w:t>шағын</w:t>
      </w:r>
      <w:proofErr w:type="spellEnd"/>
      <w:r>
        <w:rPr>
          <w:sz w:val="22"/>
        </w:rPr>
        <w:t xml:space="preserve"> </w:t>
      </w:r>
      <w:proofErr w:type="spellStart"/>
      <w:r>
        <w:rPr>
          <w:sz w:val="22"/>
        </w:rPr>
        <w:t>механикаландыру</w:t>
      </w:r>
      <w:proofErr w:type="spellEnd"/>
      <w:r>
        <w:rPr>
          <w:sz w:val="22"/>
        </w:rPr>
        <w:t xml:space="preserve"> </w:t>
      </w:r>
      <w:proofErr w:type="spellStart"/>
      <w:r>
        <w:rPr>
          <w:sz w:val="22"/>
        </w:rPr>
        <w:t>құралдарымен</w:t>
      </w:r>
      <w:proofErr w:type="spellEnd"/>
      <w:r>
        <w:rPr>
          <w:sz w:val="22"/>
        </w:rPr>
        <w:t xml:space="preserve"> </w:t>
      </w:r>
      <w:proofErr w:type="spellStart"/>
      <w:r>
        <w:rPr>
          <w:sz w:val="22"/>
        </w:rPr>
        <w:t>орындалады</w:t>
      </w:r>
      <w:proofErr w:type="spellEnd"/>
      <w:r>
        <w:rPr>
          <w:sz w:val="22"/>
        </w:rPr>
        <w:t xml:space="preserve">. </w:t>
      </w:r>
      <w:proofErr w:type="spellStart"/>
      <w:r>
        <w:rPr>
          <w:sz w:val="22"/>
        </w:rPr>
        <w:t>Мұндай</w:t>
      </w:r>
      <w:proofErr w:type="spellEnd"/>
      <w:r>
        <w:rPr>
          <w:sz w:val="22"/>
        </w:rPr>
        <w:t xml:space="preserve"> </w:t>
      </w:r>
      <w:proofErr w:type="spellStart"/>
      <w:r>
        <w:rPr>
          <w:sz w:val="22"/>
        </w:rPr>
        <w:t>жұмыстар</w:t>
      </w:r>
      <w:proofErr w:type="spellEnd"/>
      <w:r>
        <w:rPr>
          <w:sz w:val="22"/>
        </w:rPr>
        <w:t xml:space="preserve"> </w:t>
      </w:r>
      <w:proofErr w:type="spellStart"/>
      <w:r>
        <w:rPr>
          <w:sz w:val="22"/>
        </w:rPr>
        <w:t>жеке</w:t>
      </w:r>
      <w:proofErr w:type="spellEnd"/>
      <w:r>
        <w:rPr>
          <w:sz w:val="22"/>
        </w:rPr>
        <w:t xml:space="preserve"> </w:t>
      </w:r>
      <w:proofErr w:type="spellStart"/>
      <w:r>
        <w:rPr>
          <w:sz w:val="22"/>
        </w:rPr>
        <w:t>қосымша</w:t>
      </w:r>
      <w:proofErr w:type="spellEnd"/>
      <w:r>
        <w:rPr>
          <w:sz w:val="22"/>
        </w:rPr>
        <w:t xml:space="preserve"> </w:t>
      </w:r>
      <w:proofErr w:type="spellStart"/>
      <w:r>
        <w:rPr>
          <w:sz w:val="22"/>
        </w:rPr>
        <w:t>төлемге</w:t>
      </w:r>
      <w:proofErr w:type="spellEnd"/>
      <w:r>
        <w:rPr>
          <w:sz w:val="22"/>
        </w:rPr>
        <w:t xml:space="preserve"> </w:t>
      </w:r>
      <w:proofErr w:type="spellStart"/>
      <w:r>
        <w:rPr>
          <w:sz w:val="22"/>
        </w:rPr>
        <w:t>негіз</w:t>
      </w:r>
      <w:proofErr w:type="spellEnd"/>
      <w:r>
        <w:rPr>
          <w:sz w:val="22"/>
        </w:rPr>
        <w:t xml:space="preserve"> </w:t>
      </w:r>
      <w:proofErr w:type="spellStart"/>
      <w:r>
        <w:rPr>
          <w:sz w:val="22"/>
        </w:rPr>
        <w:t>болып</w:t>
      </w:r>
      <w:proofErr w:type="spellEnd"/>
      <w:r>
        <w:rPr>
          <w:sz w:val="22"/>
        </w:rPr>
        <w:t xml:space="preserve"> </w:t>
      </w:r>
      <w:proofErr w:type="spellStart"/>
      <w:r>
        <w:rPr>
          <w:sz w:val="22"/>
        </w:rPr>
        <w:t>табылмайды</w:t>
      </w:r>
      <w:proofErr w:type="spellEnd"/>
      <w:r>
        <w:rPr>
          <w:sz w:val="22"/>
        </w:rPr>
        <w:t>.</w:t>
      </w:r>
    </w:p>
    <w:p w14:paraId="50C941C1" w14:textId="77777777" w:rsidR="00164E8D" w:rsidRDefault="00960395">
      <w:pPr>
        <w:spacing w:line="240" w:lineRule="auto"/>
        <w:jc w:val="both"/>
      </w:pPr>
      <w:r>
        <w:rPr>
          <w:sz w:val="22"/>
        </w:rPr>
        <w:t xml:space="preserve">51. </w:t>
      </w:r>
      <w:proofErr w:type="spellStart"/>
      <w:r>
        <w:rPr>
          <w:sz w:val="22"/>
        </w:rPr>
        <w:t>Іргетастарды</w:t>
      </w:r>
      <w:proofErr w:type="spellEnd"/>
      <w:r>
        <w:rPr>
          <w:sz w:val="22"/>
        </w:rPr>
        <w:t xml:space="preserve"> </w:t>
      </w:r>
      <w:proofErr w:type="spellStart"/>
      <w:r>
        <w:rPr>
          <w:sz w:val="22"/>
        </w:rPr>
        <w:t>толық</w:t>
      </w:r>
      <w:proofErr w:type="spellEnd"/>
      <w:r>
        <w:rPr>
          <w:sz w:val="22"/>
        </w:rPr>
        <w:t xml:space="preserve"> </w:t>
      </w:r>
      <w:proofErr w:type="spellStart"/>
      <w:r>
        <w:rPr>
          <w:sz w:val="22"/>
        </w:rPr>
        <w:t>жою</w:t>
      </w:r>
      <w:proofErr w:type="spellEnd"/>
      <w:r>
        <w:rPr>
          <w:sz w:val="22"/>
        </w:rPr>
        <w:t xml:space="preserve">. </w:t>
      </w:r>
      <w:proofErr w:type="spellStart"/>
      <w:r>
        <w:rPr>
          <w:sz w:val="22"/>
        </w:rPr>
        <w:t>Жер</w:t>
      </w:r>
      <w:proofErr w:type="spellEnd"/>
      <w:r>
        <w:rPr>
          <w:sz w:val="22"/>
        </w:rPr>
        <w:t xml:space="preserve"> </w:t>
      </w:r>
      <w:proofErr w:type="spellStart"/>
      <w:r>
        <w:rPr>
          <w:sz w:val="22"/>
        </w:rPr>
        <w:t>деңгейінен</w:t>
      </w:r>
      <w:proofErr w:type="spellEnd"/>
      <w:r>
        <w:rPr>
          <w:sz w:val="22"/>
        </w:rPr>
        <w:t xml:space="preserve"> </w:t>
      </w:r>
      <w:proofErr w:type="spellStart"/>
      <w:r>
        <w:rPr>
          <w:sz w:val="22"/>
        </w:rPr>
        <w:t>төмен</w:t>
      </w:r>
      <w:proofErr w:type="spellEnd"/>
      <w:r>
        <w:rPr>
          <w:sz w:val="22"/>
        </w:rPr>
        <w:t xml:space="preserve"> </w:t>
      </w:r>
      <w:proofErr w:type="spellStart"/>
      <w:r>
        <w:rPr>
          <w:sz w:val="22"/>
        </w:rPr>
        <w:t>орналасқан</w:t>
      </w:r>
      <w:proofErr w:type="spellEnd"/>
      <w:r>
        <w:rPr>
          <w:sz w:val="22"/>
        </w:rPr>
        <w:t xml:space="preserve"> </w:t>
      </w:r>
      <w:proofErr w:type="spellStart"/>
      <w:r>
        <w:rPr>
          <w:sz w:val="22"/>
        </w:rPr>
        <w:t>фундаменттер</w:t>
      </w:r>
      <w:proofErr w:type="spellEnd"/>
      <w:r>
        <w:rPr>
          <w:sz w:val="22"/>
        </w:rPr>
        <w:t xml:space="preserve">, </w:t>
      </w:r>
      <w:proofErr w:type="spellStart"/>
      <w:r>
        <w:rPr>
          <w:sz w:val="22"/>
        </w:rPr>
        <w:t>ростверктер</w:t>
      </w:r>
      <w:proofErr w:type="spellEnd"/>
      <w:r>
        <w:rPr>
          <w:sz w:val="22"/>
        </w:rPr>
        <w:t xml:space="preserve">, </w:t>
      </w:r>
      <w:proofErr w:type="spellStart"/>
      <w:r>
        <w:rPr>
          <w:sz w:val="22"/>
        </w:rPr>
        <w:t>бетон</w:t>
      </w:r>
      <w:proofErr w:type="spellEnd"/>
      <w:r>
        <w:rPr>
          <w:sz w:val="22"/>
        </w:rPr>
        <w:t xml:space="preserve"> </w:t>
      </w:r>
      <w:proofErr w:type="spellStart"/>
      <w:r>
        <w:rPr>
          <w:sz w:val="22"/>
        </w:rPr>
        <w:t>блоктары</w:t>
      </w:r>
      <w:proofErr w:type="spellEnd"/>
      <w:r>
        <w:rPr>
          <w:sz w:val="22"/>
        </w:rPr>
        <w:t xml:space="preserve">, </w:t>
      </w:r>
      <w:proofErr w:type="spellStart"/>
      <w:r>
        <w:rPr>
          <w:sz w:val="22"/>
        </w:rPr>
        <w:t>тіреу</w:t>
      </w:r>
      <w:proofErr w:type="spellEnd"/>
      <w:r>
        <w:rPr>
          <w:sz w:val="22"/>
        </w:rPr>
        <w:t xml:space="preserve"> </w:t>
      </w:r>
      <w:proofErr w:type="spellStart"/>
      <w:r>
        <w:rPr>
          <w:sz w:val="22"/>
        </w:rPr>
        <w:t>табандары</w:t>
      </w:r>
      <w:proofErr w:type="spellEnd"/>
      <w:r>
        <w:rPr>
          <w:sz w:val="22"/>
        </w:rPr>
        <w:t xml:space="preserve">, </w:t>
      </w:r>
      <w:proofErr w:type="spellStart"/>
      <w:r>
        <w:rPr>
          <w:sz w:val="22"/>
        </w:rPr>
        <w:t>арматура</w:t>
      </w:r>
      <w:proofErr w:type="spellEnd"/>
      <w:r>
        <w:rPr>
          <w:sz w:val="22"/>
        </w:rPr>
        <w:t xml:space="preserve">, </w:t>
      </w:r>
      <w:proofErr w:type="spellStart"/>
      <w:r>
        <w:rPr>
          <w:sz w:val="22"/>
        </w:rPr>
        <w:t>анкерлік</w:t>
      </w:r>
      <w:proofErr w:type="spellEnd"/>
      <w:r>
        <w:rPr>
          <w:sz w:val="22"/>
        </w:rPr>
        <w:t xml:space="preserve"> </w:t>
      </w:r>
      <w:proofErr w:type="spellStart"/>
      <w:r>
        <w:rPr>
          <w:sz w:val="22"/>
        </w:rPr>
        <w:t>бөлшектер</w:t>
      </w:r>
      <w:proofErr w:type="spellEnd"/>
      <w:r>
        <w:rPr>
          <w:sz w:val="22"/>
        </w:rPr>
        <w:t xml:space="preserve"> </w:t>
      </w:r>
      <w:proofErr w:type="spellStart"/>
      <w:r>
        <w:rPr>
          <w:sz w:val="22"/>
        </w:rPr>
        <w:t>және</w:t>
      </w:r>
      <w:proofErr w:type="spellEnd"/>
      <w:r>
        <w:rPr>
          <w:sz w:val="22"/>
        </w:rPr>
        <w:t xml:space="preserve"> </w:t>
      </w:r>
      <w:proofErr w:type="spellStart"/>
      <w:r>
        <w:rPr>
          <w:sz w:val="22"/>
        </w:rPr>
        <w:t>басқа</w:t>
      </w:r>
      <w:proofErr w:type="spellEnd"/>
      <w:r>
        <w:rPr>
          <w:sz w:val="22"/>
        </w:rPr>
        <w:t xml:space="preserve"> </w:t>
      </w:r>
      <w:proofErr w:type="spellStart"/>
      <w:r>
        <w:rPr>
          <w:sz w:val="22"/>
        </w:rPr>
        <w:t>көмілген</w:t>
      </w:r>
      <w:proofErr w:type="spellEnd"/>
      <w:r>
        <w:rPr>
          <w:sz w:val="22"/>
        </w:rPr>
        <w:t xml:space="preserve"> </w:t>
      </w:r>
      <w:proofErr w:type="spellStart"/>
      <w:r>
        <w:rPr>
          <w:sz w:val="22"/>
        </w:rPr>
        <w:t>конструкциялар</w:t>
      </w:r>
      <w:proofErr w:type="spellEnd"/>
      <w:r>
        <w:rPr>
          <w:sz w:val="22"/>
        </w:rPr>
        <w:t xml:space="preserve"> </w:t>
      </w:r>
      <w:proofErr w:type="spellStart"/>
      <w:r>
        <w:rPr>
          <w:sz w:val="22"/>
        </w:rPr>
        <w:t>толық</w:t>
      </w:r>
      <w:proofErr w:type="spellEnd"/>
      <w:r>
        <w:rPr>
          <w:sz w:val="22"/>
        </w:rPr>
        <w:t xml:space="preserve"> </w:t>
      </w:r>
      <w:proofErr w:type="spellStart"/>
      <w:r>
        <w:rPr>
          <w:sz w:val="22"/>
        </w:rPr>
        <w:t>шығарылуға</w:t>
      </w:r>
      <w:proofErr w:type="spellEnd"/>
      <w:r>
        <w:rPr>
          <w:sz w:val="22"/>
        </w:rPr>
        <w:t xml:space="preserve"> </w:t>
      </w:r>
      <w:proofErr w:type="spellStart"/>
      <w:r>
        <w:rPr>
          <w:sz w:val="22"/>
        </w:rPr>
        <w:t>тиіс</w:t>
      </w:r>
      <w:proofErr w:type="spellEnd"/>
      <w:r>
        <w:rPr>
          <w:sz w:val="22"/>
        </w:rPr>
        <w:t xml:space="preserve">. </w:t>
      </w:r>
      <w:proofErr w:type="spellStart"/>
      <w:r>
        <w:rPr>
          <w:sz w:val="22"/>
        </w:rPr>
        <w:t>Тапсырыс</w:t>
      </w:r>
      <w:proofErr w:type="spellEnd"/>
      <w:r>
        <w:rPr>
          <w:sz w:val="22"/>
        </w:rPr>
        <w:t xml:space="preserve"> </w:t>
      </w:r>
      <w:proofErr w:type="spellStart"/>
      <w:r>
        <w:rPr>
          <w:sz w:val="22"/>
        </w:rPr>
        <w:t>берушінің</w:t>
      </w:r>
      <w:proofErr w:type="spellEnd"/>
      <w:r>
        <w:rPr>
          <w:sz w:val="22"/>
        </w:rPr>
        <w:t xml:space="preserve"> </w:t>
      </w:r>
      <w:proofErr w:type="spellStart"/>
      <w:r>
        <w:rPr>
          <w:sz w:val="22"/>
        </w:rPr>
        <w:t>жазбаша</w:t>
      </w:r>
      <w:proofErr w:type="spellEnd"/>
      <w:r>
        <w:rPr>
          <w:sz w:val="22"/>
        </w:rPr>
        <w:t xml:space="preserve"> </w:t>
      </w:r>
      <w:proofErr w:type="spellStart"/>
      <w:r>
        <w:rPr>
          <w:sz w:val="22"/>
        </w:rPr>
        <w:t>келісімінсіз</w:t>
      </w:r>
      <w:proofErr w:type="spellEnd"/>
      <w:r>
        <w:rPr>
          <w:sz w:val="22"/>
        </w:rPr>
        <w:t xml:space="preserve"> </w:t>
      </w:r>
      <w:proofErr w:type="spellStart"/>
      <w:r>
        <w:rPr>
          <w:sz w:val="22"/>
        </w:rPr>
        <w:t>фундаменттің</w:t>
      </w:r>
      <w:proofErr w:type="spellEnd"/>
      <w:r>
        <w:rPr>
          <w:sz w:val="22"/>
        </w:rPr>
        <w:t xml:space="preserve"> </w:t>
      </w:r>
      <w:proofErr w:type="spellStart"/>
      <w:r>
        <w:rPr>
          <w:sz w:val="22"/>
        </w:rPr>
        <w:t>немесе</w:t>
      </w:r>
      <w:proofErr w:type="spellEnd"/>
      <w:r>
        <w:rPr>
          <w:sz w:val="22"/>
        </w:rPr>
        <w:t xml:space="preserve"> </w:t>
      </w:r>
      <w:proofErr w:type="spellStart"/>
      <w:r>
        <w:rPr>
          <w:sz w:val="22"/>
        </w:rPr>
        <w:t>бетонның</w:t>
      </w:r>
      <w:proofErr w:type="spellEnd"/>
      <w:r>
        <w:rPr>
          <w:sz w:val="22"/>
        </w:rPr>
        <w:t xml:space="preserve"> </w:t>
      </w:r>
      <w:proofErr w:type="spellStart"/>
      <w:r>
        <w:rPr>
          <w:sz w:val="22"/>
        </w:rPr>
        <w:t>қандай</w:t>
      </w:r>
      <w:proofErr w:type="spellEnd"/>
      <w:r>
        <w:rPr>
          <w:sz w:val="22"/>
        </w:rPr>
        <w:t xml:space="preserve"> </w:t>
      </w:r>
      <w:proofErr w:type="spellStart"/>
      <w:r>
        <w:rPr>
          <w:sz w:val="22"/>
        </w:rPr>
        <w:t>да</w:t>
      </w:r>
      <w:proofErr w:type="spellEnd"/>
      <w:r>
        <w:rPr>
          <w:sz w:val="22"/>
        </w:rPr>
        <w:t xml:space="preserve"> </w:t>
      </w:r>
      <w:proofErr w:type="spellStart"/>
      <w:r>
        <w:rPr>
          <w:sz w:val="22"/>
        </w:rPr>
        <w:t>бір</w:t>
      </w:r>
      <w:proofErr w:type="spellEnd"/>
      <w:r>
        <w:rPr>
          <w:sz w:val="22"/>
        </w:rPr>
        <w:t xml:space="preserve"> </w:t>
      </w:r>
      <w:proofErr w:type="spellStart"/>
      <w:r>
        <w:rPr>
          <w:sz w:val="22"/>
        </w:rPr>
        <w:t>бөлігін</w:t>
      </w:r>
      <w:proofErr w:type="spellEnd"/>
      <w:r>
        <w:rPr>
          <w:sz w:val="22"/>
        </w:rPr>
        <w:t xml:space="preserve"> </w:t>
      </w:r>
      <w:proofErr w:type="spellStart"/>
      <w:r>
        <w:rPr>
          <w:sz w:val="22"/>
        </w:rPr>
        <w:t>топырақ</w:t>
      </w:r>
      <w:proofErr w:type="spellEnd"/>
      <w:r>
        <w:rPr>
          <w:sz w:val="22"/>
        </w:rPr>
        <w:t xml:space="preserve"> </w:t>
      </w:r>
      <w:proofErr w:type="spellStart"/>
      <w:r>
        <w:rPr>
          <w:sz w:val="22"/>
        </w:rPr>
        <w:t>астында</w:t>
      </w:r>
      <w:proofErr w:type="spellEnd"/>
      <w:r>
        <w:rPr>
          <w:sz w:val="22"/>
        </w:rPr>
        <w:t xml:space="preserve"> </w:t>
      </w:r>
      <w:proofErr w:type="spellStart"/>
      <w:r>
        <w:rPr>
          <w:sz w:val="22"/>
        </w:rPr>
        <w:t>қалдыруға</w:t>
      </w:r>
      <w:proofErr w:type="spellEnd"/>
      <w:r>
        <w:rPr>
          <w:sz w:val="22"/>
        </w:rPr>
        <w:t xml:space="preserve"> </w:t>
      </w:r>
      <w:proofErr w:type="spellStart"/>
      <w:r>
        <w:rPr>
          <w:sz w:val="22"/>
        </w:rPr>
        <w:t>жол</w:t>
      </w:r>
      <w:proofErr w:type="spellEnd"/>
      <w:r>
        <w:rPr>
          <w:sz w:val="22"/>
        </w:rPr>
        <w:t xml:space="preserve"> </w:t>
      </w:r>
      <w:proofErr w:type="spellStart"/>
      <w:r>
        <w:rPr>
          <w:sz w:val="22"/>
        </w:rPr>
        <w:t>берілмейді</w:t>
      </w:r>
      <w:proofErr w:type="spellEnd"/>
      <w:r>
        <w:rPr>
          <w:sz w:val="22"/>
        </w:rPr>
        <w:t>.</w:t>
      </w:r>
    </w:p>
    <w:p w14:paraId="53EC74A2" w14:textId="77777777" w:rsidR="00164E8D" w:rsidRDefault="00960395">
      <w:pPr>
        <w:spacing w:line="240" w:lineRule="auto"/>
        <w:jc w:val="both"/>
      </w:pPr>
      <w:r>
        <w:rPr>
          <w:sz w:val="22"/>
        </w:rPr>
        <w:t xml:space="preserve">52. </w:t>
      </w:r>
      <w:proofErr w:type="spellStart"/>
      <w:r>
        <w:rPr>
          <w:sz w:val="22"/>
        </w:rPr>
        <w:t>Қазбалар</w:t>
      </w:r>
      <w:proofErr w:type="spellEnd"/>
      <w:r>
        <w:rPr>
          <w:sz w:val="22"/>
        </w:rPr>
        <w:t xml:space="preserve"> </w:t>
      </w:r>
      <w:proofErr w:type="spellStart"/>
      <w:r>
        <w:rPr>
          <w:sz w:val="22"/>
        </w:rPr>
        <w:t>мен</w:t>
      </w:r>
      <w:proofErr w:type="spellEnd"/>
      <w:r>
        <w:rPr>
          <w:sz w:val="22"/>
        </w:rPr>
        <w:t xml:space="preserve"> </w:t>
      </w:r>
      <w:proofErr w:type="spellStart"/>
      <w:r>
        <w:rPr>
          <w:sz w:val="22"/>
        </w:rPr>
        <w:t>тұрақтылық</w:t>
      </w:r>
      <w:proofErr w:type="spellEnd"/>
      <w:r>
        <w:rPr>
          <w:sz w:val="22"/>
        </w:rPr>
        <w:t xml:space="preserve">. </w:t>
      </w:r>
      <w:proofErr w:type="spellStart"/>
      <w:r>
        <w:rPr>
          <w:sz w:val="22"/>
        </w:rPr>
        <w:t>Фундаменттерді</w:t>
      </w:r>
      <w:proofErr w:type="spellEnd"/>
      <w:r>
        <w:rPr>
          <w:sz w:val="22"/>
        </w:rPr>
        <w:t xml:space="preserve"> </w:t>
      </w:r>
      <w:proofErr w:type="spellStart"/>
      <w:r>
        <w:rPr>
          <w:sz w:val="22"/>
        </w:rPr>
        <w:t>алу</w:t>
      </w:r>
      <w:proofErr w:type="spellEnd"/>
      <w:r>
        <w:rPr>
          <w:sz w:val="22"/>
        </w:rPr>
        <w:t xml:space="preserve"> </w:t>
      </w:r>
      <w:proofErr w:type="spellStart"/>
      <w:r>
        <w:rPr>
          <w:sz w:val="22"/>
        </w:rPr>
        <w:t>кезінде</w:t>
      </w:r>
      <w:proofErr w:type="spellEnd"/>
      <w:r>
        <w:rPr>
          <w:sz w:val="22"/>
        </w:rPr>
        <w:t xml:space="preserve"> </w:t>
      </w:r>
      <w:proofErr w:type="spellStart"/>
      <w:r>
        <w:rPr>
          <w:sz w:val="22"/>
        </w:rPr>
        <w:t>пайда</w:t>
      </w:r>
      <w:proofErr w:type="spellEnd"/>
      <w:r>
        <w:rPr>
          <w:sz w:val="22"/>
        </w:rPr>
        <w:t xml:space="preserve"> </w:t>
      </w:r>
      <w:proofErr w:type="spellStart"/>
      <w:r>
        <w:rPr>
          <w:sz w:val="22"/>
        </w:rPr>
        <w:t>болған</w:t>
      </w:r>
      <w:proofErr w:type="spellEnd"/>
      <w:r>
        <w:rPr>
          <w:sz w:val="22"/>
        </w:rPr>
        <w:t xml:space="preserve"> </w:t>
      </w:r>
      <w:proofErr w:type="spellStart"/>
      <w:r>
        <w:rPr>
          <w:sz w:val="22"/>
        </w:rPr>
        <w:t>қазбалардың</w:t>
      </w:r>
      <w:proofErr w:type="spellEnd"/>
      <w:r>
        <w:rPr>
          <w:sz w:val="22"/>
        </w:rPr>
        <w:t xml:space="preserve"> </w:t>
      </w:r>
      <w:proofErr w:type="spellStart"/>
      <w:r>
        <w:rPr>
          <w:sz w:val="22"/>
        </w:rPr>
        <w:t>қабырғаларының</w:t>
      </w:r>
      <w:proofErr w:type="spellEnd"/>
      <w:r>
        <w:rPr>
          <w:sz w:val="22"/>
        </w:rPr>
        <w:t xml:space="preserve"> </w:t>
      </w:r>
      <w:proofErr w:type="spellStart"/>
      <w:r>
        <w:rPr>
          <w:sz w:val="22"/>
        </w:rPr>
        <w:t>опырылуына</w:t>
      </w:r>
      <w:proofErr w:type="spellEnd"/>
      <w:r>
        <w:rPr>
          <w:sz w:val="22"/>
        </w:rPr>
        <w:t xml:space="preserve">, </w:t>
      </w:r>
      <w:proofErr w:type="spellStart"/>
      <w:r>
        <w:rPr>
          <w:sz w:val="22"/>
        </w:rPr>
        <w:t>көршілес</w:t>
      </w:r>
      <w:proofErr w:type="spellEnd"/>
      <w:r>
        <w:rPr>
          <w:sz w:val="22"/>
        </w:rPr>
        <w:t xml:space="preserve"> </w:t>
      </w:r>
      <w:proofErr w:type="spellStart"/>
      <w:r>
        <w:rPr>
          <w:sz w:val="22"/>
        </w:rPr>
        <w:t>жабындар</w:t>
      </w:r>
      <w:proofErr w:type="spellEnd"/>
      <w:r>
        <w:rPr>
          <w:sz w:val="22"/>
        </w:rPr>
        <w:t xml:space="preserve"> </w:t>
      </w:r>
      <w:proofErr w:type="spellStart"/>
      <w:r>
        <w:rPr>
          <w:sz w:val="22"/>
        </w:rPr>
        <w:t>мен</w:t>
      </w:r>
      <w:proofErr w:type="spellEnd"/>
      <w:r>
        <w:rPr>
          <w:sz w:val="22"/>
        </w:rPr>
        <w:t xml:space="preserve"> </w:t>
      </w:r>
      <w:proofErr w:type="spellStart"/>
      <w:r>
        <w:rPr>
          <w:sz w:val="22"/>
        </w:rPr>
        <w:t>құрылыстардың</w:t>
      </w:r>
      <w:proofErr w:type="spellEnd"/>
      <w:r>
        <w:rPr>
          <w:sz w:val="22"/>
        </w:rPr>
        <w:t xml:space="preserve"> </w:t>
      </w:r>
      <w:proofErr w:type="spellStart"/>
      <w:r>
        <w:rPr>
          <w:sz w:val="22"/>
        </w:rPr>
        <w:t>отыруына</w:t>
      </w:r>
      <w:proofErr w:type="spellEnd"/>
      <w:r>
        <w:rPr>
          <w:sz w:val="22"/>
        </w:rPr>
        <w:t xml:space="preserve"> </w:t>
      </w:r>
      <w:proofErr w:type="spellStart"/>
      <w:r>
        <w:rPr>
          <w:sz w:val="22"/>
        </w:rPr>
        <w:t>жол</w:t>
      </w:r>
      <w:proofErr w:type="spellEnd"/>
      <w:r>
        <w:rPr>
          <w:sz w:val="22"/>
        </w:rPr>
        <w:t xml:space="preserve"> </w:t>
      </w:r>
      <w:proofErr w:type="spellStart"/>
      <w:r>
        <w:rPr>
          <w:sz w:val="22"/>
        </w:rPr>
        <w:t>бермеу</w:t>
      </w:r>
      <w:proofErr w:type="spellEnd"/>
      <w:r>
        <w:rPr>
          <w:sz w:val="22"/>
        </w:rPr>
        <w:t xml:space="preserve"> </w:t>
      </w:r>
      <w:proofErr w:type="spellStart"/>
      <w:r>
        <w:rPr>
          <w:sz w:val="22"/>
        </w:rPr>
        <w:t>үшін</w:t>
      </w:r>
      <w:proofErr w:type="spellEnd"/>
      <w:r>
        <w:rPr>
          <w:sz w:val="22"/>
        </w:rPr>
        <w:t xml:space="preserve"> </w:t>
      </w:r>
      <w:proofErr w:type="spellStart"/>
      <w:r>
        <w:rPr>
          <w:sz w:val="22"/>
        </w:rPr>
        <w:t>қажетті</w:t>
      </w:r>
      <w:proofErr w:type="spellEnd"/>
      <w:r>
        <w:rPr>
          <w:sz w:val="22"/>
        </w:rPr>
        <w:t xml:space="preserve"> </w:t>
      </w:r>
      <w:proofErr w:type="spellStart"/>
      <w:r>
        <w:rPr>
          <w:sz w:val="22"/>
        </w:rPr>
        <w:t>еңістер</w:t>
      </w:r>
      <w:proofErr w:type="spellEnd"/>
      <w:r>
        <w:rPr>
          <w:sz w:val="22"/>
        </w:rPr>
        <w:t xml:space="preserve">, </w:t>
      </w:r>
      <w:proofErr w:type="spellStart"/>
      <w:r>
        <w:rPr>
          <w:sz w:val="22"/>
        </w:rPr>
        <w:t>уақытша</w:t>
      </w:r>
      <w:proofErr w:type="spellEnd"/>
      <w:r>
        <w:rPr>
          <w:sz w:val="22"/>
        </w:rPr>
        <w:t xml:space="preserve"> </w:t>
      </w:r>
      <w:proofErr w:type="spellStart"/>
      <w:r>
        <w:rPr>
          <w:sz w:val="22"/>
        </w:rPr>
        <w:t>бекітулер</w:t>
      </w:r>
      <w:proofErr w:type="spellEnd"/>
      <w:r>
        <w:rPr>
          <w:sz w:val="22"/>
        </w:rPr>
        <w:t xml:space="preserve">, </w:t>
      </w:r>
      <w:proofErr w:type="spellStart"/>
      <w:r>
        <w:rPr>
          <w:sz w:val="22"/>
        </w:rPr>
        <w:t>кезектілік</w:t>
      </w:r>
      <w:proofErr w:type="spellEnd"/>
      <w:r>
        <w:rPr>
          <w:sz w:val="22"/>
        </w:rPr>
        <w:t xml:space="preserve"> </w:t>
      </w:r>
      <w:proofErr w:type="spellStart"/>
      <w:r>
        <w:rPr>
          <w:sz w:val="22"/>
        </w:rPr>
        <w:t>және</w:t>
      </w:r>
      <w:proofErr w:type="spellEnd"/>
      <w:r>
        <w:rPr>
          <w:sz w:val="22"/>
        </w:rPr>
        <w:t xml:space="preserve"> </w:t>
      </w:r>
      <w:proofErr w:type="spellStart"/>
      <w:r>
        <w:rPr>
          <w:sz w:val="22"/>
        </w:rPr>
        <w:t>қауіпсіз</w:t>
      </w:r>
      <w:proofErr w:type="spellEnd"/>
      <w:r>
        <w:rPr>
          <w:sz w:val="22"/>
        </w:rPr>
        <w:t xml:space="preserve"> </w:t>
      </w:r>
      <w:proofErr w:type="spellStart"/>
      <w:r>
        <w:rPr>
          <w:sz w:val="22"/>
        </w:rPr>
        <w:t>арақашықтық</w:t>
      </w:r>
      <w:proofErr w:type="spellEnd"/>
      <w:r>
        <w:rPr>
          <w:sz w:val="22"/>
        </w:rPr>
        <w:t xml:space="preserve"> </w:t>
      </w:r>
      <w:proofErr w:type="spellStart"/>
      <w:r>
        <w:rPr>
          <w:sz w:val="22"/>
        </w:rPr>
        <w:t>қамтамасыз</w:t>
      </w:r>
      <w:proofErr w:type="spellEnd"/>
      <w:r>
        <w:rPr>
          <w:sz w:val="22"/>
        </w:rPr>
        <w:t xml:space="preserve"> </w:t>
      </w:r>
      <w:proofErr w:type="spellStart"/>
      <w:r>
        <w:rPr>
          <w:sz w:val="22"/>
        </w:rPr>
        <w:t>етіледі</w:t>
      </w:r>
      <w:proofErr w:type="spellEnd"/>
      <w:r>
        <w:rPr>
          <w:sz w:val="22"/>
        </w:rPr>
        <w:t xml:space="preserve">. </w:t>
      </w:r>
      <w:proofErr w:type="spellStart"/>
      <w:r>
        <w:rPr>
          <w:sz w:val="22"/>
        </w:rPr>
        <w:t>Су</w:t>
      </w:r>
      <w:proofErr w:type="spellEnd"/>
      <w:r>
        <w:rPr>
          <w:sz w:val="22"/>
        </w:rPr>
        <w:t xml:space="preserve"> </w:t>
      </w:r>
      <w:proofErr w:type="spellStart"/>
      <w:r>
        <w:rPr>
          <w:sz w:val="22"/>
        </w:rPr>
        <w:t>жиналған</w:t>
      </w:r>
      <w:proofErr w:type="spellEnd"/>
      <w:r>
        <w:rPr>
          <w:sz w:val="22"/>
        </w:rPr>
        <w:t xml:space="preserve"> </w:t>
      </w:r>
      <w:proofErr w:type="spellStart"/>
      <w:r>
        <w:rPr>
          <w:sz w:val="22"/>
        </w:rPr>
        <w:t>жағдайда</w:t>
      </w:r>
      <w:proofErr w:type="spellEnd"/>
      <w:r>
        <w:rPr>
          <w:sz w:val="22"/>
        </w:rPr>
        <w:t xml:space="preserve"> </w:t>
      </w:r>
      <w:proofErr w:type="spellStart"/>
      <w:r>
        <w:rPr>
          <w:sz w:val="22"/>
        </w:rPr>
        <w:t>оны</w:t>
      </w:r>
      <w:proofErr w:type="spellEnd"/>
      <w:r>
        <w:rPr>
          <w:sz w:val="22"/>
        </w:rPr>
        <w:t xml:space="preserve"> </w:t>
      </w:r>
      <w:proofErr w:type="spellStart"/>
      <w:r>
        <w:rPr>
          <w:sz w:val="22"/>
        </w:rPr>
        <w:t>сорып</w:t>
      </w:r>
      <w:proofErr w:type="spellEnd"/>
      <w:r>
        <w:rPr>
          <w:sz w:val="22"/>
        </w:rPr>
        <w:t xml:space="preserve"> </w:t>
      </w:r>
      <w:proofErr w:type="spellStart"/>
      <w:r>
        <w:rPr>
          <w:sz w:val="22"/>
        </w:rPr>
        <w:t>шығару</w:t>
      </w:r>
      <w:proofErr w:type="spellEnd"/>
      <w:r>
        <w:rPr>
          <w:sz w:val="22"/>
        </w:rPr>
        <w:t xml:space="preserve"> </w:t>
      </w:r>
      <w:proofErr w:type="spellStart"/>
      <w:r>
        <w:rPr>
          <w:sz w:val="22"/>
        </w:rPr>
        <w:t>және</w:t>
      </w:r>
      <w:proofErr w:type="spellEnd"/>
      <w:r>
        <w:rPr>
          <w:sz w:val="22"/>
        </w:rPr>
        <w:t xml:space="preserve"> </w:t>
      </w:r>
      <w:proofErr w:type="spellStart"/>
      <w:r>
        <w:rPr>
          <w:sz w:val="22"/>
        </w:rPr>
        <w:t>негізді</w:t>
      </w:r>
      <w:proofErr w:type="spellEnd"/>
      <w:r>
        <w:rPr>
          <w:sz w:val="22"/>
        </w:rPr>
        <w:t xml:space="preserve"> </w:t>
      </w:r>
      <w:proofErr w:type="spellStart"/>
      <w:r>
        <w:rPr>
          <w:sz w:val="22"/>
        </w:rPr>
        <w:t>кептіру</w:t>
      </w:r>
      <w:proofErr w:type="spellEnd"/>
      <w:r>
        <w:rPr>
          <w:sz w:val="22"/>
        </w:rPr>
        <w:t xml:space="preserve"> </w:t>
      </w:r>
      <w:proofErr w:type="spellStart"/>
      <w:r>
        <w:rPr>
          <w:sz w:val="22"/>
        </w:rPr>
        <w:t>Мердігер</w:t>
      </w:r>
      <w:proofErr w:type="spellEnd"/>
      <w:r>
        <w:rPr>
          <w:sz w:val="22"/>
        </w:rPr>
        <w:t xml:space="preserve"> </w:t>
      </w:r>
      <w:proofErr w:type="spellStart"/>
      <w:r>
        <w:rPr>
          <w:sz w:val="22"/>
        </w:rPr>
        <w:t>есебінен</w:t>
      </w:r>
      <w:proofErr w:type="spellEnd"/>
      <w:r>
        <w:rPr>
          <w:sz w:val="22"/>
        </w:rPr>
        <w:t xml:space="preserve"> </w:t>
      </w:r>
      <w:proofErr w:type="spellStart"/>
      <w:r>
        <w:rPr>
          <w:sz w:val="22"/>
        </w:rPr>
        <w:t>орындалады</w:t>
      </w:r>
      <w:proofErr w:type="spellEnd"/>
      <w:r>
        <w:rPr>
          <w:sz w:val="22"/>
        </w:rPr>
        <w:t>.</w:t>
      </w:r>
    </w:p>
    <w:p w14:paraId="31435DCB" w14:textId="77777777" w:rsidR="00164E8D" w:rsidRDefault="00960395">
      <w:pPr>
        <w:spacing w:line="240" w:lineRule="auto"/>
        <w:jc w:val="both"/>
      </w:pPr>
      <w:r>
        <w:rPr>
          <w:sz w:val="22"/>
        </w:rPr>
        <w:t xml:space="preserve">53. </w:t>
      </w:r>
      <w:proofErr w:type="spellStart"/>
      <w:r>
        <w:rPr>
          <w:sz w:val="22"/>
        </w:rPr>
        <w:t>Қалдықтардың</w:t>
      </w:r>
      <w:proofErr w:type="spellEnd"/>
      <w:r>
        <w:rPr>
          <w:sz w:val="22"/>
        </w:rPr>
        <w:t xml:space="preserve"> </w:t>
      </w:r>
      <w:proofErr w:type="spellStart"/>
      <w:r>
        <w:rPr>
          <w:sz w:val="22"/>
        </w:rPr>
        <w:t>көлемі</w:t>
      </w:r>
      <w:proofErr w:type="spellEnd"/>
      <w:r>
        <w:rPr>
          <w:sz w:val="22"/>
        </w:rPr>
        <w:t xml:space="preserve">. </w:t>
      </w:r>
      <w:proofErr w:type="spellStart"/>
      <w:r>
        <w:rPr>
          <w:sz w:val="22"/>
        </w:rPr>
        <w:t>Бұзу</w:t>
      </w:r>
      <w:proofErr w:type="spellEnd"/>
      <w:r>
        <w:rPr>
          <w:sz w:val="22"/>
        </w:rPr>
        <w:t xml:space="preserve"> </w:t>
      </w:r>
      <w:proofErr w:type="spellStart"/>
      <w:r>
        <w:rPr>
          <w:sz w:val="22"/>
        </w:rPr>
        <w:t>қалдықтарының</w:t>
      </w:r>
      <w:proofErr w:type="spellEnd"/>
      <w:r>
        <w:rPr>
          <w:sz w:val="22"/>
        </w:rPr>
        <w:t xml:space="preserve"> </w:t>
      </w:r>
      <w:proofErr w:type="spellStart"/>
      <w:r>
        <w:rPr>
          <w:sz w:val="22"/>
        </w:rPr>
        <w:t>нақты</w:t>
      </w:r>
      <w:proofErr w:type="spellEnd"/>
      <w:r>
        <w:rPr>
          <w:sz w:val="22"/>
        </w:rPr>
        <w:t xml:space="preserve"> </w:t>
      </w:r>
      <w:proofErr w:type="spellStart"/>
      <w:r>
        <w:rPr>
          <w:sz w:val="22"/>
        </w:rPr>
        <w:t>массасы</w:t>
      </w:r>
      <w:proofErr w:type="spellEnd"/>
      <w:r>
        <w:rPr>
          <w:sz w:val="22"/>
        </w:rPr>
        <w:t xml:space="preserve"> </w:t>
      </w:r>
      <w:proofErr w:type="spellStart"/>
      <w:r>
        <w:rPr>
          <w:sz w:val="22"/>
        </w:rPr>
        <w:t>мен</w:t>
      </w:r>
      <w:proofErr w:type="spellEnd"/>
      <w:r>
        <w:rPr>
          <w:sz w:val="22"/>
        </w:rPr>
        <w:t xml:space="preserve"> </w:t>
      </w:r>
      <w:proofErr w:type="spellStart"/>
      <w:r>
        <w:rPr>
          <w:sz w:val="22"/>
        </w:rPr>
        <w:t>көлемі</w:t>
      </w:r>
      <w:proofErr w:type="spellEnd"/>
      <w:r>
        <w:rPr>
          <w:sz w:val="22"/>
        </w:rPr>
        <w:t xml:space="preserve"> </w:t>
      </w:r>
      <w:proofErr w:type="spellStart"/>
      <w:r>
        <w:rPr>
          <w:sz w:val="22"/>
        </w:rPr>
        <w:t>объектінің</w:t>
      </w:r>
      <w:proofErr w:type="spellEnd"/>
      <w:r>
        <w:rPr>
          <w:sz w:val="22"/>
        </w:rPr>
        <w:t xml:space="preserve"> </w:t>
      </w:r>
      <w:proofErr w:type="spellStart"/>
      <w:r>
        <w:rPr>
          <w:sz w:val="22"/>
        </w:rPr>
        <w:t>нақты</w:t>
      </w:r>
      <w:proofErr w:type="spellEnd"/>
      <w:r>
        <w:rPr>
          <w:sz w:val="22"/>
        </w:rPr>
        <w:t xml:space="preserve"> </w:t>
      </w:r>
      <w:proofErr w:type="spellStart"/>
      <w:r>
        <w:rPr>
          <w:sz w:val="22"/>
        </w:rPr>
        <w:t>конструкцияларына</w:t>
      </w:r>
      <w:proofErr w:type="spellEnd"/>
      <w:r>
        <w:rPr>
          <w:sz w:val="22"/>
        </w:rPr>
        <w:t xml:space="preserve"> </w:t>
      </w:r>
      <w:proofErr w:type="spellStart"/>
      <w:r>
        <w:rPr>
          <w:sz w:val="22"/>
        </w:rPr>
        <w:t>байланысты</w:t>
      </w:r>
      <w:proofErr w:type="spellEnd"/>
      <w:r>
        <w:rPr>
          <w:sz w:val="22"/>
        </w:rPr>
        <w:t xml:space="preserve"> </w:t>
      </w:r>
      <w:proofErr w:type="spellStart"/>
      <w:r>
        <w:rPr>
          <w:sz w:val="22"/>
        </w:rPr>
        <w:t>анықталады</w:t>
      </w:r>
      <w:proofErr w:type="spellEnd"/>
      <w:r>
        <w:rPr>
          <w:sz w:val="22"/>
        </w:rPr>
        <w:t xml:space="preserve">. </w:t>
      </w:r>
      <w:proofErr w:type="spellStart"/>
      <w:r>
        <w:rPr>
          <w:sz w:val="22"/>
        </w:rPr>
        <w:t>Барлық</w:t>
      </w:r>
      <w:proofErr w:type="spellEnd"/>
      <w:r>
        <w:rPr>
          <w:sz w:val="22"/>
        </w:rPr>
        <w:t xml:space="preserve"> </w:t>
      </w:r>
      <w:proofErr w:type="spellStart"/>
      <w:r>
        <w:rPr>
          <w:sz w:val="22"/>
        </w:rPr>
        <w:t>қалдықтарды</w:t>
      </w:r>
      <w:proofErr w:type="spellEnd"/>
      <w:r>
        <w:rPr>
          <w:sz w:val="22"/>
        </w:rPr>
        <w:t xml:space="preserve"> </w:t>
      </w:r>
      <w:proofErr w:type="spellStart"/>
      <w:r>
        <w:rPr>
          <w:sz w:val="22"/>
        </w:rPr>
        <w:t>толық</w:t>
      </w:r>
      <w:proofErr w:type="spellEnd"/>
      <w:r>
        <w:rPr>
          <w:sz w:val="22"/>
        </w:rPr>
        <w:t xml:space="preserve"> </w:t>
      </w:r>
      <w:proofErr w:type="spellStart"/>
      <w:r>
        <w:rPr>
          <w:sz w:val="22"/>
        </w:rPr>
        <w:t>тиеу</w:t>
      </w:r>
      <w:proofErr w:type="spellEnd"/>
      <w:r>
        <w:rPr>
          <w:sz w:val="22"/>
        </w:rPr>
        <w:t xml:space="preserve">, </w:t>
      </w:r>
      <w:proofErr w:type="spellStart"/>
      <w:r>
        <w:rPr>
          <w:sz w:val="22"/>
        </w:rPr>
        <w:t>алаңнан</w:t>
      </w:r>
      <w:proofErr w:type="spellEnd"/>
      <w:r>
        <w:rPr>
          <w:sz w:val="22"/>
        </w:rPr>
        <w:t xml:space="preserve"> </w:t>
      </w:r>
      <w:proofErr w:type="spellStart"/>
      <w:r>
        <w:rPr>
          <w:sz w:val="22"/>
        </w:rPr>
        <w:t>шығару</w:t>
      </w:r>
      <w:proofErr w:type="spellEnd"/>
      <w:r>
        <w:rPr>
          <w:sz w:val="22"/>
        </w:rPr>
        <w:t xml:space="preserve">, </w:t>
      </w:r>
      <w:proofErr w:type="spellStart"/>
      <w:r>
        <w:rPr>
          <w:sz w:val="22"/>
        </w:rPr>
        <w:t>тасымалдау</w:t>
      </w:r>
      <w:proofErr w:type="spellEnd"/>
      <w:r>
        <w:rPr>
          <w:sz w:val="22"/>
        </w:rPr>
        <w:t xml:space="preserve">, </w:t>
      </w:r>
      <w:proofErr w:type="spellStart"/>
      <w:r>
        <w:rPr>
          <w:sz w:val="22"/>
        </w:rPr>
        <w:t>қабылдау</w:t>
      </w:r>
      <w:proofErr w:type="spellEnd"/>
      <w:r>
        <w:rPr>
          <w:sz w:val="22"/>
        </w:rPr>
        <w:t xml:space="preserve"> </w:t>
      </w:r>
      <w:proofErr w:type="spellStart"/>
      <w:r>
        <w:rPr>
          <w:sz w:val="22"/>
        </w:rPr>
        <w:t>орнына</w:t>
      </w:r>
      <w:proofErr w:type="spellEnd"/>
      <w:r>
        <w:rPr>
          <w:sz w:val="22"/>
        </w:rPr>
        <w:t xml:space="preserve"> </w:t>
      </w:r>
      <w:proofErr w:type="spellStart"/>
      <w:r>
        <w:rPr>
          <w:sz w:val="22"/>
        </w:rPr>
        <w:t>тапсыру</w:t>
      </w:r>
      <w:proofErr w:type="spellEnd"/>
      <w:r>
        <w:rPr>
          <w:sz w:val="22"/>
        </w:rPr>
        <w:t xml:space="preserve">, </w:t>
      </w:r>
      <w:proofErr w:type="spellStart"/>
      <w:r>
        <w:rPr>
          <w:sz w:val="22"/>
        </w:rPr>
        <w:t>сондай-ақ</w:t>
      </w:r>
      <w:proofErr w:type="spellEnd"/>
      <w:r>
        <w:rPr>
          <w:sz w:val="22"/>
        </w:rPr>
        <w:t xml:space="preserve"> </w:t>
      </w:r>
      <w:proofErr w:type="spellStart"/>
      <w:r>
        <w:rPr>
          <w:sz w:val="22"/>
        </w:rPr>
        <w:t>тиеу</w:t>
      </w:r>
      <w:proofErr w:type="spellEnd"/>
      <w:r>
        <w:rPr>
          <w:sz w:val="22"/>
        </w:rPr>
        <w:t xml:space="preserve"> </w:t>
      </w:r>
      <w:proofErr w:type="spellStart"/>
      <w:r>
        <w:rPr>
          <w:sz w:val="22"/>
        </w:rPr>
        <w:t>және</w:t>
      </w:r>
      <w:proofErr w:type="spellEnd"/>
      <w:r>
        <w:rPr>
          <w:sz w:val="22"/>
        </w:rPr>
        <w:t xml:space="preserve"> </w:t>
      </w:r>
      <w:proofErr w:type="spellStart"/>
      <w:r>
        <w:rPr>
          <w:sz w:val="22"/>
        </w:rPr>
        <w:t>тасымалдау</w:t>
      </w:r>
      <w:proofErr w:type="spellEnd"/>
      <w:r>
        <w:rPr>
          <w:sz w:val="22"/>
        </w:rPr>
        <w:t xml:space="preserve"> </w:t>
      </w:r>
      <w:proofErr w:type="spellStart"/>
      <w:r>
        <w:rPr>
          <w:sz w:val="22"/>
        </w:rPr>
        <w:t>кезінде</w:t>
      </w:r>
      <w:proofErr w:type="spellEnd"/>
      <w:r>
        <w:rPr>
          <w:sz w:val="22"/>
        </w:rPr>
        <w:t xml:space="preserve"> </w:t>
      </w:r>
      <w:proofErr w:type="spellStart"/>
      <w:r>
        <w:rPr>
          <w:sz w:val="22"/>
        </w:rPr>
        <w:t>аумақ</w:t>
      </w:r>
      <w:proofErr w:type="spellEnd"/>
      <w:r>
        <w:rPr>
          <w:sz w:val="22"/>
        </w:rPr>
        <w:t xml:space="preserve"> </w:t>
      </w:r>
      <w:proofErr w:type="spellStart"/>
      <w:r>
        <w:rPr>
          <w:sz w:val="22"/>
        </w:rPr>
        <w:t>пен</w:t>
      </w:r>
      <w:proofErr w:type="spellEnd"/>
      <w:r>
        <w:rPr>
          <w:sz w:val="22"/>
        </w:rPr>
        <w:t xml:space="preserve"> </w:t>
      </w:r>
      <w:proofErr w:type="spellStart"/>
      <w:r>
        <w:rPr>
          <w:sz w:val="22"/>
        </w:rPr>
        <w:t>жолдарды</w:t>
      </w:r>
      <w:proofErr w:type="spellEnd"/>
      <w:r>
        <w:rPr>
          <w:sz w:val="22"/>
        </w:rPr>
        <w:t xml:space="preserve"> </w:t>
      </w:r>
      <w:proofErr w:type="spellStart"/>
      <w:r>
        <w:rPr>
          <w:sz w:val="22"/>
        </w:rPr>
        <w:t>ластамау</w:t>
      </w:r>
      <w:proofErr w:type="spellEnd"/>
      <w:r>
        <w:rPr>
          <w:sz w:val="22"/>
        </w:rPr>
        <w:t xml:space="preserve"> </w:t>
      </w:r>
      <w:proofErr w:type="spellStart"/>
      <w:r>
        <w:rPr>
          <w:sz w:val="22"/>
        </w:rPr>
        <w:t>шаралары</w:t>
      </w:r>
      <w:proofErr w:type="spellEnd"/>
      <w:r>
        <w:rPr>
          <w:sz w:val="22"/>
        </w:rPr>
        <w:t xml:space="preserve"> </w:t>
      </w:r>
      <w:proofErr w:type="spellStart"/>
      <w:r>
        <w:rPr>
          <w:sz w:val="22"/>
        </w:rPr>
        <w:t>Мердігердің</w:t>
      </w:r>
      <w:proofErr w:type="spellEnd"/>
      <w:r>
        <w:rPr>
          <w:sz w:val="22"/>
        </w:rPr>
        <w:t xml:space="preserve"> </w:t>
      </w:r>
      <w:proofErr w:type="spellStart"/>
      <w:r>
        <w:rPr>
          <w:sz w:val="22"/>
        </w:rPr>
        <w:t>міндетіне</w:t>
      </w:r>
      <w:proofErr w:type="spellEnd"/>
      <w:r>
        <w:rPr>
          <w:sz w:val="22"/>
        </w:rPr>
        <w:t xml:space="preserve"> </w:t>
      </w:r>
      <w:proofErr w:type="spellStart"/>
      <w:r>
        <w:rPr>
          <w:sz w:val="22"/>
        </w:rPr>
        <w:t>жатады</w:t>
      </w:r>
      <w:proofErr w:type="spellEnd"/>
      <w:r>
        <w:rPr>
          <w:sz w:val="22"/>
        </w:rPr>
        <w:t>.</w:t>
      </w:r>
    </w:p>
    <w:p w14:paraId="007200A7" w14:textId="77777777" w:rsidR="00164E8D" w:rsidRDefault="00960395">
      <w:pPr>
        <w:spacing w:line="240" w:lineRule="auto"/>
        <w:jc w:val="both"/>
      </w:pPr>
      <w:r>
        <w:rPr>
          <w:sz w:val="22"/>
        </w:rPr>
        <w:t xml:space="preserve">54. </w:t>
      </w:r>
      <w:proofErr w:type="spellStart"/>
      <w:r>
        <w:rPr>
          <w:sz w:val="22"/>
        </w:rPr>
        <w:t>Күнделікті</w:t>
      </w:r>
      <w:proofErr w:type="spellEnd"/>
      <w:r>
        <w:rPr>
          <w:sz w:val="22"/>
        </w:rPr>
        <w:t xml:space="preserve"> </w:t>
      </w:r>
      <w:proofErr w:type="spellStart"/>
      <w:r>
        <w:rPr>
          <w:sz w:val="22"/>
        </w:rPr>
        <w:t>тазалық</w:t>
      </w:r>
      <w:proofErr w:type="spellEnd"/>
      <w:r>
        <w:rPr>
          <w:sz w:val="22"/>
        </w:rPr>
        <w:t xml:space="preserve">. </w:t>
      </w:r>
      <w:proofErr w:type="spellStart"/>
      <w:r>
        <w:rPr>
          <w:sz w:val="22"/>
        </w:rPr>
        <w:t>Жұмыс</w:t>
      </w:r>
      <w:proofErr w:type="spellEnd"/>
      <w:r>
        <w:rPr>
          <w:sz w:val="22"/>
        </w:rPr>
        <w:t xml:space="preserve"> </w:t>
      </w:r>
      <w:proofErr w:type="spellStart"/>
      <w:r>
        <w:rPr>
          <w:sz w:val="22"/>
        </w:rPr>
        <w:t>аяқталған</w:t>
      </w:r>
      <w:proofErr w:type="spellEnd"/>
      <w:r>
        <w:rPr>
          <w:sz w:val="22"/>
        </w:rPr>
        <w:t xml:space="preserve"> </w:t>
      </w:r>
      <w:proofErr w:type="spellStart"/>
      <w:r>
        <w:rPr>
          <w:sz w:val="22"/>
        </w:rPr>
        <w:t>әр</w:t>
      </w:r>
      <w:proofErr w:type="spellEnd"/>
      <w:r>
        <w:rPr>
          <w:sz w:val="22"/>
        </w:rPr>
        <w:t xml:space="preserve"> </w:t>
      </w:r>
      <w:proofErr w:type="spellStart"/>
      <w:r>
        <w:rPr>
          <w:sz w:val="22"/>
        </w:rPr>
        <w:t>ауысымнан</w:t>
      </w:r>
      <w:proofErr w:type="spellEnd"/>
      <w:r>
        <w:rPr>
          <w:sz w:val="22"/>
        </w:rPr>
        <w:t xml:space="preserve"> </w:t>
      </w:r>
      <w:proofErr w:type="spellStart"/>
      <w:r>
        <w:rPr>
          <w:sz w:val="22"/>
        </w:rPr>
        <w:t>кейін</w:t>
      </w:r>
      <w:proofErr w:type="spellEnd"/>
      <w:r>
        <w:rPr>
          <w:sz w:val="22"/>
        </w:rPr>
        <w:t xml:space="preserve"> </w:t>
      </w:r>
      <w:proofErr w:type="spellStart"/>
      <w:r>
        <w:rPr>
          <w:sz w:val="22"/>
        </w:rPr>
        <w:t>өтетін</w:t>
      </w:r>
      <w:proofErr w:type="spellEnd"/>
      <w:r>
        <w:rPr>
          <w:sz w:val="22"/>
        </w:rPr>
        <w:t xml:space="preserve"> </w:t>
      </w:r>
      <w:proofErr w:type="spellStart"/>
      <w:r>
        <w:rPr>
          <w:sz w:val="22"/>
        </w:rPr>
        <w:t>жолдар</w:t>
      </w:r>
      <w:proofErr w:type="spellEnd"/>
      <w:r>
        <w:rPr>
          <w:sz w:val="22"/>
        </w:rPr>
        <w:t xml:space="preserve">, </w:t>
      </w:r>
      <w:proofErr w:type="spellStart"/>
      <w:r>
        <w:rPr>
          <w:sz w:val="22"/>
        </w:rPr>
        <w:t>объект</w:t>
      </w:r>
      <w:proofErr w:type="spellEnd"/>
      <w:r>
        <w:rPr>
          <w:sz w:val="22"/>
        </w:rPr>
        <w:t xml:space="preserve"> </w:t>
      </w:r>
      <w:proofErr w:type="spellStart"/>
      <w:r>
        <w:rPr>
          <w:sz w:val="22"/>
        </w:rPr>
        <w:t>аумағы</w:t>
      </w:r>
      <w:proofErr w:type="spellEnd"/>
      <w:r>
        <w:rPr>
          <w:sz w:val="22"/>
        </w:rPr>
        <w:t xml:space="preserve"> </w:t>
      </w:r>
      <w:proofErr w:type="spellStart"/>
      <w:r>
        <w:rPr>
          <w:sz w:val="22"/>
        </w:rPr>
        <w:t>және</w:t>
      </w:r>
      <w:proofErr w:type="spellEnd"/>
      <w:r>
        <w:rPr>
          <w:sz w:val="22"/>
        </w:rPr>
        <w:t xml:space="preserve"> </w:t>
      </w:r>
      <w:proofErr w:type="spellStart"/>
      <w:r>
        <w:rPr>
          <w:sz w:val="22"/>
        </w:rPr>
        <w:t>техника</w:t>
      </w:r>
      <w:proofErr w:type="spellEnd"/>
      <w:r>
        <w:rPr>
          <w:sz w:val="22"/>
        </w:rPr>
        <w:t xml:space="preserve"> </w:t>
      </w:r>
      <w:proofErr w:type="spellStart"/>
      <w:r>
        <w:rPr>
          <w:sz w:val="22"/>
        </w:rPr>
        <w:t>қозғалған</w:t>
      </w:r>
      <w:proofErr w:type="spellEnd"/>
      <w:r>
        <w:rPr>
          <w:sz w:val="22"/>
        </w:rPr>
        <w:t xml:space="preserve"> </w:t>
      </w:r>
      <w:proofErr w:type="spellStart"/>
      <w:r>
        <w:rPr>
          <w:sz w:val="22"/>
        </w:rPr>
        <w:t>учаскелер</w:t>
      </w:r>
      <w:proofErr w:type="spellEnd"/>
      <w:r>
        <w:rPr>
          <w:sz w:val="22"/>
        </w:rPr>
        <w:t xml:space="preserve"> </w:t>
      </w:r>
      <w:proofErr w:type="spellStart"/>
      <w:r>
        <w:rPr>
          <w:sz w:val="22"/>
        </w:rPr>
        <w:t>құрылыс</w:t>
      </w:r>
      <w:proofErr w:type="spellEnd"/>
      <w:r>
        <w:rPr>
          <w:sz w:val="22"/>
        </w:rPr>
        <w:t xml:space="preserve"> </w:t>
      </w:r>
      <w:proofErr w:type="spellStart"/>
      <w:r>
        <w:rPr>
          <w:sz w:val="22"/>
        </w:rPr>
        <w:t>қоқысынан</w:t>
      </w:r>
      <w:proofErr w:type="spellEnd"/>
      <w:r>
        <w:rPr>
          <w:sz w:val="22"/>
        </w:rPr>
        <w:t xml:space="preserve">, </w:t>
      </w:r>
      <w:proofErr w:type="spellStart"/>
      <w:r>
        <w:rPr>
          <w:sz w:val="22"/>
        </w:rPr>
        <w:t>топырақтан</w:t>
      </w:r>
      <w:proofErr w:type="spellEnd"/>
      <w:r>
        <w:rPr>
          <w:sz w:val="22"/>
        </w:rPr>
        <w:t xml:space="preserve">, </w:t>
      </w:r>
      <w:proofErr w:type="spellStart"/>
      <w:r>
        <w:rPr>
          <w:sz w:val="22"/>
        </w:rPr>
        <w:t>шаңнан</w:t>
      </w:r>
      <w:proofErr w:type="spellEnd"/>
      <w:r>
        <w:rPr>
          <w:sz w:val="22"/>
        </w:rPr>
        <w:t xml:space="preserve"> </w:t>
      </w:r>
      <w:proofErr w:type="spellStart"/>
      <w:r>
        <w:rPr>
          <w:sz w:val="22"/>
        </w:rPr>
        <w:t>және</w:t>
      </w:r>
      <w:proofErr w:type="spellEnd"/>
      <w:r>
        <w:rPr>
          <w:sz w:val="22"/>
        </w:rPr>
        <w:t xml:space="preserve"> </w:t>
      </w:r>
      <w:proofErr w:type="spellStart"/>
      <w:r>
        <w:rPr>
          <w:sz w:val="22"/>
        </w:rPr>
        <w:t>өткір</w:t>
      </w:r>
      <w:proofErr w:type="spellEnd"/>
      <w:r>
        <w:rPr>
          <w:sz w:val="22"/>
        </w:rPr>
        <w:t xml:space="preserve"> </w:t>
      </w:r>
      <w:proofErr w:type="spellStart"/>
      <w:r>
        <w:rPr>
          <w:sz w:val="22"/>
        </w:rPr>
        <w:t>заттардан</w:t>
      </w:r>
      <w:proofErr w:type="spellEnd"/>
      <w:r>
        <w:rPr>
          <w:sz w:val="22"/>
        </w:rPr>
        <w:t xml:space="preserve"> </w:t>
      </w:r>
      <w:proofErr w:type="spellStart"/>
      <w:r>
        <w:rPr>
          <w:sz w:val="22"/>
        </w:rPr>
        <w:t>тазартылуы</w:t>
      </w:r>
      <w:proofErr w:type="spellEnd"/>
      <w:r>
        <w:rPr>
          <w:sz w:val="22"/>
        </w:rPr>
        <w:t xml:space="preserve"> </w:t>
      </w:r>
      <w:proofErr w:type="spellStart"/>
      <w:r>
        <w:rPr>
          <w:sz w:val="22"/>
        </w:rPr>
        <w:t>тиіс</w:t>
      </w:r>
      <w:proofErr w:type="spellEnd"/>
      <w:r>
        <w:rPr>
          <w:sz w:val="22"/>
        </w:rPr>
        <w:t xml:space="preserve">. </w:t>
      </w:r>
      <w:proofErr w:type="spellStart"/>
      <w:r>
        <w:rPr>
          <w:sz w:val="22"/>
        </w:rPr>
        <w:t>Қоқысты</w:t>
      </w:r>
      <w:proofErr w:type="spellEnd"/>
      <w:r>
        <w:rPr>
          <w:sz w:val="22"/>
        </w:rPr>
        <w:t xml:space="preserve"> </w:t>
      </w:r>
      <w:proofErr w:type="spellStart"/>
      <w:r>
        <w:rPr>
          <w:sz w:val="22"/>
        </w:rPr>
        <w:t>жұмыс</w:t>
      </w:r>
      <w:proofErr w:type="spellEnd"/>
      <w:r>
        <w:rPr>
          <w:sz w:val="22"/>
        </w:rPr>
        <w:t xml:space="preserve"> </w:t>
      </w:r>
      <w:proofErr w:type="spellStart"/>
      <w:r>
        <w:rPr>
          <w:sz w:val="22"/>
        </w:rPr>
        <w:t>аймағынан</w:t>
      </w:r>
      <w:proofErr w:type="spellEnd"/>
      <w:r>
        <w:rPr>
          <w:sz w:val="22"/>
        </w:rPr>
        <w:t xml:space="preserve"> </w:t>
      </w:r>
      <w:proofErr w:type="spellStart"/>
      <w:r>
        <w:rPr>
          <w:sz w:val="22"/>
        </w:rPr>
        <w:t>тыс</w:t>
      </w:r>
      <w:proofErr w:type="spellEnd"/>
      <w:r>
        <w:rPr>
          <w:sz w:val="22"/>
        </w:rPr>
        <w:t xml:space="preserve"> </w:t>
      </w:r>
      <w:proofErr w:type="spellStart"/>
      <w:r>
        <w:rPr>
          <w:sz w:val="22"/>
        </w:rPr>
        <w:t>уақытша</w:t>
      </w:r>
      <w:proofErr w:type="spellEnd"/>
      <w:r>
        <w:rPr>
          <w:sz w:val="22"/>
        </w:rPr>
        <w:t xml:space="preserve"> </w:t>
      </w:r>
      <w:proofErr w:type="spellStart"/>
      <w:r>
        <w:rPr>
          <w:sz w:val="22"/>
        </w:rPr>
        <w:t>жинауға</w:t>
      </w:r>
      <w:proofErr w:type="spellEnd"/>
      <w:r>
        <w:rPr>
          <w:sz w:val="22"/>
        </w:rPr>
        <w:t xml:space="preserve"> </w:t>
      </w:r>
      <w:proofErr w:type="spellStart"/>
      <w:r>
        <w:rPr>
          <w:sz w:val="22"/>
        </w:rPr>
        <w:t>жол</w:t>
      </w:r>
      <w:proofErr w:type="spellEnd"/>
      <w:r>
        <w:rPr>
          <w:sz w:val="22"/>
        </w:rPr>
        <w:t xml:space="preserve"> </w:t>
      </w:r>
      <w:proofErr w:type="spellStart"/>
      <w:r>
        <w:rPr>
          <w:sz w:val="22"/>
        </w:rPr>
        <w:t>берілмейді</w:t>
      </w:r>
      <w:proofErr w:type="spellEnd"/>
      <w:r>
        <w:rPr>
          <w:sz w:val="22"/>
        </w:rPr>
        <w:t>.</w:t>
      </w:r>
    </w:p>
    <w:p w14:paraId="1303031A" w14:textId="77777777" w:rsidR="00164E8D" w:rsidRDefault="00960395">
      <w:pPr>
        <w:spacing w:line="240" w:lineRule="auto"/>
        <w:jc w:val="both"/>
      </w:pPr>
      <w:r>
        <w:rPr>
          <w:sz w:val="22"/>
        </w:rPr>
        <w:t xml:space="preserve">55. </w:t>
      </w:r>
      <w:proofErr w:type="spellStart"/>
      <w:r>
        <w:rPr>
          <w:sz w:val="22"/>
        </w:rPr>
        <w:t>Үшінші</w:t>
      </w:r>
      <w:proofErr w:type="spellEnd"/>
      <w:r>
        <w:rPr>
          <w:sz w:val="22"/>
        </w:rPr>
        <w:t xml:space="preserve"> </w:t>
      </w:r>
      <w:proofErr w:type="spellStart"/>
      <w:r>
        <w:rPr>
          <w:sz w:val="22"/>
        </w:rPr>
        <w:t>тұлғаларға</w:t>
      </w:r>
      <w:proofErr w:type="spellEnd"/>
      <w:r>
        <w:rPr>
          <w:sz w:val="22"/>
        </w:rPr>
        <w:t xml:space="preserve"> </w:t>
      </w:r>
      <w:proofErr w:type="spellStart"/>
      <w:r>
        <w:rPr>
          <w:sz w:val="22"/>
        </w:rPr>
        <w:t>зиян</w:t>
      </w:r>
      <w:proofErr w:type="spellEnd"/>
      <w:r>
        <w:rPr>
          <w:sz w:val="22"/>
        </w:rPr>
        <w:t xml:space="preserve">. </w:t>
      </w:r>
      <w:proofErr w:type="spellStart"/>
      <w:r>
        <w:rPr>
          <w:sz w:val="22"/>
        </w:rPr>
        <w:t>Техника</w:t>
      </w:r>
      <w:proofErr w:type="spellEnd"/>
      <w:r>
        <w:rPr>
          <w:sz w:val="22"/>
        </w:rPr>
        <w:t xml:space="preserve"> </w:t>
      </w:r>
      <w:proofErr w:type="spellStart"/>
      <w:r>
        <w:rPr>
          <w:sz w:val="22"/>
        </w:rPr>
        <w:t>қозғалысы</w:t>
      </w:r>
      <w:proofErr w:type="spellEnd"/>
      <w:r>
        <w:rPr>
          <w:sz w:val="22"/>
        </w:rPr>
        <w:t xml:space="preserve">, </w:t>
      </w:r>
      <w:proofErr w:type="spellStart"/>
      <w:r>
        <w:rPr>
          <w:sz w:val="22"/>
        </w:rPr>
        <w:t>діріл</w:t>
      </w:r>
      <w:proofErr w:type="spellEnd"/>
      <w:r>
        <w:rPr>
          <w:sz w:val="22"/>
        </w:rPr>
        <w:t xml:space="preserve">, </w:t>
      </w:r>
      <w:proofErr w:type="spellStart"/>
      <w:r>
        <w:rPr>
          <w:sz w:val="22"/>
        </w:rPr>
        <w:t>шаң</w:t>
      </w:r>
      <w:proofErr w:type="spellEnd"/>
      <w:r>
        <w:rPr>
          <w:sz w:val="22"/>
        </w:rPr>
        <w:t xml:space="preserve">, </w:t>
      </w:r>
      <w:proofErr w:type="spellStart"/>
      <w:r>
        <w:rPr>
          <w:sz w:val="22"/>
        </w:rPr>
        <w:t>кесу</w:t>
      </w:r>
      <w:proofErr w:type="spellEnd"/>
      <w:r>
        <w:rPr>
          <w:sz w:val="22"/>
        </w:rPr>
        <w:t xml:space="preserve">, </w:t>
      </w:r>
      <w:proofErr w:type="spellStart"/>
      <w:r>
        <w:rPr>
          <w:sz w:val="22"/>
        </w:rPr>
        <w:t>тиеу</w:t>
      </w:r>
      <w:proofErr w:type="spellEnd"/>
      <w:r>
        <w:rPr>
          <w:sz w:val="22"/>
        </w:rPr>
        <w:t xml:space="preserve"> </w:t>
      </w:r>
      <w:proofErr w:type="spellStart"/>
      <w:r>
        <w:rPr>
          <w:sz w:val="22"/>
        </w:rPr>
        <w:t>немесе</w:t>
      </w:r>
      <w:proofErr w:type="spellEnd"/>
      <w:r>
        <w:rPr>
          <w:sz w:val="22"/>
        </w:rPr>
        <w:t xml:space="preserve"> </w:t>
      </w:r>
      <w:proofErr w:type="spellStart"/>
      <w:r>
        <w:rPr>
          <w:sz w:val="22"/>
        </w:rPr>
        <w:t>бұзу</w:t>
      </w:r>
      <w:proofErr w:type="spellEnd"/>
      <w:r>
        <w:rPr>
          <w:sz w:val="22"/>
        </w:rPr>
        <w:t xml:space="preserve"> </w:t>
      </w:r>
      <w:proofErr w:type="spellStart"/>
      <w:r>
        <w:rPr>
          <w:sz w:val="22"/>
        </w:rPr>
        <w:t>салдарынан</w:t>
      </w:r>
      <w:proofErr w:type="spellEnd"/>
      <w:r>
        <w:rPr>
          <w:sz w:val="22"/>
        </w:rPr>
        <w:t xml:space="preserve"> </w:t>
      </w:r>
      <w:proofErr w:type="spellStart"/>
      <w:r>
        <w:rPr>
          <w:sz w:val="22"/>
        </w:rPr>
        <w:t>қолданыстағы</w:t>
      </w:r>
      <w:proofErr w:type="spellEnd"/>
      <w:r>
        <w:rPr>
          <w:sz w:val="22"/>
        </w:rPr>
        <w:t xml:space="preserve"> </w:t>
      </w:r>
      <w:proofErr w:type="spellStart"/>
      <w:r>
        <w:rPr>
          <w:sz w:val="22"/>
        </w:rPr>
        <w:t>ғимараттарна</w:t>
      </w:r>
      <w:proofErr w:type="spellEnd"/>
      <w:r>
        <w:rPr>
          <w:sz w:val="22"/>
        </w:rPr>
        <w:t xml:space="preserve">, </w:t>
      </w:r>
      <w:proofErr w:type="spellStart"/>
      <w:r>
        <w:rPr>
          <w:sz w:val="22"/>
        </w:rPr>
        <w:t>инженерлік</w:t>
      </w:r>
      <w:proofErr w:type="spellEnd"/>
      <w:r>
        <w:rPr>
          <w:sz w:val="22"/>
        </w:rPr>
        <w:t xml:space="preserve"> </w:t>
      </w:r>
      <w:proofErr w:type="spellStart"/>
      <w:r>
        <w:rPr>
          <w:sz w:val="22"/>
        </w:rPr>
        <w:t>желілерге</w:t>
      </w:r>
      <w:proofErr w:type="spellEnd"/>
      <w:r>
        <w:rPr>
          <w:sz w:val="22"/>
        </w:rPr>
        <w:t xml:space="preserve">, </w:t>
      </w:r>
      <w:proofErr w:type="spellStart"/>
      <w:r>
        <w:rPr>
          <w:sz w:val="22"/>
        </w:rPr>
        <w:t>жол</w:t>
      </w:r>
      <w:proofErr w:type="spellEnd"/>
      <w:r>
        <w:rPr>
          <w:sz w:val="22"/>
        </w:rPr>
        <w:t xml:space="preserve"> </w:t>
      </w:r>
      <w:proofErr w:type="spellStart"/>
      <w:r>
        <w:rPr>
          <w:sz w:val="22"/>
        </w:rPr>
        <w:t>жабынына</w:t>
      </w:r>
      <w:proofErr w:type="spellEnd"/>
      <w:r>
        <w:rPr>
          <w:sz w:val="22"/>
        </w:rPr>
        <w:t xml:space="preserve">, </w:t>
      </w:r>
      <w:proofErr w:type="spellStart"/>
      <w:r>
        <w:rPr>
          <w:sz w:val="22"/>
        </w:rPr>
        <w:t>көлікке</w:t>
      </w:r>
      <w:proofErr w:type="spellEnd"/>
      <w:r>
        <w:rPr>
          <w:sz w:val="22"/>
        </w:rPr>
        <w:t xml:space="preserve"> </w:t>
      </w:r>
      <w:proofErr w:type="spellStart"/>
      <w:r>
        <w:rPr>
          <w:sz w:val="22"/>
        </w:rPr>
        <w:t>немесе</w:t>
      </w:r>
      <w:proofErr w:type="spellEnd"/>
      <w:r>
        <w:rPr>
          <w:sz w:val="22"/>
        </w:rPr>
        <w:t xml:space="preserve"> </w:t>
      </w:r>
      <w:proofErr w:type="spellStart"/>
      <w:r>
        <w:rPr>
          <w:sz w:val="22"/>
        </w:rPr>
        <w:t>өзге</w:t>
      </w:r>
      <w:proofErr w:type="spellEnd"/>
      <w:r>
        <w:rPr>
          <w:sz w:val="22"/>
        </w:rPr>
        <w:t xml:space="preserve"> </w:t>
      </w:r>
      <w:proofErr w:type="spellStart"/>
      <w:r>
        <w:rPr>
          <w:sz w:val="22"/>
        </w:rPr>
        <w:t>мүлікке</w:t>
      </w:r>
      <w:proofErr w:type="spellEnd"/>
      <w:r>
        <w:rPr>
          <w:sz w:val="22"/>
        </w:rPr>
        <w:t xml:space="preserve"> </w:t>
      </w:r>
      <w:proofErr w:type="spellStart"/>
      <w:r>
        <w:rPr>
          <w:sz w:val="22"/>
        </w:rPr>
        <w:t>келтірілген</w:t>
      </w:r>
      <w:proofErr w:type="spellEnd"/>
      <w:r>
        <w:rPr>
          <w:sz w:val="22"/>
        </w:rPr>
        <w:t xml:space="preserve"> </w:t>
      </w:r>
      <w:proofErr w:type="spellStart"/>
      <w:r>
        <w:rPr>
          <w:sz w:val="22"/>
        </w:rPr>
        <w:t>зиян</w:t>
      </w:r>
      <w:proofErr w:type="spellEnd"/>
      <w:r>
        <w:rPr>
          <w:sz w:val="22"/>
        </w:rPr>
        <w:t xml:space="preserve"> </w:t>
      </w:r>
      <w:proofErr w:type="spellStart"/>
      <w:r>
        <w:rPr>
          <w:sz w:val="22"/>
        </w:rPr>
        <w:t>Мердігер</w:t>
      </w:r>
      <w:proofErr w:type="spellEnd"/>
      <w:r>
        <w:rPr>
          <w:sz w:val="22"/>
        </w:rPr>
        <w:t xml:space="preserve"> </w:t>
      </w:r>
      <w:proofErr w:type="spellStart"/>
      <w:r>
        <w:rPr>
          <w:sz w:val="22"/>
        </w:rPr>
        <w:t>есебінен</w:t>
      </w:r>
      <w:proofErr w:type="spellEnd"/>
      <w:r>
        <w:rPr>
          <w:sz w:val="22"/>
        </w:rPr>
        <w:t xml:space="preserve"> </w:t>
      </w:r>
      <w:proofErr w:type="spellStart"/>
      <w:r>
        <w:rPr>
          <w:sz w:val="22"/>
        </w:rPr>
        <w:t>толық</w:t>
      </w:r>
      <w:proofErr w:type="spellEnd"/>
      <w:r>
        <w:rPr>
          <w:sz w:val="22"/>
        </w:rPr>
        <w:t xml:space="preserve"> </w:t>
      </w:r>
      <w:proofErr w:type="spellStart"/>
      <w:r>
        <w:rPr>
          <w:sz w:val="22"/>
        </w:rPr>
        <w:t>жойылады</w:t>
      </w:r>
      <w:proofErr w:type="spellEnd"/>
      <w:r>
        <w:rPr>
          <w:sz w:val="22"/>
        </w:rPr>
        <w:t xml:space="preserve">, </w:t>
      </w:r>
      <w:proofErr w:type="spellStart"/>
      <w:r>
        <w:rPr>
          <w:sz w:val="22"/>
        </w:rPr>
        <w:t>егер</w:t>
      </w:r>
      <w:proofErr w:type="spellEnd"/>
      <w:r>
        <w:rPr>
          <w:sz w:val="22"/>
        </w:rPr>
        <w:t xml:space="preserve"> </w:t>
      </w:r>
      <w:proofErr w:type="spellStart"/>
      <w:r>
        <w:rPr>
          <w:sz w:val="22"/>
        </w:rPr>
        <w:t>зиян</w:t>
      </w:r>
      <w:proofErr w:type="spellEnd"/>
      <w:r>
        <w:rPr>
          <w:sz w:val="22"/>
        </w:rPr>
        <w:t xml:space="preserve"> </w:t>
      </w:r>
      <w:proofErr w:type="spellStart"/>
      <w:r>
        <w:rPr>
          <w:sz w:val="22"/>
        </w:rPr>
        <w:t>оның</w:t>
      </w:r>
      <w:proofErr w:type="spellEnd"/>
      <w:r>
        <w:rPr>
          <w:sz w:val="22"/>
        </w:rPr>
        <w:t xml:space="preserve"> </w:t>
      </w:r>
      <w:proofErr w:type="spellStart"/>
      <w:r>
        <w:rPr>
          <w:sz w:val="22"/>
        </w:rPr>
        <w:t>әрекетімен</w:t>
      </w:r>
      <w:proofErr w:type="spellEnd"/>
      <w:r>
        <w:rPr>
          <w:sz w:val="22"/>
        </w:rPr>
        <w:t xml:space="preserve"> </w:t>
      </w:r>
      <w:proofErr w:type="spellStart"/>
      <w:r>
        <w:rPr>
          <w:sz w:val="22"/>
        </w:rPr>
        <w:t>байланысты</w:t>
      </w:r>
      <w:proofErr w:type="spellEnd"/>
      <w:r>
        <w:rPr>
          <w:sz w:val="22"/>
        </w:rPr>
        <w:t xml:space="preserve"> </w:t>
      </w:r>
      <w:proofErr w:type="spellStart"/>
      <w:r>
        <w:rPr>
          <w:sz w:val="22"/>
        </w:rPr>
        <w:t>болса</w:t>
      </w:r>
      <w:proofErr w:type="spellEnd"/>
      <w:r>
        <w:rPr>
          <w:sz w:val="22"/>
        </w:rPr>
        <w:t>.</w:t>
      </w:r>
    </w:p>
    <w:p w14:paraId="759AC13A" w14:textId="77777777" w:rsidR="00164E8D" w:rsidRDefault="00960395">
      <w:pPr>
        <w:spacing w:line="240" w:lineRule="auto"/>
        <w:jc w:val="both"/>
      </w:pPr>
      <w:r>
        <w:rPr>
          <w:sz w:val="22"/>
        </w:rPr>
        <w:t xml:space="preserve">56. </w:t>
      </w:r>
      <w:proofErr w:type="spellStart"/>
      <w:r>
        <w:rPr>
          <w:sz w:val="22"/>
        </w:rPr>
        <w:t>Бағаның</w:t>
      </w:r>
      <w:proofErr w:type="spellEnd"/>
      <w:r>
        <w:rPr>
          <w:sz w:val="22"/>
        </w:rPr>
        <w:t xml:space="preserve"> </w:t>
      </w:r>
      <w:proofErr w:type="spellStart"/>
      <w:r>
        <w:rPr>
          <w:sz w:val="22"/>
        </w:rPr>
        <w:t>түпкіліктілігі</w:t>
      </w:r>
      <w:proofErr w:type="spellEnd"/>
      <w:r>
        <w:rPr>
          <w:sz w:val="22"/>
        </w:rPr>
        <w:t xml:space="preserve">. </w:t>
      </w:r>
      <w:proofErr w:type="spellStart"/>
      <w:r>
        <w:rPr>
          <w:sz w:val="22"/>
        </w:rPr>
        <w:t>Ұсынылған</w:t>
      </w:r>
      <w:proofErr w:type="spellEnd"/>
      <w:r>
        <w:rPr>
          <w:sz w:val="22"/>
        </w:rPr>
        <w:t xml:space="preserve"> </w:t>
      </w:r>
      <w:proofErr w:type="spellStart"/>
      <w:r>
        <w:rPr>
          <w:sz w:val="22"/>
        </w:rPr>
        <w:t>шарттық</w:t>
      </w:r>
      <w:proofErr w:type="spellEnd"/>
      <w:r>
        <w:rPr>
          <w:sz w:val="22"/>
        </w:rPr>
        <w:t xml:space="preserve"> </w:t>
      </w:r>
      <w:proofErr w:type="spellStart"/>
      <w:r>
        <w:rPr>
          <w:sz w:val="22"/>
        </w:rPr>
        <w:t>баға</w:t>
      </w:r>
      <w:proofErr w:type="spellEnd"/>
      <w:r>
        <w:rPr>
          <w:sz w:val="22"/>
        </w:rPr>
        <w:t xml:space="preserve"> </w:t>
      </w:r>
      <w:proofErr w:type="spellStart"/>
      <w:r>
        <w:rPr>
          <w:sz w:val="22"/>
        </w:rPr>
        <w:t>жұмысты</w:t>
      </w:r>
      <w:proofErr w:type="spellEnd"/>
      <w:r>
        <w:rPr>
          <w:sz w:val="22"/>
        </w:rPr>
        <w:t xml:space="preserve"> </w:t>
      </w:r>
      <w:proofErr w:type="spellStart"/>
      <w:r>
        <w:rPr>
          <w:sz w:val="22"/>
        </w:rPr>
        <w:t>толық</w:t>
      </w:r>
      <w:proofErr w:type="spellEnd"/>
      <w:r>
        <w:rPr>
          <w:sz w:val="22"/>
        </w:rPr>
        <w:t xml:space="preserve"> </w:t>
      </w:r>
      <w:proofErr w:type="spellStart"/>
      <w:r>
        <w:rPr>
          <w:sz w:val="22"/>
        </w:rPr>
        <w:t>аяқтауға</w:t>
      </w:r>
      <w:proofErr w:type="spellEnd"/>
      <w:r>
        <w:rPr>
          <w:sz w:val="22"/>
        </w:rPr>
        <w:t xml:space="preserve"> </w:t>
      </w:r>
      <w:proofErr w:type="spellStart"/>
      <w:r>
        <w:rPr>
          <w:sz w:val="22"/>
        </w:rPr>
        <w:t>қажетті</w:t>
      </w:r>
      <w:proofErr w:type="spellEnd"/>
      <w:r>
        <w:rPr>
          <w:sz w:val="22"/>
        </w:rPr>
        <w:t xml:space="preserve"> </w:t>
      </w:r>
      <w:proofErr w:type="spellStart"/>
      <w:r>
        <w:rPr>
          <w:sz w:val="22"/>
        </w:rPr>
        <w:t>барлық</w:t>
      </w:r>
      <w:proofErr w:type="spellEnd"/>
      <w:r>
        <w:rPr>
          <w:sz w:val="22"/>
        </w:rPr>
        <w:t xml:space="preserve"> </w:t>
      </w:r>
      <w:proofErr w:type="spellStart"/>
      <w:r>
        <w:rPr>
          <w:sz w:val="22"/>
        </w:rPr>
        <w:t>тікелей</w:t>
      </w:r>
      <w:proofErr w:type="spellEnd"/>
      <w:r>
        <w:rPr>
          <w:sz w:val="22"/>
        </w:rPr>
        <w:t xml:space="preserve"> </w:t>
      </w:r>
      <w:proofErr w:type="spellStart"/>
      <w:r>
        <w:rPr>
          <w:sz w:val="22"/>
        </w:rPr>
        <w:t>және</w:t>
      </w:r>
      <w:proofErr w:type="spellEnd"/>
      <w:r>
        <w:rPr>
          <w:sz w:val="22"/>
        </w:rPr>
        <w:t xml:space="preserve"> </w:t>
      </w:r>
      <w:proofErr w:type="spellStart"/>
      <w:r>
        <w:rPr>
          <w:sz w:val="22"/>
        </w:rPr>
        <w:t>жанама</w:t>
      </w:r>
      <w:proofErr w:type="spellEnd"/>
      <w:r>
        <w:rPr>
          <w:sz w:val="22"/>
        </w:rPr>
        <w:t xml:space="preserve"> </w:t>
      </w:r>
      <w:proofErr w:type="spellStart"/>
      <w:r>
        <w:rPr>
          <w:sz w:val="22"/>
        </w:rPr>
        <w:t>шығындарды</w:t>
      </w:r>
      <w:proofErr w:type="spellEnd"/>
      <w:r>
        <w:rPr>
          <w:sz w:val="22"/>
        </w:rPr>
        <w:t xml:space="preserve">, </w:t>
      </w:r>
      <w:proofErr w:type="spellStart"/>
      <w:r>
        <w:rPr>
          <w:sz w:val="22"/>
        </w:rPr>
        <w:t>оның</w:t>
      </w:r>
      <w:proofErr w:type="spellEnd"/>
      <w:r>
        <w:rPr>
          <w:sz w:val="22"/>
        </w:rPr>
        <w:t xml:space="preserve"> </w:t>
      </w:r>
      <w:proofErr w:type="spellStart"/>
      <w:r>
        <w:rPr>
          <w:sz w:val="22"/>
        </w:rPr>
        <w:t>ішінде</w:t>
      </w:r>
      <w:proofErr w:type="spellEnd"/>
      <w:r>
        <w:rPr>
          <w:sz w:val="22"/>
        </w:rPr>
        <w:t xml:space="preserve"> </w:t>
      </w:r>
      <w:proofErr w:type="spellStart"/>
      <w:r>
        <w:rPr>
          <w:sz w:val="22"/>
        </w:rPr>
        <w:t>өлшеулерді</w:t>
      </w:r>
      <w:proofErr w:type="spellEnd"/>
      <w:r>
        <w:rPr>
          <w:sz w:val="22"/>
        </w:rPr>
        <w:t xml:space="preserve">, </w:t>
      </w:r>
      <w:proofErr w:type="spellStart"/>
      <w:r>
        <w:rPr>
          <w:sz w:val="22"/>
        </w:rPr>
        <w:t>технологиялық</w:t>
      </w:r>
      <w:proofErr w:type="spellEnd"/>
      <w:r>
        <w:rPr>
          <w:sz w:val="22"/>
        </w:rPr>
        <w:t xml:space="preserve"> </w:t>
      </w:r>
      <w:proofErr w:type="spellStart"/>
      <w:r>
        <w:rPr>
          <w:sz w:val="22"/>
        </w:rPr>
        <w:t>үзілістерді</w:t>
      </w:r>
      <w:proofErr w:type="spellEnd"/>
      <w:r>
        <w:rPr>
          <w:sz w:val="22"/>
        </w:rPr>
        <w:t xml:space="preserve">, </w:t>
      </w:r>
      <w:proofErr w:type="spellStart"/>
      <w:r>
        <w:rPr>
          <w:sz w:val="22"/>
        </w:rPr>
        <w:t>техниканың</w:t>
      </w:r>
      <w:proofErr w:type="spellEnd"/>
      <w:r>
        <w:rPr>
          <w:sz w:val="22"/>
        </w:rPr>
        <w:t xml:space="preserve"> </w:t>
      </w:r>
      <w:proofErr w:type="spellStart"/>
      <w:r>
        <w:rPr>
          <w:sz w:val="22"/>
        </w:rPr>
        <w:t>күтуін</w:t>
      </w:r>
      <w:proofErr w:type="spellEnd"/>
      <w:r>
        <w:rPr>
          <w:sz w:val="22"/>
        </w:rPr>
        <w:t xml:space="preserve">, </w:t>
      </w:r>
      <w:proofErr w:type="spellStart"/>
      <w:r>
        <w:rPr>
          <w:sz w:val="22"/>
        </w:rPr>
        <w:t>қол</w:t>
      </w:r>
      <w:proofErr w:type="spellEnd"/>
      <w:r>
        <w:rPr>
          <w:sz w:val="22"/>
        </w:rPr>
        <w:t xml:space="preserve"> </w:t>
      </w:r>
      <w:proofErr w:type="spellStart"/>
      <w:r>
        <w:rPr>
          <w:sz w:val="22"/>
        </w:rPr>
        <w:t>еңбегін</w:t>
      </w:r>
      <w:proofErr w:type="spellEnd"/>
      <w:r>
        <w:rPr>
          <w:sz w:val="22"/>
        </w:rPr>
        <w:t xml:space="preserve">, </w:t>
      </w:r>
      <w:proofErr w:type="spellStart"/>
      <w:r>
        <w:rPr>
          <w:sz w:val="22"/>
        </w:rPr>
        <w:t>қосымша</w:t>
      </w:r>
      <w:proofErr w:type="spellEnd"/>
      <w:r>
        <w:rPr>
          <w:sz w:val="22"/>
        </w:rPr>
        <w:t xml:space="preserve"> </w:t>
      </w:r>
      <w:proofErr w:type="spellStart"/>
      <w:r>
        <w:rPr>
          <w:sz w:val="22"/>
        </w:rPr>
        <w:t>кесу</w:t>
      </w:r>
      <w:proofErr w:type="spellEnd"/>
      <w:r>
        <w:rPr>
          <w:sz w:val="22"/>
        </w:rPr>
        <w:t xml:space="preserve"> </w:t>
      </w:r>
      <w:proofErr w:type="spellStart"/>
      <w:r>
        <w:rPr>
          <w:sz w:val="22"/>
        </w:rPr>
        <w:t>мен</w:t>
      </w:r>
      <w:proofErr w:type="spellEnd"/>
      <w:r>
        <w:rPr>
          <w:sz w:val="22"/>
        </w:rPr>
        <w:t xml:space="preserve"> </w:t>
      </w:r>
      <w:proofErr w:type="spellStart"/>
      <w:r>
        <w:rPr>
          <w:sz w:val="22"/>
        </w:rPr>
        <w:t>ұсақтауды</w:t>
      </w:r>
      <w:proofErr w:type="spellEnd"/>
      <w:r>
        <w:rPr>
          <w:sz w:val="22"/>
        </w:rPr>
        <w:t xml:space="preserve">, </w:t>
      </w:r>
      <w:proofErr w:type="spellStart"/>
      <w:r>
        <w:rPr>
          <w:sz w:val="22"/>
        </w:rPr>
        <w:t>тиеу-қайта</w:t>
      </w:r>
      <w:proofErr w:type="spellEnd"/>
      <w:r>
        <w:rPr>
          <w:sz w:val="22"/>
        </w:rPr>
        <w:t xml:space="preserve"> </w:t>
      </w:r>
      <w:proofErr w:type="spellStart"/>
      <w:r>
        <w:rPr>
          <w:sz w:val="22"/>
        </w:rPr>
        <w:t>тиеуді</w:t>
      </w:r>
      <w:proofErr w:type="spellEnd"/>
      <w:r>
        <w:rPr>
          <w:sz w:val="22"/>
        </w:rPr>
        <w:t xml:space="preserve">, </w:t>
      </w:r>
      <w:proofErr w:type="spellStart"/>
      <w:r>
        <w:rPr>
          <w:sz w:val="22"/>
        </w:rPr>
        <w:t>тасымалдауды</w:t>
      </w:r>
      <w:proofErr w:type="spellEnd"/>
      <w:r>
        <w:rPr>
          <w:sz w:val="22"/>
        </w:rPr>
        <w:t xml:space="preserve">, </w:t>
      </w:r>
      <w:proofErr w:type="spellStart"/>
      <w:r>
        <w:rPr>
          <w:sz w:val="22"/>
        </w:rPr>
        <w:t>материал</w:t>
      </w:r>
      <w:proofErr w:type="spellEnd"/>
      <w:r>
        <w:rPr>
          <w:sz w:val="22"/>
        </w:rPr>
        <w:t xml:space="preserve"> </w:t>
      </w:r>
      <w:proofErr w:type="spellStart"/>
      <w:r>
        <w:rPr>
          <w:sz w:val="22"/>
        </w:rPr>
        <w:t>қалдығын</w:t>
      </w:r>
      <w:proofErr w:type="spellEnd"/>
      <w:r>
        <w:rPr>
          <w:sz w:val="22"/>
        </w:rPr>
        <w:t xml:space="preserve">, </w:t>
      </w:r>
      <w:proofErr w:type="spellStart"/>
      <w:r>
        <w:rPr>
          <w:sz w:val="22"/>
        </w:rPr>
        <w:t>қорғаныс</w:t>
      </w:r>
      <w:proofErr w:type="spellEnd"/>
      <w:r>
        <w:rPr>
          <w:sz w:val="22"/>
        </w:rPr>
        <w:t xml:space="preserve"> </w:t>
      </w:r>
      <w:proofErr w:type="spellStart"/>
      <w:r>
        <w:rPr>
          <w:sz w:val="22"/>
        </w:rPr>
        <w:t>шараларын</w:t>
      </w:r>
      <w:proofErr w:type="spellEnd"/>
      <w:r>
        <w:rPr>
          <w:sz w:val="22"/>
        </w:rPr>
        <w:t xml:space="preserve">, </w:t>
      </w:r>
      <w:proofErr w:type="spellStart"/>
      <w:r>
        <w:rPr>
          <w:sz w:val="22"/>
        </w:rPr>
        <w:t>сынақтар</w:t>
      </w:r>
      <w:proofErr w:type="spellEnd"/>
      <w:r>
        <w:rPr>
          <w:sz w:val="22"/>
        </w:rPr>
        <w:t xml:space="preserve"> </w:t>
      </w:r>
      <w:proofErr w:type="spellStart"/>
      <w:r>
        <w:rPr>
          <w:sz w:val="22"/>
        </w:rPr>
        <w:t>мен</w:t>
      </w:r>
      <w:proofErr w:type="spellEnd"/>
      <w:r>
        <w:rPr>
          <w:sz w:val="22"/>
        </w:rPr>
        <w:t xml:space="preserve"> </w:t>
      </w:r>
      <w:proofErr w:type="spellStart"/>
      <w:r>
        <w:rPr>
          <w:sz w:val="22"/>
        </w:rPr>
        <w:t>атқарушылық</w:t>
      </w:r>
      <w:proofErr w:type="spellEnd"/>
      <w:r>
        <w:rPr>
          <w:sz w:val="22"/>
        </w:rPr>
        <w:t xml:space="preserve"> </w:t>
      </w:r>
      <w:proofErr w:type="spellStart"/>
      <w:r>
        <w:rPr>
          <w:sz w:val="22"/>
        </w:rPr>
        <w:t>құжаттарды</w:t>
      </w:r>
      <w:proofErr w:type="spellEnd"/>
      <w:r>
        <w:rPr>
          <w:sz w:val="22"/>
        </w:rPr>
        <w:t xml:space="preserve"> </w:t>
      </w:r>
      <w:proofErr w:type="spellStart"/>
      <w:r>
        <w:rPr>
          <w:sz w:val="22"/>
        </w:rPr>
        <w:t>қамтиды</w:t>
      </w:r>
      <w:proofErr w:type="spellEnd"/>
      <w:r>
        <w:rPr>
          <w:sz w:val="22"/>
        </w:rPr>
        <w:t>.</w:t>
      </w:r>
    </w:p>
    <w:p w14:paraId="4CF3C488" w14:textId="77777777" w:rsidR="00164E8D" w:rsidRDefault="00960395">
      <w:pPr>
        <w:pStyle w:val="1"/>
        <w:spacing w:before="160" w:after="80"/>
      </w:pPr>
      <w:r>
        <w:t>14 СОҢҒЫ НӘТИЖЕ</w:t>
      </w:r>
    </w:p>
    <w:p w14:paraId="3EC775FD" w14:textId="38BE303E" w:rsidR="00164E8D" w:rsidRDefault="00960395">
      <w:pPr>
        <w:ind w:firstLine="340"/>
        <w:jc w:val="both"/>
      </w:pPr>
      <w:r>
        <w:t xml:space="preserve">57. </w:t>
      </w:r>
      <w:proofErr w:type="spellStart"/>
      <w:r>
        <w:t>Дайын</w:t>
      </w:r>
      <w:proofErr w:type="spellEnd"/>
      <w:r>
        <w:t xml:space="preserve"> </w:t>
      </w:r>
      <w:proofErr w:type="spellStart"/>
      <w:r>
        <w:t>объект</w:t>
      </w:r>
      <w:proofErr w:type="spellEnd"/>
      <w:r>
        <w:t xml:space="preserve">. </w:t>
      </w:r>
      <w:proofErr w:type="spellStart"/>
      <w:r>
        <w:t>Құрылыс</w:t>
      </w:r>
      <w:proofErr w:type="spellEnd"/>
      <w:r>
        <w:t xml:space="preserve"> </w:t>
      </w:r>
      <w:proofErr w:type="spellStart"/>
      <w:r>
        <w:t>салу</w:t>
      </w:r>
      <w:proofErr w:type="spellEnd"/>
      <w:r>
        <w:t xml:space="preserve"> </w:t>
      </w:r>
      <w:proofErr w:type="spellStart"/>
      <w:r>
        <w:t>ауданы</w:t>
      </w:r>
      <w:proofErr w:type="spellEnd"/>
      <w:r>
        <w:t xml:space="preserve"> 186 м² </w:t>
      </w:r>
      <w:proofErr w:type="spellStart"/>
      <w:r>
        <w:t>және</w:t>
      </w:r>
      <w:proofErr w:type="spellEnd"/>
      <w:r>
        <w:t xml:space="preserve"> </w:t>
      </w:r>
      <w:proofErr w:type="spellStart"/>
      <w:r>
        <w:t>құрылыс</w:t>
      </w:r>
      <w:proofErr w:type="spellEnd"/>
      <w:r>
        <w:t xml:space="preserve"> </w:t>
      </w:r>
      <w:proofErr w:type="spellStart"/>
      <w:r>
        <w:t>көлемі</w:t>
      </w:r>
      <w:proofErr w:type="spellEnd"/>
      <w:r>
        <w:t xml:space="preserve"> 633 м³ </w:t>
      </w:r>
      <w:proofErr w:type="spellStart"/>
      <w:r>
        <w:t>болатын</w:t>
      </w:r>
      <w:proofErr w:type="spellEnd"/>
      <w:r>
        <w:t xml:space="preserve"> </w:t>
      </w:r>
      <w:proofErr w:type="spellStart"/>
      <w:r>
        <w:t>құрылыстар</w:t>
      </w:r>
      <w:proofErr w:type="spellEnd"/>
      <w:r>
        <w:t xml:space="preserve"> </w:t>
      </w:r>
      <w:proofErr w:type="spellStart"/>
      <w:r>
        <w:t>толық</w:t>
      </w:r>
      <w:proofErr w:type="spellEnd"/>
      <w:r>
        <w:t xml:space="preserve"> </w:t>
      </w:r>
      <w:proofErr w:type="spellStart"/>
      <w:r>
        <w:t>бұзылып</w:t>
      </w:r>
      <w:proofErr w:type="spellEnd"/>
      <w:r>
        <w:t xml:space="preserve">, </w:t>
      </w:r>
      <w:proofErr w:type="spellStart"/>
      <w:r>
        <w:t>фундаменттері</w:t>
      </w:r>
      <w:proofErr w:type="spellEnd"/>
      <w:r>
        <w:t xml:space="preserve"> </w:t>
      </w:r>
      <w:proofErr w:type="spellStart"/>
      <w:r>
        <w:t>алынып</w:t>
      </w:r>
      <w:proofErr w:type="spellEnd"/>
      <w:r>
        <w:t xml:space="preserve">, </w:t>
      </w:r>
      <w:proofErr w:type="spellStart"/>
      <w:r>
        <w:t>қалдықтары</w:t>
      </w:r>
      <w:proofErr w:type="spellEnd"/>
      <w:r>
        <w:t xml:space="preserve"> </w:t>
      </w:r>
      <w:proofErr w:type="spellStart"/>
      <w:r>
        <w:t>шығарылып</w:t>
      </w:r>
      <w:proofErr w:type="spellEnd"/>
      <w:r>
        <w:t xml:space="preserve">, </w:t>
      </w:r>
      <w:proofErr w:type="spellStart"/>
      <w:r>
        <w:t>аумақ</w:t>
      </w:r>
      <w:proofErr w:type="spellEnd"/>
      <w:r>
        <w:t xml:space="preserve"> </w:t>
      </w:r>
      <w:proofErr w:type="spellStart"/>
      <w:r>
        <w:t>кері</w:t>
      </w:r>
      <w:proofErr w:type="spellEnd"/>
      <w:r>
        <w:t xml:space="preserve"> </w:t>
      </w:r>
      <w:proofErr w:type="spellStart"/>
      <w:r>
        <w:t>толтырылып</w:t>
      </w:r>
      <w:proofErr w:type="spellEnd"/>
      <w:r>
        <w:t xml:space="preserve">, </w:t>
      </w:r>
      <w:proofErr w:type="spellStart"/>
      <w:r>
        <w:t>тығыздалып</w:t>
      </w:r>
      <w:proofErr w:type="spellEnd"/>
      <w:r>
        <w:t xml:space="preserve">, </w:t>
      </w:r>
      <w:proofErr w:type="spellStart"/>
      <w:r>
        <w:t>жоспарланып</w:t>
      </w:r>
      <w:proofErr w:type="spellEnd"/>
      <w:r>
        <w:t xml:space="preserve">, </w:t>
      </w:r>
      <w:proofErr w:type="spellStart"/>
      <w:r>
        <w:t>қауіпсіз</w:t>
      </w:r>
      <w:proofErr w:type="spellEnd"/>
      <w:r>
        <w:t xml:space="preserve"> </w:t>
      </w:r>
      <w:proofErr w:type="spellStart"/>
      <w:r>
        <w:t>күйде</w:t>
      </w:r>
      <w:proofErr w:type="spellEnd"/>
      <w:r>
        <w:t xml:space="preserve"> </w:t>
      </w:r>
      <w:proofErr w:type="spellStart"/>
      <w:r>
        <w:t>тапсырылуы</w:t>
      </w:r>
      <w:proofErr w:type="spellEnd"/>
      <w:r>
        <w:t xml:space="preserve"> </w:t>
      </w:r>
      <w:proofErr w:type="spellStart"/>
      <w:r>
        <w:t>тиіс</w:t>
      </w:r>
      <w:proofErr w:type="spellEnd"/>
      <w:r>
        <w:t>.</w:t>
      </w:r>
    </w:p>
    <w:p w14:paraId="050649EC" w14:textId="77777777" w:rsidR="00164E8D" w:rsidRDefault="00960395">
      <w:r>
        <w:br w:type="page"/>
      </w:r>
    </w:p>
    <w:p w14:paraId="5D4EA27F" w14:textId="77777777" w:rsidR="00164E8D" w:rsidRPr="00E73267" w:rsidRDefault="00960395" w:rsidP="000D6901">
      <w:pPr>
        <w:pStyle w:val="a9"/>
        <w:spacing w:after="0"/>
        <w:jc w:val="center"/>
        <w:rPr>
          <w:lang w:val="ru-RU"/>
        </w:rPr>
      </w:pPr>
      <w:r w:rsidRPr="00E73267">
        <w:rPr>
          <w:lang w:val="ru-RU"/>
        </w:rPr>
        <w:lastRenderedPageBreak/>
        <w:t>ТЕХНИЧЕСКАЯ СПЕЦИФИКАЦИЯ</w:t>
      </w:r>
    </w:p>
    <w:p w14:paraId="2CBCD215" w14:textId="77777777" w:rsidR="00164E8D" w:rsidRPr="00E73267" w:rsidRDefault="00960395" w:rsidP="000D6901">
      <w:pPr>
        <w:keepNext/>
        <w:spacing w:after="0"/>
        <w:jc w:val="center"/>
        <w:rPr>
          <w:lang w:val="ru-RU"/>
        </w:rPr>
      </w:pPr>
      <w:r w:rsidRPr="00E73267">
        <w:rPr>
          <w:b/>
          <w:sz w:val="28"/>
          <w:lang w:val="ru-RU"/>
        </w:rPr>
        <w:t>Объект Заказчика</w:t>
      </w:r>
    </w:p>
    <w:p w14:paraId="62D43157" w14:textId="77777777" w:rsidR="00164E8D" w:rsidRPr="00E73267" w:rsidRDefault="00960395" w:rsidP="000D6901">
      <w:pPr>
        <w:keepNext/>
        <w:spacing w:after="0"/>
        <w:jc w:val="center"/>
        <w:rPr>
          <w:lang w:val="ru-RU"/>
        </w:rPr>
      </w:pPr>
      <w:r w:rsidRPr="00E73267">
        <w:rPr>
          <w:b/>
          <w:sz w:val="28"/>
          <w:lang w:val="ru-RU"/>
        </w:rPr>
        <w:t>Полный снос строений и восстановление территории</w:t>
      </w:r>
    </w:p>
    <w:p w14:paraId="5D5B68D5" w14:textId="77777777" w:rsidR="00164E8D" w:rsidRPr="00E73267" w:rsidRDefault="00164E8D">
      <w:pPr>
        <w:spacing w:after="0"/>
        <w:rPr>
          <w:lang w:val="ru-RU"/>
        </w:rPr>
      </w:pPr>
    </w:p>
    <w:p w14:paraId="16D1A93E" w14:textId="77777777" w:rsidR="00164E8D" w:rsidRDefault="00960395">
      <w:pPr>
        <w:pStyle w:val="1"/>
        <w:spacing w:before="160" w:after="80"/>
      </w:pPr>
      <w:r>
        <w:t>1 ОСНОВНЫЕ ОБЪЁМЫ РАБОТ</w:t>
      </w:r>
    </w:p>
    <w:tbl>
      <w:tblPr>
        <w:tblW w:w="0" w:type="auto"/>
        <w:jc w:val="center"/>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4A0" w:firstRow="1" w:lastRow="0" w:firstColumn="1" w:lastColumn="0" w:noHBand="0" w:noVBand="1"/>
      </w:tblPr>
      <w:tblGrid>
        <w:gridCol w:w="680"/>
        <w:gridCol w:w="6236"/>
        <w:gridCol w:w="1247"/>
        <w:gridCol w:w="1417"/>
      </w:tblGrid>
      <w:tr w:rsidR="00164E8D" w14:paraId="5A8690DB" w14:textId="77777777">
        <w:trPr>
          <w:tblHeader/>
          <w:jc w:val="center"/>
        </w:trPr>
        <w:tc>
          <w:tcPr>
            <w:tcW w:w="680" w:type="dxa"/>
            <w:shd w:val="clear" w:color="auto" w:fill="D9E2F3"/>
            <w:tcMar>
              <w:top w:w="100" w:type="dxa"/>
              <w:left w:w="90" w:type="dxa"/>
              <w:bottom w:w="100" w:type="dxa"/>
              <w:right w:w="90" w:type="dxa"/>
            </w:tcMar>
            <w:vAlign w:val="center"/>
          </w:tcPr>
          <w:p w14:paraId="04567EA7" w14:textId="77777777" w:rsidR="00164E8D" w:rsidRDefault="00960395">
            <w:pPr>
              <w:spacing w:after="0" w:line="240" w:lineRule="auto"/>
              <w:jc w:val="center"/>
            </w:pPr>
            <w:r>
              <w:rPr>
                <w:b/>
                <w:sz w:val="20"/>
              </w:rPr>
              <w:t>№</w:t>
            </w:r>
          </w:p>
        </w:tc>
        <w:tc>
          <w:tcPr>
            <w:tcW w:w="6236" w:type="dxa"/>
            <w:shd w:val="clear" w:color="auto" w:fill="D9E2F3"/>
            <w:tcMar>
              <w:top w:w="100" w:type="dxa"/>
              <w:left w:w="90" w:type="dxa"/>
              <w:bottom w:w="100" w:type="dxa"/>
              <w:right w:w="90" w:type="dxa"/>
            </w:tcMar>
            <w:vAlign w:val="center"/>
          </w:tcPr>
          <w:p w14:paraId="054578F4" w14:textId="77777777" w:rsidR="00164E8D" w:rsidRDefault="00960395">
            <w:pPr>
              <w:spacing w:after="0" w:line="240" w:lineRule="auto"/>
              <w:jc w:val="center"/>
            </w:pPr>
            <w:proofErr w:type="spellStart"/>
            <w:r>
              <w:rPr>
                <w:b/>
                <w:sz w:val="20"/>
              </w:rPr>
              <w:t>Наименование</w:t>
            </w:r>
            <w:proofErr w:type="spellEnd"/>
            <w:r>
              <w:rPr>
                <w:b/>
                <w:sz w:val="20"/>
              </w:rPr>
              <w:t xml:space="preserve"> </w:t>
            </w:r>
            <w:proofErr w:type="spellStart"/>
            <w:r>
              <w:rPr>
                <w:b/>
                <w:sz w:val="20"/>
              </w:rPr>
              <w:t>работ</w:t>
            </w:r>
            <w:proofErr w:type="spellEnd"/>
          </w:p>
        </w:tc>
        <w:tc>
          <w:tcPr>
            <w:tcW w:w="1247" w:type="dxa"/>
            <w:shd w:val="clear" w:color="auto" w:fill="D9E2F3"/>
            <w:tcMar>
              <w:top w:w="100" w:type="dxa"/>
              <w:left w:w="90" w:type="dxa"/>
              <w:bottom w:w="100" w:type="dxa"/>
              <w:right w:w="90" w:type="dxa"/>
            </w:tcMar>
            <w:vAlign w:val="center"/>
          </w:tcPr>
          <w:p w14:paraId="553DE987" w14:textId="77777777" w:rsidR="00164E8D" w:rsidRDefault="00960395">
            <w:pPr>
              <w:spacing w:after="0" w:line="240" w:lineRule="auto"/>
              <w:jc w:val="center"/>
            </w:pPr>
            <w:proofErr w:type="spellStart"/>
            <w:r>
              <w:rPr>
                <w:b/>
                <w:sz w:val="20"/>
              </w:rPr>
              <w:t>Ед</w:t>
            </w:r>
            <w:proofErr w:type="spellEnd"/>
            <w:r>
              <w:rPr>
                <w:b/>
                <w:sz w:val="20"/>
              </w:rPr>
              <w:t xml:space="preserve"> </w:t>
            </w:r>
            <w:proofErr w:type="spellStart"/>
            <w:r>
              <w:rPr>
                <w:b/>
                <w:sz w:val="20"/>
              </w:rPr>
              <w:t>изм</w:t>
            </w:r>
            <w:proofErr w:type="spellEnd"/>
          </w:p>
        </w:tc>
        <w:tc>
          <w:tcPr>
            <w:tcW w:w="1417" w:type="dxa"/>
            <w:shd w:val="clear" w:color="auto" w:fill="D9E2F3"/>
            <w:tcMar>
              <w:top w:w="100" w:type="dxa"/>
              <w:left w:w="90" w:type="dxa"/>
              <w:bottom w:w="100" w:type="dxa"/>
              <w:right w:w="90" w:type="dxa"/>
            </w:tcMar>
            <w:vAlign w:val="center"/>
          </w:tcPr>
          <w:p w14:paraId="4334C56C" w14:textId="77777777" w:rsidR="00164E8D" w:rsidRDefault="00960395">
            <w:pPr>
              <w:spacing w:after="0" w:line="240" w:lineRule="auto"/>
              <w:jc w:val="center"/>
            </w:pPr>
            <w:proofErr w:type="spellStart"/>
            <w:r>
              <w:rPr>
                <w:b/>
                <w:sz w:val="20"/>
              </w:rPr>
              <w:t>Объём</w:t>
            </w:r>
            <w:proofErr w:type="spellEnd"/>
          </w:p>
        </w:tc>
      </w:tr>
      <w:tr w:rsidR="00164E8D" w14:paraId="24733AE3" w14:textId="77777777">
        <w:trPr>
          <w:cantSplit/>
          <w:jc w:val="center"/>
        </w:trPr>
        <w:tc>
          <w:tcPr>
            <w:tcW w:w="680" w:type="dxa"/>
            <w:tcMar>
              <w:top w:w="90" w:type="dxa"/>
              <w:left w:w="100" w:type="dxa"/>
              <w:bottom w:w="90" w:type="dxa"/>
              <w:right w:w="100" w:type="dxa"/>
            </w:tcMar>
            <w:vAlign w:val="center"/>
          </w:tcPr>
          <w:p w14:paraId="77700C7A" w14:textId="77777777" w:rsidR="00164E8D" w:rsidRDefault="00960395">
            <w:pPr>
              <w:spacing w:after="0" w:line="240" w:lineRule="auto"/>
              <w:jc w:val="center"/>
            </w:pPr>
            <w:r>
              <w:rPr>
                <w:sz w:val="19"/>
              </w:rPr>
              <w:t>1</w:t>
            </w:r>
          </w:p>
        </w:tc>
        <w:tc>
          <w:tcPr>
            <w:tcW w:w="6236" w:type="dxa"/>
            <w:tcMar>
              <w:top w:w="90" w:type="dxa"/>
              <w:left w:w="100" w:type="dxa"/>
              <w:bottom w:w="90" w:type="dxa"/>
              <w:right w:w="100" w:type="dxa"/>
            </w:tcMar>
            <w:vAlign w:val="center"/>
          </w:tcPr>
          <w:p w14:paraId="209BAC3E" w14:textId="77777777" w:rsidR="00164E8D" w:rsidRPr="00E73267" w:rsidRDefault="00960395">
            <w:pPr>
              <w:spacing w:after="0" w:line="240" w:lineRule="auto"/>
              <w:rPr>
                <w:lang w:val="ru-RU"/>
              </w:rPr>
            </w:pPr>
            <w:r w:rsidRPr="00E73267">
              <w:rPr>
                <w:sz w:val="19"/>
                <w:lang w:val="ru-RU"/>
              </w:rPr>
              <w:t>Обследование, контрольные замеры, фотофиксация, план производства работ, временное ограждение и отключение инженерных сетей</w:t>
            </w:r>
          </w:p>
        </w:tc>
        <w:tc>
          <w:tcPr>
            <w:tcW w:w="1247" w:type="dxa"/>
            <w:tcMar>
              <w:top w:w="90" w:type="dxa"/>
              <w:left w:w="100" w:type="dxa"/>
              <w:bottom w:w="90" w:type="dxa"/>
              <w:right w:w="100" w:type="dxa"/>
            </w:tcMar>
            <w:vAlign w:val="center"/>
          </w:tcPr>
          <w:p w14:paraId="0F2B8D2F" w14:textId="77777777" w:rsidR="00164E8D" w:rsidRDefault="00960395">
            <w:pPr>
              <w:spacing w:after="0" w:line="240" w:lineRule="auto"/>
              <w:jc w:val="center"/>
            </w:pPr>
            <w:proofErr w:type="spellStart"/>
            <w:r>
              <w:rPr>
                <w:sz w:val="19"/>
              </w:rPr>
              <w:t>комплекс</w:t>
            </w:r>
            <w:proofErr w:type="spellEnd"/>
          </w:p>
        </w:tc>
        <w:tc>
          <w:tcPr>
            <w:tcW w:w="1417" w:type="dxa"/>
            <w:tcMar>
              <w:top w:w="90" w:type="dxa"/>
              <w:left w:w="100" w:type="dxa"/>
              <w:bottom w:w="90" w:type="dxa"/>
              <w:right w:w="100" w:type="dxa"/>
            </w:tcMar>
            <w:vAlign w:val="center"/>
          </w:tcPr>
          <w:p w14:paraId="14D40291" w14:textId="77777777" w:rsidR="00164E8D" w:rsidRDefault="00960395">
            <w:pPr>
              <w:spacing w:after="0" w:line="240" w:lineRule="auto"/>
              <w:jc w:val="center"/>
            </w:pPr>
            <w:r>
              <w:rPr>
                <w:sz w:val="19"/>
              </w:rPr>
              <w:t>1</w:t>
            </w:r>
          </w:p>
        </w:tc>
      </w:tr>
      <w:tr w:rsidR="00164E8D" w14:paraId="011A859D" w14:textId="77777777">
        <w:trPr>
          <w:cantSplit/>
          <w:jc w:val="center"/>
        </w:trPr>
        <w:tc>
          <w:tcPr>
            <w:tcW w:w="680" w:type="dxa"/>
            <w:tcMar>
              <w:top w:w="90" w:type="dxa"/>
              <w:left w:w="100" w:type="dxa"/>
              <w:bottom w:w="90" w:type="dxa"/>
              <w:right w:w="100" w:type="dxa"/>
            </w:tcMar>
            <w:vAlign w:val="center"/>
          </w:tcPr>
          <w:p w14:paraId="73A6D181" w14:textId="77777777" w:rsidR="00164E8D" w:rsidRDefault="00960395">
            <w:pPr>
              <w:spacing w:after="0" w:line="240" w:lineRule="auto"/>
              <w:jc w:val="center"/>
            </w:pPr>
            <w:r>
              <w:rPr>
                <w:sz w:val="19"/>
              </w:rPr>
              <w:t>2</w:t>
            </w:r>
          </w:p>
        </w:tc>
        <w:tc>
          <w:tcPr>
            <w:tcW w:w="6236" w:type="dxa"/>
            <w:tcMar>
              <w:top w:w="90" w:type="dxa"/>
              <w:left w:w="100" w:type="dxa"/>
              <w:bottom w:w="90" w:type="dxa"/>
              <w:right w:w="100" w:type="dxa"/>
            </w:tcMar>
            <w:vAlign w:val="center"/>
          </w:tcPr>
          <w:p w14:paraId="61C04729" w14:textId="77777777" w:rsidR="00164E8D" w:rsidRPr="00E73267" w:rsidRDefault="00960395">
            <w:pPr>
              <w:spacing w:after="0" w:line="240" w:lineRule="auto"/>
              <w:rPr>
                <w:lang w:val="ru-RU"/>
              </w:rPr>
            </w:pPr>
            <w:r w:rsidRPr="00E73267">
              <w:rPr>
                <w:sz w:val="19"/>
                <w:lang w:val="ru-RU"/>
              </w:rPr>
              <w:t>Полный снос строений, включая кровлю, перекрытия, стены, инженерные элементы, цоколь и фундаменты; площадь застройки — 186 м², строительный объём — 633 м³</w:t>
            </w:r>
          </w:p>
        </w:tc>
        <w:tc>
          <w:tcPr>
            <w:tcW w:w="1247" w:type="dxa"/>
            <w:tcMar>
              <w:top w:w="90" w:type="dxa"/>
              <w:left w:w="100" w:type="dxa"/>
              <w:bottom w:w="90" w:type="dxa"/>
              <w:right w:w="100" w:type="dxa"/>
            </w:tcMar>
            <w:vAlign w:val="center"/>
          </w:tcPr>
          <w:p w14:paraId="2876CF21" w14:textId="77777777" w:rsidR="00164E8D" w:rsidRDefault="00960395">
            <w:pPr>
              <w:spacing w:after="0" w:line="240" w:lineRule="auto"/>
              <w:jc w:val="center"/>
            </w:pPr>
            <w:proofErr w:type="spellStart"/>
            <w:r>
              <w:rPr>
                <w:sz w:val="19"/>
              </w:rPr>
              <w:t>комплекс</w:t>
            </w:r>
            <w:proofErr w:type="spellEnd"/>
          </w:p>
        </w:tc>
        <w:tc>
          <w:tcPr>
            <w:tcW w:w="1417" w:type="dxa"/>
            <w:tcMar>
              <w:top w:w="90" w:type="dxa"/>
              <w:left w:w="100" w:type="dxa"/>
              <w:bottom w:w="90" w:type="dxa"/>
              <w:right w:w="100" w:type="dxa"/>
            </w:tcMar>
            <w:vAlign w:val="center"/>
          </w:tcPr>
          <w:p w14:paraId="70F4F9A8" w14:textId="77777777" w:rsidR="00164E8D" w:rsidRDefault="00960395">
            <w:pPr>
              <w:spacing w:after="0" w:line="240" w:lineRule="auto"/>
              <w:jc w:val="center"/>
            </w:pPr>
            <w:r>
              <w:rPr>
                <w:sz w:val="19"/>
              </w:rPr>
              <w:t>1</w:t>
            </w:r>
          </w:p>
        </w:tc>
      </w:tr>
      <w:tr w:rsidR="00164E8D" w14:paraId="1CD9CBBC" w14:textId="77777777">
        <w:trPr>
          <w:cantSplit/>
          <w:jc w:val="center"/>
        </w:trPr>
        <w:tc>
          <w:tcPr>
            <w:tcW w:w="680" w:type="dxa"/>
            <w:tcMar>
              <w:top w:w="90" w:type="dxa"/>
              <w:left w:w="100" w:type="dxa"/>
              <w:bottom w:w="90" w:type="dxa"/>
              <w:right w:w="100" w:type="dxa"/>
            </w:tcMar>
            <w:vAlign w:val="center"/>
          </w:tcPr>
          <w:p w14:paraId="1FC1673D" w14:textId="77777777" w:rsidR="00164E8D" w:rsidRDefault="00960395">
            <w:pPr>
              <w:spacing w:after="0" w:line="240" w:lineRule="auto"/>
              <w:jc w:val="center"/>
            </w:pPr>
            <w:r>
              <w:rPr>
                <w:sz w:val="19"/>
              </w:rPr>
              <w:t>3</w:t>
            </w:r>
          </w:p>
        </w:tc>
        <w:tc>
          <w:tcPr>
            <w:tcW w:w="6236" w:type="dxa"/>
            <w:tcMar>
              <w:top w:w="90" w:type="dxa"/>
              <w:left w:w="100" w:type="dxa"/>
              <w:bottom w:w="90" w:type="dxa"/>
              <w:right w:w="100" w:type="dxa"/>
            </w:tcMar>
            <w:vAlign w:val="center"/>
          </w:tcPr>
          <w:p w14:paraId="59A246AE" w14:textId="77777777" w:rsidR="00164E8D" w:rsidRPr="00E73267" w:rsidRDefault="00960395">
            <w:pPr>
              <w:spacing w:after="0" w:line="240" w:lineRule="auto"/>
              <w:rPr>
                <w:lang w:val="ru-RU"/>
              </w:rPr>
            </w:pPr>
            <w:r w:rsidRPr="00E73267">
              <w:rPr>
                <w:sz w:val="19"/>
                <w:lang w:val="ru-RU"/>
              </w:rPr>
              <w:t>Сортировка, погрузка, транспортировка и передача строительных отходов в разрешённое место</w:t>
            </w:r>
          </w:p>
        </w:tc>
        <w:tc>
          <w:tcPr>
            <w:tcW w:w="1247" w:type="dxa"/>
            <w:tcMar>
              <w:top w:w="90" w:type="dxa"/>
              <w:left w:w="100" w:type="dxa"/>
              <w:bottom w:w="90" w:type="dxa"/>
              <w:right w:w="100" w:type="dxa"/>
            </w:tcMar>
            <w:vAlign w:val="center"/>
          </w:tcPr>
          <w:p w14:paraId="417E71E7" w14:textId="77777777" w:rsidR="00164E8D" w:rsidRDefault="00960395">
            <w:pPr>
              <w:spacing w:after="0" w:line="240" w:lineRule="auto"/>
              <w:jc w:val="center"/>
            </w:pPr>
            <w:proofErr w:type="spellStart"/>
            <w:r>
              <w:rPr>
                <w:sz w:val="19"/>
              </w:rPr>
              <w:t>комплекс</w:t>
            </w:r>
            <w:proofErr w:type="spellEnd"/>
          </w:p>
        </w:tc>
        <w:tc>
          <w:tcPr>
            <w:tcW w:w="1417" w:type="dxa"/>
            <w:tcMar>
              <w:top w:w="90" w:type="dxa"/>
              <w:left w:w="100" w:type="dxa"/>
              <w:bottom w:w="90" w:type="dxa"/>
              <w:right w:w="100" w:type="dxa"/>
            </w:tcMar>
            <w:vAlign w:val="center"/>
          </w:tcPr>
          <w:p w14:paraId="2AE48BF4" w14:textId="77777777" w:rsidR="00164E8D" w:rsidRDefault="00960395">
            <w:pPr>
              <w:spacing w:after="0" w:line="240" w:lineRule="auto"/>
              <w:jc w:val="center"/>
            </w:pPr>
            <w:r>
              <w:rPr>
                <w:sz w:val="19"/>
              </w:rPr>
              <w:t>1</w:t>
            </w:r>
          </w:p>
        </w:tc>
      </w:tr>
      <w:tr w:rsidR="00164E8D" w14:paraId="40968DE4" w14:textId="77777777">
        <w:trPr>
          <w:cantSplit/>
          <w:jc w:val="center"/>
        </w:trPr>
        <w:tc>
          <w:tcPr>
            <w:tcW w:w="680" w:type="dxa"/>
            <w:tcMar>
              <w:top w:w="90" w:type="dxa"/>
              <w:left w:w="100" w:type="dxa"/>
              <w:bottom w:w="90" w:type="dxa"/>
              <w:right w:w="100" w:type="dxa"/>
            </w:tcMar>
            <w:vAlign w:val="center"/>
          </w:tcPr>
          <w:p w14:paraId="6A69B8B2" w14:textId="77777777" w:rsidR="00164E8D" w:rsidRDefault="00960395">
            <w:pPr>
              <w:spacing w:after="0" w:line="240" w:lineRule="auto"/>
              <w:jc w:val="center"/>
            </w:pPr>
            <w:r>
              <w:rPr>
                <w:sz w:val="19"/>
              </w:rPr>
              <w:t>4</w:t>
            </w:r>
          </w:p>
        </w:tc>
        <w:tc>
          <w:tcPr>
            <w:tcW w:w="6236" w:type="dxa"/>
            <w:tcMar>
              <w:top w:w="90" w:type="dxa"/>
              <w:left w:w="100" w:type="dxa"/>
              <w:bottom w:w="90" w:type="dxa"/>
              <w:right w:w="100" w:type="dxa"/>
            </w:tcMar>
            <w:vAlign w:val="center"/>
          </w:tcPr>
          <w:p w14:paraId="74DF76DA" w14:textId="77777777" w:rsidR="00164E8D" w:rsidRPr="00E73267" w:rsidRDefault="00960395">
            <w:pPr>
              <w:spacing w:after="0" w:line="240" w:lineRule="auto"/>
              <w:rPr>
                <w:lang w:val="ru-RU"/>
              </w:rPr>
            </w:pPr>
            <w:r w:rsidRPr="00E73267">
              <w:rPr>
                <w:sz w:val="19"/>
                <w:lang w:val="ru-RU"/>
              </w:rPr>
              <w:t>Обратная засыпка грунтом или песчано-гравийной смесью, послойное уплотнение и планировка территории</w:t>
            </w:r>
          </w:p>
        </w:tc>
        <w:tc>
          <w:tcPr>
            <w:tcW w:w="1247" w:type="dxa"/>
            <w:tcMar>
              <w:top w:w="90" w:type="dxa"/>
              <w:left w:w="100" w:type="dxa"/>
              <w:bottom w:w="90" w:type="dxa"/>
              <w:right w:w="100" w:type="dxa"/>
            </w:tcMar>
            <w:vAlign w:val="center"/>
          </w:tcPr>
          <w:p w14:paraId="3BDF8281" w14:textId="77777777" w:rsidR="00164E8D" w:rsidRDefault="00960395">
            <w:pPr>
              <w:spacing w:after="0" w:line="240" w:lineRule="auto"/>
              <w:jc w:val="center"/>
            </w:pPr>
            <w:r>
              <w:rPr>
                <w:sz w:val="19"/>
              </w:rPr>
              <w:t>м²</w:t>
            </w:r>
          </w:p>
        </w:tc>
        <w:tc>
          <w:tcPr>
            <w:tcW w:w="1417" w:type="dxa"/>
            <w:tcMar>
              <w:top w:w="90" w:type="dxa"/>
              <w:left w:w="100" w:type="dxa"/>
              <w:bottom w:w="90" w:type="dxa"/>
              <w:right w:w="100" w:type="dxa"/>
            </w:tcMar>
            <w:vAlign w:val="center"/>
          </w:tcPr>
          <w:p w14:paraId="089E6BB4" w14:textId="77777777" w:rsidR="00164E8D" w:rsidRDefault="00960395">
            <w:pPr>
              <w:spacing w:after="0" w:line="240" w:lineRule="auto"/>
              <w:jc w:val="center"/>
            </w:pPr>
            <w:r>
              <w:rPr>
                <w:sz w:val="19"/>
              </w:rPr>
              <w:t>186</w:t>
            </w:r>
          </w:p>
        </w:tc>
      </w:tr>
      <w:tr w:rsidR="00164E8D" w14:paraId="1F8AA51E" w14:textId="77777777">
        <w:trPr>
          <w:cantSplit/>
          <w:jc w:val="center"/>
        </w:trPr>
        <w:tc>
          <w:tcPr>
            <w:tcW w:w="680" w:type="dxa"/>
            <w:tcMar>
              <w:top w:w="90" w:type="dxa"/>
              <w:left w:w="100" w:type="dxa"/>
              <w:bottom w:w="90" w:type="dxa"/>
              <w:right w:w="100" w:type="dxa"/>
            </w:tcMar>
            <w:vAlign w:val="center"/>
          </w:tcPr>
          <w:p w14:paraId="1C0D704D" w14:textId="77777777" w:rsidR="00164E8D" w:rsidRDefault="00960395">
            <w:pPr>
              <w:spacing w:after="0" w:line="240" w:lineRule="auto"/>
              <w:jc w:val="center"/>
            </w:pPr>
            <w:r>
              <w:rPr>
                <w:sz w:val="19"/>
              </w:rPr>
              <w:t>5</w:t>
            </w:r>
          </w:p>
        </w:tc>
        <w:tc>
          <w:tcPr>
            <w:tcW w:w="6236" w:type="dxa"/>
            <w:tcMar>
              <w:top w:w="90" w:type="dxa"/>
              <w:left w:w="100" w:type="dxa"/>
              <w:bottom w:w="90" w:type="dxa"/>
              <w:right w:w="100" w:type="dxa"/>
            </w:tcMar>
            <w:vAlign w:val="center"/>
          </w:tcPr>
          <w:p w14:paraId="4A9A0A5F" w14:textId="77777777" w:rsidR="00164E8D" w:rsidRPr="00E73267" w:rsidRDefault="00960395">
            <w:pPr>
              <w:spacing w:after="0" w:line="240" w:lineRule="auto"/>
              <w:rPr>
                <w:lang w:val="ru-RU"/>
              </w:rPr>
            </w:pPr>
            <w:r w:rsidRPr="00E73267">
              <w:rPr>
                <w:sz w:val="19"/>
                <w:lang w:val="ru-RU"/>
              </w:rPr>
              <w:t>Окончательная уборка территории, передача исполнительной документации и фотоотчёта</w:t>
            </w:r>
          </w:p>
        </w:tc>
        <w:tc>
          <w:tcPr>
            <w:tcW w:w="1247" w:type="dxa"/>
            <w:tcMar>
              <w:top w:w="90" w:type="dxa"/>
              <w:left w:w="100" w:type="dxa"/>
              <w:bottom w:w="90" w:type="dxa"/>
              <w:right w:w="100" w:type="dxa"/>
            </w:tcMar>
            <w:vAlign w:val="center"/>
          </w:tcPr>
          <w:p w14:paraId="128CB488" w14:textId="77777777" w:rsidR="00164E8D" w:rsidRDefault="00960395">
            <w:pPr>
              <w:spacing w:after="0" w:line="240" w:lineRule="auto"/>
              <w:jc w:val="center"/>
            </w:pPr>
            <w:proofErr w:type="spellStart"/>
            <w:r>
              <w:rPr>
                <w:sz w:val="19"/>
              </w:rPr>
              <w:t>комплекс</w:t>
            </w:r>
            <w:proofErr w:type="spellEnd"/>
          </w:p>
        </w:tc>
        <w:tc>
          <w:tcPr>
            <w:tcW w:w="1417" w:type="dxa"/>
            <w:tcMar>
              <w:top w:w="90" w:type="dxa"/>
              <w:left w:w="100" w:type="dxa"/>
              <w:bottom w:w="90" w:type="dxa"/>
              <w:right w:w="100" w:type="dxa"/>
            </w:tcMar>
            <w:vAlign w:val="center"/>
          </w:tcPr>
          <w:p w14:paraId="3AF68CF7" w14:textId="77777777" w:rsidR="00164E8D" w:rsidRDefault="00960395">
            <w:pPr>
              <w:spacing w:after="0" w:line="240" w:lineRule="auto"/>
              <w:jc w:val="center"/>
            </w:pPr>
            <w:r>
              <w:rPr>
                <w:sz w:val="19"/>
              </w:rPr>
              <w:t>1</w:t>
            </w:r>
          </w:p>
        </w:tc>
      </w:tr>
    </w:tbl>
    <w:p w14:paraId="24ED2B05" w14:textId="77777777" w:rsidR="00164E8D" w:rsidRDefault="00164E8D">
      <w:pPr>
        <w:spacing w:after="0"/>
      </w:pPr>
    </w:p>
    <w:p w14:paraId="39981E5B" w14:textId="001FDDE3" w:rsidR="00164E8D" w:rsidRPr="00E73267" w:rsidRDefault="00960395">
      <w:pPr>
        <w:spacing w:after="120"/>
        <w:jc w:val="both"/>
        <w:rPr>
          <w:lang w:val="ru-RU"/>
        </w:rPr>
      </w:pPr>
      <w:r w:rsidRPr="00E73267">
        <w:rPr>
          <w:lang w:val="ru-RU"/>
        </w:rPr>
        <w:t>Площадь застройки строений составляет 186 м², строительный объём — 633 м³. Границы работ по сносу строений и восстановлению территории уточняются с Заказчиком до начала работ.</w:t>
      </w:r>
    </w:p>
    <w:p w14:paraId="1BD16419" w14:textId="77777777" w:rsidR="00164E8D" w:rsidRPr="00E73267" w:rsidRDefault="00960395">
      <w:pPr>
        <w:pStyle w:val="1"/>
        <w:spacing w:before="160" w:after="80"/>
        <w:rPr>
          <w:lang w:val="ru-RU"/>
        </w:rPr>
      </w:pPr>
      <w:r w:rsidRPr="00E73267">
        <w:rPr>
          <w:lang w:val="ru-RU"/>
        </w:rPr>
        <w:t>2 ОБЩИЕ ТРЕБОВАНИЯ И ОРГАНИЗАЦИЯ РАБОТ</w:t>
      </w:r>
    </w:p>
    <w:p w14:paraId="4AF9E128" w14:textId="77777777" w:rsidR="00164E8D" w:rsidRPr="00E73267" w:rsidRDefault="00960395">
      <w:pPr>
        <w:ind w:firstLine="340"/>
        <w:jc w:val="both"/>
        <w:rPr>
          <w:lang w:val="ru-RU"/>
        </w:rPr>
      </w:pPr>
      <w:r w:rsidRPr="00E73267">
        <w:rPr>
          <w:b/>
          <w:lang w:val="ru-RU"/>
        </w:rPr>
        <w:t>1. Выполнение под ключ. Подрядчик выполняет полный комплекс с предоставлением рабочей силы, техники, транспорта, материалов, инструмента, мер безопасности, доставки, погрузки, уборки и вывоза отходов.</w:t>
      </w:r>
    </w:p>
    <w:p w14:paraId="6F3F9FB5" w14:textId="77777777" w:rsidR="00164E8D" w:rsidRPr="00E73267" w:rsidRDefault="00960395">
      <w:pPr>
        <w:ind w:firstLine="340"/>
        <w:jc w:val="both"/>
        <w:rPr>
          <w:lang w:val="ru-RU"/>
        </w:rPr>
      </w:pPr>
      <w:r w:rsidRPr="00E73267">
        <w:rPr>
          <w:b/>
          <w:lang w:val="ru-RU"/>
        </w:rPr>
        <w:t>2. Нормативное соответствие. Работы выполняются в соответствии с действующими требованиями Республики Казахстан в сфере строительства, экологии, санитарной, пожарной и трудовой безопасности, экспертным заключением и планом производства работ.</w:t>
      </w:r>
    </w:p>
    <w:p w14:paraId="76DEDD55" w14:textId="77777777" w:rsidR="00164E8D" w:rsidRPr="00E73267" w:rsidRDefault="00960395">
      <w:pPr>
        <w:ind w:firstLine="340"/>
        <w:jc w:val="both"/>
        <w:rPr>
          <w:lang w:val="ru-RU"/>
        </w:rPr>
      </w:pPr>
      <w:r w:rsidRPr="00E73267">
        <w:rPr>
          <w:b/>
          <w:lang w:val="ru-RU"/>
        </w:rPr>
        <w:t>3. Сохранение учебного процесса. Шумные, пыльные, высотные работы и операции с тяжёлой техникой выполняются в согласованное с Заказчиком время. Доступ учащихся и посторонних в рабочую зону исключается.</w:t>
      </w:r>
    </w:p>
    <w:p w14:paraId="5EDE0C60" w14:textId="77777777" w:rsidR="00164E8D" w:rsidRPr="00E73267" w:rsidRDefault="00960395">
      <w:pPr>
        <w:ind w:firstLine="340"/>
        <w:jc w:val="both"/>
        <w:rPr>
          <w:lang w:val="ru-RU"/>
        </w:rPr>
      </w:pPr>
      <w:r w:rsidRPr="00E73267">
        <w:rPr>
          <w:b/>
          <w:lang w:val="ru-RU"/>
        </w:rPr>
        <w:t>4. График. Подрядчик согласовывает календарный график, включающий этапы демонтажа, движение техники и вывоз отходов. Необоснованное оставление площадки без работ не допускается.</w:t>
      </w:r>
    </w:p>
    <w:p w14:paraId="078D9A84" w14:textId="77777777" w:rsidR="00164E8D" w:rsidRPr="00E73267" w:rsidRDefault="00960395">
      <w:pPr>
        <w:pStyle w:val="1"/>
        <w:spacing w:before="160" w:after="80"/>
        <w:rPr>
          <w:lang w:val="ru-RU"/>
        </w:rPr>
      </w:pPr>
      <w:r w:rsidRPr="00E73267">
        <w:rPr>
          <w:lang w:val="ru-RU"/>
        </w:rPr>
        <w:t>3 ОБСЛЕДОВАНИЕ И ПЛАН ПРОИЗВОДСТВА РАБОТ</w:t>
      </w:r>
    </w:p>
    <w:p w14:paraId="5E6D730C" w14:textId="77777777" w:rsidR="00164E8D" w:rsidRPr="00E73267" w:rsidRDefault="00960395">
      <w:pPr>
        <w:ind w:firstLine="340"/>
        <w:jc w:val="both"/>
        <w:rPr>
          <w:lang w:val="ru-RU"/>
        </w:rPr>
      </w:pPr>
      <w:r w:rsidRPr="00E73267">
        <w:rPr>
          <w:b/>
          <w:lang w:val="ru-RU"/>
        </w:rPr>
        <w:t>5. Первичный осмотр. Повторно обследуются стены, кровли, перекрытия, опоры, цоколи, фундаменты, подъезды и прилегающая территория строений; опасные участки обозначаются.</w:t>
      </w:r>
    </w:p>
    <w:p w14:paraId="27E37CEF" w14:textId="77777777" w:rsidR="00164E8D" w:rsidRPr="00E73267" w:rsidRDefault="00960395">
      <w:pPr>
        <w:ind w:firstLine="340"/>
        <w:jc w:val="both"/>
        <w:rPr>
          <w:lang w:val="ru-RU"/>
        </w:rPr>
      </w:pPr>
      <w:r w:rsidRPr="00E73267">
        <w:rPr>
          <w:b/>
          <w:lang w:val="ru-RU"/>
        </w:rPr>
        <w:t>6. Фотофиксация. Фиксируется первоначальное состояние соседних зданий, дорог, покрытий, деревьев, ограждений и инженерных коммуникаций.</w:t>
      </w:r>
    </w:p>
    <w:p w14:paraId="5D3CB40A" w14:textId="77777777" w:rsidR="00164E8D" w:rsidRPr="00E73267" w:rsidRDefault="00960395">
      <w:pPr>
        <w:ind w:firstLine="340"/>
        <w:jc w:val="both"/>
        <w:rPr>
          <w:lang w:val="ru-RU"/>
        </w:rPr>
      </w:pPr>
      <w:r w:rsidRPr="00E73267">
        <w:rPr>
          <w:b/>
          <w:lang w:val="ru-RU"/>
        </w:rPr>
        <w:t>7. Технологическое решение. План должен определять последовательность сноса, опасные зоны, размещение техники и работников, временное крепление, пылеподавление, обращение с отходами и действия при аварии.</w:t>
      </w:r>
    </w:p>
    <w:p w14:paraId="7CD3CDF4" w14:textId="77777777" w:rsidR="00164E8D" w:rsidRPr="00E73267" w:rsidRDefault="00960395">
      <w:pPr>
        <w:ind w:firstLine="340"/>
        <w:jc w:val="both"/>
        <w:rPr>
          <w:lang w:val="ru-RU"/>
        </w:rPr>
      </w:pPr>
      <w:r w:rsidRPr="00E73267">
        <w:rPr>
          <w:b/>
          <w:lang w:val="ru-RU"/>
        </w:rPr>
        <w:lastRenderedPageBreak/>
        <w:t>8. Допуски. До начала работ Подрядчик оформляет относящиеся к его обязанностям наряды-допуски, разрешения на огневые работы и документы на специальную технику.</w:t>
      </w:r>
    </w:p>
    <w:p w14:paraId="6491002D" w14:textId="77777777" w:rsidR="00164E8D" w:rsidRPr="00E73267" w:rsidRDefault="00960395">
      <w:pPr>
        <w:pStyle w:val="1"/>
        <w:spacing w:before="160" w:after="80"/>
        <w:rPr>
          <w:lang w:val="ru-RU"/>
        </w:rPr>
      </w:pPr>
      <w:r w:rsidRPr="00E73267">
        <w:rPr>
          <w:lang w:val="ru-RU"/>
        </w:rPr>
        <w:t>4 ИНЖЕНЕРНЫЕ СЕТИ И СКРЫТЫЕ КОММУНИКАЦИИ</w:t>
      </w:r>
    </w:p>
    <w:p w14:paraId="29C0A5FA" w14:textId="77777777" w:rsidR="00164E8D" w:rsidRPr="00E73267" w:rsidRDefault="00960395">
      <w:pPr>
        <w:ind w:firstLine="340"/>
        <w:jc w:val="both"/>
        <w:rPr>
          <w:lang w:val="ru-RU"/>
        </w:rPr>
      </w:pPr>
      <w:r w:rsidRPr="00E73267">
        <w:rPr>
          <w:b/>
          <w:lang w:val="ru-RU"/>
        </w:rPr>
        <w:t>9. Уточнение сетей. Проверяются имеющиеся схемы, а расположение электрических кабелей, водопровода, отопления, канализации и связи уточняется приборами и контрольными шурфами.</w:t>
      </w:r>
    </w:p>
    <w:p w14:paraId="5EAC2350" w14:textId="77777777" w:rsidR="00164E8D" w:rsidRPr="00E73267" w:rsidRDefault="00960395">
      <w:pPr>
        <w:ind w:firstLine="340"/>
        <w:jc w:val="both"/>
        <w:rPr>
          <w:lang w:val="ru-RU"/>
        </w:rPr>
      </w:pPr>
      <w:r w:rsidRPr="00E73267">
        <w:rPr>
          <w:b/>
          <w:lang w:val="ru-RU"/>
        </w:rPr>
        <w:t>10. Отключение. Сети отключаются с участием балансодержателя или ответственной организации и подтверждаются актами. До подтверждения отключения снос не начинается.</w:t>
      </w:r>
    </w:p>
    <w:p w14:paraId="0CD39672" w14:textId="77777777" w:rsidR="00164E8D" w:rsidRPr="00E73267" w:rsidRDefault="00960395">
      <w:pPr>
        <w:ind w:firstLine="340"/>
        <w:jc w:val="both"/>
        <w:rPr>
          <w:lang w:val="ru-RU"/>
        </w:rPr>
      </w:pPr>
      <w:r w:rsidRPr="00E73267">
        <w:rPr>
          <w:b/>
          <w:lang w:val="ru-RU"/>
        </w:rPr>
        <w:t>11. Неизвестная коммуникация. При обнаружении неизвестной или действующей магистрали работы на участке прекращаются, зона ограждается, Заказчик уведомляется письменно. Самовольная резка или перенос запрещены.</w:t>
      </w:r>
    </w:p>
    <w:p w14:paraId="2C3F59D9" w14:textId="77777777" w:rsidR="00164E8D" w:rsidRPr="00E73267" w:rsidRDefault="00960395">
      <w:pPr>
        <w:ind w:firstLine="340"/>
        <w:jc w:val="both"/>
        <w:rPr>
          <w:lang w:val="ru-RU"/>
        </w:rPr>
      </w:pPr>
      <w:r w:rsidRPr="00E73267">
        <w:rPr>
          <w:b/>
          <w:lang w:val="ru-RU"/>
        </w:rPr>
        <w:t>12. Безопасный демонтаж. Кабели, автоматы, трубопроводы и оборудование демонтируются только после отключения и проверки отсутствия напряжения, давления и остаточных сред.</w:t>
      </w:r>
    </w:p>
    <w:p w14:paraId="1566A9C9" w14:textId="77777777" w:rsidR="00164E8D" w:rsidRPr="00E73267" w:rsidRDefault="00960395">
      <w:pPr>
        <w:pStyle w:val="1"/>
        <w:spacing w:before="160" w:after="80"/>
        <w:rPr>
          <w:lang w:val="ru-RU"/>
        </w:rPr>
      </w:pPr>
      <w:r w:rsidRPr="00E73267">
        <w:rPr>
          <w:lang w:val="ru-RU"/>
        </w:rPr>
        <w:t>5 ПОДГОТОВКА ПЛОЩАДКИ И ВРЕМЕННОЕ ОГРАЖДЕНИЕ</w:t>
      </w:r>
    </w:p>
    <w:p w14:paraId="1E8C303B" w14:textId="77777777" w:rsidR="00164E8D" w:rsidRPr="00E73267" w:rsidRDefault="00960395">
      <w:pPr>
        <w:ind w:firstLine="340"/>
        <w:jc w:val="both"/>
        <w:rPr>
          <w:lang w:val="ru-RU"/>
        </w:rPr>
      </w:pPr>
      <w:r w:rsidRPr="00E73267">
        <w:rPr>
          <w:b/>
          <w:lang w:val="ru-RU"/>
        </w:rPr>
        <w:t>13. Опасная зона. Рабочая зона закрывается прочным временным ограждением, устанавливаются предупреждающие знаки, сигнальное освещение и контролируемый въезд.</w:t>
      </w:r>
    </w:p>
    <w:p w14:paraId="0323015B" w14:textId="77777777" w:rsidR="00164E8D" w:rsidRPr="00E73267" w:rsidRDefault="00960395">
      <w:pPr>
        <w:ind w:firstLine="340"/>
        <w:jc w:val="both"/>
        <w:rPr>
          <w:lang w:val="ru-RU"/>
        </w:rPr>
      </w:pPr>
      <w:r w:rsidRPr="00E73267">
        <w:rPr>
          <w:b/>
          <w:lang w:val="ru-RU"/>
        </w:rPr>
        <w:t>14. Защита имущества. Здания объекта, окна, дороги, тротуары, спортивные площадки, зелёные насаждения и действующие сети защищаются щитами либо иным эффективным способом.</w:t>
      </w:r>
    </w:p>
    <w:p w14:paraId="70F7C331" w14:textId="77777777" w:rsidR="00164E8D" w:rsidRPr="00E73267" w:rsidRDefault="00960395">
      <w:pPr>
        <w:ind w:firstLine="340"/>
        <w:jc w:val="both"/>
        <w:rPr>
          <w:lang w:val="ru-RU"/>
        </w:rPr>
      </w:pPr>
      <w:r w:rsidRPr="00E73267">
        <w:rPr>
          <w:b/>
          <w:lang w:val="ru-RU"/>
        </w:rPr>
        <w:t xml:space="preserve">15. Освобождение объектов. Имущество сортируется и передаётся Заказчику по акту. Снос в помещении с </w:t>
      </w:r>
      <w:proofErr w:type="spellStart"/>
      <w:r w:rsidRPr="00E73267">
        <w:rPr>
          <w:b/>
          <w:lang w:val="ru-RU"/>
        </w:rPr>
        <w:t>невывезенным</w:t>
      </w:r>
      <w:proofErr w:type="spellEnd"/>
      <w:r w:rsidRPr="00E73267">
        <w:rPr>
          <w:b/>
          <w:lang w:val="ru-RU"/>
        </w:rPr>
        <w:t xml:space="preserve"> имуществом не допускается.</w:t>
      </w:r>
    </w:p>
    <w:p w14:paraId="6C08256A" w14:textId="77777777" w:rsidR="00164E8D" w:rsidRPr="00E73267" w:rsidRDefault="00960395">
      <w:pPr>
        <w:ind w:firstLine="340"/>
        <w:jc w:val="both"/>
        <w:rPr>
          <w:lang w:val="ru-RU"/>
        </w:rPr>
      </w:pPr>
      <w:r w:rsidRPr="00E73267">
        <w:rPr>
          <w:b/>
          <w:lang w:val="ru-RU"/>
        </w:rPr>
        <w:t>16. Подъездные пути. Подрядчик организует безопасный въезд техники, проверяет несущую способность покрытия и за свой счёт восстанавливает повреждённые участки.</w:t>
      </w:r>
    </w:p>
    <w:p w14:paraId="0F903298" w14:textId="77777777" w:rsidR="00164E8D" w:rsidRPr="00E73267" w:rsidRDefault="00960395">
      <w:pPr>
        <w:pStyle w:val="1"/>
        <w:spacing w:before="160" w:after="80"/>
        <w:rPr>
          <w:lang w:val="ru-RU"/>
        </w:rPr>
      </w:pPr>
      <w:r w:rsidRPr="00E73267">
        <w:rPr>
          <w:lang w:val="ru-RU"/>
        </w:rPr>
        <w:t>6 СНОС СТРОЕНИЙ</w:t>
      </w:r>
    </w:p>
    <w:p w14:paraId="29F1B807" w14:textId="77777777" w:rsidR="00164E8D" w:rsidRPr="00E73267" w:rsidRDefault="00960395">
      <w:pPr>
        <w:ind w:firstLine="340"/>
        <w:jc w:val="both"/>
        <w:rPr>
          <w:lang w:val="ru-RU"/>
        </w:rPr>
      </w:pPr>
      <w:r w:rsidRPr="00E73267">
        <w:rPr>
          <w:b/>
          <w:lang w:val="ru-RU"/>
        </w:rPr>
        <w:t>17. Последовательность. Сначала снимаются окна, двери, инженерные и легко демонтируемые элементы, затем сверху вниз разбираются кровля, перекрытия, внутренние перегородки, наружные стены, полы, цоколь и фундаменты.</w:t>
      </w:r>
    </w:p>
    <w:p w14:paraId="392DB0F8" w14:textId="77777777" w:rsidR="00164E8D" w:rsidRPr="00E73267" w:rsidRDefault="00960395">
      <w:pPr>
        <w:ind w:firstLine="340"/>
        <w:jc w:val="both"/>
        <w:rPr>
          <w:lang w:val="ru-RU"/>
        </w:rPr>
      </w:pPr>
      <w:r w:rsidRPr="00E73267">
        <w:rPr>
          <w:b/>
          <w:lang w:val="ru-RU"/>
        </w:rPr>
        <w:t>18. Аварийные конструкции. Неустойчивые стены и перекрытия предварительно укрепляются либо разбираются техникой с безопасного расстояния. Нахождение людей под ослабленными и зависшими элементами запрещается.</w:t>
      </w:r>
    </w:p>
    <w:p w14:paraId="28EAFE6D" w14:textId="77777777" w:rsidR="00164E8D" w:rsidRPr="00E73267" w:rsidRDefault="00960395">
      <w:pPr>
        <w:ind w:firstLine="340"/>
        <w:jc w:val="both"/>
        <w:rPr>
          <w:lang w:val="ru-RU"/>
        </w:rPr>
      </w:pPr>
      <w:r w:rsidRPr="00E73267">
        <w:rPr>
          <w:b/>
          <w:lang w:val="ru-RU"/>
        </w:rPr>
        <w:t>19. Запрещённые методы. Не допускаются неконтролируемое обрушение, подкоп стен, одновременная работа на нескольких уровнях, взрывной способ и сбрасывание обломков за пределы защищённой зоны.</w:t>
      </w:r>
    </w:p>
    <w:p w14:paraId="5A2F5764" w14:textId="77777777" w:rsidR="00164E8D" w:rsidRPr="00E73267" w:rsidRDefault="00960395">
      <w:pPr>
        <w:ind w:firstLine="340"/>
        <w:jc w:val="both"/>
        <w:rPr>
          <w:lang w:val="ru-RU"/>
        </w:rPr>
      </w:pPr>
      <w:r w:rsidRPr="00E73267">
        <w:rPr>
          <w:b/>
          <w:lang w:val="ru-RU"/>
        </w:rPr>
        <w:t>20. Резка металла. Газовая и электрическая резка выполняется по наряду-допуску, при наличии огнетушителей, удалении горючих материалов и организации пожарного наблюдения.</w:t>
      </w:r>
    </w:p>
    <w:p w14:paraId="65386F38" w14:textId="77777777" w:rsidR="00164E8D" w:rsidRPr="00E73267" w:rsidRDefault="00960395">
      <w:pPr>
        <w:ind w:firstLine="340"/>
        <w:jc w:val="both"/>
        <w:rPr>
          <w:lang w:val="ru-RU"/>
        </w:rPr>
      </w:pPr>
      <w:r w:rsidRPr="00E73267">
        <w:rPr>
          <w:b/>
          <w:lang w:val="ru-RU"/>
        </w:rPr>
        <w:t>21. Фундаменты. Полностью удаляются фундаменты, заглублённый бетон, арматура и металлические детали. Не допускаются скрытые пустоты, выступающие или острые элементы.</w:t>
      </w:r>
    </w:p>
    <w:p w14:paraId="410F93A8" w14:textId="77777777" w:rsidR="00164E8D" w:rsidRPr="00E73267" w:rsidRDefault="00960395">
      <w:pPr>
        <w:pStyle w:val="1"/>
        <w:spacing w:before="160" w:after="80"/>
        <w:rPr>
          <w:lang w:val="ru-RU"/>
        </w:rPr>
      </w:pPr>
      <w:r w:rsidRPr="00E73267">
        <w:rPr>
          <w:lang w:val="ru-RU"/>
        </w:rPr>
        <w:lastRenderedPageBreak/>
        <w:t>7 СЛОЖНЫЕ УСЛОВИЯ ВЫПОЛНЕНИЯ</w:t>
      </w:r>
    </w:p>
    <w:p w14:paraId="0DA0657B" w14:textId="77777777" w:rsidR="00164E8D" w:rsidRPr="00E73267" w:rsidRDefault="00960395">
      <w:pPr>
        <w:ind w:firstLine="340"/>
        <w:jc w:val="both"/>
        <w:rPr>
          <w:lang w:val="ru-RU"/>
        </w:rPr>
      </w:pPr>
      <w:r w:rsidRPr="00E73267">
        <w:rPr>
          <w:b/>
          <w:lang w:val="ru-RU"/>
        </w:rPr>
        <w:t>22. Стеснённая площадка. Учитываются территория объекта, узкие подъезды, ограниченное место разворота техники и необходимость выполнения части операций вручную.</w:t>
      </w:r>
    </w:p>
    <w:p w14:paraId="5D61E42B" w14:textId="77777777" w:rsidR="00164E8D" w:rsidRPr="00E73267" w:rsidRDefault="00960395">
      <w:pPr>
        <w:ind w:firstLine="340"/>
        <w:jc w:val="both"/>
        <w:rPr>
          <w:lang w:val="ru-RU"/>
        </w:rPr>
      </w:pPr>
      <w:r w:rsidRPr="00E73267">
        <w:rPr>
          <w:b/>
          <w:lang w:val="ru-RU"/>
        </w:rPr>
        <w:t>23. Скрытые элементы. Цена включает фактическую глубину фундаментов, скрытый бетон, металлические связи, отходы под полом, дополнительную резку, дробление и временное крепление.</w:t>
      </w:r>
    </w:p>
    <w:p w14:paraId="0F7B2036" w14:textId="77777777" w:rsidR="00164E8D" w:rsidRPr="00E73267" w:rsidRDefault="00960395">
      <w:pPr>
        <w:ind w:firstLine="340"/>
        <w:jc w:val="both"/>
        <w:rPr>
          <w:lang w:val="ru-RU"/>
        </w:rPr>
      </w:pPr>
      <w:r w:rsidRPr="00E73267">
        <w:rPr>
          <w:b/>
          <w:lang w:val="ru-RU"/>
        </w:rPr>
        <w:t>24. Погодные условия. При дожде, ветре, жаре и запылённости защищаются материалы и котлованы; при опасных метеоусловиях работы приостанавливаются.</w:t>
      </w:r>
    </w:p>
    <w:p w14:paraId="018F8240" w14:textId="77777777" w:rsidR="00164E8D" w:rsidRPr="00E73267" w:rsidRDefault="00960395">
      <w:pPr>
        <w:ind w:firstLine="340"/>
        <w:jc w:val="both"/>
        <w:rPr>
          <w:lang w:val="ru-RU"/>
        </w:rPr>
      </w:pPr>
      <w:r w:rsidRPr="00E73267">
        <w:rPr>
          <w:b/>
          <w:lang w:val="ru-RU"/>
        </w:rPr>
        <w:t>25. Пыль и вибрация. Конструкции увлажняются, обломки опускаются с контролируемой высоты, распространение избыточной пыли и вибрации на соседние здания не допускается.</w:t>
      </w:r>
    </w:p>
    <w:p w14:paraId="7984816D" w14:textId="77777777" w:rsidR="00164E8D" w:rsidRPr="00E73267" w:rsidRDefault="00960395">
      <w:pPr>
        <w:pStyle w:val="1"/>
        <w:spacing w:before="160" w:after="80"/>
        <w:rPr>
          <w:lang w:val="ru-RU"/>
        </w:rPr>
      </w:pPr>
      <w:r w:rsidRPr="00E73267">
        <w:rPr>
          <w:lang w:val="ru-RU"/>
        </w:rPr>
        <w:t>8 СОРТИРОВКА И ВЫВОЗ ОТХОДОВ</w:t>
      </w:r>
    </w:p>
    <w:p w14:paraId="6B662AEE" w14:textId="77777777" w:rsidR="00164E8D" w:rsidRPr="00E73267" w:rsidRDefault="00960395">
      <w:pPr>
        <w:ind w:firstLine="340"/>
        <w:jc w:val="both"/>
        <w:rPr>
          <w:lang w:val="ru-RU"/>
        </w:rPr>
      </w:pPr>
      <w:r w:rsidRPr="00E73267">
        <w:rPr>
          <w:b/>
          <w:lang w:val="ru-RU"/>
        </w:rPr>
        <w:t>26. Раздельный сбор. Бетон, кирпич, металл, древесина, стекло, кабели, кровельные и иные отходы собираются отдельно и размещаются безопасно.</w:t>
      </w:r>
    </w:p>
    <w:p w14:paraId="4989ED43" w14:textId="77777777" w:rsidR="00164E8D" w:rsidRPr="00E73267" w:rsidRDefault="00960395">
      <w:pPr>
        <w:ind w:firstLine="340"/>
        <w:jc w:val="both"/>
        <w:rPr>
          <w:lang w:val="ru-RU"/>
        </w:rPr>
      </w:pPr>
      <w:r w:rsidRPr="00E73267">
        <w:rPr>
          <w:b/>
          <w:lang w:val="ru-RU"/>
        </w:rPr>
        <w:t>27. Пригодные материалы. Пригодные материалы и металлолом передаются Заказчику по акту. Их самовольный вывоз, присвоение или реализация запрещаются.</w:t>
      </w:r>
    </w:p>
    <w:p w14:paraId="4B600678" w14:textId="77777777" w:rsidR="00164E8D" w:rsidRPr="00E73267" w:rsidRDefault="00960395">
      <w:pPr>
        <w:ind w:firstLine="340"/>
        <w:jc w:val="both"/>
        <w:rPr>
          <w:lang w:val="ru-RU"/>
        </w:rPr>
      </w:pPr>
      <w:r w:rsidRPr="00E73267">
        <w:rPr>
          <w:b/>
          <w:lang w:val="ru-RU"/>
        </w:rPr>
        <w:t>28. Передача отходов. Непригодные отходы вывозятся на разрешённые объекты приёма, переработки или размещения. Подрядчик передаёт подтверждающие талоны и накладные.</w:t>
      </w:r>
    </w:p>
    <w:p w14:paraId="3DE50F59" w14:textId="77777777" w:rsidR="00164E8D" w:rsidRPr="00E73267" w:rsidRDefault="00960395">
      <w:pPr>
        <w:ind w:firstLine="340"/>
        <w:jc w:val="both"/>
        <w:rPr>
          <w:lang w:val="ru-RU"/>
        </w:rPr>
      </w:pPr>
      <w:r w:rsidRPr="00E73267">
        <w:rPr>
          <w:b/>
          <w:lang w:val="ru-RU"/>
        </w:rPr>
        <w:t>29. Опасные материалы. При обнаружении материалов, похожих на асбест или иные опасные вещества, участок изолируется, а материал удаляется без пылеобразования с применением специальной упаковки и транспорта.</w:t>
      </w:r>
    </w:p>
    <w:p w14:paraId="178A9670" w14:textId="77777777" w:rsidR="00164E8D" w:rsidRPr="00E73267" w:rsidRDefault="00960395">
      <w:pPr>
        <w:ind w:firstLine="340"/>
        <w:jc w:val="both"/>
        <w:rPr>
          <w:lang w:val="ru-RU"/>
        </w:rPr>
      </w:pPr>
      <w:r w:rsidRPr="00E73267">
        <w:rPr>
          <w:b/>
          <w:lang w:val="ru-RU"/>
        </w:rPr>
        <w:t>30. Запреты. Запрещаются сжигание, захоронение на территории объекта, размещение в бытовых контейнерах Заказчика и сброс отходов в неразрешённых местах.</w:t>
      </w:r>
    </w:p>
    <w:p w14:paraId="3AB9F6A4" w14:textId="77777777" w:rsidR="00164E8D" w:rsidRPr="00E73267" w:rsidRDefault="00960395">
      <w:pPr>
        <w:pStyle w:val="1"/>
        <w:spacing w:before="160" w:after="80"/>
        <w:rPr>
          <w:lang w:val="ru-RU"/>
        </w:rPr>
      </w:pPr>
      <w:r w:rsidRPr="00E73267">
        <w:rPr>
          <w:lang w:val="ru-RU"/>
        </w:rPr>
        <w:t>9 ВОССТАНОВЛЕНИЕ ТЕРРИТОРИИ</w:t>
      </w:r>
    </w:p>
    <w:p w14:paraId="0B37D503" w14:textId="77777777" w:rsidR="00164E8D" w:rsidRPr="00E73267" w:rsidRDefault="00960395">
      <w:pPr>
        <w:ind w:firstLine="340"/>
        <w:jc w:val="both"/>
        <w:rPr>
          <w:lang w:val="ru-RU"/>
        </w:rPr>
      </w:pPr>
      <w:r w:rsidRPr="00E73267">
        <w:rPr>
          <w:b/>
          <w:lang w:val="ru-RU"/>
        </w:rPr>
        <w:t>31. Обратная засыпка. После удаления фундаментов выемки заполняются чистым грунтом или песчано-гравийной смесью слоями не более 200 мм.</w:t>
      </w:r>
    </w:p>
    <w:p w14:paraId="77F388FC" w14:textId="77777777" w:rsidR="00164E8D" w:rsidRPr="00E73267" w:rsidRDefault="00960395">
      <w:pPr>
        <w:ind w:firstLine="340"/>
        <w:jc w:val="both"/>
        <w:rPr>
          <w:lang w:val="ru-RU"/>
        </w:rPr>
      </w:pPr>
      <w:r w:rsidRPr="00E73267">
        <w:rPr>
          <w:b/>
          <w:lang w:val="ru-RU"/>
        </w:rPr>
        <w:t>32. Уплотнение. Каждый слой механически уплотняется до коэффициента не менее 0,95. Просадки, появившиеся до приёмки, устраняются за счёт Подрядчика.</w:t>
      </w:r>
    </w:p>
    <w:p w14:paraId="54DB34E4" w14:textId="77777777" w:rsidR="00164E8D" w:rsidRPr="00E73267" w:rsidRDefault="00960395">
      <w:pPr>
        <w:ind w:firstLine="340"/>
        <w:jc w:val="both"/>
        <w:rPr>
          <w:lang w:val="ru-RU"/>
        </w:rPr>
      </w:pPr>
      <w:r w:rsidRPr="00E73267">
        <w:rPr>
          <w:b/>
          <w:lang w:val="ru-RU"/>
        </w:rPr>
        <w:t>33. Планировка. Поверхность выравнивается с уклоном, исключающим стекание осадков к существующим зданиям и сооружениям.</w:t>
      </w:r>
    </w:p>
    <w:p w14:paraId="7888E6B7" w14:textId="77777777" w:rsidR="00164E8D" w:rsidRPr="00E73267" w:rsidRDefault="00960395">
      <w:pPr>
        <w:ind w:firstLine="340"/>
        <w:jc w:val="both"/>
        <w:rPr>
          <w:lang w:val="ru-RU"/>
        </w:rPr>
      </w:pPr>
      <w:r w:rsidRPr="00E73267">
        <w:rPr>
          <w:b/>
          <w:lang w:val="ru-RU"/>
        </w:rPr>
        <w:t>34. Восстановление. Повреждённые асфальт, брусчатка, бордюры, газон, поливочные сети и другие элементы восстанавливаются не хуже первоначального состояния.</w:t>
      </w:r>
    </w:p>
    <w:p w14:paraId="3F7C4F8D" w14:textId="77777777" w:rsidR="00164E8D" w:rsidRPr="00E73267" w:rsidRDefault="00960395">
      <w:pPr>
        <w:pStyle w:val="1"/>
        <w:spacing w:before="160" w:after="80"/>
        <w:rPr>
          <w:lang w:val="ru-RU"/>
        </w:rPr>
      </w:pPr>
      <w:r w:rsidRPr="00E73267">
        <w:rPr>
          <w:lang w:val="ru-RU"/>
        </w:rPr>
        <w:t>10 БЕЗОПАСНОСТЬ И ЗАЩИТА ИМУЩЕСТВА</w:t>
      </w:r>
    </w:p>
    <w:p w14:paraId="1F04982D" w14:textId="77777777" w:rsidR="00164E8D" w:rsidRPr="00E73267" w:rsidRDefault="00960395">
      <w:pPr>
        <w:ind w:firstLine="340"/>
        <w:jc w:val="both"/>
        <w:rPr>
          <w:lang w:val="ru-RU"/>
        </w:rPr>
      </w:pPr>
      <w:r w:rsidRPr="00E73267">
        <w:rPr>
          <w:b/>
          <w:lang w:val="ru-RU"/>
        </w:rPr>
        <w:t>35. Персонал. Работы выполняются обученными работниками под руководством ответственного специалиста с применением касок, очков, респираторов, перчаток, спецодежды и страховочных систем.</w:t>
      </w:r>
    </w:p>
    <w:p w14:paraId="0E4EB73D" w14:textId="77777777" w:rsidR="00164E8D" w:rsidRPr="00E73267" w:rsidRDefault="00960395">
      <w:pPr>
        <w:ind w:firstLine="340"/>
        <w:jc w:val="both"/>
        <w:rPr>
          <w:lang w:val="ru-RU"/>
        </w:rPr>
      </w:pPr>
      <w:r w:rsidRPr="00E73267">
        <w:rPr>
          <w:b/>
          <w:lang w:val="ru-RU"/>
        </w:rPr>
        <w:t>36. Движение техники. Движением техники задним ходом руководит сигнальщик. Техника не оставляется без контроля, котлованы и неустойчивые конструкции — без ограждения.</w:t>
      </w:r>
    </w:p>
    <w:p w14:paraId="7CD85E2C" w14:textId="77777777" w:rsidR="00164E8D" w:rsidRPr="00E73267" w:rsidRDefault="00960395">
      <w:pPr>
        <w:ind w:firstLine="340"/>
        <w:jc w:val="both"/>
        <w:rPr>
          <w:lang w:val="ru-RU"/>
        </w:rPr>
      </w:pPr>
      <w:r w:rsidRPr="00E73267">
        <w:rPr>
          <w:b/>
          <w:lang w:val="ru-RU"/>
        </w:rPr>
        <w:t>37. Ежедневный контроль. Перед каждой сменой проверяются оставшиеся конструкции, временное ограждение, техника, электроинструмент и средства пожаротушения.</w:t>
      </w:r>
    </w:p>
    <w:p w14:paraId="13A1B4F9" w14:textId="77777777" w:rsidR="00164E8D" w:rsidRPr="00E73267" w:rsidRDefault="00960395">
      <w:pPr>
        <w:ind w:firstLine="340"/>
        <w:jc w:val="both"/>
        <w:rPr>
          <w:lang w:val="ru-RU"/>
        </w:rPr>
      </w:pPr>
      <w:r w:rsidRPr="00E73267">
        <w:rPr>
          <w:b/>
          <w:lang w:val="ru-RU"/>
        </w:rPr>
        <w:lastRenderedPageBreak/>
        <w:t>38. Ответственность. Имущество объекта или третьих лиц, повреждённое по вине Подрядчика, полностью восстанавливается за его счёт.</w:t>
      </w:r>
    </w:p>
    <w:p w14:paraId="3DA87904" w14:textId="77777777" w:rsidR="00164E8D" w:rsidRPr="00E73267" w:rsidRDefault="00960395">
      <w:pPr>
        <w:pStyle w:val="1"/>
        <w:spacing w:before="160" w:after="80"/>
        <w:rPr>
          <w:lang w:val="ru-RU"/>
        </w:rPr>
      </w:pPr>
      <w:r w:rsidRPr="00E73267">
        <w:rPr>
          <w:lang w:val="ru-RU"/>
        </w:rPr>
        <w:t>11 ПРИЁМКА И ИСПОЛНИТЕЛЬНАЯ ДОКУМЕНТАЦИЯ</w:t>
      </w:r>
    </w:p>
    <w:p w14:paraId="03377004" w14:textId="77777777" w:rsidR="00164E8D" w:rsidRPr="00E73267" w:rsidRDefault="00960395">
      <w:pPr>
        <w:ind w:firstLine="340"/>
        <w:jc w:val="both"/>
        <w:rPr>
          <w:lang w:val="ru-RU"/>
        </w:rPr>
      </w:pPr>
      <w:r w:rsidRPr="00E73267">
        <w:rPr>
          <w:b/>
          <w:lang w:val="ru-RU"/>
        </w:rPr>
        <w:t>39. Поэтапный контроль. Отключение сетей, удаление фундаментов и обратная засыпка фотографируются до закрытия и при необходимости оформляются актами скрытых работ.</w:t>
      </w:r>
    </w:p>
    <w:p w14:paraId="00D0E99A" w14:textId="77777777" w:rsidR="00164E8D" w:rsidRPr="00E73267" w:rsidRDefault="00960395">
      <w:pPr>
        <w:ind w:firstLine="340"/>
        <w:jc w:val="both"/>
        <w:rPr>
          <w:lang w:val="ru-RU"/>
        </w:rPr>
      </w:pPr>
      <w:r w:rsidRPr="00E73267">
        <w:rPr>
          <w:b/>
          <w:lang w:val="ru-RU"/>
        </w:rPr>
        <w:t>40. Документы. Передаются акт замеров, ведомость фактических объёмов, паспорта материалов, документы о вывозе отходов, исполнительная схема, фотоотчёт.</w:t>
      </w:r>
    </w:p>
    <w:p w14:paraId="699E6980" w14:textId="22185C5F" w:rsidR="00164E8D" w:rsidRPr="00E73267" w:rsidRDefault="00960395">
      <w:pPr>
        <w:ind w:firstLine="340"/>
        <w:jc w:val="both"/>
        <w:rPr>
          <w:lang w:val="ru-RU"/>
        </w:rPr>
      </w:pPr>
      <w:r w:rsidRPr="00E73267">
        <w:rPr>
          <w:b/>
          <w:lang w:val="ru-RU"/>
        </w:rPr>
        <w:t>41. Проверка. Проверяются полный снос строений (площадь застройки — 186 м², строительный объём — 633 м³), удаление фундаментов, вывоз отходов, уплотнение обратной засыпки и планировка территории.</w:t>
      </w:r>
    </w:p>
    <w:p w14:paraId="7D4238F2" w14:textId="77777777" w:rsidR="00164E8D" w:rsidRPr="00E73267" w:rsidRDefault="00960395">
      <w:pPr>
        <w:ind w:firstLine="340"/>
        <w:jc w:val="both"/>
        <w:rPr>
          <w:lang w:val="ru-RU"/>
        </w:rPr>
      </w:pPr>
      <w:r w:rsidRPr="00E73267">
        <w:rPr>
          <w:b/>
          <w:lang w:val="ru-RU"/>
        </w:rPr>
        <w:t>42. Отказ в приёмке. Остатки мусора, ямы, открытая арматура, просадки, ненадлежащая планировка территории и неполные документы являются основаниями для отказа.</w:t>
      </w:r>
    </w:p>
    <w:p w14:paraId="708F86C2" w14:textId="77777777" w:rsidR="00164E8D" w:rsidRPr="00E73267" w:rsidRDefault="00960395">
      <w:pPr>
        <w:pStyle w:val="1"/>
        <w:spacing w:before="160" w:after="80"/>
        <w:rPr>
          <w:lang w:val="ru-RU"/>
        </w:rPr>
      </w:pPr>
      <w:r w:rsidRPr="00E73267">
        <w:rPr>
          <w:lang w:val="ru-RU"/>
        </w:rPr>
        <w:t>12 СРОК ГАРАНТИЯ И ПОЛНОТА СТОИМОСТИ</w:t>
      </w:r>
    </w:p>
    <w:p w14:paraId="4D31C194" w14:textId="1C19D116" w:rsidR="00164E8D" w:rsidRPr="00E73267" w:rsidRDefault="00960395">
      <w:pPr>
        <w:ind w:firstLine="340"/>
        <w:jc w:val="both"/>
        <w:rPr>
          <w:lang w:val="ru-RU"/>
        </w:rPr>
      </w:pPr>
      <w:r w:rsidRPr="00E73267">
        <w:rPr>
          <w:b/>
          <w:lang w:val="ru-RU"/>
        </w:rPr>
        <w:t>43. Срок выполнения. Полный комплекс завершается не позднее 15 календарных дней со дня передачи площадки и необходимых разрешительных документов.</w:t>
      </w:r>
    </w:p>
    <w:p w14:paraId="08DC2369" w14:textId="77777777" w:rsidR="00164E8D" w:rsidRPr="00E73267" w:rsidRDefault="00960395">
      <w:pPr>
        <w:ind w:firstLine="340"/>
        <w:jc w:val="both"/>
        <w:rPr>
          <w:lang w:val="ru-RU"/>
        </w:rPr>
      </w:pPr>
      <w:r w:rsidRPr="00E73267">
        <w:rPr>
          <w:b/>
          <w:lang w:val="ru-RU"/>
        </w:rPr>
        <w:t>44. Устранение недостатков. Дефекты, влияющие на безопасность, устраняются в течение 24 часов, остальные — не позднее трёх рабочих дней после письменного уведомления.</w:t>
      </w:r>
    </w:p>
    <w:p w14:paraId="43F21B53" w14:textId="77777777" w:rsidR="00164E8D" w:rsidRPr="00E73267" w:rsidRDefault="00960395">
      <w:pPr>
        <w:ind w:firstLine="340"/>
        <w:jc w:val="both"/>
        <w:rPr>
          <w:lang w:val="ru-RU"/>
        </w:rPr>
      </w:pPr>
      <w:r w:rsidRPr="00E73267">
        <w:rPr>
          <w:b/>
          <w:lang w:val="ru-RU"/>
        </w:rPr>
        <w:t>45. Полнота стоимости. Цена учитывает аварийность, ручной труд, стеснённость, фактическую глубину фундаментов, скрытый мусор, резку и дробление, погоду, расход материалов, налоги и обязательные платежи.</w:t>
      </w:r>
    </w:p>
    <w:p w14:paraId="3A0F0763" w14:textId="77777777" w:rsidR="00164E8D" w:rsidRPr="00E73267" w:rsidRDefault="00960395">
      <w:pPr>
        <w:ind w:firstLine="340"/>
        <w:jc w:val="both"/>
        <w:rPr>
          <w:lang w:val="ru-RU"/>
        </w:rPr>
      </w:pPr>
      <w:r w:rsidRPr="00E73267">
        <w:rPr>
          <w:b/>
          <w:lang w:val="ru-RU"/>
        </w:rPr>
        <w:t>46. Дополнительные расходы. Если Заказчик не изменил объём работ в установленном законом порядке, технологически необходимые дополнительные расходы и увеличение цены договора не допускаются.</w:t>
      </w:r>
    </w:p>
    <w:p w14:paraId="6D9B26B8" w14:textId="70D5ED59" w:rsidR="00164E8D" w:rsidRPr="00E73267" w:rsidRDefault="00960395">
      <w:pPr>
        <w:spacing w:line="240" w:lineRule="auto"/>
        <w:rPr>
          <w:lang w:val="ru-RU"/>
        </w:rPr>
      </w:pPr>
      <w:r w:rsidRPr="00E73267">
        <w:rPr>
          <w:b/>
          <w:sz w:val="22"/>
          <w:lang w:val="ru-RU"/>
        </w:rPr>
        <w:t>13 ДОПОЛНИТЕЛЬНЫЕ ТРЕБОВАНИЯ</w:t>
      </w:r>
    </w:p>
    <w:p w14:paraId="7429652A" w14:textId="77777777" w:rsidR="00164E8D" w:rsidRPr="00E73267" w:rsidRDefault="00960395">
      <w:pPr>
        <w:spacing w:line="240" w:lineRule="auto"/>
        <w:jc w:val="both"/>
        <w:rPr>
          <w:lang w:val="ru-RU"/>
        </w:rPr>
      </w:pPr>
      <w:r w:rsidRPr="00E73267">
        <w:rPr>
          <w:sz w:val="22"/>
          <w:lang w:val="ru-RU"/>
        </w:rPr>
        <w:t>47. Уточнение объёмов. Подрядчик до подачи ценового предложения обязан учитывать фактическое состояние объекта, подъездные пути, конструктивный состав строений и условия демонтажа. Все технологически необходимые разборка, резка, дробление, подъём, временное крепление, ручной труд и работа механизмов, необходимые для полного удаления строений вместе с фундаментами, включаются в общую стоимость, даже если отдельные операции прямо не перечислены.</w:t>
      </w:r>
    </w:p>
    <w:p w14:paraId="731AF411" w14:textId="77777777" w:rsidR="00164E8D" w:rsidRPr="00E73267" w:rsidRDefault="00960395">
      <w:pPr>
        <w:spacing w:line="240" w:lineRule="auto"/>
        <w:jc w:val="both"/>
        <w:rPr>
          <w:lang w:val="ru-RU"/>
        </w:rPr>
      </w:pPr>
      <w:r w:rsidRPr="00E73267">
        <w:rPr>
          <w:sz w:val="22"/>
          <w:lang w:val="ru-RU"/>
        </w:rPr>
        <w:t>48. Сложность конструкций. Фактический материал и толщина стен и перекрытий, армирование, комбинированные конструкции, скрытые металлические элементы, монолитные участки, многослойные полы, заглублённый бетон и конфигурация фундаментов могут уточняться в процессе работ. Это не освобождает Подрядчика от обязанности выбрать технологию, обеспечивающую полный и безопасный снос.</w:t>
      </w:r>
    </w:p>
    <w:p w14:paraId="6C121B19" w14:textId="77777777" w:rsidR="00164E8D" w:rsidRPr="00E73267" w:rsidRDefault="00960395">
      <w:pPr>
        <w:spacing w:line="240" w:lineRule="auto"/>
        <w:jc w:val="both"/>
        <w:rPr>
          <w:lang w:val="ru-RU"/>
        </w:rPr>
      </w:pPr>
      <w:r w:rsidRPr="00E73267">
        <w:rPr>
          <w:sz w:val="22"/>
          <w:lang w:val="ru-RU"/>
        </w:rPr>
        <w:t xml:space="preserve">49. Спецтехника и механизация. В зависимости от фактических условий применяются экскаватор, гидромолот или </w:t>
      </w:r>
      <w:proofErr w:type="spellStart"/>
      <w:r w:rsidRPr="00E73267">
        <w:rPr>
          <w:sz w:val="22"/>
          <w:lang w:val="ru-RU"/>
        </w:rPr>
        <w:t>гидроножницы</w:t>
      </w:r>
      <w:proofErr w:type="spellEnd"/>
      <w:r w:rsidRPr="00E73267">
        <w:rPr>
          <w:sz w:val="22"/>
          <w:lang w:val="ru-RU"/>
        </w:rPr>
        <w:t>, погрузчик, автокран, самосвалы, компрессор, оборудование для резки и бурения бетона, сварочное и электрооборудование, средства пылеподавления и иные необходимые механизмы. Состав и количество техники должны обеспечивать безопасное выполнение работ в установленный срок.</w:t>
      </w:r>
    </w:p>
    <w:p w14:paraId="0DA66FB8" w14:textId="77777777" w:rsidR="00164E8D" w:rsidRPr="00E73267" w:rsidRDefault="00960395">
      <w:pPr>
        <w:spacing w:line="240" w:lineRule="auto"/>
        <w:jc w:val="both"/>
        <w:rPr>
          <w:lang w:val="ru-RU"/>
        </w:rPr>
      </w:pPr>
      <w:r w:rsidRPr="00E73267">
        <w:rPr>
          <w:sz w:val="22"/>
          <w:lang w:val="ru-RU"/>
        </w:rPr>
        <w:t>50. Ручной демонтаж. На участках, где применение тяжёлой техники создаёт риск повреждения зданий объекта, инженерных сетей, дорог, зелёных насаждений или имущества третьих лиц, работы выполняются вручную либо средствами малой механизации. Такие операции не являются основанием для отдельной дополнительной оплаты.</w:t>
      </w:r>
    </w:p>
    <w:p w14:paraId="45188D08" w14:textId="77777777" w:rsidR="00164E8D" w:rsidRPr="00E73267" w:rsidRDefault="00960395">
      <w:pPr>
        <w:spacing w:line="240" w:lineRule="auto"/>
        <w:jc w:val="both"/>
        <w:rPr>
          <w:lang w:val="ru-RU"/>
        </w:rPr>
      </w:pPr>
      <w:r w:rsidRPr="00E73267">
        <w:rPr>
          <w:sz w:val="22"/>
          <w:lang w:val="ru-RU"/>
        </w:rPr>
        <w:t xml:space="preserve">51. Полное удаление фундаментов. Подлежат полному извлечению фундаменты ниже уровня земли, ростверки, бетонные блоки, опорные подушки, арматура, анкеры и иные заглублённые элементы. </w:t>
      </w:r>
      <w:r w:rsidRPr="00E73267">
        <w:rPr>
          <w:sz w:val="22"/>
          <w:lang w:val="ru-RU"/>
        </w:rPr>
        <w:lastRenderedPageBreak/>
        <w:t>Оставление под землёй частей фундамента или бетона без письменного согласования Заказчика не допускается.</w:t>
      </w:r>
    </w:p>
    <w:p w14:paraId="59E745AB" w14:textId="77777777" w:rsidR="00164E8D" w:rsidRPr="00E73267" w:rsidRDefault="00960395">
      <w:pPr>
        <w:spacing w:line="240" w:lineRule="auto"/>
        <w:jc w:val="both"/>
        <w:rPr>
          <w:lang w:val="ru-RU"/>
        </w:rPr>
      </w:pPr>
      <w:r w:rsidRPr="00E73267">
        <w:rPr>
          <w:sz w:val="22"/>
          <w:lang w:val="ru-RU"/>
        </w:rPr>
        <w:t>52. Выемки и устойчивость. При извлечении фундаментов Подрядчик обеспечивает безопасные откосы, временные крепления, очередность разработки и расстояния, исключающие обрушение грунта, просадку соседних покрытий и конструкций. При поступлении воды её откачка и осушение основания выполняются за счёт Подрядчика.</w:t>
      </w:r>
    </w:p>
    <w:p w14:paraId="1868A231" w14:textId="77777777" w:rsidR="00164E8D" w:rsidRPr="00E73267" w:rsidRDefault="00960395">
      <w:pPr>
        <w:spacing w:line="240" w:lineRule="auto"/>
        <w:jc w:val="both"/>
        <w:rPr>
          <w:lang w:val="ru-RU"/>
        </w:rPr>
      </w:pPr>
      <w:r w:rsidRPr="00E73267">
        <w:rPr>
          <w:sz w:val="22"/>
          <w:lang w:val="ru-RU"/>
        </w:rPr>
        <w:t>53. Фактический объём отходов. Масса и объём отходов определяются фактическим составом конструкций. Полная погрузка, вывоз с территории, транспортировка, передача на разрешённый объект, а также меры по недопущению загрязнения территории и дорог при погрузке и перевозке входят в обязанности Подрядчика.</w:t>
      </w:r>
    </w:p>
    <w:p w14:paraId="0122E8F4" w14:textId="77777777" w:rsidR="00164E8D" w:rsidRPr="00E73267" w:rsidRDefault="00960395">
      <w:pPr>
        <w:spacing w:line="240" w:lineRule="auto"/>
        <w:jc w:val="both"/>
        <w:rPr>
          <w:lang w:val="ru-RU"/>
        </w:rPr>
      </w:pPr>
      <w:r w:rsidRPr="00E73267">
        <w:rPr>
          <w:sz w:val="22"/>
          <w:lang w:val="ru-RU"/>
        </w:rPr>
        <w:t>54. Ежедневная уборка. После каждой рабочей смены проходы, территория объекта и участки движения техники очищаются от строительного мусора, грунта, пыли и острых предметов. Складирование отходов за пределами ограждённой рабочей зоны не допускается.</w:t>
      </w:r>
    </w:p>
    <w:p w14:paraId="7E40F372" w14:textId="77777777" w:rsidR="00164E8D" w:rsidRPr="00E73267" w:rsidRDefault="00960395">
      <w:pPr>
        <w:spacing w:line="240" w:lineRule="auto"/>
        <w:jc w:val="both"/>
        <w:rPr>
          <w:lang w:val="ru-RU"/>
        </w:rPr>
      </w:pPr>
      <w:r w:rsidRPr="00E73267">
        <w:rPr>
          <w:sz w:val="22"/>
          <w:lang w:val="ru-RU"/>
        </w:rPr>
        <w:t>55. Ущерб третьим лицам. Повреждения зданий объекта, инженерных сетей, дорожных покрытий, транспорта или иного имущества, возникшие вследствие движения техники, вибрации, пыли, резки, погрузки или демонтажа по вине Подрядчика, устраняются им полностью и за свой счёт.</w:t>
      </w:r>
    </w:p>
    <w:p w14:paraId="1CC85EA4" w14:textId="77777777" w:rsidR="00164E8D" w:rsidRPr="00E73267" w:rsidRDefault="00960395">
      <w:pPr>
        <w:spacing w:line="240" w:lineRule="auto"/>
        <w:jc w:val="both"/>
        <w:rPr>
          <w:lang w:val="ru-RU"/>
        </w:rPr>
      </w:pPr>
      <w:r w:rsidRPr="00E73267">
        <w:rPr>
          <w:sz w:val="22"/>
          <w:lang w:val="ru-RU"/>
        </w:rPr>
        <w:t>56. Окончательность цены. Договорная цена включает все прямые и косвенные расходы, необходимые для полного завершения работ, в том числе контрольные замеры, технологические перерывы, простой техники, ручной труд, дополнительную резку и дробление, погрузку и перегрузку, перевозку, отходы материалов, защитные мероприятия, испытания и исполнительную документацию.</w:t>
      </w:r>
    </w:p>
    <w:p w14:paraId="4DE387BA" w14:textId="77777777" w:rsidR="00164E8D" w:rsidRPr="00E73267" w:rsidRDefault="00960395">
      <w:pPr>
        <w:pStyle w:val="1"/>
        <w:spacing w:before="160" w:after="80"/>
        <w:rPr>
          <w:lang w:val="ru-RU"/>
        </w:rPr>
      </w:pPr>
      <w:r w:rsidRPr="00E73267">
        <w:rPr>
          <w:lang w:val="ru-RU"/>
        </w:rPr>
        <w:t>14 КОНЕЧНЫЙ РЕЗУЛЬТАТ</w:t>
      </w:r>
    </w:p>
    <w:p w14:paraId="08C5459A" w14:textId="398C37A7" w:rsidR="00164E8D" w:rsidRPr="00E73267" w:rsidRDefault="00960395" w:rsidP="00E73267">
      <w:pPr>
        <w:ind w:firstLine="340"/>
        <w:jc w:val="both"/>
        <w:rPr>
          <w:lang w:val="ru-RU"/>
        </w:rPr>
      </w:pPr>
      <w:r w:rsidRPr="00E73267">
        <w:rPr>
          <w:lang w:val="ru-RU"/>
        </w:rPr>
        <w:t>57. Готовый объект. Строения с площадью застройки 186 м² и строительным объёмом 633 м³ полностью снесены, фундаменты удалены, отходы вывезены, территория засыпана, уплотнена, спланирована и передана в безопасном, пригодном для использования состоянии.</w:t>
      </w:r>
    </w:p>
    <w:sectPr w:rsidR="00164E8D" w:rsidRPr="00E73267" w:rsidSect="00034616">
      <w:footerReference w:type="default" r:id="rId8"/>
      <w:pgSz w:w="11906" w:h="16838"/>
      <w:pgMar w:top="1020" w:right="850" w:bottom="102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1E6A4" w14:textId="77777777" w:rsidR="004B35E7" w:rsidRDefault="004B35E7">
      <w:pPr>
        <w:spacing w:after="0"/>
      </w:pPr>
      <w:r>
        <w:separator/>
      </w:r>
    </w:p>
  </w:endnote>
  <w:endnote w:type="continuationSeparator" w:id="0">
    <w:p w14:paraId="3168FF16" w14:textId="77777777" w:rsidR="004B35E7" w:rsidRDefault="004B35E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7D0F5" w14:textId="77777777" w:rsidR="0067403B" w:rsidRDefault="00864D20">
    <w:pPr>
      <w:pStyle w:val="a6"/>
      <w:jc w:val="center"/>
    </w:pPr>
    <w:r>
      <w:rPr>
        <w:sz w:val="20"/>
      </w:rPr>
      <w:fldChar w:fldCharType="begin"/>
    </w:r>
    <w:r>
      <w:rPr>
        <w:sz w:val="20"/>
      </w:rPr>
      <w:instrText xml:space="preserve"> PAGE </w:instrText>
    </w:r>
    <w:r>
      <w:rPr>
        <w:sz w:val="20"/>
      </w:rPr>
      <w:fldChar w:fldCharType="separate"/>
    </w:r>
    <w:r w:rsidR="007A4C43">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53F65" w14:textId="77777777" w:rsidR="004B35E7" w:rsidRDefault="004B35E7">
      <w:pPr>
        <w:spacing w:after="0"/>
      </w:pPr>
      <w:r>
        <w:separator/>
      </w:r>
    </w:p>
  </w:footnote>
  <w:footnote w:type="continuationSeparator" w:id="0">
    <w:p w14:paraId="333FFF05" w14:textId="77777777" w:rsidR="004B35E7" w:rsidRDefault="004B35E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525103F"/>
    <w:multiLevelType w:val="singleLevel"/>
    <w:tmpl w:val="D2EE9D64"/>
    <w:lvl w:ilvl="0">
      <w:start w:val="1"/>
      <w:numFmt w:val="decimal"/>
      <w:lvlText w:val="%1."/>
      <w:lvlJc w:val="left"/>
      <w:pPr>
        <w:tabs>
          <w:tab w:val="num" w:pos="720"/>
        </w:tabs>
        <w:ind w:left="720" w:hanging="360"/>
      </w:pPr>
      <w:rPr>
        <w:rFonts w:ascii="Times New Roman" w:hAnsi="Times New Roman"/>
        <w:sz w:val="22"/>
      </w:rPr>
    </w:lvl>
  </w:abstractNum>
  <w:abstractNum w:abstractNumId="10" w15:restartNumberingAfterBreak="0">
    <w:nsid w:val="0DCD1158"/>
    <w:multiLevelType w:val="singleLevel"/>
    <w:tmpl w:val="02222196"/>
    <w:lvl w:ilvl="0">
      <w:start w:val="1"/>
      <w:numFmt w:val="decimal"/>
      <w:lvlText w:val="%1."/>
      <w:lvlJc w:val="left"/>
      <w:pPr>
        <w:tabs>
          <w:tab w:val="num" w:pos="720"/>
        </w:tabs>
        <w:ind w:left="720" w:hanging="360"/>
      </w:pPr>
      <w:rPr>
        <w:rFonts w:ascii="Times New Roman" w:hAnsi="Times New Roman"/>
        <w:sz w:val="22"/>
      </w:rPr>
    </w:lvl>
  </w:abstractNum>
  <w:abstractNum w:abstractNumId="11" w15:restartNumberingAfterBreak="0">
    <w:nsid w:val="11CC7508"/>
    <w:multiLevelType w:val="singleLevel"/>
    <w:tmpl w:val="FB2A1B40"/>
    <w:lvl w:ilvl="0">
      <w:start w:val="1"/>
      <w:numFmt w:val="decimal"/>
      <w:lvlText w:val="%1."/>
      <w:lvlJc w:val="left"/>
      <w:pPr>
        <w:tabs>
          <w:tab w:val="num" w:pos="720"/>
        </w:tabs>
        <w:ind w:left="720" w:hanging="360"/>
      </w:pPr>
      <w:rPr>
        <w:rFonts w:ascii="Times New Roman" w:hAnsi="Times New Roman"/>
        <w:sz w:val="22"/>
      </w:rPr>
    </w:lvl>
  </w:abstractNum>
  <w:abstractNum w:abstractNumId="12" w15:restartNumberingAfterBreak="0">
    <w:nsid w:val="1B4D079C"/>
    <w:multiLevelType w:val="singleLevel"/>
    <w:tmpl w:val="5100EC2C"/>
    <w:lvl w:ilvl="0">
      <w:start w:val="1"/>
      <w:numFmt w:val="decimal"/>
      <w:pStyle w:val="a"/>
      <w:lvlText w:val="%1."/>
      <w:lvlJc w:val="left"/>
      <w:pPr>
        <w:tabs>
          <w:tab w:val="num" w:pos="720"/>
        </w:tabs>
        <w:ind w:left="720" w:hanging="360"/>
      </w:pPr>
      <w:rPr>
        <w:rFonts w:ascii="Times New Roman" w:hAnsi="Times New Roman"/>
        <w:sz w:val="22"/>
      </w:rPr>
    </w:lvl>
  </w:abstractNum>
  <w:abstractNum w:abstractNumId="13" w15:restartNumberingAfterBreak="0">
    <w:nsid w:val="2333159F"/>
    <w:multiLevelType w:val="singleLevel"/>
    <w:tmpl w:val="2F7E5028"/>
    <w:lvl w:ilvl="0">
      <w:start w:val="1"/>
      <w:numFmt w:val="decimal"/>
      <w:lvlText w:val="%1."/>
      <w:lvlJc w:val="left"/>
      <w:pPr>
        <w:tabs>
          <w:tab w:val="num" w:pos="720"/>
        </w:tabs>
        <w:ind w:left="720" w:hanging="360"/>
      </w:pPr>
      <w:rPr>
        <w:rFonts w:ascii="Times New Roman" w:hAnsi="Times New Roman"/>
        <w:sz w:val="22"/>
      </w:rPr>
    </w:lvl>
  </w:abstractNum>
  <w:abstractNum w:abstractNumId="14" w15:restartNumberingAfterBreak="0">
    <w:nsid w:val="24562E0A"/>
    <w:multiLevelType w:val="singleLevel"/>
    <w:tmpl w:val="F134D6A6"/>
    <w:lvl w:ilvl="0">
      <w:start w:val="1"/>
      <w:numFmt w:val="decimal"/>
      <w:lvlText w:val="%1."/>
      <w:lvlJc w:val="left"/>
      <w:pPr>
        <w:tabs>
          <w:tab w:val="num" w:pos="720"/>
        </w:tabs>
        <w:ind w:left="720" w:hanging="360"/>
      </w:pPr>
      <w:rPr>
        <w:rFonts w:ascii="Times New Roman" w:hAnsi="Times New Roman"/>
        <w:sz w:val="22"/>
      </w:rPr>
    </w:lvl>
  </w:abstractNum>
  <w:abstractNum w:abstractNumId="15" w15:restartNumberingAfterBreak="0">
    <w:nsid w:val="27F46F04"/>
    <w:multiLevelType w:val="singleLevel"/>
    <w:tmpl w:val="9558D900"/>
    <w:lvl w:ilvl="0">
      <w:start w:val="1"/>
      <w:numFmt w:val="decimal"/>
      <w:lvlText w:val="%1."/>
      <w:lvlJc w:val="left"/>
      <w:pPr>
        <w:tabs>
          <w:tab w:val="num" w:pos="720"/>
        </w:tabs>
        <w:ind w:left="720" w:hanging="360"/>
      </w:pPr>
      <w:rPr>
        <w:rFonts w:ascii="Times New Roman" w:hAnsi="Times New Roman"/>
        <w:sz w:val="22"/>
      </w:rPr>
    </w:lvl>
  </w:abstractNum>
  <w:abstractNum w:abstractNumId="16" w15:restartNumberingAfterBreak="0">
    <w:nsid w:val="2A5A7146"/>
    <w:multiLevelType w:val="singleLevel"/>
    <w:tmpl w:val="A50C302E"/>
    <w:lvl w:ilvl="0">
      <w:start w:val="1"/>
      <w:numFmt w:val="decimal"/>
      <w:lvlText w:val="%1."/>
      <w:lvlJc w:val="left"/>
      <w:pPr>
        <w:tabs>
          <w:tab w:val="num" w:pos="720"/>
        </w:tabs>
        <w:ind w:left="720" w:hanging="360"/>
      </w:pPr>
      <w:rPr>
        <w:rFonts w:ascii="Times New Roman" w:hAnsi="Times New Roman"/>
        <w:sz w:val="22"/>
      </w:rPr>
    </w:lvl>
  </w:abstractNum>
  <w:abstractNum w:abstractNumId="17" w15:restartNumberingAfterBreak="0">
    <w:nsid w:val="2AE12D25"/>
    <w:multiLevelType w:val="singleLevel"/>
    <w:tmpl w:val="5F5A7818"/>
    <w:lvl w:ilvl="0">
      <w:start w:val="1"/>
      <w:numFmt w:val="decimal"/>
      <w:lvlText w:val="%1."/>
      <w:lvlJc w:val="left"/>
      <w:pPr>
        <w:tabs>
          <w:tab w:val="num" w:pos="720"/>
        </w:tabs>
        <w:ind w:left="720" w:hanging="360"/>
      </w:pPr>
      <w:rPr>
        <w:rFonts w:ascii="Times New Roman" w:hAnsi="Times New Roman"/>
        <w:sz w:val="22"/>
      </w:rPr>
    </w:lvl>
  </w:abstractNum>
  <w:abstractNum w:abstractNumId="18" w15:restartNumberingAfterBreak="0">
    <w:nsid w:val="31DD30C5"/>
    <w:multiLevelType w:val="singleLevel"/>
    <w:tmpl w:val="52363FEA"/>
    <w:lvl w:ilvl="0">
      <w:start w:val="1"/>
      <w:numFmt w:val="decimal"/>
      <w:lvlText w:val="%1."/>
      <w:lvlJc w:val="left"/>
      <w:pPr>
        <w:tabs>
          <w:tab w:val="num" w:pos="720"/>
        </w:tabs>
        <w:ind w:left="720" w:hanging="360"/>
      </w:pPr>
      <w:rPr>
        <w:rFonts w:ascii="Times New Roman" w:hAnsi="Times New Roman"/>
        <w:sz w:val="22"/>
      </w:rPr>
    </w:lvl>
  </w:abstractNum>
  <w:abstractNum w:abstractNumId="19" w15:restartNumberingAfterBreak="0">
    <w:nsid w:val="39453924"/>
    <w:multiLevelType w:val="singleLevel"/>
    <w:tmpl w:val="9E34DFF4"/>
    <w:lvl w:ilvl="0">
      <w:start w:val="1"/>
      <w:numFmt w:val="decimal"/>
      <w:lvlText w:val="%1."/>
      <w:lvlJc w:val="left"/>
      <w:pPr>
        <w:tabs>
          <w:tab w:val="num" w:pos="720"/>
        </w:tabs>
        <w:ind w:left="720" w:hanging="360"/>
      </w:pPr>
      <w:rPr>
        <w:rFonts w:ascii="Times New Roman" w:hAnsi="Times New Roman"/>
        <w:sz w:val="22"/>
      </w:rPr>
    </w:lvl>
  </w:abstractNum>
  <w:abstractNum w:abstractNumId="20" w15:restartNumberingAfterBreak="0">
    <w:nsid w:val="3B462D07"/>
    <w:multiLevelType w:val="singleLevel"/>
    <w:tmpl w:val="22DA4BAE"/>
    <w:lvl w:ilvl="0">
      <w:start w:val="1"/>
      <w:numFmt w:val="decimal"/>
      <w:lvlText w:val="%1."/>
      <w:lvlJc w:val="left"/>
      <w:pPr>
        <w:tabs>
          <w:tab w:val="num" w:pos="720"/>
        </w:tabs>
        <w:ind w:left="720" w:hanging="360"/>
      </w:pPr>
      <w:rPr>
        <w:rFonts w:ascii="Times New Roman" w:hAnsi="Times New Roman"/>
        <w:sz w:val="22"/>
      </w:rPr>
    </w:lvl>
  </w:abstractNum>
  <w:abstractNum w:abstractNumId="21" w15:restartNumberingAfterBreak="0">
    <w:nsid w:val="3B5A1B56"/>
    <w:multiLevelType w:val="singleLevel"/>
    <w:tmpl w:val="E0328D22"/>
    <w:lvl w:ilvl="0">
      <w:start w:val="1"/>
      <w:numFmt w:val="decimal"/>
      <w:lvlText w:val="%1."/>
      <w:lvlJc w:val="left"/>
      <w:pPr>
        <w:tabs>
          <w:tab w:val="num" w:pos="720"/>
        </w:tabs>
        <w:ind w:left="720" w:hanging="360"/>
      </w:pPr>
      <w:rPr>
        <w:rFonts w:ascii="Times New Roman" w:hAnsi="Times New Roman"/>
        <w:sz w:val="22"/>
      </w:rPr>
    </w:lvl>
  </w:abstractNum>
  <w:abstractNum w:abstractNumId="22" w15:restartNumberingAfterBreak="0">
    <w:nsid w:val="3D9530B2"/>
    <w:multiLevelType w:val="singleLevel"/>
    <w:tmpl w:val="9BAEF9CC"/>
    <w:lvl w:ilvl="0">
      <w:start w:val="1"/>
      <w:numFmt w:val="decimal"/>
      <w:lvlText w:val="%1."/>
      <w:lvlJc w:val="left"/>
      <w:pPr>
        <w:tabs>
          <w:tab w:val="num" w:pos="720"/>
        </w:tabs>
        <w:ind w:left="720" w:hanging="360"/>
      </w:pPr>
      <w:rPr>
        <w:rFonts w:ascii="Times New Roman" w:hAnsi="Times New Roman"/>
        <w:sz w:val="22"/>
      </w:rPr>
    </w:lvl>
  </w:abstractNum>
  <w:abstractNum w:abstractNumId="23" w15:restartNumberingAfterBreak="0">
    <w:nsid w:val="410D5844"/>
    <w:multiLevelType w:val="singleLevel"/>
    <w:tmpl w:val="D4CC1D5A"/>
    <w:lvl w:ilvl="0">
      <w:start w:val="1"/>
      <w:numFmt w:val="decimal"/>
      <w:lvlText w:val="%1."/>
      <w:lvlJc w:val="left"/>
      <w:pPr>
        <w:tabs>
          <w:tab w:val="num" w:pos="720"/>
        </w:tabs>
        <w:ind w:left="720" w:hanging="360"/>
      </w:pPr>
      <w:rPr>
        <w:rFonts w:ascii="Times New Roman" w:hAnsi="Times New Roman"/>
        <w:sz w:val="22"/>
      </w:rPr>
    </w:lvl>
  </w:abstractNum>
  <w:abstractNum w:abstractNumId="24" w15:restartNumberingAfterBreak="0">
    <w:nsid w:val="41CF5A54"/>
    <w:multiLevelType w:val="singleLevel"/>
    <w:tmpl w:val="0E5058B2"/>
    <w:lvl w:ilvl="0">
      <w:start w:val="1"/>
      <w:numFmt w:val="decimal"/>
      <w:lvlText w:val="%1."/>
      <w:lvlJc w:val="left"/>
      <w:pPr>
        <w:tabs>
          <w:tab w:val="num" w:pos="720"/>
        </w:tabs>
        <w:ind w:left="720" w:hanging="360"/>
      </w:pPr>
      <w:rPr>
        <w:rFonts w:ascii="Times New Roman" w:hAnsi="Times New Roman"/>
        <w:sz w:val="22"/>
      </w:rPr>
    </w:lvl>
  </w:abstractNum>
  <w:abstractNum w:abstractNumId="25" w15:restartNumberingAfterBreak="0">
    <w:nsid w:val="453F360D"/>
    <w:multiLevelType w:val="singleLevel"/>
    <w:tmpl w:val="BC3606FE"/>
    <w:lvl w:ilvl="0">
      <w:start w:val="1"/>
      <w:numFmt w:val="decimal"/>
      <w:lvlText w:val="%1."/>
      <w:lvlJc w:val="left"/>
      <w:pPr>
        <w:tabs>
          <w:tab w:val="num" w:pos="720"/>
        </w:tabs>
        <w:ind w:left="720" w:hanging="360"/>
      </w:pPr>
      <w:rPr>
        <w:rFonts w:ascii="Times New Roman" w:hAnsi="Times New Roman"/>
        <w:sz w:val="22"/>
      </w:rPr>
    </w:lvl>
  </w:abstractNum>
  <w:abstractNum w:abstractNumId="26" w15:restartNumberingAfterBreak="0">
    <w:nsid w:val="4A210E20"/>
    <w:multiLevelType w:val="singleLevel"/>
    <w:tmpl w:val="2B06ED1E"/>
    <w:lvl w:ilvl="0">
      <w:start w:val="1"/>
      <w:numFmt w:val="decimal"/>
      <w:lvlText w:val="%1."/>
      <w:lvlJc w:val="left"/>
      <w:pPr>
        <w:tabs>
          <w:tab w:val="num" w:pos="720"/>
        </w:tabs>
        <w:ind w:left="720" w:hanging="360"/>
      </w:pPr>
      <w:rPr>
        <w:rFonts w:ascii="Times New Roman" w:hAnsi="Times New Roman"/>
        <w:sz w:val="22"/>
      </w:rPr>
    </w:lvl>
  </w:abstractNum>
  <w:abstractNum w:abstractNumId="27" w15:restartNumberingAfterBreak="0">
    <w:nsid w:val="4A335CB2"/>
    <w:multiLevelType w:val="singleLevel"/>
    <w:tmpl w:val="AA46E09E"/>
    <w:lvl w:ilvl="0">
      <w:start w:val="1"/>
      <w:numFmt w:val="decimal"/>
      <w:lvlText w:val="%1."/>
      <w:lvlJc w:val="left"/>
      <w:pPr>
        <w:tabs>
          <w:tab w:val="num" w:pos="720"/>
        </w:tabs>
        <w:ind w:left="720" w:hanging="360"/>
      </w:pPr>
      <w:rPr>
        <w:rFonts w:ascii="Times New Roman" w:hAnsi="Times New Roman"/>
        <w:sz w:val="22"/>
      </w:rPr>
    </w:lvl>
  </w:abstractNum>
  <w:abstractNum w:abstractNumId="28" w15:restartNumberingAfterBreak="0">
    <w:nsid w:val="5A06570E"/>
    <w:multiLevelType w:val="singleLevel"/>
    <w:tmpl w:val="EC122BA2"/>
    <w:lvl w:ilvl="0">
      <w:start w:val="1"/>
      <w:numFmt w:val="decimal"/>
      <w:lvlText w:val="%1."/>
      <w:lvlJc w:val="left"/>
      <w:pPr>
        <w:tabs>
          <w:tab w:val="num" w:pos="720"/>
        </w:tabs>
        <w:ind w:left="720" w:hanging="360"/>
      </w:pPr>
      <w:rPr>
        <w:rFonts w:ascii="Times New Roman" w:hAnsi="Times New Roman"/>
        <w:sz w:val="22"/>
      </w:rPr>
    </w:lvl>
  </w:abstractNum>
  <w:abstractNum w:abstractNumId="29" w15:restartNumberingAfterBreak="0">
    <w:nsid w:val="5ADD29C9"/>
    <w:multiLevelType w:val="singleLevel"/>
    <w:tmpl w:val="67D6E79A"/>
    <w:lvl w:ilvl="0">
      <w:start w:val="1"/>
      <w:numFmt w:val="decimal"/>
      <w:lvlText w:val="%1."/>
      <w:lvlJc w:val="left"/>
      <w:pPr>
        <w:tabs>
          <w:tab w:val="num" w:pos="720"/>
        </w:tabs>
        <w:ind w:left="720" w:hanging="360"/>
      </w:pPr>
      <w:rPr>
        <w:rFonts w:ascii="Times New Roman" w:hAnsi="Times New Roman"/>
        <w:sz w:val="22"/>
      </w:rPr>
    </w:lvl>
  </w:abstractNum>
  <w:abstractNum w:abstractNumId="30" w15:restartNumberingAfterBreak="0">
    <w:nsid w:val="5BBE5A1C"/>
    <w:multiLevelType w:val="singleLevel"/>
    <w:tmpl w:val="385EC1EC"/>
    <w:lvl w:ilvl="0">
      <w:start w:val="1"/>
      <w:numFmt w:val="decimal"/>
      <w:lvlText w:val="%1."/>
      <w:lvlJc w:val="left"/>
      <w:pPr>
        <w:tabs>
          <w:tab w:val="num" w:pos="720"/>
        </w:tabs>
        <w:ind w:left="720" w:hanging="360"/>
      </w:pPr>
      <w:rPr>
        <w:rFonts w:ascii="Times New Roman" w:hAnsi="Times New Roman"/>
        <w:sz w:val="22"/>
      </w:rPr>
    </w:lvl>
  </w:abstractNum>
  <w:abstractNum w:abstractNumId="31" w15:restartNumberingAfterBreak="0">
    <w:nsid w:val="5E41346B"/>
    <w:multiLevelType w:val="singleLevel"/>
    <w:tmpl w:val="75140612"/>
    <w:lvl w:ilvl="0">
      <w:start w:val="1"/>
      <w:numFmt w:val="decimal"/>
      <w:lvlText w:val="%1."/>
      <w:lvlJc w:val="left"/>
      <w:pPr>
        <w:tabs>
          <w:tab w:val="num" w:pos="720"/>
        </w:tabs>
        <w:ind w:left="720" w:hanging="360"/>
      </w:pPr>
      <w:rPr>
        <w:rFonts w:ascii="Times New Roman" w:hAnsi="Times New Roman"/>
        <w:sz w:val="22"/>
      </w:rPr>
    </w:lvl>
  </w:abstractNum>
  <w:abstractNum w:abstractNumId="32" w15:restartNumberingAfterBreak="0">
    <w:nsid w:val="610C5923"/>
    <w:multiLevelType w:val="singleLevel"/>
    <w:tmpl w:val="DC040F96"/>
    <w:lvl w:ilvl="0">
      <w:start w:val="1"/>
      <w:numFmt w:val="decimal"/>
      <w:lvlText w:val="%1."/>
      <w:lvlJc w:val="left"/>
      <w:pPr>
        <w:tabs>
          <w:tab w:val="num" w:pos="720"/>
        </w:tabs>
        <w:ind w:left="720" w:hanging="360"/>
      </w:pPr>
      <w:rPr>
        <w:rFonts w:ascii="Times New Roman" w:hAnsi="Times New Roman"/>
        <w:sz w:val="22"/>
      </w:rPr>
    </w:lvl>
  </w:abstractNum>
  <w:abstractNum w:abstractNumId="33" w15:restartNumberingAfterBreak="0">
    <w:nsid w:val="63730E9E"/>
    <w:multiLevelType w:val="singleLevel"/>
    <w:tmpl w:val="0E0AECA8"/>
    <w:lvl w:ilvl="0">
      <w:start w:val="1"/>
      <w:numFmt w:val="decimal"/>
      <w:lvlText w:val="%1."/>
      <w:lvlJc w:val="left"/>
      <w:pPr>
        <w:tabs>
          <w:tab w:val="num" w:pos="720"/>
        </w:tabs>
        <w:ind w:left="720" w:hanging="360"/>
      </w:pPr>
      <w:rPr>
        <w:rFonts w:ascii="Times New Roman" w:hAnsi="Times New Roman"/>
        <w:sz w:val="22"/>
      </w:rPr>
    </w:lvl>
  </w:abstractNum>
  <w:abstractNum w:abstractNumId="34" w15:restartNumberingAfterBreak="0">
    <w:nsid w:val="63E80863"/>
    <w:multiLevelType w:val="singleLevel"/>
    <w:tmpl w:val="F82C5006"/>
    <w:lvl w:ilvl="0">
      <w:start w:val="1"/>
      <w:numFmt w:val="decimal"/>
      <w:lvlText w:val="%1."/>
      <w:lvlJc w:val="left"/>
      <w:pPr>
        <w:tabs>
          <w:tab w:val="num" w:pos="720"/>
        </w:tabs>
        <w:ind w:left="720" w:hanging="360"/>
      </w:pPr>
      <w:rPr>
        <w:rFonts w:ascii="Times New Roman" w:hAnsi="Times New Roman"/>
        <w:sz w:val="22"/>
      </w:rPr>
    </w:lvl>
  </w:abstractNum>
  <w:abstractNum w:abstractNumId="35" w15:restartNumberingAfterBreak="0">
    <w:nsid w:val="6FDB02E5"/>
    <w:multiLevelType w:val="singleLevel"/>
    <w:tmpl w:val="741CB896"/>
    <w:lvl w:ilvl="0">
      <w:start w:val="1"/>
      <w:numFmt w:val="decimal"/>
      <w:lvlText w:val="%1."/>
      <w:lvlJc w:val="left"/>
      <w:pPr>
        <w:tabs>
          <w:tab w:val="num" w:pos="720"/>
        </w:tabs>
        <w:ind w:left="720" w:hanging="360"/>
      </w:pPr>
      <w:rPr>
        <w:rFonts w:ascii="Times New Roman" w:hAnsi="Times New Roman"/>
        <w:sz w:val="22"/>
      </w:rPr>
    </w:lvl>
  </w:abstractNum>
  <w:abstractNum w:abstractNumId="36" w15:restartNumberingAfterBreak="0">
    <w:nsid w:val="78C27090"/>
    <w:multiLevelType w:val="singleLevel"/>
    <w:tmpl w:val="066CA370"/>
    <w:lvl w:ilvl="0">
      <w:start w:val="1"/>
      <w:numFmt w:val="decimal"/>
      <w:lvlText w:val="%1."/>
      <w:lvlJc w:val="left"/>
      <w:pPr>
        <w:tabs>
          <w:tab w:val="num" w:pos="720"/>
        </w:tabs>
        <w:ind w:left="720" w:hanging="360"/>
      </w:pPr>
      <w:rPr>
        <w:rFonts w:ascii="Times New Roman" w:hAnsi="Times New Roman"/>
        <w:sz w:val="22"/>
      </w:rPr>
    </w:lvl>
  </w:abstractNum>
  <w:num w:numId="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D6901"/>
    <w:rsid w:val="0015074B"/>
    <w:rsid w:val="00164E8D"/>
    <w:rsid w:val="0029639D"/>
    <w:rsid w:val="002C5D14"/>
    <w:rsid w:val="00326F90"/>
    <w:rsid w:val="0045226A"/>
    <w:rsid w:val="004B35E7"/>
    <w:rsid w:val="0067403B"/>
    <w:rsid w:val="007A4C43"/>
    <w:rsid w:val="00864D20"/>
    <w:rsid w:val="009035B9"/>
    <w:rsid w:val="00960395"/>
    <w:rsid w:val="00AA1D8D"/>
    <w:rsid w:val="00B47730"/>
    <w:rsid w:val="00CB0664"/>
    <w:rsid w:val="00D34F3F"/>
    <w:rsid w:val="00E7326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CDFC8B"/>
  <w14:defaultImageDpi w14:val="300"/>
  <w15:docId w15:val="{6CD082B1-7B63-4B02-8FAA-2067F508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C693F"/>
    <w:pPr>
      <w:spacing w:after="60" w:line="252" w:lineRule="auto"/>
    </w:pPr>
    <w:rPr>
      <w:rFonts w:ascii="Times New Roman" w:eastAsia="Times New Roman" w:hAnsi="Times New Roman"/>
      <w:color w:val="000000"/>
      <w:sz w:val="24"/>
    </w:rPr>
  </w:style>
  <w:style w:type="paragraph" w:styleId="1">
    <w:name w:val="heading 1"/>
    <w:basedOn w:val="a0"/>
    <w:next w:val="a0"/>
    <w:link w:val="10"/>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2">
    <w:name w:val="heading 2"/>
    <w:basedOn w:val="a0"/>
    <w:next w:val="a0"/>
    <w:link w:val="20"/>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3">
    <w:name w:val="heading 3"/>
    <w:basedOn w:val="a0"/>
    <w:next w:val="a0"/>
    <w:link w:val="30"/>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spacing w:after="0"/>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spacing w:after="0"/>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spacing w:after="300"/>
      <w:contextualSpacing/>
    </w:pPr>
    <w:rPr>
      <w:rFonts w:asciiTheme="majorHAnsi" w:eastAsiaTheme="majorEastAsia" w:hAnsiTheme="majorHAnsi" w:cstheme="majorBidi"/>
      <w:b/>
      <w:spacing w:val="5"/>
      <w:kern w:val="28"/>
      <w:sz w:val="32"/>
      <w:szCs w:val="52"/>
    </w:rPr>
  </w:style>
  <w:style w:type="character" w:customStyle="1" w:styleId="aa">
    <w:name w:val="Заголовок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pPr>
      <w:spacing w:after="120"/>
    </w:pPr>
  </w:style>
  <w:style w:type="character" w:customStyle="1" w:styleId="af">
    <w:name w:val="Основной текст Знак"/>
    <w:basedOn w:val="a1"/>
    <w:link w:val="ae"/>
    <w:uiPriority w:val="99"/>
    <w:rsid w:val="00AA1D8D"/>
  </w:style>
  <w:style w:type="paragraph" w:styleId="21">
    <w:name w:val="Body Text 2"/>
    <w:basedOn w:val="a0"/>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basedOn w:val="a0"/>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3">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4">
    <w:name w:val="List Bullet 2"/>
    <w:basedOn w:val="a0"/>
    <w:uiPriority w:val="99"/>
    <w:unhideWhenUsed/>
    <w:rsid w:val="00326F90"/>
    <w:pPr>
      <w:tabs>
        <w:tab w:val="num" w:pos="360"/>
      </w:tabs>
      <w:contextualSpacing/>
    </w:pPr>
  </w:style>
  <w:style w:type="paragraph" w:styleId="34">
    <w:name w:val="List Bullet 3"/>
    <w:basedOn w:val="a0"/>
    <w:uiPriority w:val="99"/>
    <w:unhideWhenUsed/>
    <w:rsid w:val="00326F90"/>
    <w:pPr>
      <w:tabs>
        <w:tab w:val="num" w:pos="360"/>
      </w:tabs>
      <w:contextualSpacing/>
    </w:pPr>
  </w:style>
  <w:style w:type="paragraph" w:styleId="af1">
    <w:name w:val="List Number"/>
    <w:basedOn w:val="a0"/>
    <w:uiPriority w:val="99"/>
    <w:unhideWhenUsed/>
    <w:rsid w:val="00326F90"/>
    <w:pPr>
      <w:tabs>
        <w:tab w:val="num" w:pos="360"/>
      </w:tabs>
      <w:contextualSpacing/>
    </w:pPr>
  </w:style>
  <w:style w:type="paragraph" w:styleId="25">
    <w:name w:val="List Number 2"/>
    <w:basedOn w:val="a0"/>
    <w:uiPriority w:val="99"/>
    <w:unhideWhenUsed/>
    <w:rsid w:val="0029639D"/>
    <w:pPr>
      <w:tabs>
        <w:tab w:val="num" w:pos="360"/>
      </w:tabs>
      <w:contextualSpacing/>
    </w:pPr>
  </w:style>
  <w:style w:type="paragraph" w:styleId="35">
    <w:name w:val="List Number 3"/>
    <w:basedOn w:val="a0"/>
    <w:uiPriority w:val="99"/>
    <w:unhideWhenUsed/>
    <w:rsid w:val="0029639D"/>
    <w:pPr>
      <w:tabs>
        <w:tab w:val="num" w:pos="360"/>
      </w:tabs>
      <w:contextualSpacing/>
    </w:pPr>
  </w:style>
  <w:style w:type="paragraph" w:styleId="af2">
    <w:name w:val="List Continue"/>
    <w:basedOn w:val="a0"/>
    <w:uiPriority w:val="99"/>
    <w:unhideWhenUsed/>
    <w:rsid w:val="0029639D"/>
    <w:pPr>
      <w:spacing w:after="120"/>
      <w:ind w:left="360"/>
      <w:contextualSpacing/>
    </w:pPr>
  </w:style>
  <w:style w:type="paragraph" w:styleId="26">
    <w:name w:val="List Continue 2"/>
    <w:basedOn w:val="a0"/>
    <w:uiPriority w:val="99"/>
    <w:unhideWhenUsed/>
    <w:rsid w:val="0029639D"/>
    <w:pPr>
      <w:spacing w:after="120"/>
      <w:ind w:left="720"/>
      <w:contextualSpacing/>
    </w:pPr>
  </w:style>
  <w:style w:type="paragraph" w:styleId="36">
    <w:name w:val="List Continue 3"/>
    <w:basedOn w:val="a0"/>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3865</Words>
  <Characters>22034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на снос зданий</dc:title>
  <dc:subject>Площадь застройки 186 м², строительный объём 633 м³</dc:subject>
  <dc:creator>python-docx</dc:creator>
  <cp:keywords>техническая спецификация, вентиляция, кондиционирование, дезинфекция, школа</cp:keywords>
  <dc:description>generated by python-docx</dc:description>
  <cp:lastModifiedBy>user</cp:lastModifiedBy>
  <cp:revision>7</cp:revision>
  <dcterms:created xsi:type="dcterms:W3CDTF">2013-12-23T23:15:00Z</dcterms:created>
  <dcterms:modified xsi:type="dcterms:W3CDTF">2026-10-14T13:32:00Z</dcterms:modified>
  <cp:category/>
</cp:coreProperties>
</file>