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AF88B" w14:textId="77777777"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b/>
          <w:color w:val="000000"/>
          <w:sz w:val="22"/>
          <w:lang w:val="ru-RU"/>
        </w:rPr>
        <w:t>БЕКІТЕМІН</w:t>
      </w:r>
    </w:p>
    <w:p w14:paraId="6B0C4B40" w14:textId="6BC67D1C" w:rsidR="00513AF3" w:rsidRDefault="00513AF3" w:rsidP="00163F92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proofErr w:type="spellStart"/>
      <w:r>
        <w:rPr>
          <w:rFonts w:cs="Times New Roman"/>
          <w:color w:val="000000"/>
          <w:sz w:val="22"/>
          <w:highlight w:val="yellow"/>
          <w:lang w:val="ru-RU"/>
        </w:rPr>
        <w:t>Мектеп</w:t>
      </w:r>
      <w:proofErr w:type="spellEnd"/>
      <w:r>
        <w:rPr>
          <w:rFonts w:cs="Times New Roman"/>
          <w:color w:val="000000"/>
          <w:sz w:val="22"/>
          <w:highlight w:val="yellow"/>
          <w:lang w:val="ru-RU"/>
        </w:rPr>
        <w:t xml:space="preserve"> директоры </w:t>
      </w:r>
      <w:r w:rsidR="00A32ADA">
        <w:rPr>
          <w:rFonts w:cs="Times New Roman"/>
          <w:color w:val="000000"/>
          <w:sz w:val="22"/>
          <w:highlight w:val="yellow"/>
          <w:lang w:val="ru-RU"/>
        </w:rPr>
        <w:t>Хасанова Ж.А</w:t>
      </w:r>
    </w:p>
    <w:p w14:paraId="537466FB" w14:textId="51AFD6AE"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highlight w:val="yellow"/>
          <w:lang w:val="ru-RU"/>
        </w:rPr>
        <w:t>______________ [Т.А.Ә.]</w:t>
      </w:r>
    </w:p>
    <w:p w14:paraId="10AF4F2D" w14:textId="339F918A" w:rsidR="005F0A11" w:rsidRPr="006C24F8" w:rsidRDefault="005F0A11" w:rsidP="00163F92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 xml:space="preserve">«___» ____________ 2026 </w:t>
      </w:r>
      <w:proofErr w:type="spellStart"/>
      <w:r w:rsidRPr="004E76A6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жыл</w:t>
      </w:r>
      <w:proofErr w:type="spellEnd"/>
    </w:p>
    <w:p w14:paraId="7424F89F" w14:textId="77777777" w:rsidR="005F0A11" w:rsidRPr="006C24F8" w:rsidRDefault="005F0A11" w:rsidP="00163F92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87137D8" w14:textId="0B9F2A43" w:rsidR="00C76A6F" w:rsidRPr="004E76A6" w:rsidRDefault="00306AC7" w:rsidP="00163F92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proofErr w:type="spellStart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сипаттама</w:t>
      </w:r>
      <w:proofErr w:type="spellEnd"/>
    </w:p>
    <w:p w14:paraId="3ADCADDD" w14:textId="77777777" w:rsidR="006C24F8" w:rsidRDefault="00306AC7" w:rsidP="00163F92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proofErr w:type="spellStart"/>
      <w:r w:rsidRPr="006C24F8">
        <w:rPr>
          <w:rFonts w:cs="Times New Roman"/>
          <w:bCs/>
          <w:color w:val="000000"/>
          <w:sz w:val="22"/>
        </w:rPr>
        <w:t>Alaqan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bCs/>
          <w:color w:val="000000"/>
          <w:sz w:val="22"/>
        </w:rPr>
        <w:t>Mektep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аппараттық-бағдарламалық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кешенін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әкімшілендіру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</w:p>
    <w:p w14:paraId="0A7840F3" w14:textId="3F5855B4"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техникалық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қызмет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көрсету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қызметтеріне</w:t>
      </w:r>
      <w:proofErr w:type="spellEnd"/>
    </w:p>
    <w:p w14:paraId="426057D5" w14:textId="77777777"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бұлттық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платформаға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лицензиялық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bCs/>
          <w:color w:val="000000"/>
          <w:sz w:val="22"/>
          <w:lang w:val="ru-RU"/>
        </w:rPr>
        <w:t>ұзартумен</w:t>
      </w:r>
      <w:proofErr w:type="spellEnd"/>
    </w:p>
    <w:p w14:paraId="7FD1757D" w14:textId="77777777" w:rsidR="006C24F8" w:rsidRDefault="006C24F8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5167101" w14:textId="3F06B819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lang w:val="ru-RU"/>
        </w:rPr>
        <w:t xml:space="preserve">Осы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техникалық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сипаттама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мектепте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бұрын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орнатылған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аппараттық-бағдарламалық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кешенінің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жұмысын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желтоқсанға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қалпына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келтіруге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үздіксіз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етуге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қажетті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кешенді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қызметтің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құрамын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айқындайды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>.</w:t>
      </w:r>
    </w:p>
    <w:p w14:paraId="48F9F90C" w14:textId="21953785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1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Сатып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алу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туралы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негізгі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мәліметтер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C76A6F" w:rsidRPr="006C24F8" w14:paraId="780BD712" w14:textId="77777777" w:rsidTr="006C24F8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4185A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Көрсеткіш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BB70A1D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Мазмұны</w:t>
            </w:r>
            <w:proofErr w:type="spellEnd"/>
          </w:p>
        </w:tc>
      </w:tr>
      <w:tr w:rsidR="00C76A6F" w:rsidRPr="006C24F8" w14:paraId="6E34689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3E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Тапсырыс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атауы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701077" w14:textId="4CAF24E5" w:rsidR="00C76A6F" w:rsidRPr="008416D2" w:rsidRDefault="00A32ADA" w:rsidP="008416D2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“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Атырау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облысы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Білім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беру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басқармасының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Құрманғазы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ауданы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білім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бөлімінің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“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Абай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атындағы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жалпы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орта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мектебі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"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коммуналдық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мемлекеттік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мекемесі</w:t>
            </w:r>
            <w:proofErr w:type="spellEnd"/>
          </w:p>
        </w:tc>
      </w:tr>
      <w:tr w:rsidR="00C76A6F" w:rsidRPr="006C24F8" w14:paraId="36E789F0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9D4E02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Тапсырыс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БСН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684F6" w14:textId="1123C8A8" w:rsidR="00C76A6F" w:rsidRPr="008416D2" w:rsidRDefault="00A32ADA" w:rsidP="00163F92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990440004764</w:t>
            </w:r>
          </w:p>
        </w:tc>
      </w:tr>
      <w:tr w:rsidR="00C76A6F" w:rsidRPr="006C24F8" w14:paraId="46C8E1A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A39B5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Сатып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алу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тәсілі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8B730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Баға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ұсыныстарын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сұрату</w:t>
            </w:r>
            <w:proofErr w:type="spellEnd"/>
          </w:p>
        </w:tc>
      </w:tr>
      <w:tr w:rsidR="00C76A6F" w:rsidRPr="006C24F8" w14:paraId="6BAC45E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86C015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 xml:space="preserve">ТЖҚ БНА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коды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83A060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C76A6F" w:rsidRPr="006C24F8" w14:paraId="2D35854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B03D17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 xml:space="preserve">ТЖҚ БНА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бойынша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атауы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87B4F1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Бағдарламалық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ақпараттық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кешенді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әкімшілдеу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және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техникалық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бойынша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қызметтер</w:t>
            </w:r>
            <w:proofErr w:type="spellEnd"/>
          </w:p>
        </w:tc>
      </w:tr>
      <w:tr w:rsidR="00C76A6F" w:rsidRPr="006C24F8" w14:paraId="7B3A19D4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4DA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Өлшем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бірлігі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951B0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  <w:proofErr w:type="spellEnd"/>
          </w:p>
        </w:tc>
      </w:tr>
      <w:tr w:rsidR="00C76A6F" w:rsidRPr="006C24F8" w14:paraId="74F8B162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FDCEC0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Саны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F19BF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C76A6F" w:rsidRPr="006C24F8" w14:paraId="3025DCD9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BA0354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сыз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бірлік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бағасы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1E5169" w14:textId="63F56672"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>теңге</w:t>
            </w:r>
            <w:proofErr w:type="spellEnd"/>
          </w:p>
        </w:tc>
      </w:tr>
      <w:tr w:rsidR="00C76A6F" w:rsidRPr="006C24F8" w14:paraId="3038B351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796310C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сыз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жалпы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сома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7E46663" w14:textId="0260108D"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>теңге</w:t>
            </w:r>
            <w:proofErr w:type="spellEnd"/>
          </w:p>
        </w:tc>
      </w:tr>
      <w:tr w:rsidR="00C76A6F" w:rsidRPr="006C24F8" w14:paraId="66A0043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A43EB9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мерзімі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AB2C0EC" w14:textId="3F82D3A2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Шарт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жасалған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бастап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r w:rsidR="006C24F8" w:rsidRPr="006C24F8">
              <w:rPr>
                <w:rFonts w:cs="Times New Roman"/>
                <w:color w:val="000000"/>
                <w:sz w:val="22"/>
              </w:rPr>
              <w:t>31.12.2026</w:t>
            </w:r>
            <w:r w:rsidRPr="006C24F8">
              <w:rPr>
                <w:rFonts w:cs="Times New Roman"/>
                <w:color w:val="000000"/>
                <w:sz w:val="22"/>
              </w:rPr>
              <w:t xml:space="preserve"> ж</w:t>
            </w:r>
            <w:r w:rsidR="006C24F8" w:rsidRPr="006C24F8">
              <w:rPr>
                <w:rFonts w:cs="Times New Roman"/>
                <w:color w:val="000000"/>
                <w:sz w:val="22"/>
              </w:rPr>
              <w:t>.</w:t>
            </w:r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қоса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алғанда</w:t>
            </w:r>
            <w:proofErr w:type="spellEnd"/>
          </w:p>
        </w:tc>
      </w:tr>
      <w:tr w:rsidR="00C76A6F" w:rsidRPr="006C24F8" w14:paraId="7041DBB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CF5E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орны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55E5DD0" w14:textId="42191605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>Атырау</w:t>
            </w:r>
            <w:proofErr w:type="spellEnd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 w:rsidR="008416D2">
              <w:rPr>
                <w:rFonts w:cs="Times New Roman"/>
                <w:color w:val="000000"/>
                <w:sz w:val="22"/>
                <w:highlight w:val="yellow"/>
              </w:rPr>
              <w:t>облысы</w:t>
            </w:r>
            <w:proofErr w:type="spellEnd"/>
            <w:r w:rsidR="008416D2">
              <w:rPr>
                <w:rFonts w:cs="Times New Roman"/>
                <w:color w:val="000000"/>
                <w:sz w:val="22"/>
                <w:highlight w:val="yellow"/>
              </w:rPr>
              <w:t xml:space="preserve">, </w:t>
            </w:r>
            <w:proofErr w:type="spellStart"/>
            <w:r w:rsidR="008416D2">
              <w:rPr>
                <w:rFonts w:cs="Times New Roman"/>
                <w:color w:val="000000"/>
                <w:sz w:val="22"/>
                <w:highlight w:val="yellow"/>
              </w:rPr>
              <w:t>Қүрманғазы</w:t>
            </w:r>
            <w:proofErr w:type="spellEnd"/>
            <w:r w:rsidR="008416D2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 w:rsidR="008416D2">
              <w:rPr>
                <w:rFonts w:cs="Times New Roman"/>
                <w:color w:val="000000"/>
                <w:sz w:val="22"/>
                <w:highlight w:val="yellow"/>
              </w:rPr>
              <w:t>ауданы,с</w:t>
            </w:r>
            <w:proofErr w:type="spellEnd"/>
            <w:r w:rsidR="008416D2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 w:rsidR="008416D2">
              <w:rPr>
                <w:rFonts w:cs="Times New Roman"/>
                <w:color w:val="000000"/>
                <w:sz w:val="22"/>
                <w:highlight w:val="yellow"/>
              </w:rPr>
              <w:t>Сафон</w:t>
            </w:r>
            <w:proofErr w:type="spellEnd"/>
            <w:r w:rsidR="008416D2">
              <w:rPr>
                <w:rFonts w:cs="Times New Roman"/>
                <w:color w:val="000000"/>
                <w:sz w:val="22"/>
                <w:highlight w:val="yellow"/>
              </w:rPr>
              <w:t xml:space="preserve">, </w:t>
            </w:r>
            <w:proofErr w:type="spellStart"/>
            <w:r w:rsidR="008416D2">
              <w:rPr>
                <w:rFonts w:cs="Times New Roman"/>
                <w:color w:val="000000"/>
                <w:sz w:val="22"/>
                <w:highlight w:val="yellow"/>
              </w:rPr>
              <w:t>Бейбітшілік</w:t>
            </w:r>
            <w:proofErr w:type="spellEnd"/>
            <w:r w:rsidR="008416D2">
              <w:rPr>
                <w:rFonts w:cs="Times New Roman"/>
                <w:color w:val="000000"/>
                <w:sz w:val="22"/>
                <w:highlight w:val="yellow"/>
              </w:rPr>
              <w:t xml:space="preserve"> 49</w:t>
            </w:r>
          </w:p>
        </w:tc>
      </w:tr>
      <w:tr w:rsidR="00C76A6F" w:rsidRPr="006C24F8" w14:paraId="2EAB7FB5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997C012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Аванстық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төлем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B0474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044F0179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65F833B4" w14:textId="18FDD0AF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2</w:t>
      </w:r>
      <w:r w:rsidR="006C24F8" w:rsidRPr="006C24F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Бастапқы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жағдай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қызметтің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мақсаты</w:t>
      </w:r>
      <w:proofErr w:type="spellEnd"/>
    </w:p>
    <w:p w14:paraId="7DE47BCB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алынған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аппараттық-бағдарламалық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кешенді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бұлттық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модулін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мектептің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ортасы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онда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рұқсат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жатады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16E212B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мақсаты</w:t>
      </w:r>
      <w:proofErr w:type="spellEnd"/>
      <w:r w:rsidRPr="006C24F8">
        <w:rPr>
          <w:rFonts w:cs="Times New Roman"/>
          <w:color w:val="000000"/>
          <w:sz w:val="22"/>
        </w:rPr>
        <w:t xml:space="preserve"> –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жазбадағы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тіркемей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байланыстырмай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дербес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негізсіз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жинамай</w:t>
      </w:r>
      <w:proofErr w:type="spellEnd"/>
      <w:r w:rsidRPr="006C24F8">
        <w:rPr>
          <w:rFonts w:cs="Times New Roman"/>
          <w:color w:val="000000"/>
          <w:sz w:val="22"/>
        </w:rPr>
        <w:t xml:space="preserve">, 2026 </w:t>
      </w:r>
      <w:proofErr w:type="spellStart"/>
      <w:r w:rsidRPr="006C24F8">
        <w:rPr>
          <w:rFonts w:cs="Times New Roman"/>
          <w:color w:val="000000"/>
          <w:sz w:val="22"/>
        </w:rPr>
        <w:t>жылғы</w:t>
      </w:r>
      <w:proofErr w:type="spellEnd"/>
      <w:r w:rsidRPr="006C24F8">
        <w:rPr>
          <w:rFonts w:cs="Times New Roman"/>
          <w:color w:val="000000"/>
          <w:sz w:val="22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</w:rPr>
        <w:t>желтоқсанға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ету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38FB435E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жеткізу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көшу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көшіру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нысанасына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көшіруді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көздейтін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нысанасына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келмейді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A543156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i/>
          <w:color w:val="000000"/>
          <w:sz w:val="22"/>
        </w:rPr>
        <w:lastRenderedPageBreak/>
        <w:t>Alaqan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Mektep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атауы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бұрын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орнатылған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қамтылымды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аппараттық-бағдарламалық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кешенді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сәйкестендіру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үшін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көрсетілді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i/>
          <w:color w:val="000000"/>
          <w:sz w:val="22"/>
        </w:rPr>
        <w:t>Бұл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Қазақстан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Республикасының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i/>
          <w:color w:val="000000"/>
          <w:sz w:val="22"/>
        </w:rPr>
        <w:t>Мемлекеттік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сатып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туралы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» </w:t>
      </w:r>
      <w:proofErr w:type="spellStart"/>
      <w:r w:rsidRPr="006C24F8">
        <w:rPr>
          <w:rFonts w:cs="Times New Roman"/>
          <w:i/>
          <w:color w:val="000000"/>
          <w:sz w:val="22"/>
        </w:rPr>
        <w:t>Заңының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12-бабы 5-тармағының 1)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3) </w:t>
      </w:r>
      <w:proofErr w:type="spellStart"/>
      <w:r w:rsidRPr="006C24F8">
        <w:rPr>
          <w:rFonts w:cs="Times New Roman"/>
          <w:i/>
          <w:color w:val="000000"/>
          <w:sz w:val="22"/>
        </w:rPr>
        <w:t>тармақшаларына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сәйкес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қолданылады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: </w:t>
      </w:r>
      <w:proofErr w:type="spellStart"/>
      <w:r w:rsidRPr="006C24F8">
        <w:rPr>
          <w:rFonts w:cs="Times New Roman"/>
          <w:i/>
          <w:color w:val="000000"/>
          <w:sz w:val="22"/>
        </w:rPr>
        <w:t>сатып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орнатылған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қамтылымға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тапсырыс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берушіде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бар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жабдыққа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қызмет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байланысты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i/>
          <w:color w:val="000000"/>
          <w:sz w:val="22"/>
        </w:rPr>
        <w:t>Қызметті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құқық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иеленуші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немесе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осы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сипаттаманың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барлық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талаптарын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орындай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алатын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i/>
          <w:color w:val="000000"/>
          <w:sz w:val="22"/>
        </w:rPr>
        <w:t>ол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уәкілеттік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берген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тұлға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алады</w:t>
      </w:r>
      <w:proofErr w:type="spellEnd"/>
      <w:r w:rsidRPr="006C24F8">
        <w:rPr>
          <w:rFonts w:cs="Times New Roman"/>
          <w:i/>
          <w:color w:val="000000"/>
          <w:sz w:val="22"/>
        </w:rPr>
        <w:t>.</w:t>
      </w:r>
    </w:p>
    <w:p w14:paraId="2AF56EF5" w14:textId="5C3B9374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Кешенді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қызметтің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құрамы</w:t>
      </w:r>
      <w:proofErr w:type="spellEnd"/>
    </w:p>
    <w:p w14:paraId="24AE881E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3.1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Лицензиялық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қолжетімділікті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ұзарту</w:t>
      </w:r>
      <w:proofErr w:type="spellEnd"/>
    </w:p>
    <w:p w14:paraId="56A8BBF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мектептің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2026 </w:t>
      </w:r>
      <w:proofErr w:type="spellStart"/>
      <w:r w:rsidRPr="006C24F8">
        <w:rPr>
          <w:rFonts w:cs="Times New Roman"/>
          <w:color w:val="000000"/>
          <w:sz w:val="22"/>
        </w:rPr>
        <w:t>жылғы</w:t>
      </w:r>
      <w:proofErr w:type="spellEnd"/>
      <w:r w:rsidRPr="006C24F8">
        <w:rPr>
          <w:rFonts w:cs="Times New Roman"/>
          <w:color w:val="000000"/>
          <w:sz w:val="22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</w:rPr>
        <w:t>желтоқсанды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қоса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алғанға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223EEC9C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кешіктірмей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белсендіру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6307F144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рөлдер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құқықтарын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есептерді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қалыптастырылған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биометриялық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үлгілерді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баптауларды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оқиғалар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журналдарын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рұқсат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сақтау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42BF9A5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функционалды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үйлесімділікті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сақталуын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нашарлатпай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жаңартуларын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4B8FDC62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тапсырмасынан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заңнама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талаптарынан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туындамаса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құрмау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етпеу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690675F7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3.2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Тегін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тамақтануды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есепке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алу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Әлеуметтік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әмиянмен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интеграция</w:t>
      </w:r>
      <w:proofErr w:type="spellEnd"/>
    </w:p>
    <w:p w14:paraId="37E860D1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color w:val="000000"/>
          <w:sz w:val="22"/>
        </w:rPr>
        <w:t>Әлеуметтік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әмиян</w:t>
      </w:r>
      <w:proofErr w:type="spellEnd"/>
      <w:r w:rsidRPr="006C24F8">
        <w:rPr>
          <w:rFonts w:cs="Times New Roman"/>
          <w:color w:val="000000"/>
          <w:sz w:val="22"/>
        </w:rPr>
        <w:t xml:space="preserve">»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жүйесімен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Тегін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оқиғасы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ұйыммен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жабдықпен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күнмен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уақытпен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өңдеу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нәтижесімен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сәйкестендіріледі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68D714D4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Әкімшілік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кабинетте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алмасу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мәртебелері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қателер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жүйеде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жағдайларда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жіберу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нақты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алынуын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бақылауға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қажетті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жүктеумен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көзделмеген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үшінші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берілмейді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E47003B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3.3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Әкімшілік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кабинет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есептілік</w:t>
      </w:r>
      <w:proofErr w:type="spellEnd"/>
    </w:p>
    <w:p w14:paraId="24E08A89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алушылардың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бейіндері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сыныптар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санаттары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тамақтануды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тұлғалар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туралы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операцияның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терминалы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мониторингі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іздеу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сүзгілеу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есептерді</w:t>
      </w:r>
      <w:proofErr w:type="spellEnd"/>
      <w:r w:rsidRPr="006C24F8">
        <w:rPr>
          <w:rFonts w:cs="Times New Roman"/>
          <w:color w:val="000000"/>
          <w:sz w:val="22"/>
        </w:rPr>
        <w:t xml:space="preserve"> Excel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PDF </w:t>
      </w:r>
      <w:proofErr w:type="spellStart"/>
      <w:r w:rsidRPr="006C24F8">
        <w:rPr>
          <w:rFonts w:cs="Times New Roman"/>
          <w:color w:val="000000"/>
          <w:sz w:val="22"/>
        </w:rPr>
        <w:t>форматтарына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экспорттау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әкімшілік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веб-кабинетке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5CD0265" w14:textId="77777777"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552F7EF6" w14:textId="24E1817C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4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сүйемелдеу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сервис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деңгейі</w:t>
      </w:r>
      <w:proofErr w:type="spellEnd"/>
    </w:p>
    <w:p w14:paraId="1A26915D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консультациялық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қашықтан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өтініштерді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байланысты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бақылауды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диагностиканы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конфигурацияны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алмасу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журналдарын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қамтиды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Ақауды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қашықтан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анықтау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маман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объектіге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tbl>
      <w:tblPr>
        <w:tblW w:w="0" w:type="auto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251"/>
        <w:gridCol w:w="3251"/>
        <w:gridCol w:w="3798"/>
      </w:tblGrid>
      <w:tr w:rsidR="00C76A6F" w:rsidRPr="006C24F8" w14:paraId="2643283B" w14:textId="77777777">
        <w:trPr>
          <w:tblHeader/>
          <w:jc w:val="center"/>
        </w:trPr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A36923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Өтініш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санаты</w:t>
            </w:r>
            <w:proofErr w:type="spellEnd"/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054114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Әрекет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етуді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бастау</w:t>
            </w:r>
            <w:proofErr w:type="spellEnd"/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9E5C2F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Мерзім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және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нәтиже</w:t>
            </w:r>
            <w:proofErr w:type="spellEnd"/>
          </w:p>
        </w:tc>
      </w:tr>
      <w:tr w:rsidR="00C76A6F" w:rsidRPr="006C24F8" w14:paraId="65F4721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6B18E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Платформаның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немесе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негізгі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функцияның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толық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қолжетімсіздігі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A73BF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2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B482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қалпына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келтіру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жоспары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– 8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;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өнім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жауапкершілік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аймағындағы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себепті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жою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– 1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</w:tr>
      <w:tr w:rsidR="00C76A6F" w:rsidRPr="006C24F8" w14:paraId="25C1312F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DCA9F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Функционалдың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ішінара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бұзылуы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4B1BA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4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6FEC1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өнім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жауапкершілік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аймағындағы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себепті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3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жою</w:t>
            </w:r>
            <w:proofErr w:type="spellEnd"/>
          </w:p>
        </w:tc>
      </w:tr>
      <w:tr w:rsidR="00C76A6F" w:rsidRPr="006C24F8" w14:paraId="16244C5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F88911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Консультациялық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өтініш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533285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1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9ED37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немесе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одан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арғы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іс-қимыл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жөніндегі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ұсынымдар</w:t>
            </w:r>
            <w:proofErr w:type="spellEnd"/>
          </w:p>
        </w:tc>
      </w:tr>
      <w:tr w:rsidR="00C76A6F" w:rsidRPr="006C24F8" w14:paraId="013C1F49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92391F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Объектіге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бару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қажеттілігі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9A6099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қашықтан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диагностикадан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кейін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CBC47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қажеттілік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расталғаннан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кейін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3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бару</w:t>
            </w:r>
            <w:proofErr w:type="spellEnd"/>
          </w:p>
        </w:tc>
      </w:tr>
    </w:tbl>
    <w:p w14:paraId="7A88ED23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71FE62B3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Қолдау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күндері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Астана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қаласының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бойынша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сағат</w:t>
      </w:r>
      <w:proofErr w:type="spellEnd"/>
      <w:r w:rsidRPr="006C24F8">
        <w:rPr>
          <w:rFonts w:cs="Times New Roman"/>
          <w:color w:val="000000"/>
          <w:sz w:val="22"/>
        </w:rPr>
        <w:t xml:space="preserve"> 09:00-ден 18:00-ге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өтініштерді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қабылдаудың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арнасын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71D57F3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lastRenderedPageBreak/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операторының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мемлекеттік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жүйенің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инфрақұрылымының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үшінші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тұлғаның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диагностика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жүргізеді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анықталған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хабарлайды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жәрдем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BC3E6E9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құнына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қосалқы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бөлшектер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механикалық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зақымдануды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жөндеу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кабель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тарту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электрмен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қоректендіру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жергілікті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желіні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қызметтері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Мұндай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шығыстар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негіз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ғана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B8A6B11" w14:textId="77777777"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357E461F" w14:textId="183A3CC7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5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Бағдарламалық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қамтылым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құқықтары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орындау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құжаттары</w:t>
      </w:r>
      <w:proofErr w:type="spellEnd"/>
    </w:p>
    <w:p w14:paraId="4854E60F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отырып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әлеуетті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сипаттаманың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белгіленген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шегінде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алатынын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жеңімпазы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басталғанға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екенін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7C0A9C45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ұзартуға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жаңартулар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беруге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жазбаға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color w:val="000000"/>
          <w:sz w:val="22"/>
        </w:rPr>
        <w:t>Әлеуметтік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әмиян</w:t>
      </w:r>
      <w:proofErr w:type="spellEnd"/>
      <w:r w:rsidRPr="006C24F8">
        <w:rPr>
          <w:rFonts w:cs="Times New Roman"/>
          <w:color w:val="000000"/>
          <w:sz w:val="22"/>
        </w:rPr>
        <w:t>» АЖ-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емес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кезеңде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тексерілетін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Құжатта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уәкілетті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атауы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БСН-ы,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өкілеттіктердің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тізбесі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тиіс</w:t>
      </w:r>
      <w:proofErr w:type="spellEnd"/>
      <w:r w:rsidRPr="006C24F8">
        <w:rPr>
          <w:rFonts w:cs="Times New Roman"/>
          <w:color w:val="000000"/>
          <w:sz w:val="22"/>
        </w:rPr>
        <w:t xml:space="preserve">;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ресми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құқылы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3E1A069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Сенім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білдірілген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электрондық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өнеркәсіп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өнімдері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тізіліміндегі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№ 659 </w:t>
      </w:r>
      <w:proofErr w:type="spellStart"/>
      <w:r w:rsidRPr="006C24F8">
        <w:rPr>
          <w:rFonts w:cs="Times New Roman"/>
          <w:color w:val="000000"/>
          <w:sz w:val="22"/>
        </w:rPr>
        <w:t>жазбаға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тиіс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туралы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өзекті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тексерілетін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77ABA20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Пайдаланылатын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нұсқаның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кодты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талдаудың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функцияларын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сынаудың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жүктемелік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сынаудың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процестерін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желілік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инфрақұрылымды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хаттамаларымен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A43221D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Орындауға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орнату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жөніндегі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әзірлеуші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маман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тартылады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C8066C2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Көрсетілген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кешіктірілмей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белсендірілгенге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электрондық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түрде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Олар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құжаттары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табылады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біліктілік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талабы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ретінде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белгіленбейді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74F31177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Құжаттар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олардың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дұрыстығын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қажетті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өкілеттіктер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Қазақстан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Республикасының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заңнамасында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шараларды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дұрыстығына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жауап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043310B" w14:textId="77777777" w:rsidR="006C24F8" w:rsidRDefault="006C24F8" w:rsidP="006C24F8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BF1FF23" w14:textId="7CBD3E5F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Дербес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деректер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ақпараттық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қауіпсіздік</w:t>
      </w:r>
      <w:proofErr w:type="spellEnd"/>
    </w:p>
    <w:p w14:paraId="7DD5B3C2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базасының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меншік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иесі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болып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табылады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өңдеудің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мақсаты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мен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көлемін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айқындайды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платформа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оператор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ретінде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тек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шарт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берушінің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құжатталған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тапсырмалары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субъектілердің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келісімдері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өзге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заңды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негіздер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шегінде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өңдейді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жарнамаға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бейіндеуге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шартты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орындауға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қатысы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жоқ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үшінші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тұлғаларға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жол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берілмейді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0A5E15B6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қамтитын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ресурстар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олардың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резервтік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көшірмелері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Қазақстан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Республикасының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аумағында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орналастырылады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қорғалған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қосылыс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;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рөлдік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бөлу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төмен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өкілеттіктер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қағидаты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журналдау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резервтік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көшіру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тұтастықты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қауіпсіздік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жаңартулары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5673A0E3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қызметкерлерінің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ортаға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қолжетімділігі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тіркелген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өтінішке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келісілген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жұмысқа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қажетті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көлемде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ғана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Артықшылықты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қолжетімділікпен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жасалған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әрекеттер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журналданады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берушінің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деректеріне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әсер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ететін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оқиға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туралы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оны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анықтаған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сәттен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бастап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жұмыс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күнінен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кешіктірмей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хабарлайды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2CF00007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жүйеде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алақанның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бастапқы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кескіндерін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сақтамай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қалыптастырылған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биометриялық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үлгілер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пайдаланылады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Лицензиялық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ұзарту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биометриялық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қайта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жинауға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белгілеген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оларды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заңды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өңдеу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режимін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өзгертуге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әкеп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соқпауға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тиіс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258E461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E3DE509" w14:textId="5E2396AD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7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Тапсырыс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берушінің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міндеттері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қабылдау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тәртібі</w:t>
      </w:r>
      <w:proofErr w:type="spellEnd"/>
    </w:p>
    <w:p w14:paraId="77885199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жарамды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электрмен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қоректендіруді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интернетке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келісілген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уақытта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қызмет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көрсетілетін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жабдыққа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физикалық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тексеруіне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уәкілетті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қызметкердің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қатысуын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етеді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43AF57CA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қойылғанға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тараптар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тексеруін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жүргізеді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5-бөлімде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көзделген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құжаттарды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ұсынады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мынадай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талаптардың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орындалуын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көрсетеді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:</w:t>
      </w:r>
    </w:p>
    <w:p w14:paraId="38C7A7F1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жазбада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мерзімі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желтоқсанды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қоса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алғанға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көрсетілген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;</w:t>
      </w:r>
    </w:p>
    <w:p w14:paraId="5E828DEF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пайдаланушылар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рөлдер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баптаулар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оқиғалар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журналдары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жабдық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байланыстары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сақталған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;</w:t>
      </w:r>
    </w:p>
    <w:p w14:paraId="518BEB4E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әкімшілік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кабинет,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көзделген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есептілік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экспорттау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;</w:t>
      </w:r>
    </w:p>
    <w:p w14:paraId="7FCEF53C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тегін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тамақтанудың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оқиғасы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жүйеде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көрсетіледі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«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Әлеуметтік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әмиян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» АЖ-мен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интеграция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;</w:t>
      </w:r>
    </w:p>
    <w:p w14:paraId="41A30033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өтініштерді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тіркеу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арнасы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жұмыс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істейді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ал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4-бөлімде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белгіленген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сервис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деңгейі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жөніндегі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міндеттемелерді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қабылдады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254B72AE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Платформаны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ауыстыру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жаңа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ортаны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құру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бұрын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жинақталған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жоғалту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пайдаланушыларды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қайта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тіркеу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интеграцияның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болмауы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тиісінше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орындау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деп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танылмайды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5A7B41FE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Анықталған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сәйкессіздіктер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қойылғанға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жойылады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Кешенді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қызмет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көрсету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қорытындысы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бойынша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акт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ресімделеді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қою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берушіні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желтоқсанды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қоса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алғанға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лицензиялық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жаңартуларды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техникалық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сүйемелдеуді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ету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міндетінен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босатпайды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4A406E7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59FA3BC" w14:textId="574697F5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Қорытынды</w:t>
      </w:r>
      <w:proofErr w:type="spellEnd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нәтиже</w:t>
      </w:r>
      <w:proofErr w:type="spellEnd"/>
    </w:p>
    <w:p w14:paraId="185943CF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  <w:proofErr w:type="spellStart"/>
      <w:r w:rsidRPr="004E76A6">
        <w:rPr>
          <w:rFonts w:cs="Times New Roman"/>
          <w:color w:val="000000"/>
          <w:sz w:val="22"/>
          <w:lang w:val="ru-RU"/>
        </w:rPr>
        <w:t>Нәтиже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–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көшірусіз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қайта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тіркеусіз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бұрын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құрылған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ортасында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берушінің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қалпына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келтірілген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әрі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үздіксіз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жұмысы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2026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желтоқсанға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лицензиялық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қолжетімділік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мен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баптаулардың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сақталуы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жабдықтың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әкімшілік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кабинеттің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есептіліктің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«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Әлеуметтік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әмиян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» АЖ-мен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интеграцияның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жұмыс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қабілеттілігі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сондай-ақ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шарт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мерзімі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аяқталғанға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АБК-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ны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техникалық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сүйемелдеу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болып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4E76A6">
        <w:rPr>
          <w:rFonts w:cs="Times New Roman"/>
          <w:color w:val="000000"/>
          <w:sz w:val="22"/>
          <w:lang w:val="ru-RU"/>
        </w:rPr>
        <w:t>табылады</w:t>
      </w:r>
      <w:proofErr w:type="spellEnd"/>
      <w:r w:rsidRPr="004E76A6">
        <w:rPr>
          <w:rFonts w:cs="Times New Roman"/>
          <w:color w:val="000000"/>
          <w:sz w:val="22"/>
          <w:lang w:val="ru-RU"/>
        </w:rPr>
        <w:t>.</w:t>
      </w:r>
    </w:p>
    <w:p w14:paraId="3F191EF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1C57AA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FFFA78B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DCB6CE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01D482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E6624DD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FA0EF3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6C056B37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EF083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B1A8A0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42E384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C3136A1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709CBF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DE22716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802297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55FEB0F2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D71C8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56DBD4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E0452DE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6EC0052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D4EC0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516FC91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8837869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6AF3F4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C1BF05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6E0408E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419403C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7C1FD90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82946E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629180E7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30B034D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C8B7172" w14:textId="77777777" w:rsidR="004E76A6" w:rsidRPr="00A32ADA" w:rsidRDefault="004E76A6" w:rsidP="004E76A6">
      <w:pPr>
        <w:spacing w:after="0" w:line="240" w:lineRule="auto"/>
        <w:rPr>
          <w:rFonts w:cs="Times New Roman"/>
          <w:sz w:val="22"/>
          <w:lang w:val="ru-RU"/>
        </w:rPr>
      </w:pPr>
    </w:p>
    <w:p w14:paraId="0C8C1F8C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t>УТВЕРЖДАЮ</w:t>
      </w:r>
    </w:p>
    <w:p w14:paraId="76A2FE85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 xml:space="preserve">Руководитель </w:t>
      </w:r>
    </w:p>
    <w:p w14:paraId="660B2B27" w14:textId="3A48E0BD" w:rsidR="004E76A6" w:rsidRPr="00A32ADA" w:rsidRDefault="00513AF3" w:rsidP="004E76A6">
      <w:pPr>
        <w:spacing w:after="0" w:line="240" w:lineRule="auto"/>
        <w:ind w:left="5812"/>
        <w:rPr>
          <w:rFonts w:cs="Times New Roman"/>
          <w:sz w:val="22"/>
          <w:lang w:val="kk-KZ"/>
        </w:rPr>
      </w:pPr>
      <w:r>
        <w:rPr>
          <w:rFonts w:cs="Times New Roman"/>
          <w:color w:val="000000"/>
          <w:sz w:val="22"/>
          <w:highlight w:val="yellow"/>
          <w:lang w:val="ru-RU"/>
        </w:rPr>
        <w:t xml:space="preserve">Директор </w:t>
      </w:r>
      <w:r>
        <w:rPr>
          <w:rFonts w:cs="Times New Roman"/>
          <w:color w:val="000000"/>
          <w:sz w:val="22"/>
          <w:lang w:val="ru-RU"/>
        </w:rPr>
        <w:t xml:space="preserve">школы </w:t>
      </w:r>
      <w:r w:rsidR="00A32ADA">
        <w:rPr>
          <w:rFonts w:cs="Times New Roman"/>
          <w:color w:val="000000"/>
          <w:sz w:val="22"/>
          <w:lang w:val="kk-KZ"/>
        </w:rPr>
        <w:t>Хасанова Ж.А</w:t>
      </w:r>
    </w:p>
    <w:p w14:paraId="5583544E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>______________ [Ф.И.О.]</w:t>
      </w:r>
    </w:p>
    <w:p w14:paraId="2A4605B6" w14:textId="77777777" w:rsidR="004E76A6" w:rsidRPr="00340DAE" w:rsidRDefault="004E76A6" w:rsidP="004E76A6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«___» ____________ 2026 года</w:t>
      </w:r>
    </w:p>
    <w:p w14:paraId="5B55D4A2" w14:textId="77777777" w:rsidR="004E76A6" w:rsidRPr="00340DAE" w:rsidRDefault="004E76A6" w:rsidP="004E76A6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6CB2991" w14:textId="77777777" w:rsidR="004E76A6" w:rsidRPr="00143A33" w:rsidRDefault="004E76A6" w:rsidP="004E76A6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3B064391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A5AEBBD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proofErr w:type="spellStart"/>
      <w:r w:rsidRPr="00340DAE">
        <w:rPr>
          <w:rFonts w:cs="Times New Roman"/>
          <w:bCs/>
          <w:color w:val="000000"/>
          <w:sz w:val="22"/>
        </w:rPr>
        <w:t>Alaqan</w:t>
      </w:r>
      <w:proofErr w:type="spellEnd"/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bCs/>
          <w:color w:val="000000"/>
          <w:sz w:val="22"/>
        </w:rPr>
        <w:t>Mektep</w:t>
      </w:r>
      <w:proofErr w:type="spellEnd"/>
    </w:p>
    <w:p w14:paraId="0D12983E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1D67294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9A6C5A9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2DF9A176" w14:textId="77777777" w:rsidR="004E76A6" w:rsidRPr="00340DAE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CB40721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Основные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закупке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4E76A6" w:rsidRPr="00340DAE" w14:paraId="38FFB3FD" w14:textId="77777777" w:rsidTr="00E24D8A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825FF9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A884EA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  <w:proofErr w:type="spellEnd"/>
          </w:p>
        </w:tc>
      </w:tr>
      <w:tr w:rsidR="004E76A6" w:rsidRPr="00A32ADA" w14:paraId="6F655FB5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A8D1F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8C45FB" w14:textId="3F07E651" w:rsidR="004E76A6" w:rsidRPr="00A32ADA" w:rsidRDefault="00A32ADA" w:rsidP="00513AF3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32ADA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Коммунальное государственное учреждение «Общая средняя школа имени Абая» отдела образования Курмангазинского района Управления образования Атырауской области»</w:t>
            </w:r>
          </w:p>
        </w:tc>
      </w:tr>
      <w:tr w:rsidR="004E76A6" w:rsidRPr="00340DAE" w14:paraId="4BFF06A1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F15A56E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 xml:space="preserve">БИН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783E69" w14:textId="0049F9C9" w:rsidR="004E76A6" w:rsidRPr="00340DAE" w:rsidRDefault="00A32ADA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990440004764</w:t>
            </w:r>
          </w:p>
        </w:tc>
      </w:tr>
      <w:tr w:rsidR="004E76A6" w:rsidRPr="00340DAE" w14:paraId="54C45DBC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AE291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Способ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закупки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16AAEE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Запрос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ценовых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предложений</w:t>
            </w:r>
            <w:proofErr w:type="spellEnd"/>
          </w:p>
        </w:tc>
      </w:tr>
      <w:tr w:rsidR="004E76A6" w:rsidRPr="00340DAE" w14:paraId="324B97D6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4CC746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Код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88570F6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4E76A6" w:rsidRPr="00A32ADA" w14:paraId="236DFB3C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0CB9FF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848298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4E76A6" w:rsidRPr="00340DAE" w14:paraId="3B2F50AA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4BE272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Единица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измерения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33B0B5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  <w:proofErr w:type="spellEnd"/>
          </w:p>
        </w:tc>
      </w:tr>
      <w:tr w:rsidR="004E76A6" w:rsidRPr="00340DAE" w14:paraId="6B0465E0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1366300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E80B74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4E76A6" w:rsidRPr="00340DAE" w14:paraId="55A66E66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533F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26772A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</w:p>
        </w:tc>
      </w:tr>
      <w:tr w:rsidR="004E76A6" w:rsidRPr="00340DAE" w14:paraId="1D04C9A3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E610F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Общая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сумма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без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1253F93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4E76A6" w:rsidRPr="00A32ADA" w14:paraId="35260F69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BB846E2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7842FAE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513AF3" w:rsidRPr="00513AF3" w14:paraId="5AC89D6B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2A09E3" w14:textId="77777777" w:rsidR="00513AF3" w:rsidRPr="00340DAE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Место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7C9FBAB" w14:textId="7755687E" w:rsidR="00513AF3" w:rsidRPr="00513AF3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>Атырау</w:t>
            </w:r>
            <w:proofErr w:type="spellEnd"/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  <w:highlight w:val="yellow"/>
              </w:rPr>
              <w:t>облысы</w:t>
            </w:r>
            <w:proofErr w:type="spellEnd"/>
            <w:r>
              <w:rPr>
                <w:rFonts w:cs="Times New Roman"/>
                <w:color w:val="000000"/>
                <w:sz w:val="22"/>
                <w:highlight w:val="yellow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 w:val="22"/>
                <w:highlight w:val="yellow"/>
              </w:rPr>
              <w:t>Қүрманғазы</w:t>
            </w:r>
            <w:proofErr w:type="spellEnd"/>
            <w:r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  <w:highlight w:val="yellow"/>
              </w:rPr>
              <w:t>ауданы,с</w:t>
            </w:r>
            <w:proofErr w:type="spellEnd"/>
            <w:r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  <w:highlight w:val="yellow"/>
              </w:rPr>
              <w:t>Сафон</w:t>
            </w:r>
            <w:proofErr w:type="spellEnd"/>
            <w:r>
              <w:rPr>
                <w:rFonts w:cs="Times New Roman"/>
                <w:color w:val="000000"/>
                <w:sz w:val="22"/>
                <w:highlight w:val="yellow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 w:val="22"/>
                <w:highlight w:val="yellow"/>
              </w:rPr>
              <w:t>Бейбітшілік</w:t>
            </w:r>
            <w:proofErr w:type="spellEnd"/>
            <w:r>
              <w:rPr>
                <w:rFonts w:cs="Times New Roman"/>
                <w:color w:val="000000"/>
                <w:sz w:val="22"/>
                <w:highlight w:val="yellow"/>
              </w:rPr>
              <w:t xml:space="preserve"> 49</w:t>
            </w:r>
          </w:p>
        </w:tc>
      </w:tr>
      <w:tr w:rsidR="004E76A6" w:rsidRPr="00340DAE" w14:paraId="2EF2792E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4C0AF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Авансовый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платеж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94D20DC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271FAAB6" w14:textId="77777777" w:rsidR="004E76A6" w:rsidRPr="00340DAE" w:rsidRDefault="004E76A6" w:rsidP="004E76A6">
      <w:pPr>
        <w:spacing w:after="0" w:line="240" w:lineRule="auto"/>
        <w:rPr>
          <w:rFonts w:cs="Times New Roman"/>
          <w:sz w:val="22"/>
        </w:rPr>
      </w:pPr>
    </w:p>
    <w:p w14:paraId="04E4C929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5805D07B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21BED6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34705A45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5543E3A7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proofErr w:type="spellStart"/>
      <w:r w:rsidRPr="00340DAE">
        <w:rPr>
          <w:rFonts w:cs="Times New Roman"/>
          <w:i/>
          <w:color w:val="000000"/>
          <w:sz w:val="22"/>
        </w:rPr>
        <w:t>Alaqan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i/>
          <w:color w:val="000000"/>
          <w:sz w:val="22"/>
        </w:rPr>
        <w:t>Mektep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28816EA9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87F1FF1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0FF90C2A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60544FC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1D8602DA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39283272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562423A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4379324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1B8BDCB7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5F9F0E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73EB04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1A07662E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28E7A52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14:paraId="59B712EB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F5DAE17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27EC97B3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4E76A6" w:rsidRPr="00340DAE" w14:paraId="5E5E2A6B" w14:textId="77777777" w:rsidTr="00E24D8A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8484B8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Категория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обращения</w:t>
            </w:r>
            <w:proofErr w:type="spellEnd"/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E466C1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Начало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реакции</w:t>
            </w:r>
            <w:proofErr w:type="spellEnd"/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46C0C5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результат</w:t>
            </w:r>
            <w:proofErr w:type="spellEnd"/>
          </w:p>
        </w:tc>
      </w:tr>
      <w:tr w:rsidR="004E76A6" w:rsidRPr="00A32ADA" w14:paraId="392A75D9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8E3771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3F1CB7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2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172670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4E76A6" w:rsidRPr="00A32ADA" w14:paraId="323C391D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CF7D38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Частичное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нарушение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функциональности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7AF01C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4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5A24A3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4E76A6" w:rsidRPr="00A32ADA" w14:paraId="6A602CF8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B67D45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Консультационное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обращение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4A006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 xml:space="preserve">в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течение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1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рабочего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дня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FE070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4E76A6" w:rsidRPr="00A32ADA" w14:paraId="304F35D0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AA245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Необходимость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выезда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84146A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после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дистанционной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диагностики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B3FF96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69D04726" w14:textId="77777777" w:rsidR="004E76A6" w:rsidRPr="00340DAE" w:rsidRDefault="004E76A6" w:rsidP="004E76A6">
      <w:pPr>
        <w:spacing w:after="0" w:line="240" w:lineRule="auto"/>
        <w:rPr>
          <w:rFonts w:cs="Times New Roman"/>
          <w:sz w:val="22"/>
          <w:lang w:val="ru-RU"/>
        </w:rPr>
      </w:pPr>
    </w:p>
    <w:p w14:paraId="76466DCB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06EF01A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1A1F35B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3A5C8359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A27CD52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33FC6A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757D5574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64443016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предоставляет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актуальные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проверяемые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сведения</w:t>
      </w:r>
      <w:proofErr w:type="spellEnd"/>
      <w:r w:rsidRPr="00340DAE">
        <w:rPr>
          <w:rFonts w:cs="Times New Roman"/>
          <w:color w:val="000000"/>
          <w:sz w:val="22"/>
        </w:rPr>
        <w:t xml:space="preserve"> о </w:t>
      </w:r>
      <w:proofErr w:type="spellStart"/>
      <w:r w:rsidRPr="00340DAE">
        <w:rPr>
          <w:rFonts w:cs="Times New Roman"/>
          <w:color w:val="000000"/>
          <w:sz w:val="22"/>
        </w:rPr>
        <w:t>такой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записи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26F59A07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3722D6C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4E979BFD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481C1E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несет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ответственность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достоверность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представленных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сведений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4E6B7141" w14:textId="77777777" w:rsidR="004E76A6" w:rsidRDefault="004E76A6" w:rsidP="004E76A6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AE4B9F6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03BEC2B3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48400692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5B48FC0F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журналируются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 инциденте, затрагивающем данные заказчика, поставщик уведомляет не позднее одного рабочего дня с момента выявления.</w:t>
      </w:r>
    </w:p>
    <w:p w14:paraId="19FAB04E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414A668B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5E4CC3E7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20453DA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3B11B15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30CDBDC3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5FF5A32D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D81DE2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2A351C3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528963D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7BC82FD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49DFDA77" w14:textId="77777777" w:rsidR="004E76A6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BCCEA36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6F41F16E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p w14:paraId="588A4B3B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</w:p>
    <w:sectPr w:rsidR="004E76A6" w:rsidRPr="004E76A6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6E4F5" w14:textId="77777777" w:rsidR="00825F79" w:rsidRDefault="00825F79">
      <w:pPr>
        <w:spacing w:after="0" w:line="240" w:lineRule="auto"/>
      </w:pPr>
      <w:r>
        <w:separator/>
      </w:r>
    </w:p>
  </w:endnote>
  <w:endnote w:type="continuationSeparator" w:id="0">
    <w:p w14:paraId="37DF8221" w14:textId="77777777" w:rsidR="00825F79" w:rsidRDefault="0082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1CAC" w14:textId="77777777" w:rsidR="00C76A6F" w:rsidRDefault="00306AC7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513AF3">
      <w:rPr>
        <w:noProof/>
        <w:color w:val="000000"/>
        <w:sz w:val="18"/>
      </w:rPr>
      <w:t>8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26809" w14:textId="77777777" w:rsidR="00825F79" w:rsidRDefault="00825F79">
      <w:pPr>
        <w:spacing w:after="0" w:line="240" w:lineRule="auto"/>
      </w:pPr>
      <w:r>
        <w:separator/>
      </w:r>
    </w:p>
  </w:footnote>
  <w:footnote w:type="continuationSeparator" w:id="0">
    <w:p w14:paraId="7FFA171D" w14:textId="77777777" w:rsidR="00825F79" w:rsidRDefault="00825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3F92"/>
    <w:rsid w:val="0029639D"/>
    <w:rsid w:val="002D306C"/>
    <w:rsid w:val="00306AC7"/>
    <w:rsid w:val="00326F90"/>
    <w:rsid w:val="00497F6C"/>
    <w:rsid w:val="004E76A6"/>
    <w:rsid w:val="00513AF3"/>
    <w:rsid w:val="005F0A11"/>
    <w:rsid w:val="006C24F8"/>
    <w:rsid w:val="00825F79"/>
    <w:rsid w:val="008416D2"/>
    <w:rsid w:val="00A32ADA"/>
    <w:rsid w:val="00AA1D8D"/>
    <w:rsid w:val="00B47730"/>
    <w:rsid w:val="00BB1276"/>
    <w:rsid w:val="00C76A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50E11"/>
  <w14:defaultImageDpi w14:val="300"/>
  <w15:docId w15:val="{AF1BBB8C-E8A9-4170-B3A8-58837DC0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7758D2-CE4B-4126-8ED2-FA20D6B9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3656</Words>
  <Characters>20845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Buhgalter</cp:lastModifiedBy>
  <cp:revision>7</cp:revision>
  <dcterms:created xsi:type="dcterms:W3CDTF">2013-12-23T23:15:00Z</dcterms:created>
  <dcterms:modified xsi:type="dcterms:W3CDTF">2026-10-22T07:38:00Z</dcterms:modified>
  <cp:category/>
</cp:coreProperties>
</file>