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E2" w:rsidRPr="008D2EED" w:rsidRDefault="008D2EED">
      <w:pPr>
        <w:jc w:val="center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b/>
          <w:sz w:val="24"/>
          <w:szCs w:val="24"/>
          <w:lang w:val="ru-RU"/>
        </w:rPr>
        <w:t>ТЕХНИЧЕСКАЯ СПЕЦИФИКАЦИЯ</w:t>
      </w:r>
      <w:r w:rsidRPr="008D2EED">
        <w:rPr>
          <w:rFonts w:cs="Times New Roman"/>
          <w:b/>
          <w:sz w:val="24"/>
          <w:szCs w:val="24"/>
          <w:lang w:val="ru-RU"/>
        </w:rPr>
        <w:br/>
        <w:t>на продление действующих услуг хостинга и доменного имени</w:t>
      </w:r>
    </w:p>
    <w:p w:rsidR="008D2EED" w:rsidRPr="008D2EED" w:rsidRDefault="008D2EED">
      <w:pPr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>Заказчик: КГП на ПХВ «Городской кардиологический центр» УОЗ г</w:t>
      </w:r>
      <w:proofErr w:type="gramStart"/>
      <w:r w:rsidRPr="008D2EED">
        <w:rPr>
          <w:rFonts w:cs="Times New Roman"/>
          <w:sz w:val="24"/>
          <w:szCs w:val="24"/>
          <w:lang w:val="ru-RU"/>
        </w:rPr>
        <w:t>.А</w:t>
      </w:r>
      <w:proofErr w:type="gramEnd"/>
      <w:r w:rsidRPr="008D2EED">
        <w:rPr>
          <w:rFonts w:cs="Times New Roman"/>
          <w:sz w:val="24"/>
          <w:szCs w:val="24"/>
          <w:lang w:val="ru-RU"/>
        </w:rPr>
        <w:t xml:space="preserve">лматы </w:t>
      </w:r>
    </w:p>
    <w:p w:rsidR="00A841E2" w:rsidRPr="008D2EED" w:rsidRDefault="008D2EED">
      <w:pPr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>БИН 990240002969</w:t>
      </w:r>
    </w:p>
    <w:p w:rsidR="00A841E2" w:rsidRPr="008D2EED" w:rsidRDefault="008D2EED">
      <w:pPr>
        <w:pStyle w:val="21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D2EED">
        <w:rPr>
          <w:rFonts w:ascii="Times New Roman" w:hAnsi="Times New Roman" w:cs="Times New Roman"/>
          <w:color w:val="auto"/>
          <w:sz w:val="24"/>
          <w:szCs w:val="24"/>
          <w:lang w:val="ru-RU"/>
        </w:rPr>
        <w:t>1. Предмет закупки</w:t>
      </w:r>
    </w:p>
    <w:p w:rsidR="00A841E2" w:rsidRPr="008D2EED" w:rsidRDefault="008D2EED">
      <w:pPr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Продление ранее приобретённых и используемых Заказчиком услуг хостинга и регистрации доменного имени сроком на 1 (один) год без смены </w:t>
      </w:r>
      <w:proofErr w:type="gramStart"/>
      <w:r w:rsidRPr="008D2EED">
        <w:rPr>
          <w:rFonts w:cs="Times New Roman"/>
          <w:sz w:val="24"/>
          <w:szCs w:val="24"/>
          <w:lang w:val="ru-RU"/>
        </w:rPr>
        <w:t>хостинг-площадки</w:t>
      </w:r>
      <w:proofErr w:type="gramEnd"/>
      <w:r w:rsidRPr="008D2EED">
        <w:rPr>
          <w:rFonts w:cs="Times New Roman"/>
          <w:sz w:val="24"/>
          <w:szCs w:val="24"/>
          <w:lang w:val="ru-RU"/>
        </w:rPr>
        <w:t xml:space="preserve"> и без переноса сайта.</w:t>
      </w:r>
    </w:p>
    <w:p w:rsidR="00A841E2" w:rsidRPr="008D2EED" w:rsidRDefault="008D2EED">
      <w:pPr>
        <w:pStyle w:val="21"/>
        <w:rPr>
          <w:rFonts w:ascii="Times New Roman" w:hAnsi="Times New Roman" w:cs="Times New Roman"/>
          <w:color w:val="auto"/>
          <w:sz w:val="24"/>
          <w:szCs w:val="24"/>
        </w:rPr>
      </w:pPr>
      <w:r w:rsidRPr="008D2EED">
        <w:rPr>
          <w:rFonts w:ascii="Times New Roman" w:hAnsi="Times New Roman" w:cs="Times New Roman"/>
          <w:color w:val="auto"/>
          <w:sz w:val="24"/>
          <w:szCs w:val="24"/>
        </w:rPr>
        <w:t>2. Состав услуг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8D2EED" w:rsidRPr="008D2EED"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Услуга</w:t>
            </w:r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Требуемое продление</w:t>
            </w:r>
          </w:p>
        </w:tc>
      </w:tr>
      <w:tr w:rsidR="008D2EED" w:rsidRPr="008D2EED"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Хостинг Hoster.KZ, тариф Eco-3, идентификатор h-124128.kz</w:t>
            </w:r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На 12 месяцев; расчётный период 06.10.2026–06.10.2027</w:t>
            </w:r>
          </w:p>
        </w:tc>
      </w:tr>
      <w:tr w:rsidR="008D2EED" w:rsidRPr="008D2EED"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  <w:lang w:val="ru-RU"/>
              </w:rPr>
            </w:pPr>
            <w:r w:rsidRPr="008D2EED">
              <w:rPr>
                <w:rFonts w:cs="Times New Roman"/>
                <w:sz w:val="24"/>
                <w:szCs w:val="24"/>
                <w:lang w:val="ru-RU"/>
              </w:rPr>
              <w:t xml:space="preserve">Доменное имя </w:t>
            </w:r>
            <w:r w:rsidRPr="008D2EED">
              <w:rPr>
                <w:rFonts w:cs="Times New Roman"/>
                <w:sz w:val="24"/>
                <w:szCs w:val="24"/>
              </w:rPr>
              <w:t>cardio</w:t>
            </w:r>
            <w:r w:rsidRPr="008D2EED">
              <w:rPr>
                <w:rFonts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8D2EED">
              <w:rPr>
                <w:rFonts w:cs="Times New Roman"/>
                <w:sz w:val="24"/>
                <w:szCs w:val="24"/>
              </w:rPr>
              <w:t>almaty</w:t>
            </w:r>
            <w:proofErr w:type="spellEnd"/>
            <w:r w:rsidRPr="008D2EED">
              <w:rPr>
                <w:rFonts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8D2EED">
              <w:rPr>
                <w:rFonts w:cs="Times New Roman"/>
                <w:sz w:val="24"/>
                <w:szCs w:val="24"/>
              </w:rPr>
              <w:t>kz</w:t>
            </w:r>
            <w:proofErr w:type="spellEnd"/>
          </w:p>
        </w:tc>
        <w:tc>
          <w:tcPr>
            <w:tcW w:w="2880" w:type="dxa"/>
          </w:tcPr>
          <w:p w:rsidR="00A841E2" w:rsidRPr="008D2EED" w:rsidRDefault="008D2EED">
            <w:pPr>
              <w:rPr>
                <w:rFonts w:cs="Times New Roman"/>
                <w:sz w:val="24"/>
                <w:szCs w:val="24"/>
              </w:rPr>
            </w:pPr>
            <w:r w:rsidRPr="008D2EED">
              <w:rPr>
                <w:rFonts w:cs="Times New Roman"/>
                <w:sz w:val="24"/>
                <w:szCs w:val="24"/>
              </w:rPr>
              <w:t>На 12 месяцев; расчётный период 23.10.2026–23.10.2027</w:t>
            </w:r>
          </w:p>
        </w:tc>
      </w:tr>
    </w:tbl>
    <w:p w:rsidR="00A841E2" w:rsidRPr="008D2EED" w:rsidRDefault="008D2EED">
      <w:pPr>
        <w:pStyle w:val="21"/>
        <w:rPr>
          <w:rFonts w:ascii="Times New Roman" w:hAnsi="Times New Roman" w:cs="Times New Roman"/>
          <w:color w:val="auto"/>
          <w:sz w:val="24"/>
          <w:szCs w:val="24"/>
        </w:rPr>
      </w:pPr>
      <w:r w:rsidRPr="008D2EED">
        <w:rPr>
          <w:rFonts w:ascii="Times New Roman" w:hAnsi="Times New Roman" w:cs="Times New Roman"/>
          <w:color w:val="auto"/>
          <w:sz w:val="24"/>
          <w:szCs w:val="24"/>
        </w:rPr>
        <w:t>3. Обязательные условия оказания услуг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Продление должно осуществляться в существующей учётной записи и в рамках действующих услуг на платформе </w:t>
      </w:r>
      <w:proofErr w:type="spellStart"/>
      <w:r w:rsidRPr="008D2EED">
        <w:rPr>
          <w:rFonts w:cs="Times New Roman"/>
          <w:sz w:val="24"/>
          <w:szCs w:val="24"/>
        </w:rPr>
        <w:t>Hoster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r w:rsidRPr="008D2EED">
        <w:rPr>
          <w:rFonts w:cs="Times New Roman"/>
          <w:sz w:val="24"/>
          <w:szCs w:val="24"/>
        </w:rPr>
        <w:t>KZ</w:t>
      </w:r>
      <w:r w:rsidRPr="008D2EED">
        <w:rPr>
          <w:rFonts w:cs="Times New Roman"/>
          <w:sz w:val="24"/>
          <w:szCs w:val="24"/>
          <w:lang w:val="ru-RU"/>
        </w:rPr>
        <w:t xml:space="preserve"> (</w:t>
      </w:r>
      <w:proofErr w:type="spellStart"/>
      <w:r w:rsidRPr="008D2EED">
        <w:rPr>
          <w:rFonts w:cs="Times New Roman"/>
          <w:sz w:val="24"/>
          <w:szCs w:val="24"/>
        </w:rPr>
        <w:t>hoster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proofErr w:type="spellStart"/>
      <w:r w:rsidRPr="008D2EED">
        <w:rPr>
          <w:rFonts w:cs="Times New Roman"/>
          <w:sz w:val="24"/>
          <w:szCs w:val="24"/>
        </w:rPr>
        <w:t>kz</w:t>
      </w:r>
      <w:proofErr w:type="spellEnd"/>
      <w:r w:rsidRPr="008D2EED">
        <w:rPr>
          <w:rFonts w:cs="Times New Roman"/>
          <w:sz w:val="24"/>
          <w:szCs w:val="24"/>
          <w:lang w:val="ru-RU"/>
        </w:rPr>
        <w:t>). Закупается именно продление, а не подключение новой услуги у иного провайдера.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Поставщик вправе выступать посредником при продлении, но результатом должно являться фактическое увеличение оплаченного срока действующих услуг Заказчика в </w:t>
      </w:r>
      <w:proofErr w:type="spellStart"/>
      <w:r w:rsidRPr="008D2EED">
        <w:rPr>
          <w:rFonts w:cs="Times New Roman"/>
          <w:sz w:val="24"/>
          <w:szCs w:val="24"/>
        </w:rPr>
        <w:t>Hoster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r w:rsidRPr="008D2EED">
        <w:rPr>
          <w:rFonts w:cs="Times New Roman"/>
          <w:sz w:val="24"/>
          <w:szCs w:val="24"/>
        </w:rPr>
        <w:t>KZ</w:t>
      </w:r>
      <w:r w:rsidRPr="008D2EED">
        <w:rPr>
          <w:rFonts w:cs="Times New Roman"/>
          <w:sz w:val="24"/>
          <w:szCs w:val="24"/>
          <w:lang w:val="ru-RU"/>
        </w:rPr>
        <w:t>.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Перенос сайта, баз данных, почтовых сервисов и настроек на </w:t>
      </w:r>
      <w:proofErr w:type="gramStart"/>
      <w:r w:rsidRPr="008D2EED">
        <w:rPr>
          <w:rFonts w:cs="Times New Roman"/>
          <w:sz w:val="24"/>
          <w:szCs w:val="24"/>
          <w:lang w:val="ru-RU"/>
        </w:rPr>
        <w:t>другую</w:t>
      </w:r>
      <w:proofErr w:type="gramEnd"/>
      <w:r w:rsidRPr="008D2EED">
        <w:rPr>
          <w:rFonts w:cs="Times New Roman"/>
          <w:sz w:val="24"/>
          <w:szCs w:val="24"/>
          <w:lang w:val="ru-RU"/>
        </w:rPr>
        <w:t xml:space="preserve"> хостинг-площадку, изменение регистратора или замена доменного имени не входят в предмет закупки и не допускаются в качестве исполнения договора.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</w:rPr>
      </w:pPr>
      <w:r w:rsidRPr="008D2EED">
        <w:rPr>
          <w:rFonts w:cs="Times New Roman"/>
          <w:sz w:val="24"/>
          <w:szCs w:val="24"/>
          <w:lang w:val="ru-RU"/>
        </w:rPr>
        <w:t xml:space="preserve">Сохранить действующий тариф </w:t>
      </w:r>
      <w:r w:rsidRPr="008D2EED">
        <w:rPr>
          <w:rFonts w:cs="Times New Roman"/>
          <w:sz w:val="24"/>
          <w:szCs w:val="24"/>
        </w:rPr>
        <w:t>Eco</w:t>
      </w:r>
      <w:r w:rsidRPr="008D2EED">
        <w:rPr>
          <w:rFonts w:cs="Times New Roman"/>
          <w:sz w:val="24"/>
          <w:szCs w:val="24"/>
          <w:lang w:val="ru-RU"/>
        </w:rPr>
        <w:t xml:space="preserve">-3, размещённые данные, параметры доступа, </w:t>
      </w:r>
      <w:r w:rsidRPr="008D2EED">
        <w:rPr>
          <w:rFonts w:cs="Times New Roman"/>
          <w:sz w:val="24"/>
          <w:szCs w:val="24"/>
        </w:rPr>
        <w:t>DNS</w:t>
      </w:r>
      <w:r w:rsidRPr="008D2EED">
        <w:rPr>
          <w:rFonts w:cs="Times New Roman"/>
          <w:sz w:val="24"/>
          <w:szCs w:val="24"/>
          <w:lang w:val="ru-RU"/>
        </w:rPr>
        <w:t xml:space="preserve">-записи и настройки сайта. </w:t>
      </w:r>
      <w:proofErr w:type="spellStart"/>
      <w:r w:rsidRPr="008D2EED">
        <w:rPr>
          <w:rFonts w:cs="Times New Roman"/>
          <w:sz w:val="24"/>
          <w:szCs w:val="24"/>
        </w:rPr>
        <w:t>Не</w:t>
      </w:r>
      <w:proofErr w:type="spellEnd"/>
      <w:r w:rsidRPr="008D2EED">
        <w:rPr>
          <w:rFonts w:cs="Times New Roman"/>
          <w:sz w:val="24"/>
          <w:szCs w:val="24"/>
        </w:rPr>
        <w:t xml:space="preserve"> </w:t>
      </w:r>
      <w:proofErr w:type="spellStart"/>
      <w:r w:rsidRPr="008D2EED">
        <w:rPr>
          <w:rFonts w:cs="Times New Roman"/>
          <w:sz w:val="24"/>
          <w:szCs w:val="24"/>
        </w:rPr>
        <w:t>допускать</w:t>
      </w:r>
      <w:proofErr w:type="spellEnd"/>
      <w:r w:rsidRPr="008D2EED">
        <w:rPr>
          <w:rFonts w:cs="Times New Roman"/>
          <w:sz w:val="24"/>
          <w:szCs w:val="24"/>
        </w:rPr>
        <w:t xml:space="preserve"> </w:t>
      </w:r>
      <w:proofErr w:type="spellStart"/>
      <w:r w:rsidRPr="008D2EED">
        <w:rPr>
          <w:rFonts w:cs="Times New Roman"/>
          <w:sz w:val="24"/>
          <w:szCs w:val="24"/>
        </w:rPr>
        <w:t>удаления</w:t>
      </w:r>
      <w:proofErr w:type="spellEnd"/>
      <w:r w:rsidRPr="008D2EED">
        <w:rPr>
          <w:rFonts w:cs="Times New Roman"/>
          <w:sz w:val="24"/>
          <w:szCs w:val="24"/>
        </w:rPr>
        <w:t xml:space="preserve"> </w:t>
      </w:r>
      <w:proofErr w:type="spellStart"/>
      <w:r w:rsidRPr="008D2EED">
        <w:rPr>
          <w:rFonts w:cs="Times New Roman"/>
          <w:sz w:val="24"/>
          <w:szCs w:val="24"/>
        </w:rPr>
        <w:t>данных</w:t>
      </w:r>
      <w:proofErr w:type="spellEnd"/>
      <w:r w:rsidRPr="008D2EED">
        <w:rPr>
          <w:rFonts w:cs="Times New Roman"/>
          <w:sz w:val="24"/>
          <w:szCs w:val="24"/>
        </w:rPr>
        <w:t xml:space="preserve"> и изменения владельца домена.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Не запрашивать передачу поставщику паролей от личного кабинета Заказчика. Продление выполняется через предусмотренные </w:t>
      </w:r>
      <w:proofErr w:type="spellStart"/>
      <w:r w:rsidRPr="008D2EED">
        <w:rPr>
          <w:rFonts w:cs="Times New Roman"/>
          <w:sz w:val="24"/>
          <w:szCs w:val="24"/>
        </w:rPr>
        <w:t>Hoster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r w:rsidRPr="008D2EED">
        <w:rPr>
          <w:rFonts w:cs="Times New Roman"/>
          <w:sz w:val="24"/>
          <w:szCs w:val="24"/>
        </w:rPr>
        <w:t>KZ</w:t>
      </w:r>
      <w:r w:rsidRPr="008D2EED">
        <w:rPr>
          <w:rFonts w:cs="Times New Roman"/>
          <w:sz w:val="24"/>
          <w:szCs w:val="24"/>
          <w:lang w:val="ru-RU"/>
        </w:rPr>
        <w:t xml:space="preserve"> механизмы оплаты и обслуживания.</w:t>
      </w:r>
    </w:p>
    <w:p w:rsidR="00A841E2" w:rsidRPr="008D2EED" w:rsidRDefault="008D2EED">
      <w:pPr>
        <w:pStyle w:val="a0"/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>Поставщик должен обеспечить непрерывность действия услуг с учётом фактического статуса и возможности восстановления/продления на дату исполнения.</w:t>
      </w:r>
    </w:p>
    <w:p w:rsidR="00A841E2" w:rsidRPr="008D2EED" w:rsidRDefault="008D2EED">
      <w:pPr>
        <w:pStyle w:val="21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D2EED">
        <w:rPr>
          <w:rFonts w:ascii="Times New Roman" w:hAnsi="Times New Roman" w:cs="Times New Roman"/>
          <w:color w:val="auto"/>
          <w:sz w:val="24"/>
          <w:szCs w:val="24"/>
          <w:lang w:val="ru-RU"/>
        </w:rPr>
        <w:t>4. Результат и приёмка</w:t>
      </w:r>
    </w:p>
    <w:p w:rsidR="00A841E2" w:rsidRPr="008D2EED" w:rsidRDefault="008D2EED">
      <w:pPr>
        <w:rPr>
          <w:rFonts w:cs="Times New Roman"/>
          <w:sz w:val="24"/>
          <w:szCs w:val="24"/>
          <w:lang w:val="ru-RU"/>
        </w:rPr>
      </w:pPr>
      <w:r w:rsidRPr="008D2EED">
        <w:rPr>
          <w:rFonts w:cs="Times New Roman"/>
          <w:sz w:val="24"/>
          <w:szCs w:val="24"/>
          <w:lang w:val="ru-RU"/>
        </w:rPr>
        <w:t xml:space="preserve">Услуги считаются оказанными после подтверждения в личном кабинете </w:t>
      </w:r>
      <w:proofErr w:type="spellStart"/>
      <w:r w:rsidRPr="008D2EED">
        <w:rPr>
          <w:rFonts w:cs="Times New Roman"/>
          <w:sz w:val="24"/>
          <w:szCs w:val="24"/>
        </w:rPr>
        <w:t>Hoster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r w:rsidRPr="008D2EED">
        <w:rPr>
          <w:rFonts w:cs="Times New Roman"/>
          <w:sz w:val="24"/>
          <w:szCs w:val="24"/>
        </w:rPr>
        <w:t>KZ</w:t>
      </w:r>
      <w:r w:rsidRPr="008D2EED">
        <w:rPr>
          <w:rFonts w:cs="Times New Roman"/>
          <w:sz w:val="24"/>
          <w:szCs w:val="24"/>
          <w:lang w:val="ru-RU"/>
        </w:rPr>
        <w:t xml:space="preserve"> продления хостинга и домена на 12 месяцев, сохранения действующих данных и </w:t>
      </w:r>
      <w:r w:rsidRPr="008D2EED">
        <w:rPr>
          <w:rFonts w:cs="Times New Roman"/>
          <w:sz w:val="24"/>
          <w:szCs w:val="24"/>
          <w:lang w:val="ru-RU"/>
        </w:rPr>
        <w:lastRenderedPageBreak/>
        <w:t xml:space="preserve">доступности сайта по адресу </w:t>
      </w:r>
      <w:r w:rsidRPr="008D2EED">
        <w:rPr>
          <w:rFonts w:cs="Times New Roman"/>
          <w:sz w:val="24"/>
          <w:szCs w:val="24"/>
        </w:rPr>
        <w:t>cardio</w:t>
      </w:r>
      <w:r w:rsidRPr="008D2EED">
        <w:rPr>
          <w:rFonts w:cs="Times New Roman"/>
          <w:sz w:val="24"/>
          <w:szCs w:val="24"/>
          <w:lang w:val="ru-RU"/>
        </w:rPr>
        <w:t>-</w:t>
      </w:r>
      <w:proofErr w:type="spellStart"/>
      <w:r w:rsidRPr="008D2EED">
        <w:rPr>
          <w:rFonts w:cs="Times New Roman"/>
          <w:sz w:val="24"/>
          <w:szCs w:val="24"/>
        </w:rPr>
        <w:t>almaty</w:t>
      </w:r>
      <w:proofErr w:type="spellEnd"/>
      <w:r w:rsidRPr="008D2EED">
        <w:rPr>
          <w:rFonts w:cs="Times New Roman"/>
          <w:sz w:val="24"/>
          <w:szCs w:val="24"/>
          <w:lang w:val="ru-RU"/>
        </w:rPr>
        <w:t>.</w:t>
      </w:r>
      <w:proofErr w:type="spellStart"/>
      <w:r w:rsidRPr="008D2EED">
        <w:rPr>
          <w:rFonts w:cs="Times New Roman"/>
          <w:sz w:val="24"/>
          <w:szCs w:val="24"/>
        </w:rPr>
        <w:t>kz</w:t>
      </w:r>
      <w:proofErr w:type="spellEnd"/>
      <w:r w:rsidRPr="008D2EED">
        <w:rPr>
          <w:rFonts w:cs="Times New Roman"/>
          <w:sz w:val="24"/>
          <w:szCs w:val="24"/>
          <w:lang w:val="ru-RU"/>
        </w:rPr>
        <w:t xml:space="preserve">. Поставщик </w:t>
      </w:r>
      <w:proofErr w:type="gramStart"/>
      <w:r w:rsidRPr="008D2EED">
        <w:rPr>
          <w:rFonts w:cs="Times New Roman"/>
          <w:sz w:val="24"/>
          <w:szCs w:val="24"/>
          <w:lang w:val="ru-RU"/>
        </w:rPr>
        <w:t>предоставляет документ</w:t>
      </w:r>
      <w:proofErr w:type="gramEnd"/>
      <w:r w:rsidRPr="008D2EED">
        <w:rPr>
          <w:rFonts w:cs="Times New Roman"/>
          <w:sz w:val="24"/>
          <w:szCs w:val="24"/>
          <w:lang w:val="ru-RU"/>
        </w:rPr>
        <w:t>, подтверждающий продление, и акт оказанных услуг.</w:t>
      </w:r>
    </w:p>
    <w:p w:rsidR="00A841E2" w:rsidRPr="008D2EED" w:rsidRDefault="008D2EED">
      <w:pPr>
        <w:pStyle w:val="21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D2EED">
        <w:rPr>
          <w:rFonts w:ascii="Times New Roman" w:hAnsi="Times New Roman" w:cs="Times New Roman"/>
          <w:color w:val="auto"/>
          <w:sz w:val="24"/>
          <w:szCs w:val="24"/>
          <w:lang w:val="ru-RU"/>
        </w:rPr>
        <w:t>5. Срок оказания</w:t>
      </w:r>
    </w:p>
    <w:p w:rsidR="00A841E2" w:rsidRDefault="008D2EED">
      <w:pPr>
        <w:rPr>
          <w:rFonts w:cs="Times New Roman"/>
          <w:sz w:val="24"/>
          <w:szCs w:val="24"/>
        </w:rPr>
      </w:pPr>
      <w:r w:rsidRPr="008D2EED">
        <w:rPr>
          <w:rFonts w:cs="Times New Roman"/>
          <w:sz w:val="24"/>
          <w:szCs w:val="24"/>
          <w:lang w:val="ru-RU"/>
        </w:rPr>
        <w:t>В кратчайший срок после заключения договора, с учётом необходимости восстановления или непрерывного продления действующих услуг. Конкретный срок исполнения устанавливается договором.</w:t>
      </w:r>
    </w:p>
    <w:p w:rsidR="00E05A2D" w:rsidRDefault="00E05A2D">
      <w:pPr>
        <w:rPr>
          <w:rFonts w:cs="Times New Roman"/>
          <w:sz w:val="24"/>
          <w:szCs w:val="24"/>
        </w:rPr>
      </w:pPr>
    </w:p>
    <w:p w:rsidR="00E05A2D" w:rsidRDefault="00E05A2D">
      <w:pPr>
        <w:rPr>
          <w:rFonts w:cs="Times New Roman"/>
          <w:sz w:val="24"/>
          <w:szCs w:val="24"/>
        </w:rPr>
      </w:pPr>
    </w:p>
    <w:p w:rsidR="00E05A2D" w:rsidRPr="00E05A2D" w:rsidRDefault="00E05A2D" w:rsidP="00E05A2D">
      <w:pPr>
        <w:jc w:val="center"/>
        <w:rPr>
          <w:rFonts w:cs="Times New Roman"/>
          <w:b/>
          <w:sz w:val="24"/>
          <w:szCs w:val="24"/>
        </w:rPr>
      </w:pPr>
      <w:r w:rsidRPr="00E05A2D">
        <w:rPr>
          <w:rFonts w:cs="Times New Roman"/>
          <w:b/>
          <w:sz w:val="24"/>
          <w:szCs w:val="24"/>
        </w:rPr>
        <w:t>ТЕХНИКАЛЫҚ СИПАТТАМА</w:t>
      </w:r>
    </w:p>
    <w:p w:rsidR="00E05A2D" w:rsidRPr="00E05A2D" w:rsidRDefault="00E05A2D" w:rsidP="00E05A2D">
      <w:pPr>
        <w:jc w:val="center"/>
        <w:rPr>
          <w:rFonts w:cs="Times New Roman"/>
          <w:b/>
          <w:sz w:val="24"/>
          <w:szCs w:val="24"/>
        </w:rPr>
      </w:pPr>
      <w:proofErr w:type="spellStart"/>
      <w:proofErr w:type="gramStart"/>
      <w:r w:rsidRPr="00E05A2D">
        <w:rPr>
          <w:rFonts w:cs="Times New Roman"/>
          <w:b/>
          <w:sz w:val="24"/>
          <w:szCs w:val="24"/>
        </w:rPr>
        <w:t>қолданыстағы</w:t>
      </w:r>
      <w:proofErr w:type="spellEnd"/>
      <w:proofErr w:type="gram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хостинг</w:t>
      </w:r>
      <w:proofErr w:type="spell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қызметтерін</w:t>
      </w:r>
      <w:proofErr w:type="spell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және</w:t>
      </w:r>
      <w:proofErr w:type="spell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домендік</w:t>
      </w:r>
      <w:proofErr w:type="spell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атауды</w:t>
      </w:r>
      <w:proofErr w:type="spellEnd"/>
      <w:r w:rsidRPr="00E05A2D">
        <w:rPr>
          <w:rFonts w:cs="Times New Roman"/>
          <w:b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b/>
          <w:sz w:val="24"/>
          <w:szCs w:val="24"/>
        </w:rPr>
        <w:t>ұзартуға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spellStart"/>
      <w:r w:rsidRPr="00E05A2D">
        <w:rPr>
          <w:rFonts w:cs="Times New Roman"/>
          <w:sz w:val="24"/>
          <w:szCs w:val="24"/>
        </w:rPr>
        <w:t>Тапсырыс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</w:t>
      </w:r>
      <w:proofErr w:type="spellEnd"/>
      <w:r w:rsidRPr="00E05A2D">
        <w:rPr>
          <w:rFonts w:cs="Times New Roman"/>
          <w:sz w:val="24"/>
          <w:szCs w:val="24"/>
        </w:rPr>
        <w:t xml:space="preserve">: </w:t>
      </w:r>
      <w:proofErr w:type="spellStart"/>
      <w:r w:rsidRPr="00E05A2D">
        <w:rPr>
          <w:rFonts w:cs="Times New Roman"/>
          <w:sz w:val="24"/>
          <w:szCs w:val="24"/>
        </w:rPr>
        <w:t>Алматы</w:t>
      </w:r>
      <w:proofErr w:type="spellEnd"/>
      <w:r w:rsidRPr="00E05A2D">
        <w:rPr>
          <w:rFonts w:cs="Times New Roman"/>
          <w:sz w:val="24"/>
          <w:szCs w:val="24"/>
        </w:rPr>
        <w:t xml:space="preserve"> қ. ДСБ" </w:t>
      </w:r>
      <w:proofErr w:type="spellStart"/>
      <w:r w:rsidRPr="00E05A2D">
        <w:rPr>
          <w:rFonts w:cs="Times New Roman"/>
          <w:sz w:val="24"/>
          <w:szCs w:val="24"/>
        </w:rPr>
        <w:t>Қалалық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кардиологиялық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орталығы</w:t>
      </w:r>
      <w:proofErr w:type="spellEnd"/>
      <w:r w:rsidRPr="00E05A2D">
        <w:rPr>
          <w:rFonts w:cs="Times New Roman"/>
          <w:sz w:val="24"/>
          <w:szCs w:val="24"/>
        </w:rPr>
        <w:t xml:space="preserve"> "</w:t>
      </w:r>
      <w:proofErr w:type="gramEnd"/>
      <w:r w:rsidRPr="00E05A2D">
        <w:rPr>
          <w:rFonts w:cs="Times New Roman"/>
          <w:sz w:val="24"/>
          <w:szCs w:val="24"/>
        </w:rPr>
        <w:t xml:space="preserve"> ШЖҚ КМК </w:t>
      </w:r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>БСН 990240002969</w:t>
      </w:r>
      <w:bookmarkStart w:id="0" w:name="_GoBack"/>
      <w:bookmarkEnd w:id="0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1. </w:t>
      </w:r>
      <w:proofErr w:type="spellStart"/>
      <w:r w:rsidRPr="00E05A2D">
        <w:rPr>
          <w:rFonts w:cs="Times New Roman"/>
          <w:sz w:val="24"/>
          <w:szCs w:val="24"/>
        </w:rPr>
        <w:t>Сатып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алу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заты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spellStart"/>
      <w:proofErr w:type="gramStart"/>
      <w:r w:rsidRPr="00E05A2D">
        <w:rPr>
          <w:rFonts w:cs="Times New Roman"/>
          <w:sz w:val="24"/>
          <w:szCs w:val="24"/>
        </w:rPr>
        <w:t>Бұрын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сатып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алынған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Тапсырыс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пайдаланатын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хостинг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домендік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атауды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тіркеу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қызметтерін</w:t>
      </w:r>
      <w:proofErr w:type="spellEnd"/>
      <w:r w:rsidRPr="00E05A2D">
        <w:rPr>
          <w:rFonts w:cs="Times New Roman"/>
          <w:sz w:val="24"/>
          <w:szCs w:val="24"/>
        </w:rPr>
        <w:t xml:space="preserve"> 1 (</w:t>
      </w:r>
      <w:proofErr w:type="spellStart"/>
      <w:r w:rsidRPr="00E05A2D">
        <w:rPr>
          <w:rFonts w:cs="Times New Roman"/>
          <w:sz w:val="24"/>
          <w:szCs w:val="24"/>
        </w:rPr>
        <w:t>бір</w:t>
      </w:r>
      <w:proofErr w:type="spellEnd"/>
      <w:r w:rsidRPr="00E05A2D">
        <w:rPr>
          <w:rFonts w:cs="Times New Roman"/>
          <w:sz w:val="24"/>
          <w:szCs w:val="24"/>
        </w:rPr>
        <w:t xml:space="preserve">) </w:t>
      </w:r>
      <w:proofErr w:type="spellStart"/>
      <w:r w:rsidRPr="00E05A2D">
        <w:rPr>
          <w:rFonts w:cs="Times New Roman"/>
          <w:sz w:val="24"/>
          <w:szCs w:val="24"/>
        </w:rPr>
        <w:t>жыл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мерзімге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хостинг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алаңын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өзгертпей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сайтты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көшірмей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2. </w:t>
      </w:r>
      <w:proofErr w:type="spellStart"/>
      <w:r w:rsidRPr="00E05A2D">
        <w:rPr>
          <w:rFonts w:cs="Times New Roman"/>
          <w:sz w:val="24"/>
          <w:szCs w:val="24"/>
        </w:rPr>
        <w:t>Қызметтер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құрамы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№ </w:t>
      </w:r>
      <w:proofErr w:type="spellStart"/>
      <w:r w:rsidRPr="00E05A2D">
        <w:rPr>
          <w:rFonts w:cs="Times New Roman"/>
          <w:sz w:val="24"/>
          <w:szCs w:val="24"/>
        </w:rPr>
        <w:t>Қызмет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талап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етілетін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1 </w:t>
      </w:r>
      <w:proofErr w:type="spellStart"/>
      <w:r w:rsidRPr="00E05A2D">
        <w:rPr>
          <w:rFonts w:cs="Times New Roman"/>
          <w:sz w:val="24"/>
          <w:szCs w:val="24"/>
        </w:rPr>
        <w:t>Хостинг</w:t>
      </w:r>
      <w:proofErr w:type="spellEnd"/>
      <w:r w:rsidRPr="00E05A2D">
        <w:rPr>
          <w:rFonts w:cs="Times New Roman"/>
          <w:sz w:val="24"/>
          <w:szCs w:val="24"/>
        </w:rPr>
        <w:t xml:space="preserve"> Hoster.KZ, Eco-3 </w:t>
      </w:r>
      <w:proofErr w:type="spellStart"/>
      <w:r w:rsidRPr="00E05A2D">
        <w:rPr>
          <w:rFonts w:cs="Times New Roman"/>
          <w:sz w:val="24"/>
          <w:szCs w:val="24"/>
        </w:rPr>
        <w:t>тарифі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идентификатор</w:t>
      </w:r>
      <w:proofErr w:type="spellEnd"/>
      <w:r w:rsidRPr="00E05A2D">
        <w:rPr>
          <w:rFonts w:cs="Times New Roman"/>
          <w:sz w:val="24"/>
          <w:szCs w:val="24"/>
        </w:rPr>
        <w:t xml:space="preserve"> h-124128.kz 12 </w:t>
      </w:r>
      <w:proofErr w:type="spellStart"/>
      <w:r w:rsidRPr="00E05A2D">
        <w:rPr>
          <w:rFonts w:cs="Times New Roman"/>
          <w:sz w:val="24"/>
          <w:szCs w:val="24"/>
        </w:rPr>
        <w:t>айға</w:t>
      </w:r>
      <w:proofErr w:type="spellEnd"/>
      <w:r w:rsidRPr="00E05A2D">
        <w:rPr>
          <w:rFonts w:cs="Times New Roman"/>
          <w:sz w:val="24"/>
          <w:szCs w:val="24"/>
        </w:rPr>
        <w:t xml:space="preserve">; </w:t>
      </w:r>
      <w:proofErr w:type="spellStart"/>
      <w:r w:rsidRPr="00E05A2D">
        <w:rPr>
          <w:rFonts w:cs="Times New Roman"/>
          <w:sz w:val="24"/>
          <w:szCs w:val="24"/>
        </w:rPr>
        <w:t>есептік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кезең</w:t>
      </w:r>
      <w:proofErr w:type="spellEnd"/>
      <w:r w:rsidRPr="00E05A2D">
        <w:rPr>
          <w:rFonts w:cs="Times New Roman"/>
          <w:sz w:val="24"/>
          <w:szCs w:val="24"/>
        </w:rPr>
        <w:t xml:space="preserve"> 06.10.2026-06.10.2027</w:t>
      </w:r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2 </w:t>
      </w:r>
      <w:proofErr w:type="spellStart"/>
      <w:r w:rsidRPr="00E05A2D">
        <w:rPr>
          <w:rFonts w:cs="Times New Roman"/>
          <w:sz w:val="24"/>
          <w:szCs w:val="24"/>
        </w:rPr>
        <w:t>домендік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атау</w:t>
      </w:r>
      <w:proofErr w:type="spellEnd"/>
      <w:r w:rsidRPr="00E05A2D">
        <w:rPr>
          <w:rFonts w:cs="Times New Roman"/>
          <w:sz w:val="24"/>
          <w:szCs w:val="24"/>
        </w:rPr>
        <w:t xml:space="preserve"> cardio-almaty.kz 12 </w:t>
      </w:r>
      <w:proofErr w:type="spellStart"/>
      <w:r w:rsidRPr="00E05A2D">
        <w:rPr>
          <w:rFonts w:cs="Times New Roman"/>
          <w:sz w:val="24"/>
          <w:szCs w:val="24"/>
        </w:rPr>
        <w:t>айға</w:t>
      </w:r>
      <w:proofErr w:type="spellEnd"/>
      <w:r w:rsidRPr="00E05A2D">
        <w:rPr>
          <w:rFonts w:cs="Times New Roman"/>
          <w:sz w:val="24"/>
          <w:szCs w:val="24"/>
        </w:rPr>
        <w:t xml:space="preserve">; </w:t>
      </w:r>
      <w:proofErr w:type="spellStart"/>
      <w:r w:rsidRPr="00E05A2D">
        <w:rPr>
          <w:rFonts w:cs="Times New Roman"/>
          <w:sz w:val="24"/>
          <w:szCs w:val="24"/>
        </w:rPr>
        <w:t>есептік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кезең</w:t>
      </w:r>
      <w:proofErr w:type="spellEnd"/>
      <w:r w:rsidRPr="00E05A2D">
        <w:rPr>
          <w:rFonts w:cs="Times New Roman"/>
          <w:sz w:val="24"/>
          <w:szCs w:val="24"/>
        </w:rPr>
        <w:t xml:space="preserve"> 23.10.2026–23.10.2027</w:t>
      </w:r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3. </w:t>
      </w:r>
      <w:proofErr w:type="spellStart"/>
      <w:r w:rsidRPr="00E05A2D">
        <w:rPr>
          <w:rFonts w:cs="Times New Roman"/>
          <w:sz w:val="24"/>
          <w:szCs w:val="24"/>
        </w:rPr>
        <w:t>Қызмет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көрсетудің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міндетті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шарттары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Жаңарту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есептік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жазбада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платформадағы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қызметтер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шеңберінде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жүзеге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асырылуы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тиіс</w:t>
      </w:r>
      <w:proofErr w:type="spellEnd"/>
      <w:r w:rsidRPr="00E05A2D">
        <w:rPr>
          <w:rFonts w:cs="Times New Roman"/>
          <w:sz w:val="24"/>
          <w:szCs w:val="24"/>
        </w:rPr>
        <w:t xml:space="preserve"> Hoster.KZ (hoster.kz).</w:t>
      </w:r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басқа</w:t>
      </w:r>
      <w:proofErr w:type="spellEnd"/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провайдерден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жаңа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қосу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емес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сатып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алынады</w:t>
      </w:r>
      <w:proofErr w:type="spellEnd"/>
      <w:r w:rsidRPr="00E05A2D">
        <w:rPr>
          <w:rFonts w:cs="Times New Roman"/>
          <w:sz w:val="24"/>
          <w:szCs w:val="24"/>
        </w:rPr>
        <w:t>.</w:t>
      </w:r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Өнім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кезінде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делдал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болуға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құқылы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бірақ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нәтиже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Тапсырыс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берушінің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қызметтерінің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төленген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мерзімінің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нақты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ұлғаюы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болуы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керек</w:t>
      </w:r>
      <w:proofErr w:type="spellEnd"/>
      <w:r w:rsidRPr="00E05A2D">
        <w:rPr>
          <w:rFonts w:cs="Times New Roman"/>
          <w:sz w:val="24"/>
          <w:szCs w:val="24"/>
        </w:rPr>
        <w:t xml:space="preserve"> Hoster.KZ.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Сайтты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деректер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базасын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пошта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сервистерін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параметрлерді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басқа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хостинг-алаңға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көшіру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тіркеушіні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өзгерту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немесе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домендік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атауды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ауыстыру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сатып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алу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нысанасына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кірмейді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шартты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орындау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ретінде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жіберілмейді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lastRenderedPageBreak/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Eco-3 </w:t>
      </w:r>
      <w:proofErr w:type="spellStart"/>
      <w:r w:rsidRPr="00E05A2D">
        <w:rPr>
          <w:rFonts w:cs="Times New Roman"/>
          <w:sz w:val="24"/>
          <w:szCs w:val="24"/>
        </w:rPr>
        <w:t>тарифін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орналастырылған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деректерді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кіру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параметрлерін</w:t>
      </w:r>
      <w:proofErr w:type="spellEnd"/>
      <w:r w:rsidRPr="00E05A2D">
        <w:rPr>
          <w:rFonts w:cs="Times New Roman"/>
          <w:sz w:val="24"/>
          <w:szCs w:val="24"/>
        </w:rPr>
        <w:t xml:space="preserve">, DNS </w:t>
      </w:r>
      <w:proofErr w:type="spellStart"/>
      <w:r w:rsidRPr="00E05A2D">
        <w:rPr>
          <w:rFonts w:cs="Times New Roman"/>
          <w:sz w:val="24"/>
          <w:szCs w:val="24"/>
        </w:rPr>
        <w:t>жазбаларын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сайт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параметрлерін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сақтаңыз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Деректерді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жоюға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домен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иесінің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өзгеруіне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жол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бермеңіз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Тапсырыс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берушінің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Жеке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кабинетінен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парольдерді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жеткізушіге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сұрамау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көзделген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арқылы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жүзеге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асырылады</w:t>
      </w:r>
      <w:proofErr w:type="spellEnd"/>
      <w:r w:rsidRPr="00E05A2D">
        <w:rPr>
          <w:rFonts w:cs="Times New Roman"/>
          <w:sz w:val="24"/>
          <w:szCs w:val="24"/>
        </w:rPr>
        <w:t xml:space="preserve"> Hoster.KZ </w:t>
      </w:r>
      <w:proofErr w:type="spellStart"/>
      <w:r w:rsidRPr="00E05A2D">
        <w:rPr>
          <w:rFonts w:cs="Times New Roman"/>
          <w:sz w:val="24"/>
          <w:szCs w:val="24"/>
        </w:rPr>
        <w:t>төлем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көрсету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механизмдері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gramStart"/>
      <w:r w:rsidRPr="00E05A2D">
        <w:rPr>
          <w:rFonts w:cs="Times New Roman"/>
          <w:sz w:val="24"/>
          <w:szCs w:val="24"/>
        </w:rPr>
        <w:t xml:space="preserve">* </w:t>
      </w:r>
      <w:proofErr w:type="spellStart"/>
      <w:r w:rsidRPr="00E05A2D">
        <w:rPr>
          <w:rFonts w:cs="Times New Roman"/>
          <w:sz w:val="24"/>
          <w:szCs w:val="24"/>
        </w:rPr>
        <w:t>Жеткізуші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нақты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мәртебені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орындау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күніне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қалпына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келтіру</w:t>
      </w:r>
      <w:proofErr w:type="spellEnd"/>
      <w:r w:rsidRPr="00E05A2D">
        <w:rPr>
          <w:rFonts w:cs="Times New Roman"/>
          <w:sz w:val="24"/>
          <w:szCs w:val="24"/>
        </w:rPr>
        <w:t>/</w:t>
      </w:r>
      <w:proofErr w:type="spellStart"/>
      <w:r w:rsidRPr="00E05A2D">
        <w:rPr>
          <w:rFonts w:cs="Times New Roman"/>
          <w:sz w:val="24"/>
          <w:szCs w:val="24"/>
        </w:rPr>
        <w:t>жаңарту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мүмкіндігін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ескере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отырып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қызметтердің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үздіксіздігін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қамтамасыз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етуі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керек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4. </w:t>
      </w:r>
      <w:proofErr w:type="spellStart"/>
      <w:r w:rsidRPr="00E05A2D">
        <w:rPr>
          <w:rFonts w:cs="Times New Roman"/>
          <w:sz w:val="24"/>
          <w:szCs w:val="24"/>
        </w:rPr>
        <w:t>Нәтиже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қабылдау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spellStart"/>
      <w:proofErr w:type="gramStart"/>
      <w:r w:rsidRPr="00E05A2D">
        <w:rPr>
          <w:rFonts w:cs="Times New Roman"/>
          <w:sz w:val="24"/>
          <w:szCs w:val="24"/>
        </w:rPr>
        <w:t>Қызметтер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Жеке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кабинетте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расталғаннан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кейін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көрсетілген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болып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есептеледі</w:t>
      </w:r>
      <w:proofErr w:type="spellEnd"/>
      <w:r w:rsidRPr="00E05A2D">
        <w:rPr>
          <w:rFonts w:cs="Times New Roman"/>
          <w:sz w:val="24"/>
          <w:szCs w:val="24"/>
        </w:rPr>
        <w:t xml:space="preserve"> Hoster.KZ </w:t>
      </w:r>
      <w:proofErr w:type="spellStart"/>
      <w:r w:rsidRPr="00E05A2D">
        <w:rPr>
          <w:rFonts w:cs="Times New Roman"/>
          <w:sz w:val="24"/>
          <w:szCs w:val="24"/>
        </w:rPr>
        <w:t>хостинг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пен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доменді</w:t>
      </w:r>
      <w:proofErr w:type="spellEnd"/>
      <w:r w:rsidRPr="00E05A2D">
        <w:rPr>
          <w:rFonts w:cs="Times New Roman"/>
          <w:sz w:val="24"/>
          <w:szCs w:val="24"/>
        </w:rPr>
        <w:t xml:space="preserve"> 12 </w:t>
      </w:r>
      <w:proofErr w:type="spellStart"/>
      <w:r w:rsidRPr="00E05A2D">
        <w:rPr>
          <w:rFonts w:cs="Times New Roman"/>
          <w:sz w:val="24"/>
          <w:szCs w:val="24"/>
        </w:rPr>
        <w:t>айға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деректерді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сақтау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сайттың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қол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жетімділігі</w:t>
      </w:r>
      <w:proofErr w:type="spellEnd"/>
      <w:r w:rsidRPr="00E05A2D">
        <w:rPr>
          <w:rFonts w:cs="Times New Roman"/>
          <w:sz w:val="24"/>
          <w:szCs w:val="24"/>
        </w:rPr>
        <w:t xml:space="preserve"> cardio-almaty.kz.</w:t>
      </w:r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өнім</w:t>
      </w:r>
      <w:proofErr w:type="spellEnd"/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беруші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ұзартуды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растайтын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құжатты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және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көрсетілген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қызметтердің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актісін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ұсынады</w:t>
      </w:r>
      <w:proofErr w:type="spellEnd"/>
      <w:r w:rsidRPr="00E05A2D">
        <w:rPr>
          <w:rFonts w:cs="Times New Roman"/>
          <w:sz w:val="24"/>
          <w:szCs w:val="24"/>
        </w:rPr>
        <w:t>.</w:t>
      </w:r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r w:rsidRPr="00E05A2D">
        <w:rPr>
          <w:rFonts w:cs="Times New Roman"/>
          <w:sz w:val="24"/>
          <w:szCs w:val="24"/>
        </w:rPr>
        <w:t xml:space="preserve">5. </w:t>
      </w:r>
      <w:proofErr w:type="spellStart"/>
      <w:r w:rsidRPr="00E05A2D">
        <w:rPr>
          <w:rFonts w:cs="Times New Roman"/>
          <w:sz w:val="24"/>
          <w:szCs w:val="24"/>
        </w:rPr>
        <w:t>Көрсету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мерзімі</w:t>
      </w:r>
      <w:proofErr w:type="spellEnd"/>
    </w:p>
    <w:p w:rsidR="00E05A2D" w:rsidRPr="00E05A2D" w:rsidRDefault="00E05A2D" w:rsidP="00E05A2D">
      <w:pPr>
        <w:rPr>
          <w:rFonts w:cs="Times New Roman"/>
          <w:sz w:val="24"/>
          <w:szCs w:val="24"/>
        </w:rPr>
      </w:pPr>
      <w:proofErr w:type="spellStart"/>
      <w:proofErr w:type="gramStart"/>
      <w:r w:rsidRPr="00E05A2D">
        <w:rPr>
          <w:rFonts w:cs="Times New Roman"/>
          <w:sz w:val="24"/>
          <w:szCs w:val="24"/>
        </w:rPr>
        <w:t>Қолданыстағы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қызметтерді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қалпына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келтіру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немесе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үздіксіз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ұзарту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қажеттілігін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ескере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отырып</w:t>
      </w:r>
      <w:proofErr w:type="spellEnd"/>
      <w:r w:rsidRPr="00E05A2D">
        <w:rPr>
          <w:rFonts w:cs="Times New Roman"/>
          <w:sz w:val="24"/>
          <w:szCs w:val="24"/>
        </w:rPr>
        <w:t xml:space="preserve">, </w:t>
      </w:r>
      <w:proofErr w:type="spellStart"/>
      <w:r w:rsidRPr="00E05A2D">
        <w:rPr>
          <w:rFonts w:cs="Times New Roman"/>
          <w:sz w:val="24"/>
          <w:szCs w:val="24"/>
        </w:rPr>
        <w:t>шарт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жасалғаннан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кейін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қысқа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мерзімде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E05A2D">
        <w:rPr>
          <w:rFonts w:cs="Times New Roman"/>
          <w:sz w:val="24"/>
          <w:szCs w:val="24"/>
        </w:rPr>
        <w:t>Орындаудың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нақты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мерзімі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шартта</w:t>
      </w:r>
      <w:proofErr w:type="spellEnd"/>
      <w:r w:rsidRPr="00E05A2D">
        <w:rPr>
          <w:rFonts w:cs="Times New Roman"/>
          <w:sz w:val="24"/>
          <w:szCs w:val="24"/>
        </w:rPr>
        <w:t xml:space="preserve"> </w:t>
      </w:r>
      <w:proofErr w:type="spellStart"/>
      <w:r w:rsidRPr="00E05A2D">
        <w:rPr>
          <w:rFonts w:cs="Times New Roman"/>
          <w:sz w:val="24"/>
          <w:szCs w:val="24"/>
        </w:rPr>
        <w:t>белгіленеді</w:t>
      </w:r>
      <w:proofErr w:type="spellEnd"/>
      <w:r w:rsidRPr="00E05A2D">
        <w:rPr>
          <w:rFonts w:cs="Times New Roman"/>
          <w:sz w:val="24"/>
          <w:szCs w:val="24"/>
        </w:rPr>
        <w:t>.</w:t>
      </w:r>
      <w:proofErr w:type="gramEnd"/>
    </w:p>
    <w:sectPr w:rsidR="00E05A2D" w:rsidRPr="00E05A2D" w:rsidSect="00034616"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0C30"/>
    <w:rsid w:val="008D2EED"/>
    <w:rsid w:val="00A841E2"/>
    <w:rsid w:val="00AA1D8D"/>
    <w:rsid w:val="00B47730"/>
    <w:rsid w:val="00CB0664"/>
    <w:rsid w:val="00E05A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17AE34-CCB3-4C7D-B42D-793B2800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3</cp:revision>
  <dcterms:created xsi:type="dcterms:W3CDTF">2026-10-14T11:03:00Z</dcterms:created>
  <dcterms:modified xsi:type="dcterms:W3CDTF">2026-10-14T11:04:00Z</dcterms:modified>
</cp:coreProperties>
</file>