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FDF" w:rsidRPr="006A0130" w:rsidRDefault="00337375">
      <w:pPr>
        <w:jc w:val="center"/>
        <w:rPr>
          <w:lang w:val="ru-RU"/>
        </w:rPr>
      </w:pPr>
      <w:r w:rsidRPr="006A0130">
        <w:rPr>
          <w:b/>
          <w:sz w:val="28"/>
          <w:lang w:val="ru-RU"/>
        </w:rPr>
        <w:t>ТЕХНИЧЕСКАЯ СПЕЦИФИКАЦИЯ</w:t>
      </w:r>
    </w:p>
    <w:p w:rsidR="00026FDF" w:rsidRPr="006A0130" w:rsidRDefault="00337375">
      <w:pPr>
        <w:jc w:val="center"/>
        <w:rPr>
          <w:lang w:val="ru-RU"/>
        </w:rPr>
      </w:pPr>
      <w:r w:rsidRPr="006A0130">
        <w:rPr>
          <w:b/>
          <w:lang w:val="ru-RU"/>
        </w:rPr>
        <w:t>на услуги по обучению по теме «Радиационная защита и безопасность»</w:t>
      </w:r>
    </w:p>
    <w:p w:rsidR="00026FDF" w:rsidRDefault="00337375">
      <w:pPr>
        <w:spacing w:before="140" w:after="60"/>
      </w:pPr>
      <w:r>
        <w:rPr>
          <w:b/>
        </w:rPr>
        <w:t>1. Общие сведения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6236"/>
      </w:tblGrid>
      <w:tr w:rsidR="00026FDF">
        <w:trPr>
          <w:jc w:val="center"/>
        </w:trPr>
        <w:tc>
          <w:tcPr>
            <w:tcW w:w="2835" w:type="dxa"/>
            <w:vAlign w:val="center"/>
          </w:tcPr>
          <w:p w:rsidR="00026FDF" w:rsidRDefault="00337375">
            <w:r>
              <w:t>Заказчик</w:t>
            </w:r>
          </w:p>
        </w:tc>
        <w:tc>
          <w:tcPr>
            <w:tcW w:w="6236" w:type="dxa"/>
            <w:vAlign w:val="center"/>
          </w:tcPr>
          <w:p w:rsidR="00026FDF" w:rsidRDefault="00337375">
            <w:r>
              <w:t>АО «Международный аэропорт Туркестан»</w:t>
            </w:r>
          </w:p>
        </w:tc>
      </w:tr>
      <w:tr w:rsidR="00026FDF" w:rsidRPr="00CA3469">
        <w:trPr>
          <w:jc w:val="center"/>
        </w:trPr>
        <w:tc>
          <w:tcPr>
            <w:tcW w:w="2835" w:type="dxa"/>
            <w:vAlign w:val="center"/>
          </w:tcPr>
          <w:p w:rsidR="00026FDF" w:rsidRDefault="00337375">
            <w:r>
              <w:t>Наименование услуги</w:t>
            </w:r>
          </w:p>
        </w:tc>
        <w:tc>
          <w:tcPr>
            <w:tcW w:w="6236" w:type="dxa"/>
            <w:vAlign w:val="center"/>
          </w:tcPr>
          <w:p w:rsidR="00026FDF" w:rsidRPr="006A0130" w:rsidRDefault="00337375">
            <w:pPr>
              <w:rPr>
                <w:lang w:val="ru-RU"/>
              </w:rPr>
            </w:pPr>
            <w:r w:rsidRPr="006A0130">
              <w:rPr>
                <w:lang w:val="ru-RU"/>
              </w:rPr>
              <w:t>Обучение по теме «Радиационная защита и безопасность»</w:t>
            </w:r>
          </w:p>
        </w:tc>
      </w:tr>
      <w:tr w:rsidR="00026FDF" w:rsidRPr="00CA3469">
        <w:trPr>
          <w:jc w:val="center"/>
        </w:trPr>
        <w:tc>
          <w:tcPr>
            <w:tcW w:w="2835" w:type="dxa"/>
            <w:vAlign w:val="center"/>
          </w:tcPr>
          <w:p w:rsidR="00026FDF" w:rsidRDefault="00337375">
            <w:proofErr w:type="spellStart"/>
            <w:r>
              <w:t>Место</w:t>
            </w:r>
            <w:proofErr w:type="spellEnd"/>
            <w:r>
              <w:t xml:space="preserve"> </w:t>
            </w:r>
            <w:proofErr w:type="spellStart"/>
            <w:r>
              <w:t>оказания</w:t>
            </w:r>
            <w:proofErr w:type="spellEnd"/>
            <w:r>
              <w:t xml:space="preserve"> </w:t>
            </w:r>
            <w:proofErr w:type="spellStart"/>
            <w:r>
              <w:t>услуги</w:t>
            </w:r>
            <w:proofErr w:type="spellEnd"/>
          </w:p>
        </w:tc>
        <w:tc>
          <w:tcPr>
            <w:tcW w:w="6236" w:type="dxa"/>
            <w:vAlign w:val="center"/>
          </w:tcPr>
          <w:p w:rsidR="00026FDF" w:rsidRPr="006A0130" w:rsidRDefault="006A0130">
            <w:pPr>
              <w:rPr>
                <w:lang w:val="ru-RU"/>
              </w:rPr>
            </w:pPr>
            <w:r w:rsidRPr="006A0130">
              <w:rPr>
                <w:lang w:val="ru-RU"/>
              </w:rPr>
              <w:t>по месту нахождения Поставщика услуг.</w:t>
            </w:r>
          </w:p>
        </w:tc>
      </w:tr>
      <w:tr w:rsidR="00026FDF">
        <w:trPr>
          <w:jc w:val="center"/>
        </w:trPr>
        <w:tc>
          <w:tcPr>
            <w:tcW w:w="2835" w:type="dxa"/>
            <w:vAlign w:val="center"/>
          </w:tcPr>
          <w:p w:rsidR="00026FDF" w:rsidRDefault="00337375">
            <w:proofErr w:type="spellStart"/>
            <w:r>
              <w:t>Количество</w:t>
            </w:r>
            <w:proofErr w:type="spellEnd"/>
            <w:r>
              <w:t xml:space="preserve"> </w:t>
            </w:r>
            <w:proofErr w:type="spellStart"/>
            <w:r>
              <w:t>обучаемых</w:t>
            </w:r>
            <w:proofErr w:type="spellEnd"/>
          </w:p>
        </w:tc>
        <w:tc>
          <w:tcPr>
            <w:tcW w:w="6236" w:type="dxa"/>
            <w:vAlign w:val="center"/>
          </w:tcPr>
          <w:p w:rsidR="00026FDF" w:rsidRDefault="00337375">
            <w:r>
              <w:t>3 (три) человека</w:t>
            </w:r>
          </w:p>
        </w:tc>
      </w:tr>
      <w:tr w:rsidR="00026FDF" w:rsidRPr="00CA3469">
        <w:trPr>
          <w:jc w:val="center"/>
        </w:trPr>
        <w:tc>
          <w:tcPr>
            <w:tcW w:w="2835" w:type="dxa"/>
            <w:vAlign w:val="center"/>
          </w:tcPr>
          <w:p w:rsidR="00026FDF" w:rsidRDefault="00337375">
            <w:r>
              <w:t>Категория слушателей</w:t>
            </w:r>
          </w:p>
        </w:tc>
        <w:tc>
          <w:tcPr>
            <w:tcW w:w="6236" w:type="dxa"/>
            <w:vAlign w:val="center"/>
          </w:tcPr>
          <w:p w:rsidR="00026FDF" w:rsidRPr="006A0130" w:rsidRDefault="00337375">
            <w:pPr>
              <w:rPr>
                <w:lang w:val="ru-RU"/>
              </w:rPr>
            </w:pPr>
            <w:r w:rsidRPr="006A0130">
              <w:rPr>
                <w:lang w:val="ru-RU"/>
              </w:rPr>
              <w:t>Работники, задействованные в обработке/обслуживании грузов, включая опасные грузы класса 7, и иные работники, которым необходимы знания по радиационной безопасности в соответствии с должностными обязанностями</w:t>
            </w:r>
          </w:p>
        </w:tc>
      </w:tr>
      <w:tr w:rsidR="00026FDF" w:rsidRPr="00CA3469">
        <w:trPr>
          <w:jc w:val="center"/>
        </w:trPr>
        <w:tc>
          <w:tcPr>
            <w:tcW w:w="2835" w:type="dxa"/>
            <w:vAlign w:val="center"/>
          </w:tcPr>
          <w:p w:rsidR="00026FDF" w:rsidRDefault="00337375">
            <w:proofErr w:type="spellStart"/>
            <w:r>
              <w:t>Срок</w:t>
            </w:r>
            <w:proofErr w:type="spellEnd"/>
            <w:r>
              <w:t xml:space="preserve"> </w:t>
            </w:r>
            <w:proofErr w:type="spellStart"/>
            <w:r>
              <w:t>оказания</w:t>
            </w:r>
            <w:proofErr w:type="spellEnd"/>
            <w:r>
              <w:t xml:space="preserve"> </w:t>
            </w:r>
            <w:proofErr w:type="spellStart"/>
            <w:r>
              <w:t>услуги</w:t>
            </w:r>
            <w:proofErr w:type="spellEnd"/>
          </w:p>
        </w:tc>
        <w:tc>
          <w:tcPr>
            <w:tcW w:w="6236" w:type="dxa"/>
            <w:vAlign w:val="center"/>
          </w:tcPr>
          <w:p w:rsidR="00026FDF" w:rsidRPr="006A0130" w:rsidRDefault="00337375">
            <w:pPr>
              <w:rPr>
                <w:lang w:val="ru-RU"/>
              </w:rPr>
            </w:pPr>
            <w:r w:rsidRPr="006A0130">
              <w:rPr>
                <w:lang w:val="ru-RU"/>
              </w:rPr>
              <w:t>В срок, согласованный с Заказчиком, после заключения договора</w:t>
            </w:r>
          </w:p>
        </w:tc>
      </w:tr>
    </w:tbl>
    <w:p w:rsidR="00026FDF" w:rsidRPr="006A0130" w:rsidRDefault="00337375">
      <w:pPr>
        <w:spacing w:before="140" w:after="60"/>
        <w:rPr>
          <w:lang w:val="ru-RU"/>
        </w:rPr>
      </w:pPr>
      <w:r w:rsidRPr="006A0130">
        <w:rPr>
          <w:b/>
          <w:lang w:val="ru-RU"/>
        </w:rPr>
        <w:t>2. Цель обучения</w:t>
      </w:r>
    </w:p>
    <w:p w:rsidR="00026FDF" w:rsidRPr="006A0130" w:rsidRDefault="00337375">
      <w:pPr>
        <w:rPr>
          <w:lang w:val="ru-RU"/>
        </w:rPr>
      </w:pPr>
      <w:r w:rsidRPr="006A0130">
        <w:rPr>
          <w:lang w:val="ru-RU"/>
        </w:rPr>
        <w:t>Получение слушателями необходимых знаний и практических навыков по основам радиационной защиты и безопасности, предупреждению необоснованного облучения, соблюдению требований радиационной безопасности при выполнении должностных обязанностей, а также действиям при выявлении возможного источника ионизирующего излучения или радиационной аварии.</w:t>
      </w:r>
    </w:p>
    <w:p w:rsidR="00026FDF" w:rsidRPr="006A0130" w:rsidRDefault="00337375">
      <w:pPr>
        <w:spacing w:before="140" w:after="60"/>
        <w:rPr>
          <w:lang w:val="ru-RU"/>
        </w:rPr>
      </w:pPr>
      <w:r w:rsidRPr="006A0130">
        <w:rPr>
          <w:b/>
          <w:lang w:val="ru-RU"/>
        </w:rPr>
        <w:t>3. Требования к программе обучения</w:t>
      </w:r>
    </w:p>
    <w:p w:rsidR="00026FDF" w:rsidRPr="006A0130" w:rsidRDefault="00337375">
      <w:pPr>
        <w:rPr>
          <w:lang w:val="ru-RU"/>
        </w:rPr>
      </w:pPr>
      <w:r w:rsidRPr="006A0130">
        <w:rPr>
          <w:lang w:val="ru-RU"/>
        </w:rPr>
        <w:t>Программа обучения должна включать, как минимум, следующие темы: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основные понятия радиационной защиты и безопасности; виды ионизирующего излучения и возможные пути воздействия на человека;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нормативные требования Республики Казахстан в области радиационной безопасности — в части, применимой к работам и обязанностям слушателей;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принципы радиационной защиты: обоснование, оптимизация и ограничение доз облучения; меры по снижению радиационного воздействия;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безопасное обращение с грузами и материалами, которые могут представлять радиационную опасность; распознавание маркировки и сопроводительных документов на опасные грузы класса 7, если это входит в обязанности слушателей;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действия при подозрении на наличие радиоактивного материала или источника ионизирующего излучения: ограничение доступа, ограждение зоны, уведомление ответственных лиц;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действия при аварийной ситуации, повреждении упаковки или подозрении на радиационное загрязнение; запрет на самостоятельное вмешательство неподготовленного персонала;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применение средств индивидуальной защиты и средств радиационного контроля в пределах функций слушателей;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порядок информирования руководителя, ответственных служб и уполномоченных органов согласно планам и процедурам Заказчика;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итоговая проверка знаний: тестирование, устный опрос либо иная объективная оценка.</w:t>
      </w:r>
    </w:p>
    <w:p w:rsidR="00026FDF" w:rsidRPr="006A0130" w:rsidRDefault="00337375">
      <w:pPr>
        <w:spacing w:before="140" w:after="60"/>
        <w:rPr>
          <w:lang w:val="ru-RU"/>
        </w:rPr>
      </w:pPr>
      <w:r w:rsidRPr="006A0130">
        <w:rPr>
          <w:b/>
          <w:lang w:val="ru-RU"/>
        </w:rPr>
        <w:t>4. Продолжительность и форма обучения</w:t>
      </w:r>
    </w:p>
    <w:p w:rsidR="00026FDF" w:rsidRPr="006A0130" w:rsidRDefault="00337375">
      <w:pPr>
        <w:rPr>
          <w:lang w:val="ru-RU"/>
        </w:rPr>
      </w:pPr>
      <w:r w:rsidRPr="006A0130">
        <w:rPr>
          <w:lang w:val="ru-RU"/>
        </w:rPr>
        <w:t>Продолжи</w:t>
      </w:r>
      <w:r w:rsidR="006A0130">
        <w:rPr>
          <w:lang w:val="ru-RU"/>
        </w:rPr>
        <w:t>тельность обучения — не менее 40</w:t>
      </w:r>
      <w:r w:rsidRPr="006A0130">
        <w:rPr>
          <w:lang w:val="ru-RU"/>
        </w:rPr>
        <w:t xml:space="preserve"> академических часов, если иная продолжительность не установлена обязательными требованиями законодательства для конкретной категории работников или программы подготовки. Форма об</w:t>
      </w:r>
      <w:r w:rsidR="006A0130">
        <w:rPr>
          <w:lang w:val="ru-RU"/>
        </w:rPr>
        <w:t xml:space="preserve">учения: </w:t>
      </w:r>
      <w:proofErr w:type="gramStart"/>
      <w:r w:rsidR="006A0130">
        <w:rPr>
          <w:lang w:val="ru-RU"/>
        </w:rPr>
        <w:t xml:space="preserve">очная </w:t>
      </w:r>
      <w:r w:rsidRPr="006A0130">
        <w:rPr>
          <w:lang w:val="ru-RU"/>
        </w:rPr>
        <w:t xml:space="preserve"> по</w:t>
      </w:r>
      <w:proofErr w:type="gramEnd"/>
      <w:r w:rsidRPr="006A0130">
        <w:rPr>
          <w:lang w:val="ru-RU"/>
        </w:rPr>
        <w:t xml:space="preserve"> предварительному согласованию с Заказчиком. </w:t>
      </w:r>
      <w:r w:rsidRPr="006A0130">
        <w:rPr>
          <w:lang w:val="ru-RU"/>
        </w:rPr>
        <w:lastRenderedPageBreak/>
        <w:t>Программа должна предусматривать разбор практических ситуаций, относящихся к деятельности аэропорта.</w:t>
      </w:r>
    </w:p>
    <w:p w:rsidR="00026FDF" w:rsidRDefault="00337375">
      <w:pPr>
        <w:spacing w:before="140" w:after="60"/>
      </w:pPr>
      <w:r>
        <w:rPr>
          <w:b/>
        </w:rPr>
        <w:t>5. Требования к Поставщику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иметь право оказывать соответствующие обучающие услуги в соответствии с законодательством Республики Казахстан;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обеспечить проведение обучения преподавателем/специалистом, имеющим профильную квалификацию и опыт в области радиационной защиты и безопасности;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если программа относится к специальной подготовке персонала, ответственного за обеспечение ядерной и радиационной безопасности, Поставщик должен иметь лицензию на соответствующий вид/подвид деятельности, когда такая лицензия требуется законодательством;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до начала обучения предоставить Заказчику программу с указанием тем, продолжительности, формы обучения и порядка итоговой оценки.</w:t>
      </w:r>
    </w:p>
    <w:p w:rsidR="00026FDF" w:rsidRPr="006A0130" w:rsidRDefault="00337375">
      <w:pPr>
        <w:spacing w:before="140" w:after="60"/>
        <w:rPr>
          <w:lang w:val="ru-RU"/>
        </w:rPr>
      </w:pPr>
      <w:r w:rsidRPr="006A0130">
        <w:rPr>
          <w:b/>
          <w:lang w:val="ru-RU"/>
        </w:rPr>
        <w:t>6. Результаты оказания услуги и документы</w:t>
      </w:r>
    </w:p>
    <w:p w:rsidR="00026FDF" w:rsidRPr="006A0130" w:rsidRDefault="00337375">
      <w:pPr>
        <w:rPr>
          <w:lang w:val="ru-RU"/>
        </w:rPr>
      </w:pPr>
      <w:r w:rsidRPr="006A0130">
        <w:rPr>
          <w:lang w:val="ru-RU"/>
        </w:rPr>
        <w:t>По завершении обучения Поставщик обязан предоставить Заказчику: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документ, подтверждающий прохождение обучения каждым слушателем (сертификат, свидетельство или иной документ установленного образца, если применимо);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документ/ведомость о результатах итоговой оценки знаний;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копию программы обучения или учебного плана.</w:t>
      </w:r>
    </w:p>
    <w:p w:rsidR="00026FDF" w:rsidRPr="006A0130" w:rsidRDefault="00337375">
      <w:pPr>
        <w:spacing w:before="140" w:after="60"/>
        <w:rPr>
          <w:lang w:val="ru-RU"/>
        </w:rPr>
      </w:pPr>
      <w:r w:rsidRPr="006A0130">
        <w:rPr>
          <w:b/>
          <w:lang w:val="ru-RU"/>
        </w:rPr>
        <w:t>7. Требования к качеству и приемке услуги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обучение проводится в полном объеме по согласованной программе;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слушателям предоставляется возможность задать вопросы и разобрать практические ситуации;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услуга считается оказанной после завершения обучения и передачи документов, указанных в разделе 6;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 xml:space="preserve">при неполном оказании услуги или </w:t>
      </w:r>
      <w:proofErr w:type="spellStart"/>
      <w:r w:rsidRPr="006A0130">
        <w:rPr>
          <w:lang w:val="ru-RU"/>
        </w:rPr>
        <w:t>непредоставлении</w:t>
      </w:r>
      <w:proofErr w:type="spellEnd"/>
      <w:r w:rsidRPr="006A0130">
        <w:rPr>
          <w:lang w:val="ru-RU"/>
        </w:rPr>
        <w:t xml:space="preserve"> документов Заказчик вправе потребовать устранения недостатков в согласованный срок.</w:t>
      </w:r>
    </w:p>
    <w:p w:rsidR="00026FDF" w:rsidRPr="006A0130" w:rsidRDefault="00337375">
      <w:pPr>
        <w:spacing w:before="140" w:after="60"/>
        <w:rPr>
          <w:lang w:val="ru-RU"/>
        </w:rPr>
      </w:pPr>
      <w:r w:rsidRPr="006A0130">
        <w:rPr>
          <w:b/>
          <w:lang w:val="ru-RU"/>
        </w:rPr>
        <w:t>8. Нормативная основа</w:t>
      </w:r>
    </w:p>
    <w:p w:rsidR="00026FDF" w:rsidRPr="006A0130" w:rsidRDefault="00337375">
      <w:pPr>
        <w:rPr>
          <w:lang w:val="ru-RU"/>
        </w:rPr>
      </w:pPr>
      <w:r w:rsidRPr="006A0130">
        <w:rPr>
          <w:lang w:val="ru-RU"/>
        </w:rPr>
        <w:t>При подготовке программы Поставщик должен учитывать применимые требования законодательства Республики Казахстан, в том числе: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приказ Министра здравоохранения Республики Казахстан от 15 декабря 2020 года № ҚР ДСМ-275/2020 «Об утверждении санитарных правил “Санитарно-эпидемиологические требования к обеспечению радиационной безопасности”»;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приказ Министра здравоохранения Республики Казахстан от 2 августа 2022 года № ҚР ДСМ-71 об утверждении гигиенических нормативов к обеспечению радиационной безопасности;</w:t>
      </w:r>
    </w:p>
    <w:p w:rsidR="00026FDF" w:rsidRPr="006A0130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 xml:space="preserve">Правила повышения квалификации персонала, занятого на объектах </w:t>
      </w:r>
      <w:r w:rsidR="006A0130">
        <w:rPr>
          <w:lang w:val="ru-RU"/>
        </w:rPr>
        <w:t xml:space="preserve">использования атомной </w:t>
      </w:r>
      <w:proofErr w:type="gramStart"/>
      <w:r w:rsidR="006A0130">
        <w:rPr>
          <w:lang w:val="ru-RU"/>
        </w:rPr>
        <w:t xml:space="preserve">энергии, </w:t>
      </w:r>
      <w:r w:rsidRPr="006A0130">
        <w:rPr>
          <w:lang w:val="ru-RU"/>
        </w:rPr>
        <w:t xml:space="preserve"> если</w:t>
      </w:r>
      <w:proofErr w:type="gramEnd"/>
      <w:r w:rsidRPr="006A0130">
        <w:rPr>
          <w:lang w:val="ru-RU"/>
        </w:rPr>
        <w:t xml:space="preserve"> применимы к категории слушателей и выполняемым работам;</w:t>
      </w:r>
    </w:p>
    <w:p w:rsidR="00026FDF" w:rsidRDefault="00337375">
      <w:pPr>
        <w:pStyle w:val="a0"/>
        <w:spacing w:after="20"/>
        <w:rPr>
          <w:lang w:val="ru-RU"/>
        </w:rPr>
      </w:pPr>
      <w:r w:rsidRPr="006A0130">
        <w:rPr>
          <w:lang w:val="ru-RU"/>
        </w:rPr>
        <w:t>иные действующие нормативные правовые акты Республики Казахстан, применимые к деятельности Заказчика и содержанию обучения.</w:t>
      </w:r>
    </w:p>
    <w:p w:rsidR="00CA3469" w:rsidRDefault="00CA3469" w:rsidP="00CA3469">
      <w:pPr>
        <w:pStyle w:val="a0"/>
        <w:numPr>
          <w:ilvl w:val="0"/>
          <w:numId w:val="0"/>
        </w:numPr>
        <w:spacing w:after="20"/>
        <w:ind w:left="360" w:hanging="360"/>
        <w:rPr>
          <w:lang w:val="ru-RU"/>
        </w:rPr>
      </w:pPr>
    </w:p>
    <w:p w:rsidR="00CA3469" w:rsidRDefault="00CA3469" w:rsidP="00CA3469">
      <w:pPr>
        <w:pStyle w:val="a0"/>
        <w:numPr>
          <w:ilvl w:val="0"/>
          <w:numId w:val="0"/>
        </w:numPr>
        <w:spacing w:after="20"/>
        <w:ind w:left="360" w:hanging="360"/>
        <w:rPr>
          <w:lang w:val="ru-RU"/>
        </w:rPr>
      </w:pPr>
    </w:p>
    <w:p w:rsidR="00CA3469" w:rsidRDefault="00CA3469" w:rsidP="00CA3469">
      <w:pPr>
        <w:pStyle w:val="a0"/>
        <w:numPr>
          <w:ilvl w:val="0"/>
          <w:numId w:val="0"/>
        </w:numPr>
        <w:spacing w:after="20"/>
        <w:ind w:left="360" w:hanging="360"/>
        <w:rPr>
          <w:lang w:val="ru-RU"/>
        </w:rPr>
      </w:pPr>
    </w:p>
    <w:p w:rsidR="00CA3469" w:rsidRDefault="00CA3469" w:rsidP="00CA3469">
      <w:pPr>
        <w:pStyle w:val="a0"/>
        <w:numPr>
          <w:ilvl w:val="0"/>
          <w:numId w:val="0"/>
        </w:numPr>
        <w:spacing w:after="20"/>
        <w:ind w:left="360" w:hanging="360"/>
        <w:rPr>
          <w:lang w:val="ru-RU"/>
        </w:rPr>
      </w:pPr>
    </w:p>
    <w:p w:rsidR="00CA3469" w:rsidRDefault="00CA3469" w:rsidP="00CA3469">
      <w:pPr>
        <w:pStyle w:val="a0"/>
        <w:numPr>
          <w:ilvl w:val="0"/>
          <w:numId w:val="0"/>
        </w:numPr>
        <w:spacing w:after="20"/>
        <w:ind w:left="360" w:hanging="360"/>
        <w:rPr>
          <w:lang w:val="ru-RU"/>
        </w:rPr>
      </w:pPr>
    </w:p>
    <w:p w:rsidR="0018631A" w:rsidRPr="0018631A" w:rsidRDefault="00CA3469" w:rsidP="0018631A">
      <w:pPr>
        <w:pStyle w:val="a0"/>
        <w:numPr>
          <w:ilvl w:val="0"/>
          <w:numId w:val="0"/>
        </w:numPr>
        <w:spacing w:after="20"/>
        <w:ind w:left="360"/>
        <w:jc w:val="center"/>
        <w:rPr>
          <w:b/>
          <w:lang w:val="ru-RU"/>
        </w:rPr>
      </w:pPr>
      <w:r w:rsidRPr="00CA3469">
        <w:rPr>
          <w:lang w:val="ru-RU"/>
        </w:rPr>
        <w:lastRenderedPageBreak/>
        <w:t>«</w:t>
      </w:r>
      <w:proofErr w:type="spellStart"/>
      <w:r w:rsidRPr="0018631A">
        <w:rPr>
          <w:b/>
          <w:lang w:val="ru-RU"/>
        </w:rPr>
        <w:t>Радиациялық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қорғау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және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қауіпсіздік</w:t>
      </w:r>
      <w:proofErr w:type="spellEnd"/>
      <w:r w:rsidRPr="0018631A">
        <w:rPr>
          <w:b/>
          <w:lang w:val="ru-RU"/>
        </w:rPr>
        <w:t xml:space="preserve">» </w:t>
      </w:r>
      <w:proofErr w:type="spellStart"/>
      <w:r w:rsidRPr="0018631A">
        <w:rPr>
          <w:b/>
          <w:lang w:val="ru-RU"/>
        </w:rPr>
        <w:t>тақырыбы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бойынша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оқыту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қызметтеріне</w:t>
      </w:r>
      <w:proofErr w:type="spellEnd"/>
      <w:r w:rsidR="0018631A" w:rsidRPr="0018631A">
        <w:rPr>
          <w:b/>
          <w:lang w:val="ru-RU"/>
        </w:rPr>
        <w:t xml:space="preserve"> </w:t>
      </w:r>
      <w:r w:rsidR="0018631A" w:rsidRPr="0018631A">
        <w:rPr>
          <w:b/>
          <w:lang w:val="ru-RU"/>
        </w:rPr>
        <w:t>ТЕХНИКАЛЫҚ ЕРЕКШЕЛІК</w:t>
      </w:r>
    </w:p>
    <w:p w:rsidR="00CA3469" w:rsidRPr="00CA3469" w:rsidRDefault="00CA3469" w:rsidP="0018631A">
      <w:pPr>
        <w:pStyle w:val="a0"/>
        <w:numPr>
          <w:ilvl w:val="0"/>
          <w:numId w:val="0"/>
        </w:numPr>
        <w:spacing w:after="20"/>
        <w:ind w:left="360"/>
        <w:rPr>
          <w:lang w:val="ru-RU"/>
        </w:rPr>
      </w:pPr>
    </w:p>
    <w:p w:rsidR="00CA3469" w:rsidRPr="0018631A" w:rsidRDefault="00CA3469" w:rsidP="0018631A">
      <w:pPr>
        <w:pStyle w:val="a0"/>
        <w:numPr>
          <w:ilvl w:val="0"/>
          <w:numId w:val="0"/>
        </w:numPr>
        <w:spacing w:after="20"/>
        <w:ind w:left="360"/>
        <w:rPr>
          <w:b/>
          <w:lang w:val="ru-RU"/>
        </w:rPr>
      </w:pPr>
      <w:r w:rsidRPr="0018631A">
        <w:rPr>
          <w:b/>
          <w:lang w:val="ru-RU"/>
        </w:rPr>
        <w:t xml:space="preserve">1. </w:t>
      </w:r>
      <w:proofErr w:type="spellStart"/>
      <w:r w:rsidRPr="0018631A">
        <w:rPr>
          <w:b/>
          <w:lang w:val="ru-RU"/>
        </w:rPr>
        <w:t>Жалпы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мәліметтер</w:t>
      </w:r>
      <w:proofErr w:type="spellEnd"/>
    </w:p>
    <w:p w:rsidR="00CA3469" w:rsidRPr="00CA3469" w:rsidRDefault="00CA3469" w:rsidP="00CA3469">
      <w:pPr>
        <w:pStyle w:val="a0"/>
        <w:spacing w:after="20"/>
        <w:rPr>
          <w:lang w:val="ru-RU"/>
        </w:rPr>
      </w:pPr>
      <w:proofErr w:type="spellStart"/>
      <w:r w:rsidRPr="00CA3469">
        <w:rPr>
          <w:lang w:val="ru-RU"/>
        </w:rPr>
        <w:t>Тапсырыс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беруші</w:t>
      </w:r>
      <w:proofErr w:type="spellEnd"/>
      <w:r w:rsidRPr="00CA3469">
        <w:rPr>
          <w:lang w:val="ru-RU"/>
        </w:rPr>
        <w:t xml:space="preserve"> «</w:t>
      </w:r>
      <w:proofErr w:type="spellStart"/>
      <w:r w:rsidRPr="00CA3469">
        <w:rPr>
          <w:lang w:val="ru-RU"/>
        </w:rPr>
        <w:t>Түркістан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халықаралық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әуежайы</w:t>
      </w:r>
      <w:proofErr w:type="spellEnd"/>
      <w:r w:rsidRPr="00CA3469">
        <w:rPr>
          <w:lang w:val="ru-RU"/>
        </w:rPr>
        <w:t>» АҚ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proofErr w:type="spellStart"/>
      <w:r w:rsidRPr="00CA3469">
        <w:rPr>
          <w:lang w:val="ru-RU"/>
        </w:rPr>
        <w:t>Қызметтің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атауы</w:t>
      </w:r>
      <w:proofErr w:type="spellEnd"/>
      <w:r w:rsidRPr="00CA3469">
        <w:rPr>
          <w:lang w:val="ru-RU"/>
        </w:rPr>
        <w:t xml:space="preserve"> «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қорғау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және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қауіпсіздік</w:t>
      </w:r>
      <w:proofErr w:type="spellEnd"/>
      <w:r w:rsidRPr="00CA3469">
        <w:rPr>
          <w:lang w:val="ru-RU"/>
        </w:rPr>
        <w:t xml:space="preserve">» </w:t>
      </w:r>
      <w:proofErr w:type="spellStart"/>
      <w:r w:rsidRPr="00CA3469">
        <w:rPr>
          <w:lang w:val="ru-RU"/>
        </w:rPr>
        <w:t>тақырыбы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бойынша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оқыту</w:t>
      </w:r>
      <w:proofErr w:type="spellEnd"/>
    </w:p>
    <w:p w:rsidR="00CA3469" w:rsidRPr="00CA3469" w:rsidRDefault="00CA3469" w:rsidP="00CA3469">
      <w:pPr>
        <w:pStyle w:val="a0"/>
        <w:spacing w:after="20"/>
        <w:rPr>
          <w:lang w:val="ru-RU"/>
        </w:rPr>
      </w:pPr>
      <w:proofErr w:type="spellStart"/>
      <w:r w:rsidRPr="00CA3469">
        <w:rPr>
          <w:lang w:val="ru-RU"/>
        </w:rPr>
        <w:t>Қызметтерді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жеткізушінің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орналасқан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жері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бойынша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қызметтерді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көрсету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орны</w:t>
      </w:r>
      <w:proofErr w:type="spellEnd"/>
      <w:r w:rsidRPr="00CA3469">
        <w:rPr>
          <w:lang w:val="ru-RU"/>
        </w:rPr>
        <w:t>.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proofErr w:type="spellStart"/>
      <w:r w:rsidRPr="00CA3469">
        <w:rPr>
          <w:lang w:val="ru-RU"/>
        </w:rPr>
        <w:t>Оқитындардың</w:t>
      </w:r>
      <w:proofErr w:type="spellEnd"/>
      <w:r w:rsidRPr="00CA3469">
        <w:rPr>
          <w:lang w:val="ru-RU"/>
        </w:rPr>
        <w:t xml:space="preserve"> саны 3 (</w:t>
      </w:r>
      <w:proofErr w:type="spellStart"/>
      <w:r w:rsidRPr="00CA3469">
        <w:rPr>
          <w:lang w:val="ru-RU"/>
        </w:rPr>
        <w:t>үш</w:t>
      </w:r>
      <w:proofErr w:type="spellEnd"/>
      <w:r w:rsidRPr="00CA3469">
        <w:rPr>
          <w:lang w:val="ru-RU"/>
        </w:rPr>
        <w:t xml:space="preserve">) </w:t>
      </w:r>
      <w:proofErr w:type="spellStart"/>
      <w:r w:rsidRPr="00CA3469">
        <w:rPr>
          <w:lang w:val="ru-RU"/>
        </w:rPr>
        <w:t>адам</w:t>
      </w:r>
      <w:proofErr w:type="spellEnd"/>
    </w:p>
    <w:p w:rsidR="00CA3469" w:rsidRPr="00CA3469" w:rsidRDefault="00CA3469" w:rsidP="00CA3469">
      <w:pPr>
        <w:pStyle w:val="a0"/>
        <w:spacing w:after="20"/>
        <w:rPr>
          <w:lang w:val="ru-RU"/>
        </w:rPr>
      </w:pPr>
      <w:proofErr w:type="spellStart"/>
      <w:r w:rsidRPr="00CA3469">
        <w:rPr>
          <w:lang w:val="ru-RU"/>
        </w:rPr>
        <w:t>Тыңдаушылар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санаты</w:t>
      </w:r>
      <w:proofErr w:type="spellEnd"/>
      <w:r w:rsidRPr="00CA3469">
        <w:rPr>
          <w:lang w:val="ru-RU"/>
        </w:rPr>
        <w:t xml:space="preserve"> 7-кластағы </w:t>
      </w:r>
      <w:proofErr w:type="spellStart"/>
      <w:r w:rsidRPr="00CA3469">
        <w:rPr>
          <w:lang w:val="ru-RU"/>
        </w:rPr>
        <w:t>қауіпті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жүктерді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қоса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алғанда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жүктерді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өңдеуге</w:t>
      </w:r>
      <w:proofErr w:type="spellEnd"/>
      <w:r w:rsidRPr="00CA3469">
        <w:rPr>
          <w:lang w:val="ru-RU"/>
        </w:rPr>
        <w:t>/</w:t>
      </w:r>
      <w:proofErr w:type="spellStart"/>
      <w:r w:rsidRPr="00CA3469">
        <w:rPr>
          <w:lang w:val="ru-RU"/>
        </w:rPr>
        <w:t>қызмет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көрсетуге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тартылған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қызметкерлер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және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лауазымдық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міндеттеріне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сәйкес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қауіпсіздік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бойынша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білімі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қажет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өзге</w:t>
      </w:r>
      <w:proofErr w:type="spellEnd"/>
      <w:r w:rsidRPr="00CA3469">
        <w:rPr>
          <w:lang w:val="ru-RU"/>
        </w:rPr>
        <w:t xml:space="preserve"> де </w:t>
      </w:r>
      <w:proofErr w:type="spellStart"/>
      <w:r w:rsidRPr="00CA3469">
        <w:rPr>
          <w:lang w:val="ru-RU"/>
        </w:rPr>
        <w:t>қызметкерлер</w:t>
      </w:r>
      <w:proofErr w:type="spellEnd"/>
    </w:p>
    <w:p w:rsidR="00CA3469" w:rsidRDefault="00CA3469" w:rsidP="00CA3469">
      <w:pPr>
        <w:pStyle w:val="a0"/>
        <w:spacing w:after="20"/>
        <w:rPr>
          <w:lang w:val="ru-RU"/>
        </w:rPr>
      </w:pPr>
      <w:proofErr w:type="spellStart"/>
      <w:r w:rsidRPr="00CA3469">
        <w:rPr>
          <w:lang w:val="ru-RU"/>
        </w:rPr>
        <w:t>Қызмет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көрсету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мерзімі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Тапсырыс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берушімен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келісілген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мерзімде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шарт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жасасқаннан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кейін</w:t>
      </w:r>
      <w:proofErr w:type="spellEnd"/>
    </w:p>
    <w:p w:rsidR="0018631A" w:rsidRPr="00CA3469" w:rsidRDefault="0018631A" w:rsidP="0018631A">
      <w:pPr>
        <w:pStyle w:val="a0"/>
        <w:numPr>
          <w:ilvl w:val="0"/>
          <w:numId w:val="0"/>
        </w:numPr>
        <w:spacing w:after="20"/>
        <w:ind w:left="360"/>
        <w:rPr>
          <w:lang w:val="ru-RU"/>
        </w:rPr>
      </w:pPr>
    </w:p>
    <w:p w:rsidR="00CA3469" w:rsidRPr="0018631A" w:rsidRDefault="0018631A" w:rsidP="0018631A">
      <w:pPr>
        <w:pStyle w:val="a0"/>
        <w:numPr>
          <w:ilvl w:val="0"/>
          <w:numId w:val="0"/>
        </w:numPr>
        <w:spacing w:after="20"/>
        <w:ind w:left="360"/>
        <w:rPr>
          <w:b/>
          <w:lang w:val="ru-RU"/>
        </w:rPr>
      </w:pPr>
      <w:r w:rsidRPr="0018631A">
        <w:rPr>
          <w:b/>
          <w:lang w:val="ru-RU"/>
        </w:rPr>
        <w:t>2.</w:t>
      </w:r>
      <w:r w:rsidR="00CA3469" w:rsidRPr="0018631A">
        <w:rPr>
          <w:b/>
          <w:lang w:val="ru-RU"/>
        </w:rPr>
        <w:t xml:space="preserve"> </w:t>
      </w:r>
      <w:proofErr w:type="spellStart"/>
      <w:r w:rsidR="00CA3469" w:rsidRPr="0018631A">
        <w:rPr>
          <w:b/>
          <w:lang w:val="ru-RU"/>
        </w:rPr>
        <w:t>Оқу</w:t>
      </w:r>
      <w:proofErr w:type="spellEnd"/>
      <w:r w:rsidR="00CA3469" w:rsidRPr="0018631A">
        <w:rPr>
          <w:b/>
          <w:lang w:val="ru-RU"/>
        </w:rPr>
        <w:t xml:space="preserve"> </w:t>
      </w:r>
      <w:proofErr w:type="spellStart"/>
      <w:r w:rsidR="00CA3469" w:rsidRPr="0018631A">
        <w:rPr>
          <w:b/>
          <w:lang w:val="ru-RU"/>
        </w:rPr>
        <w:t>мақсаты</w:t>
      </w:r>
      <w:proofErr w:type="spellEnd"/>
    </w:p>
    <w:p w:rsidR="00CA3469" w:rsidRDefault="00CA3469" w:rsidP="00CA3469">
      <w:pPr>
        <w:pStyle w:val="a0"/>
        <w:spacing w:after="20"/>
        <w:rPr>
          <w:lang w:val="ru-RU"/>
        </w:rPr>
      </w:pPr>
      <w:proofErr w:type="spellStart"/>
      <w:r w:rsidRPr="00CA3469">
        <w:rPr>
          <w:lang w:val="ru-RU"/>
        </w:rPr>
        <w:t>Тыңдаушылардың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қорғау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және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қауіпсіздік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негіздері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негізсіз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сәулеленудің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алдын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алу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лауазымдық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міндеттерін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орындау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кезінде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қауіпсіздік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талаптарын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сақтау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сондай-ақ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ықтимал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иондаушы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сәулелену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көзі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немесе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авария </w:t>
      </w:r>
      <w:proofErr w:type="spellStart"/>
      <w:r w:rsidRPr="00CA3469">
        <w:rPr>
          <w:lang w:val="ru-RU"/>
        </w:rPr>
        <w:t>анықталған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кездегі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іс-қимылдар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бойынша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қажетті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білім</w:t>
      </w:r>
      <w:proofErr w:type="spellEnd"/>
      <w:r w:rsidRPr="00CA3469">
        <w:rPr>
          <w:lang w:val="ru-RU"/>
        </w:rPr>
        <w:t xml:space="preserve"> мен </w:t>
      </w:r>
      <w:proofErr w:type="spellStart"/>
      <w:r w:rsidRPr="00CA3469">
        <w:rPr>
          <w:lang w:val="ru-RU"/>
        </w:rPr>
        <w:t>практикалық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дағдыларды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алуы</w:t>
      </w:r>
      <w:proofErr w:type="spellEnd"/>
      <w:r w:rsidRPr="00CA3469">
        <w:rPr>
          <w:lang w:val="ru-RU"/>
        </w:rPr>
        <w:t>.</w:t>
      </w:r>
    </w:p>
    <w:p w:rsidR="0018631A" w:rsidRPr="00CA3469" w:rsidRDefault="0018631A" w:rsidP="0018631A">
      <w:pPr>
        <w:pStyle w:val="a0"/>
        <w:numPr>
          <w:ilvl w:val="0"/>
          <w:numId w:val="0"/>
        </w:numPr>
        <w:spacing w:after="20"/>
        <w:ind w:left="360"/>
        <w:rPr>
          <w:lang w:val="ru-RU"/>
        </w:rPr>
      </w:pPr>
    </w:p>
    <w:p w:rsidR="00CA3469" w:rsidRPr="0018631A" w:rsidRDefault="0018631A" w:rsidP="0018631A">
      <w:pPr>
        <w:pStyle w:val="a0"/>
        <w:numPr>
          <w:ilvl w:val="0"/>
          <w:numId w:val="0"/>
        </w:numPr>
        <w:spacing w:after="20"/>
        <w:ind w:left="360"/>
        <w:rPr>
          <w:b/>
          <w:lang w:val="ru-RU"/>
        </w:rPr>
      </w:pPr>
      <w:r w:rsidRPr="0018631A">
        <w:rPr>
          <w:b/>
          <w:lang w:val="ru-RU"/>
        </w:rPr>
        <w:t xml:space="preserve">3. </w:t>
      </w:r>
      <w:proofErr w:type="spellStart"/>
      <w:r w:rsidR="00CA3469" w:rsidRPr="0018631A">
        <w:rPr>
          <w:b/>
          <w:lang w:val="ru-RU"/>
        </w:rPr>
        <w:t>Оқыту</w:t>
      </w:r>
      <w:proofErr w:type="spellEnd"/>
      <w:r w:rsidR="00CA3469" w:rsidRPr="0018631A">
        <w:rPr>
          <w:b/>
          <w:lang w:val="ru-RU"/>
        </w:rPr>
        <w:t xml:space="preserve"> </w:t>
      </w:r>
      <w:proofErr w:type="spellStart"/>
      <w:r w:rsidR="00CA3469" w:rsidRPr="0018631A">
        <w:rPr>
          <w:b/>
          <w:lang w:val="ru-RU"/>
        </w:rPr>
        <w:t>бағдарламасына</w:t>
      </w:r>
      <w:proofErr w:type="spellEnd"/>
      <w:r w:rsidR="00CA3469" w:rsidRPr="0018631A">
        <w:rPr>
          <w:b/>
          <w:lang w:val="ru-RU"/>
        </w:rPr>
        <w:t xml:space="preserve"> </w:t>
      </w:r>
      <w:proofErr w:type="spellStart"/>
      <w:r w:rsidR="00CA3469" w:rsidRPr="0018631A">
        <w:rPr>
          <w:b/>
          <w:lang w:val="ru-RU"/>
        </w:rPr>
        <w:t>қойылатын</w:t>
      </w:r>
      <w:proofErr w:type="spellEnd"/>
      <w:r w:rsidR="00CA3469" w:rsidRPr="0018631A">
        <w:rPr>
          <w:b/>
          <w:lang w:val="ru-RU"/>
        </w:rPr>
        <w:t xml:space="preserve"> </w:t>
      </w:r>
      <w:proofErr w:type="spellStart"/>
      <w:r w:rsidR="00CA3469" w:rsidRPr="0018631A">
        <w:rPr>
          <w:b/>
          <w:lang w:val="ru-RU"/>
        </w:rPr>
        <w:t>талаптар</w:t>
      </w:r>
      <w:proofErr w:type="spellEnd"/>
    </w:p>
    <w:p w:rsidR="00CA3469" w:rsidRPr="00CA3469" w:rsidRDefault="00CA3469" w:rsidP="00CA3469">
      <w:pPr>
        <w:pStyle w:val="a0"/>
        <w:spacing w:after="20"/>
        <w:rPr>
          <w:lang w:val="ru-RU"/>
        </w:rPr>
      </w:pPr>
      <w:proofErr w:type="spellStart"/>
      <w:r w:rsidRPr="00CA3469">
        <w:rPr>
          <w:lang w:val="ru-RU"/>
        </w:rPr>
        <w:t>Оқыту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бағдарламасы</w:t>
      </w:r>
      <w:proofErr w:type="spellEnd"/>
      <w:r w:rsidRPr="00CA3469">
        <w:rPr>
          <w:lang w:val="ru-RU"/>
        </w:rPr>
        <w:t xml:space="preserve"> кем </w:t>
      </w:r>
      <w:proofErr w:type="spellStart"/>
      <w:r w:rsidRPr="00CA3469">
        <w:rPr>
          <w:lang w:val="ru-RU"/>
        </w:rPr>
        <w:t>дегенде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мынадай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тақырыптарды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қамтуы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тиіс</w:t>
      </w:r>
      <w:proofErr w:type="spellEnd"/>
      <w:r w:rsidRPr="00CA3469">
        <w:rPr>
          <w:lang w:val="ru-RU"/>
        </w:rPr>
        <w:t>: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қорғау</w:t>
      </w:r>
      <w:proofErr w:type="spellEnd"/>
      <w:r w:rsidRPr="00CA3469">
        <w:rPr>
          <w:lang w:val="ru-RU"/>
        </w:rPr>
        <w:t xml:space="preserve"> мен </w:t>
      </w:r>
      <w:proofErr w:type="spellStart"/>
      <w:r w:rsidRPr="00CA3469">
        <w:rPr>
          <w:lang w:val="ru-RU"/>
        </w:rPr>
        <w:t>қауіпсіздіктің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негізгі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ұғымдары</w:t>
      </w:r>
      <w:proofErr w:type="spellEnd"/>
      <w:r w:rsidRPr="00CA3469">
        <w:rPr>
          <w:lang w:val="ru-RU"/>
        </w:rPr>
        <w:t xml:space="preserve">; </w:t>
      </w:r>
      <w:proofErr w:type="spellStart"/>
      <w:r w:rsidRPr="00CA3469">
        <w:rPr>
          <w:lang w:val="ru-RU"/>
        </w:rPr>
        <w:t>иондаушы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сәулелену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түрлері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және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адамға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әсер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етудің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ықтимал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жолдары</w:t>
      </w:r>
      <w:proofErr w:type="spellEnd"/>
      <w:r w:rsidRPr="00CA3469">
        <w:rPr>
          <w:lang w:val="ru-RU"/>
        </w:rPr>
        <w:t>;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Қазақстан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Республикасының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қауіпсіздік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саласындағы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нормативтік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талаптары</w:t>
      </w:r>
      <w:proofErr w:type="spellEnd"/>
      <w:r w:rsidRPr="00CA3469">
        <w:rPr>
          <w:lang w:val="ru-RU"/>
        </w:rPr>
        <w:t xml:space="preserve"> - </w:t>
      </w:r>
      <w:proofErr w:type="spellStart"/>
      <w:r w:rsidRPr="00CA3469">
        <w:rPr>
          <w:lang w:val="ru-RU"/>
        </w:rPr>
        <w:t>тыңдаушылардың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жұмыстары</w:t>
      </w:r>
      <w:proofErr w:type="spellEnd"/>
      <w:r w:rsidRPr="00CA3469">
        <w:rPr>
          <w:lang w:val="ru-RU"/>
        </w:rPr>
        <w:t xml:space="preserve"> мен </w:t>
      </w:r>
      <w:proofErr w:type="spellStart"/>
      <w:r w:rsidRPr="00CA3469">
        <w:rPr>
          <w:lang w:val="ru-RU"/>
        </w:rPr>
        <w:t>міндеттеріне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қолданылатын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бөлігінде</w:t>
      </w:r>
      <w:proofErr w:type="spellEnd"/>
      <w:r w:rsidRPr="00CA3469">
        <w:rPr>
          <w:lang w:val="ru-RU"/>
        </w:rPr>
        <w:t>;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қорғау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принциптері</w:t>
      </w:r>
      <w:proofErr w:type="spellEnd"/>
      <w:r w:rsidRPr="00CA3469">
        <w:rPr>
          <w:lang w:val="ru-RU"/>
        </w:rPr>
        <w:t xml:space="preserve">: </w:t>
      </w:r>
      <w:proofErr w:type="spellStart"/>
      <w:r w:rsidRPr="00CA3469">
        <w:rPr>
          <w:lang w:val="ru-RU"/>
        </w:rPr>
        <w:t>сәулелену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дозаларын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негіздеу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оңтайландыру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және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шектеу</w:t>
      </w:r>
      <w:proofErr w:type="spellEnd"/>
      <w:r w:rsidRPr="00CA3469">
        <w:rPr>
          <w:lang w:val="ru-RU"/>
        </w:rPr>
        <w:t xml:space="preserve">; 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әсерді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азайту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жөніндегі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шаралар</w:t>
      </w:r>
      <w:proofErr w:type="spellEnd"/>
      <w:r w:rsidRPr="00CA3469">
        <w:rPr>
          <w:lang w:val="ru-RU"/>
        </w:rPr>
        <w:t>;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қауіп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төндіруі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мүмкін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жүктермен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және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материалдармен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қауіпсіз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жұмыс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істеу</w:t>
      </w:r>
      <w:proofErr w:type="spellEnd"/>
      <w:r w:rsidRPr="00CA3469">
        <w:rPr>
          <w:lang w:val="ru-RU"/>
        </w:rPr>
        <w:t xml:space="preserve">; </w:t>
      </w:r>
      <w:proofErr w:type="spellStart"/>
      <w:r w:rsidRPr="00CA3469">
        <w:rPr>
          <w:lang w:val="ru-RU"/>
        </w:rPr>
        <w:t>егер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бұл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тыңдаушылардың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міндетіне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кіретін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болса</w:t>
      </w:r>
      <w:proofErr w:type="spellEnd"/>
      <w:r w:rsidRPr="00CA3469">
        <w:rPr>
          <w:lang w:val="ru-RU"/>
        </w:rPr>
        <w:t xml:space="preserve">, 7-кластағы </w:t>
      </w:r>
      <w:proofErr w:type="spellStart"/>
      <w:r w:rsidRPr="00CA3469">
        <w:rPr>
          <w:lang w:val="ru-RU"/>
        </w:rPr>
        <w:t>қауіпті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жүктердің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таңбалануы</w:t>
      </w:r>
      <w:proofErr w:type="spellEnd"/>
      <w:r w:rsidRPr="00CA3469">
        <w:rPr>
          <w:lang w:val="ru-RU"/>
        </w:rPr>
        <w:t xml:space="preserve"> мен </w:t>
      </w:r>
      <w:proofErr w:type="spellStart"/>
      <w:r w:rsidRPr="00CA3469">
        <w:rPr>
          <w:lang w:val="ru-RU"/>
        </w:rPr>
        <w:t>ілеспе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құжаттарын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тану</w:t>
      </w:r>
      <w:proofErr w:type="spellEnd"/>
      <w:r w:rsidRPr="00CA3469">
        <w:rPr>
          <w:lang w:val="ru-RU"/>
        </w:rPr>
        <w:t>;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радиоактивті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материалдың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немесе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иондаушы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сәулелену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көзінің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болуына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күдіктенген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кездегі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іс-әрекеттер</w:t>
      </w:r>
      <w:proofErr w:type="spellEnd"/>
      <w:r w:rsidRPr="00CA3469">
        <w:rPr>
          <w:lang w:val="ru-RU"/>
        </w:rPr>
        <w:t xml:space="preserve">: </w:t>
      </w:r>
      <w:proofErr w:type="spellStart"/>
      <w:r w:rsidRPr="00CA3469">
        <w:rPr>
          <w:lang w:val="ru-RU"/>
        </w:rPr>
        <w:t>қол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жеткізуді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шектеу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аймақты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қоршау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жауапты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адамдарды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хабардар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ету</w:t>
      </w:r>
      <w:proofErr w:type="spellEnd"/>
      <w:r w:rsidRPr="00CA3469">
        <w:rPr>
          <w:lang w:val="ru-RU"/>
        </w:rPr>
        <w:t>;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авариялық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жағдай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қаптаманың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зақымдануы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немесе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ластануға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күдіктену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кезіндегі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іс-әрекеттер</w:t>
      </w:r>
      <w:proofErr w:type="spellEnd"/>
      <w:r w:rsidRPr="00CA3469">
        <w:rPr>
          <w:lang w:val="ru-RU"/>
        </w:rPr>
        <w:t xml:space="preserve">; </w:t>
      </w:r>
      <w:proofErr w:type="spellStart"/>
      <w:r w:rsidRPr="00CA3469">
        <w:rPr>
          <w:lang w:val="ru-RU"/>
        </w:rPr>
        <w:t>дайындалмаған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персоналдың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өз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бетінше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араласуына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тыйым</w:t>
      </w:r>
      <w:proofErr w:type="spellEnd"/>
      <w:r w:rsidRPr="00CA3469">
        <w:rPr>
          <w:lang w:val="ru-RU"/>
        </w:rPr>
        <w:t xml:space="preserve"> салу;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тыңдаушылардың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функциялары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шегінде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жеке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қорғану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құралдары</w:t>
      </w:r>
      <w:proofErr w:type="spellEnd"/>
      <w:r w:rsidRPr="00CA3469">
        <w:rPr>
          <w:lang w:val="ru-RU"/>
        </w:rPr>
        <w:t xml:space="preserve"> мен 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бақылау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құралдарын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қолдану</w:t>
      </w:r>
      <w:proofErr w:type="spellEnd"/>
      <w:r w:rsidRPr="00CA3469">
        <w:rPr>
          <w:lang w:val="ru-RU"/>
        </w:rPr>
        <w:t>;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Тапсырыс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берушінің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жоспарлары</w:t>
      </w:r>
      <w:proofErr w:type="spellEnd"/>
      <w:r w:rsidRPr="00CA3469">
        <w:rPr>
          <w:lang w:val="ru-RU"/>
        </w:rPr>
        <w:t xml:space="preserve"> мен </w:t>
      </w:r>
      <w:proofErr w:type="spellStart"/>
      <w:r w:rsidRPr="00CA3469">
        <w:rPr>
          <w:lang w:val="ru-RU"/>
        </w:rPr>
        <w:t>рәсімдеріне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сәйкес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басшыны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жауапты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қызметтер</w:t>
      </w:r>
      <w:proofErr w:type="spellEnd"/>
      <w:r w:rsidRPr="00CA3469">
        <w:rPr>
          <w:lang w:val="ru-RU"/>
        </w:rPr>
        <w:t xml:space="preserve"> мен </w:t>
      </w:r>
      <w:proofErr w:type="spellStart"/>
      <w:r w:rsidRPr="00CA3469">
        <w:rPr>
          <w:lang w:val="ru-RU"/>
        </w:rPr>
        <w:t>уәкілетті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органдарды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хабардар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ету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тәртібі</w:t>
      </w:r>
      <w:proofErr w:type="spellEnd"/>
      <w:r w:rsidRPr="00CA3469">
        <w:rPr>
          <w:lang w:val="ru-RU"/>
        </w:rPr>
        <w:t>;</w:t>
      </w:r>
    </w:p>
    <w:p w:rsid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білімді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қорытынды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тексеру</w:t>
      </w:r>
      <w:proofErr w:type="spellEnd"/>
      <w:r w:rsidRPr="00CA3469">
        <w:rPr>
          <w:lang w:val="ru-RU"/>
        </w:rPr>
        <w:t xml:space="preserve">: </w:t>
      </w:r>
      <w:proofErr w:type="spellStart"/>
      <w:r w:rsidRPr="00CA3469">
        <w:rPr>
          <w:lang w:val="ru-RU"/>
        </w:rPr>
        <w:t>тестілеу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ауызша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сұрау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немесе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өзге</w:t>
      </w:r>
      <w:proofErr w:type="spellEnd"/>
      <w:r w:rsidRPr="00CA3469">
        <w:rPr>
          <w:lang w:val="ru-RU"/>
        </w:rPr>
        <w:t xml:space="preserve"> де </w:t>
      </w:r>
      <w:proofErr w:type="spellStart"/>
      <w:r w:rsidRPr="00CA3469">
        <w:rPr>
          <w:lang w:val="ru-RU"/>
        </w:rPr>
        <w:t>объективті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баға</w:t>
      </w:r>
      <w:proofErr w:type="spellEnd"/>
      <w:r w:rsidRPr="00CA3469">
        <w:rPr>
          <w:lang w:val="ru-RU"/>
        </w:rPr>
        <w:t>.</w:t>
      </w:r>
    </w:p>
    <w:p w:rsidR="0018631A" w:rsidRPr="00CA3469" w:rsidRDefault="0018631A" w:rsidP="0018631A">
      <w:pPr>
        <w:pStyle w:val="a0"/>
        <w:numPr>
          <w:ilvl w:val="0"/>
          <w:numId w:val="0"/>
        </w:numPr>
        <w:spacing w:after="20"/>
        <w:ind w:left="360"/>
        <w:rPr>
          <w:lang w:val="ru-RU"/>
        </w:rPr>
      </w:pPr>
    </w:p>
    <w:p w:rsidR="00CA3469" w:rsidRPr="0018631A" w:rsidRDefault="0018631A" w:rsidP="0018631A">
      <w:pPr>
        <w:pStyle w:val="a0"/>
        <w:numPr>
          <w:ilvl w:val="0"/>
          <w:numId w:val="0"/>
        </w:numPr>
        <w:spacing w:after="20"/>
        <w:ind w:left="360"/>
        <w:rPr>
          <w:b/>
          <w:lang w:val="ru-RU"/>
        </w:rPr>
      </w:pPr>
      <w:r w:rsidRPr="0018631A">
        <w:rPr>
          <w:b/>
          <w:lang w:val="ru-RU"/>
        </w:rPr>
        <w:t>4.</w:t>
      </w:r>
      <w:r w:rsidR="00CA3469" w:rsidRPr="0018631A">
        <w:rPr>
          <w:b/>
          <w:lang w:val="ru-RU"/>
        </w:rPr>
        <w:t xml:space="preserve"> </w:t>
      </w:r>
      <w:proofErr w:type="spellStart"/>
      <w:r w:rsidR="00CA3469" w:rsidRPr="0018631A">
        <w:rPr>
          <w:b/>
          <w:lang w:val="ru-RU"/>
        </w:rPr>
        <w:t>Оқу</w:t>
      </w:r>
      <w:proofErr w:type="spellEnd"/>
      <w:r w:rsidR="00CA3469" w:rsidRPr="0018631A">
        <w:rPr>
          <w:b/>
          <w:lang w:val="ru-RU"/>
        </w:rPr>
        <w:t xml:space="preserve"> </w:t>
      </w:r>
      <w:proofErr w:type="spellStart"/>
      <w:r w:rsidR="00CA3469" w:rsidRPr="0018631A">
        <w:rPr>
          <w:b/>
          <w:lang w:val="ru-RU"/>
        </w:rPr>
        <w:t>ұзақтығы</w:t>
      </w:r>
      <w:proofErr w:type="spellEnd"/>
      <w:r w:rsidR="00CA3469" w:rsidRPr="0018631A">
        <w:rPr>
          <w:b/>
          <w:lang w:val="ru-RU"/>
        </w:rPr>
        <w:t xml:space="preserve"> мен </w:t>
      </w:r>
      <w:proofErr w:type="spellStart"/>
      <w:r w:rsidR="00CA3469" w:rsidRPr="0018631A">
        <w:rPr>
          <w:b/>
          <w:lang w:val="ru-RU"/>
        </w:rPr>
        <w:t>нысаны</w:t>
      </w:r>
      <w:proofErr w:type="spellEnd"/>
    </w:p>
    <w:p w:rsidR="00CA3469" w:rsidRDefault="00CA3469" w:rsidP="00CA3469">
      <w:pPr>
        <w:pStyle w:val="a0"/>
        <w:spacing w:after="20"/>
        <w:rPr>
          <w:lang w:val="ru-RU"/>
        </w:rPr>
      </w:pPr>
      <w:proofErr w:type="spellStart"/>
      <w:r w:rsidRPr="00CA3469">
        <w:rPr>
          <w:lang w:val="ru-RU"/>
        </w:rPr>
        <w:t>Егер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қызметкерлердің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нақты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санаты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немесе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даярлау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бағдарламасы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үшін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заңнаманың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міндетті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талаптарымен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өзгеше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ұзақтығы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белгіленбесе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оқу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ұзақтығы</w:t>
      </w:r>
      <w:proofErr w:type="spellEnd"/>
      <w:r w:rsidRPr="00CA3469">
        <w:rPr>
          <w:lang w:val="ru-RU"/>
        </w:rPr>
        <w:t xml:space="preserve"> - </w:t>
      </w:r>
      <w:proofErr w:type="spellStart"/>
      <w:r w:rsidRPr="00CA3469">
        <w:rPr>
          <w:lang w:val="ru-RU"/>
        </w:rPr>
        <w:t>кемінде</w:t>
      </w:r>
      <w:proofErr w:type="spellEnd"/>
      <w:r w:rsidRPr="00CA3469">
        <w:rPr>
          <w:lang w:val="ru-RU"/>
        </w:rPr>
        <w:t xml:space="preserve"> 40 </w:t>
      </w:r>
      <w:proofErr w:type="spellStart"/>
      <w:r w:rsidRPr="00CA3469">
        <w:rPr>
          <w:lang w:val="ru-RU"/>
        </w:rPr>
        <w:t>академиялық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сағат</w:t>
      </w:r>
      <w:proofErr w:type="spellEnd"/>
      <w:r w:rsidRPr="00CA3469">
        <w:rPr>
          <w:lang w:val="ru-RU"/>
        </w:rPr>
        <w:t xml:space="preserve">. </w:t>
      </w:r>
      <w:proofErr w:type="spellStart"/>
      <w:r w:rsidRPr="00CA3469">
        <w:rPr>
          <w:lang w:val="ru-RU"/>
        </w:rPr>
        <w:t>Оқыту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нысаны</w:t>
      </w:r>
      <w:proofErr w:type="spellEnd"/>
      <w:r w:rsidRPr="00CA3469">
        <w:rPr>
          <w:lang w:val="ru-RU"/>
        </w:rPr>
        <w:t xml:space="preserve">: </w:t>
      </w:r>
      <w:proofErr w:type="spellStart"/>
      <w:r w:rsidRPr="00CA3469">
        <w:rPr>
          <w:lang w:val="ru-RU"/>
        </w:rPr>
        <w:t>Тапсырыс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берушінің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алдын</w:t>
      </w:r>
      <w:proofErr w:type="spellEnd"/>
      <w:r w:rsidRPr="00CA3469">
        <w:rPr>
          <w:lang w:val="ru-RU"/>
        </w:rPr>
        <w:t xml:space="preserve"> ала </w:t>
      </w:r>
      <w:proofErr w:type="spellStart"/>
      <w:r w:rsidRPr="00CA3469">
        <w:rPr>
          <w:lang w:val="ru-RU"/>
        </w:rPr>
        <w:t>келісімі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бойынша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күндізгі</w:t>
      </w:r>
      <w:proofErr w:type="spellEnd"/>
      <w:r w:rsidRPr="00CA3469">
        <w:rPr>
          <w:lang w:val="ru-RU"/>
        </w:rPr>
        <w:t xml:space="preserve">. </w:t>
      </w:r>
      <w:proofErr w:type="spellStart"/>
      <w:r w:rsidRPr="00CA3469">
        <w:rPr>
          <w:lang w:val="ru-RU"/>
        </w:rPr>
        <w:t>Бағдарлама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әуежай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қызметіне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қатысты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практикалық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жағдайларды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талдауды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көздеуі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тиіс</w:t>
      </w:r>
      <w:proofErr w:type="spellEnd"/>
      <w:r w:rsidRPr="00CA3469">
        <w:rPr>
          <w:lang w:val="ru-RU"/>
        </w:rPr>
        <w:t>.</w:t>
      </w:r>
    </w:p>
    <w:p w:rsidR="0018631A" w:rsidRPr="00CA3469" w:rsidRDefault="0018631A" w:rsidP="0018631A">
      <w:pPr>
        <w:pStyle w:val="a0"/>
        <w:numPr>
          <w:ilvl w:val="0"/>
          <w:numId w:val="0"/>
        </w:numPr>
        <w:spacing w:after="20"/>
        <w:ind w:left="360"/>
        <w:rPr>
          <w:lang w:val="ru-RU"/>
        </w:rPr>
      </w:pPr>
    </w:p>
    <w:p w:rsidR="00CA3469" w:rsidRPr="0018631A" w:rsidRDefault="00CA3469" w:rsidP="0018631A">
      <w:pPr>
        <w:pStyle w:val="a0"/>
        <w:numPr>
          <w:ilvl w:val="0"/>
          <w:numId w:val="0"/>
        </w:numPr>
        <w:spacing w:after="20"/>
        <w:ind w:left="360"/>
        <w:rPr>
          <w:b/>
          <w:lang w:val="ru-RU"/>
        </w:rPr>
      </w:pPr>
      <w:r w:rsidRPr="0018631A">
        <w:rPr>
          <w:b/>
          <w:lang w:val="ru-RU"/>
        </w:rPr>
        <w:lastRenderedPageBreak/>
        <w:t>5</w:t>
      </w:r>
      <w:r w:rsidR="0018631A" w:rsidRPr="0018631A">
        <w:rPr>
          <w:b/>
          <w:lang w:val="ru-RU"/>
        </w:rPr>
        <w:t>.</w:t>
      </w:r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Өнім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берушіге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қойылатын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талаптар</w:t>
      </w:r>
      <w:proofErr w:type="spellEnd"/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Қазақстан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Республикасының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заңнамасына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сәйкес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тиісті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оқыту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қызметтерін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көрсету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құқығына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ие</w:t>
      </w:r>
      <w:proofErr w:type="spellEnd"/>
      <w:r w:rsidRPr="00CA3469">
        <w:rPr>
          <w:lang w:val="ru-RU"/>
        </w:rPr>
        <w:t xml:space="preserve"> болу;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қорғау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және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қауіпсіздік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саласында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бейінді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біліктілігі</w:t>
      </w:r>
      <w:proofErr w:type="spellEnd"/>
      <w:r w:rsidRPr="00CA3469">
        <w:rPr>
          <w:lang w:val="ru-RU"/>
        </w:rPr>
        <w:t xml:space="preserve"> мен </w:t>
      </w:r>
      <w:proofErr w:type="spellStart"/>
      <w:r w:rsidRPr="00CA3469">
        <w:rPr>
          <w:lang w:val="ru-RU"/>
        </w:rPr>
        <w:t>тәжірибесі</w:t>
      </w:r>
      <w:proofErr w:type="spellEnd"/>
      <w:r w:rsidRPr="00CA3469">
        <w:rPr>
          <w:lang w:val="ru-RU"/>
        </w:rPr>
        <w:t xml:space="preserve"> бар </w:t>
      </w:r>
      <w:proofErr w:type="spellStart"/>
      <w:r w:rsidRPr="00CA3469">
        <w:rPr>
          <w:lang w:val="ru-RU"/>
        </w:rPr>
        <w:t>оқытушы</w:t>
      </w:r>
      <w:proofErr w:type="spellEnd"/>
      <w:r w:rsidRPr="00CA3469">
        <w:rPr>
          <w:lang w:val="ru-RU"/>
        </w:rPr>
        <w:t>/</w:t>
      </w:r>
      <w:proofErr w:type="spellStart"/>
      <w:r w:rsidRPr="00CA3469">
        <w:rPr>
          <w:lang w:val="ru-RU"/>
        </w:rPr>
        <w:t>маман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оқытуды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жүргізуді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қамтамасыз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ету</w:t>
      </w:r>
      <w:proofErr w:type="spellEnd"/>
      <w:r w:rsidRPr="00CA3469">
        <w:rPr>
          <w:lang w:val="ru-RU"/>
        </w:rPr>
        <w:t>;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егер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бағдарлама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ядролық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және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қауіпсіздікті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қамтамасыз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етуге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жауапты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персоналды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арнайы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даярлауға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қатысты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болса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Өнім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берушінің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осындай</w:t>
      </w:r>
      <w:proofErr w:type="spellEnd"/>
      <w:r w:rsidRPr="00CA3469">
        <w:rPr>
          <w:lang w:val="ru-RU"/>
        </w:rPr>
        <w:t xml:space="preserve"> лицензия </w:t>
      </w:r>
      <w:proofErr w:type="spellStart"/>
      <w:r w:rsidRPr="00CA3469">
        <w:rPr>
          <w:lang w:val="ru-RU"/>
        </w:rPr>
        <w:t>заңнамада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талап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етілгенде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қызметтің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тиісті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түріне</w:t>
      </w:r>
      <w:proofErr w:type="spellEnd"/>
      <w:r w:rsidRPr="00CA3469">
        <w:rPr>
          <w:lang w:val="ru-RU"/>
        </w:rPr>
        <w:t>/</w:t>
      </w:r>
      <w:proofErr w:type="spellStart"/>
      <w:r w:rsidRPr="00CA3469">
        <w:rPr>
          <w:lang w:val="ru-RU"/>
        </w:rPr>
        <w:t>кіші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түріне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лицензиясы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болуы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тиіс</w:t>
      </w:r>
      <w:proofErr w:type="spellEnd"/>
      <w:r w:rsidRPr="00CA3469">
        <w:rPr>
          <w:lang w:val="ru-RU"/>
        </w:rPr>
        <w:t>;</w:t>
      </w:r>
    </w:p>
    <w:p w:rsid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оқыту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басталғанға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дейін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Тапсырыс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берушіге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тақырыптарын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оқу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ұзақтығын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нысанын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және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қорытынды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бағалау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тәртібін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көрсете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отырып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бағдарлама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ұсынуға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міндетті</w:t>
      </w:r>
      <w:proofErr w:type="spellEnd"/>
      <w:r w:rsidRPr="00CA3469">
        <w:rPr>
          <w:lang w:val="ru-RU"/>
        </w:rPr>
        <w:t>.</w:t>
      </w:r>
    </w:p>
    <w:p w:rsidR="0018631A" w:rsidRPr="00CA3469" w:rsidRDefault="0018631A" w:rsidP="0018631A">
      <w:pPr>
        <w:pStyle w:val="a0"/>
        <w:numPr>
          <w:ilvl w:val="0"/>
          <w:numId w:val="0"/>
        </w:numPr>
        <w:spacing w:after="20"/>
        <w:ind w:left="360"/>
        <w:rPr>
          <w:lang w:val="ru-RU"/>
        </w:rPr>
      </w:pPr>
    </w:p>
    <w:p w:rsidR="00CA3469" w:rsidRPr="0018631A" w:rsidRDefault="0018631A" w:rsidP="0018631A">
      <w:pPr>
        <w:pStyle w:val="a0"/>
        <w:numPr>
          <w:ilvl w:val="0"/>
          <w:numId w:val="0"/>
        </w:numPr>
        <w:spacing w:after="20"/>
        <w:ind w:left="360"/>
        <w:rPr>
          <w:b/>
          <w:lang w:val="ru-RU"/>
        </w:rPr>
      </w:pPr>
      <w:r w:rsidRPr="0018631A">
        <w:rPr>
          <w:b/>
          <w:lang w:val="ru-RU"/>
        </w:rPr>
        <w:t>6.</w:t>
      </w:r>
      <w:r w:rsidR="00CA3469" w:rsidRPr="0018631A">
        <w:rPr>
          <w:b/>
          <w:lang w:val="ru-RU"/>
        </w:rPr>
        <w:t xml:space="preserve"> </w:t>
      </w:r>
      <w:proofErr w:type="spellStart"/>
      <w:r w:rsidR="00CA3469" w:rsidRPr="0018631A">
        <w:rPr>
          <w:b/>
          <w:lang w:val="ru-RU"/>
        </w:rPr>
        <w:t>Қызмет</w:t>
      </w:r>
      <w:proofErr w:type="spellEnd"/>
      <w:r w:rsidR="00CA3469" w:rsidRPr="0018631A">
        <w:rPr>
          <w:b/>
          <w:lang w:val="ru-RU"/>
        </w:rPr>
        <w:t xml:space="preserve"> </w:t>
      </w:r>
      <w:proofErr w:type="spellStart"/>
      <w:r w:rsidR="00CA3469" w:rsidRPr="0018631A">
        <w:rPr>
          <w:b/>
          <w:lang w:val="ru-RU"/>
        </w:rPr>
        <w:t>көрсету</w:t>
      </w:r>
      <w:proofErr w:type="spellEnd"/>
      <w:r w:rsidR="00CA3469" w:rsidRPr="0018631A">
        <w:rPr>
          <w:b/>
          <w:lang w:val="ru-RU"/>
        </w:rPr>
        <w:t xml:space="preserve"> </w:t>
      </w:r>
      <w:proofErr w:type="spellStart"/>
      <w:r w:rsidR="00CA3469" w:rsidRPr="0018631A">
        <w:rPr>
          <w:b/>
          <w:lang w:val="ru-RU"/>
        </w:rPr>
        <w:t>нәтижелері</w:t>
      </w:r>
      <w:proofErr w:type="spellEnd"/>
      <w:r w:rsidR="00CA3469" w:rsidRPr="0018631A">
        <w:rPr>
          <w:b/>
          <w:lang w:val="ru-RU"/>
        </w:rPr>
        <w:t xml:space="preserve"> </w:t>
      </w:r>
      <w:proofErr w:type="spellStart"/>
      <w:r w:rsidR="00CA3469" w:rsidRPr="0018631A">
        <w:rPr>
          <w:b/>
          <w:lang w:val="ru-RU"/>
        </w:rPr>
        <w:t>және</w:t>
      </w:r>
      <w:proofErr w:type="spellEnd"/>
      <w:r w:rsidR="00CA3469" w:rsidRPr="0018631A">
        <w:rPr>
          <w:b/>
          <w:lang w:val="ru-RU"/>
        </w:rPr>
        <w:t xml:space="preserve"> </w:t>
      </w:r>
      <w:proofErr w:type="spellStart"/>
      <w:r w:rsidR="00CA3469" w:rsidRPr="0018631A">
        <w:rPr>
          <w:b/>
          <w:lang w:val="ru-RU"/>
        </w:rPr>
        <w:t>құжаттар</w:t>
      </w:r>
      <w:proofErr w:type="spellEnd"/>
    </w:p>
    <w:p w:rsidR="00CA3469" w:rsidRPr="00CA3469" w:rsidRDefault="00CA3469" w:rsidP="00CA3469">
      <w:pPr>
        <w:pStyle w:val="a0"/>
        <w:spacing w:after="20"/>
        <w:rPr>
          <w:lang w:val="ru-RU"/>
        </w:rPr>
      </w:pPr>
      <w:proofErr w:type="spellStart"/>
      <w:r w:rsidRPr="00CA3469">
        <w:rPr>
          <w:lang w:val="ru-RU"/>
        </w:rPr>
        <w:t>Оқыту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аяқталғаннан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кейін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Өнім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беруші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Тапсырыс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берушіге</w:t>
      </w:r>
      <w:proofErr w:type="spellEnd"/>
      <w:r w:rsidRPr="00CA3469">
        <w:rPr>
          <w:lang w:val="ru-RU"/>
        </w:rPr>
        <w:t>: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әрбір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тыңдаушының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оқудан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өткенін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растайтын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құжат</w:t>
      </w:r>
      <w:proofErr w:type="spellEnd"/>
      <w:r w:rsidRPr="00CA3469">
        <w:rPr>
          <w:lang w:val="ru-RU"/>
        </w:rPr>
        <w:t xml:space="preserve"> (</w:t>
      </w:r>
      <w:proofErr w:type="spellStart"/>
      <w:r w:rsidRPr="00CA3469">
        <w:rPr>
          <w:lang w:val="ru-RU"/>
        </w:rPr>
        <w:t>егер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қолданылса</w:t>
      </w:r>
      <w:proofErr w:type="spellEnd"/>
      <w:r w:rsidRPr="00CA3469">
        <w:rPr>
          <w:lang w:val="ru-RU"/>
        </w:rPr>
        <w:t xml:space="preserve">, сертификат, </w:t>
      </w:r>
      <w:proofErr w:type="spellStart"/>
      <w:r w:rsidRPr="00CA3469">
        <w:rPr>
          <w:lang w:val="ru-RU"/>
        </w:rPr>
        <w:t>куәлік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немесе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белгіленген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үлгідегі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өзге</w:t>
      </w:r>
      <w:proofErr w:type="spellEnd"/>
      <w:r w:rsidRPr="00CA3469">
        <w:rPr>
          <w:lang w:val="ru-RU"/>
        </w:rPr>
        <w:t xml:space="preserve"> де </w:t>
      </w:r>
      <w:proofErr w:type="spellStart"/>
      <w:r w:rsidRPr="00CA3469">
        <w:rPr>
          <w:lang w:val="ru-RU"/>
        </w:rPr>
        <w:t>құжат</w:t>
      </w:r>
      <w:proofErr w:type="spellEnd"/>
      <w:r w:rsidRPr="00CA3469">
        <w:rPr>
          <w:lang w:val="ru-RU"/>
        </w:rPr>
        <w:t>);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білімді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қорытынды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бағалау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нәтижелері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туралы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құжат</w:t>
      </w:r>
      <w:proofErr w:type="spellEnd"/>
      <w:r w:rsidRPr="00CA3469">
        <w:rPr>
          <w:lang w:val="ru-RU"/>
        </w:rPr>
        <w:t>/ведомость;</w:t>
      </w:r>
    </w:p>
    <w:p w:rsidR="0018631A" w:rsidRDefault="00CA3469" w:rsidP="00CA3469">
      <w:pPr>
        <w:pStyle w:val="a0"/>
        <w:spacing w:after="20"/>
        <w:rPr>
          <w:lang w:val="ru-RU"/>
        </w:rPr>
      </w:pPr>
      <w:r w:rsidRPr="0018631A">
        <w:rPr>
          <w:lang w:val="ru-RU"/>
        </w:rPr>
        <w:t xml:space="preserve">• </w:t>
      </w:r>
      <w:proofErr w:type="spellStart"/>
      <w:r w:rsidRPr="0018631A">
        <w:rPr>
          <w:lang w:val="ru-RU"/>
        </w:rPr>
        <w:t>оқу</w:t>
      </w:r>
      <w:proofErr w:type="spellEnd"/>
      <w:r w:rsidRPr="0018631A">
        <w:rPr>
          <w:lang w:val="ru-RU"/>
        </w:rPr>
        <w:t xml:space="preserve"> </w:t>
      </w:r>
      <w:proofErr w:type="spellStart"/>
      <w:r w:rsidRPr="0018631A">
        <w:rPr>
          <w:lang w:val="ru-RU"/>
        </w:rPr>
        <w:t>бағдарламасының</w:t>
      </w:r>
      <w:proofErr w:type="spellEnd"/>
      <w:r w:rsidRPr="0018631A">
        <w:rPr>
          <w:lang w:val="ru-RU"/>
        </w:rPr>
        <w:t xml:space="preserve"> </w:t>
      </w:r>
      <w:proofErr w:type="spellStart"/>
      <w:r w:rsidRPr="0018631A">
        <w:rPr>
          <w:lang w:val="ru-RU"/>
        </w:rPr>
        <w:t>немесе</w:t>
      </w:r>
      <w:proofErr w:type="spellEnd"/>
      <w:r w:rsidRPr="0018631A">
        <w:rPr>
          <w:lang w:val="ru-RU"/>
        </w:rPr>
        <w:t xml:space="preserve"> </w:t>
      </w:r>
      <w:proofErr w:type="spellStart"/>
      <w:r w:rsidRPr="0018631A">
        <w:rPr>
          <w:lang w:val="ru-RU"/>
        </w:rPr>
        <w:t>оқу</w:t>
      </w:r>
      <w:proofErr w:type="spellEnd"/>
      <w:r w:rsidRPr="0018631A">
        <w:rPr>
          <w:lang w:val="ru-RU"/>
        </w:rPr>
        <w:t xml:space="preserve"> </w:t>
      </w:r>
      <w:proofErr w:type="spellStart"/>
      <w:r w:rsidRPr="0018631A">
        <w:rPr>
          <w:lang w:val="ru-RU"/>
        </w:rPr>
        <w:t>жоспарының</w:t>
      </w:r>
      <w:proofErr w:type="spellEnd"/>
      <w:r w:rsidRPr="0018631A">
        <w:rPr>
          <w:lang w:val="ru-RU"/>
        </w:rPr>
        <w:t xml:space="preserve"> көшірмесі.</w:t>
      </w:r>
    </w:p>
    <w:p w:rsidR="0018631A" w:rsidRDefault="0018631A" w:rsidP="0018631A">
      <w:pPr>
        <w:pStyle w:val="a0"/>
        <w:numPr>
          <w:ilvl w:val="0"/>
          <w:numId w:val="0"/>
        </w:numPr>
        <w:spacing w:after="20"/>
        <w:ind w:left="360"/>
        <w:rPr>
          <w:lang w:val="ru-RU"/>
        </w:rPr>
      </w:pPr>
    </w:p>
    <w:p w:rsidR="00CA3469" w:rsidRPr="0018631A" w:rsidRDefault="00CA3469" w:rsidP="0018631A">
      <w:pPr>
        <w:pStyle w:val="a0"/>
        <w:numPr>
          <w:ilvl w:val="0"/>
          <w:numId w:val="0"/>
        </w:numPr>
        <w:spacing w:after="20"/>
        <w:ind w:left="360"/>
        <w:rPr>
          <w:b/>
          <w:lang w:val="ru-RU"/>
        </w:rPr>
      </w:pPr>
      <w:r w:rsidRPr="0018631A">
        <w:rPr>
          <w:b/>
          <w:lang w:val="ru-RU"/>
        </w:rPr>
        <w:t>7</w:t>
      </w:r>
      <w:r w:rsidR="0018631A" w:rsidRPr="0018631A">
        <w:rPr>
          <w:b/>
          <w:lang w:val="ru-RU"/>
        </w:rPr>
        <w:t>.</w:t>
      </w:r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Қызмет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сапасына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және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қабылдауға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қойылатын</w:t>
      </w:r>
      <w:proofErr w:type="spellEnd"/>
      <w:r w:rsidRPr="0018631A">
        <w:rPr>
          <w:b/>
          <w:lang w:val="ru-RU"/>
        </w:rPr>
        <w:t xml:space="preserve"> </w:t>
      </w:r>
      <w:proofErr w:type="spellStart"/>
      <w:r w:rsidRPr="0018631A">
        <w:rPr>
          <w:b/>
          <w:lang w:val="ru-RU"/>
        </w:rPr>
        <w:t>талаптар</w:t>
      </w:r>
      <w:proofErr w:type="spellEnd"/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оқыту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келісілген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бағдарлама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бойынша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толық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көлемде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жүргізіледі</w:t>
      </w:r>
      <w:proofErr w:type="spellEnd"/>
      <w:r w:rsidRPr="00CA3469">
        <w:rPr>
          <w:lang w:val="ru-RU"/>
        </w:rPr>
        <w:t>;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тыңдаушыларға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сұрақтар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қою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және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практикалық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жағдайларды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талдау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мүмкіндігі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беріледі</w:t>
      </w:r>
      <w:proofErr w:type="spellEnd"/>
      <w:r w:rsidRPr="00CA3469">
        <w:rPr>
          <w:lang w:val="ru-RU"/>
        </w:rPr>
        <w:t>;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қызмет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оқу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аяқталғаннан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кейін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және</w:t>
      </w:r>
      <w:proofErr w:type="spellEnd"/>
      <w:r w:rsidRPr="00CA3469">
        <w:rPr>
          <w:lang w:val="ru-RU"/>
        </w:rPr>
        <w:t xml:space="preserve"> 6-бөлімде </w:t>
      </w:r>
      <w:proofErr w:type="spellStart"/>
      <w:r w:rsidRPr="00CA3469">
        <w:rPr>
          <w:lang w:val="ru-RU"/>
        </w:rPr>
        <w:t>көрсетілген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құжаттарды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тапсырғаннан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кейін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көрсетілген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болып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есептеледі</w:t>
      </w:r>
      <w:proofErr w:type="spellEnd"/>
      <w:r w:rsidRPr="00CA3469">
        <w:rPr>
          <w:lang w:val="ru-RU"/>
        </w:rPr>
        <w:t>;</w:t>
      </w:r>
    </w:p>
    <w:p w:rsid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қызмет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толық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көрсетілмеген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немесе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құжаттар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ұсынылмаған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жағдайда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Тапсырыс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беруші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келісілген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мерзімде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кемшіліктерді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жоюды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талап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етуге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құқылы</w:t>
      </w:r>
      <w:proofErr w:type="spellEnd"/>
      <w:r w:rsidRPr="00CA3469">
        <w:rPr>
          <w:lang w:val="ru-RU"/>
        </w:rPr>
        <w:t>.</w:t>
      </w:r>
    </w:p>
    <w:p w:rsidR="0018631A" w:rsidRPr="00CA3469" w:rsidRDefault="0018631A" w:rsidP="0018631A">
      <w:pPr>
        <w:pStyle w:val="a0"/>
        <w:numPr>
          <w:ilvl w:val="0"/>
          <w:numId w:val="0"/>
        </w:numPr>
        <w:spacing w:after="20"/>
        <w:ind w:left="360"/>
        <w:rPr>
          <w:lang w:val="ru-RU"/>
        </w:rPr>
      </w:pPr>
    </w:p>
    <w:p w:rsidR="00CA3469" w:rsidRPr="0018631A" w:rsidRDefault="0018631A" w:rsidP="0018631A">
      <w:pPr>
        <w:pStyle w:val="a0"/>
        <w:numPr>
          <w:ilvl w:val="0"/>
          <w:numId w:val="0"/>
        </w:numPr>
        <w:spacing w:after="20"/>
        <w:ind w:left="360"/>
        <w:rPr>
          <w:b/>
          <w:lang w:val="ru-RU"/>
        </w:rPr>
      </w:pPr>
      <w:r w:rsidRPr="0018631A">
        <w:rPr>
          <w:b/>
          <w:lang w:val="ru-RU"/>
        </w:rPr>
        <w:t>8.</w:t>
      </w:r>
      <w:r w:rsidR="00CA3469" w:rsidRPr="0018631A">
        <w:rPr>
          <w:b/>
          <w:lang w:val="ru-RU"/>
        </w:rPr>
        <w:t xml:space="preserve"> </w:t>
      </w:r>
      <w:proofErr w:type="spellStart"/>
      <w:r w:rsidR="00CA3469" w:rsidRPr="0018631A">
        <w:rPr>
          <w:b/>
          <w:lang w:val="ru-RU"/>
        </w:rPr>
        <w:t>Нормативтік</w:t>
      </w:r>
      <w:proofErr w:type="spellEnd"/>
      <w:r w:rsidR="00CA3469" w:rsidRPr="0018631A">
        <w:rPr>
          <w:b/>
          <w:lang w:val="ru-RU"/>
        </w:rPr>
        <w:t xml:space="preserve"> </w:t>
      </w:r>
      <w:proofErr w:type="spellStart"/>
      <w:r w:rsidR="00CA3469" w:rsidRPr="0018631A">
        <w:rPr>
          <w:b/>
          <w:lang w:val="ru-RU"/>
        </w:rPr>
        <w:t>негіз</w:t>
      </w:r>
      <w:proofErr w:type="spellEnd"/>
    </w:p>
    <w:p w:rsidR="00CA3469" w:rsidRPr="00CA3469" w:rsidRDefault="00CA3469" w:rsidP="00CA3469">
      <w:pPr>
        <w:pStyle w:val="a0"/>
        <w:spacing w:after="20"/>
        <w:rPr>
          <w:lang w:val="ru-RU"/>
        </w:rPr>
      </w:pPr>
      <w:proofErr w:type="spellStart"/>
      <w:r w:rsidRPr="00CA3469">
        <w:rPr>
          <w:lang w:val="ru-RU"/>
        </w:rPr>
        <w:t>Бағдарламаны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дайындау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кезінде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Өнім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беруші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Қазақстан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Республикасы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заңнамасының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қолданылатын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талаптарын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ескеруі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тиіс</w:t>
      </w:r>
      <w:proofErr w:type="spellEnd"/>
      <w:r w:rsidRPr="00CA3469">
        <w:rPr>
          <w:lang w:val="ru-RU"/>
        </w:rPr>
        <w:t xml:space="preserve">, </w:t>
      </w:r>
      <w:proofErr w:type="spellStart"/>
      <w:r w:rsidRPr="00CA3469">
        <w:rPr>
          <w:lang w:val="ru-RU"/>
        </w:rPr>
        <w:t>оның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ішінде</w:t>
      </w:r>
      <w:proofErr w:type="spellEnd"/>
      <w:r w:rsidRPr="00CA3469">
        <w:rPr>
          <w:lang w:val="ru-RU"/>
        </w:rPr>
        <w:t>: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>• "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қауіпсіздікті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қамтамасыз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етуге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қойылатын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санитариялық-эпидемиологиялық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талаптар</w:t>
      </w:r>
      <w:proofErr w:type="spellEnd"/>
      <w:r w:rsidRPr="00CA3469">
        <w:rPr>
          <w:lang w:val="ru-RU"/>
        </w:rPr>
        <w:t xml:space="preserve">" </w:t>
      </w:r>
      <w:proofErr w:type="spellStart"/>
      <w:r w:rsidRPr="00CA3469">
        <w:rPr>
          <w:lang w:val="ru-RU"/>
        </w:rPr>
        <w:t>санитариялық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қағидаларын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бекіту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туралы</w:t>
      </w:r>
      <w:proofErr w:type="spellEnd"/>
      <w:r w:rsidRPr="00CA3469">
        <w:rPr>
          <w:lang w:val="ru-RU"/>
        </w:rPr>
        <w:t xml:space="preserve"> "</w:t>
      </w:r>
      <w:proofErr w:type="spellStart"/>
      <w:r w:rsidRPr="00CA3469">
        <w:rPr>
          <w:lang w:val="ru-RU"/>
        </w:rPr>
        <w:t>Қазақстан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Республикасы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Денсаулық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сақтау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министрінің</w:t>
      </w:r>
      <w:proofErr w:type="spellEnd"/>
      <w:r w:rsidRPr="00CA3469">
        <w:rPr>
          <w:lang w:val="ru-RU"/>
        </w:rPr>
        <w:t xml:space="preserve"> 2020 </w:t>
      </w:r>
      <w:proofErr w:type="spellStart"/>
      <w:r w:rsidRPr="00CA3469">
        <w:rPr>
          <w:lang w:val="ru-RU"/>
        </w:rPr>
        <w:t>жылғы</w:t>
      </w:r>
      <w:proofErr w:type="spellEnd"/>
      <w:r w:rsidRPr="00CA3469">
        <w:rPr>
          <w:lang w:val="ru-RU"/>
        </w:rPr>
        <w:t xml:space="preserve"> 15 </w:t>
      </w:r>
      <w:proofErr w:type="spellStart"/>
      <w:r w:rsidRPr="00CA3469">
        <w:rPr>
          <w:lang w:val="ru-RU"/>
        </w:rPr>
        <w:t>желтоқсандағы</w:t>
      </w:r>
      <w:proofErr w:type="spellEnd"/>
      <w:r w:rsidRPr="00CA3469">
        <w:rPr>
          <w:lang w:val="ru-RU"/>
        </w:rPr>
        <w:t xml:space="preserve"> № ҚР ДСМ-275/2020 </w:t>
      </w:r>
      <w:proofErr w:type="spellStart"/>
      <w:r w:rsidRPr="00CA3469">
        <w:rPr>
          <w:lang w:val="ru-RU"/>
        </w:rPr>
        <w:t>бұйрығы</w:t>
      </w:r>
      <w:proofErr w:type="spellEnd"/>
      <w:r w:rsidRPr="00CA3469">
        <w:rPr>
          <w:lang w:val="ru-RU"/>
        </w:rPr>
        <w:t>;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Қазақстан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Республикасы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Денсаулық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сақтау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министрінің</w:t>
      </w:r>
      <w:proofErr w:type="spellEnd"/>
      <w:r w:rsidRPr="00CA3469">
        <w:rPr>
          <w:lang w:val="ru-RU"/>
        </w:rPr>
        <w:t xml:space="preserve"> 2022 </w:t>
      </w:r>
      <w:proofErr w:type="spellStart"/>
      <w:r w:rsidRPr="00CA3469">
        <w:rPr>
          <w:lang w:val="ru-RU"/>
        </w:rPr>
        <w:t>жылғы</w:t>
      </w:r>
      <w:proofErr w:type="spellEnd"/>
      <w:r w:rsidRPr="00CA3469">
        <w:rPr>
          <w:lang w:val="ru-RU"/>
        </w:rPr>
        <w:t xml:space="preserve"> 2 </w:t>
      </w:r>
      <w:proofErr w:type="spellStart"/>
      <w:r w:rsidRPr="00CA3469">
        <w:rPr>
          <w:lang w:val="ru-RU"/>
        </w:rPr>
        <w:t>тамыздағы</w:t>
      </w:r>
      <w:proofErr w:type="spellEnd"/>
      <w:r w:rsidRPr="00CA3469">
        <w:rPr>
          <w:lang w:val="ru-RU"/>
        </w:rPr>
        <w:t xml:space="preserve"> № ҚР ДСМ-71 </w:t>
      </w:r>
      <w:proofErr w:type="spellStart"/>
      <w:r w:rsidRPr="00CA3469">
        <w:rPr>
          <w:lang w:val="ru-RU"/>
        </w:rPr>
        <w:t>радиациялық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қауіпсіздікті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қамтамасыз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етуге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қойылатын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гигиеналық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нормативтерді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бекіту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туралы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бұйрығы</w:t>
      </w:r>
      <w:proofErr w:type="spellEnd"/>
      <w:r w:rsidRPr="00CA3469">
        <w:rPr>
          <w:lang w:val="ru-RU"/>
        </w:rPr>
        <w:t>;</w:t>
      </w:r>
    </w:p>
    <w:p w:rsidR="00CA3469" w:rsidRPr="00CA3469" w:rsidRDefault="00CA3469" w:rsidP="00CA3469">
      <w:pPr>
        <w:pStyle w:val="a0"/>
        <w:spacing w:after="2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Егер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тыңдаушылар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санатына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және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орындалатын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жұмыстарға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қолданылатын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болса</w:t>
      </w:r>
      <w:proofErr w:type="spellEnd"/>
      <w:r w:rsidRPr="00CA3469">
        <w:rPr>
          <w:lang w:val="ru-RU"/>
        </w:rPr>
        <w:t xml:space="preserve">, атом </w:t>
      </w:r>
      <w:proofErr w:type="spellStart"/>
      <w:r w:rsidRPr="00CA3469">
        <w:rPr>
          <w:lang w:val="ru-RU"/>
        </w:rPr>
        <w:t>энергиясын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пайдалану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объектілерінде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жұмыс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істейтін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персоналдың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біліктілігін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арттыру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қағидалары</w:t>
      </w:r>
      <w:proofErr w:type="spellEnd"/>
      <w:r w:rsidRPr="00CA3469">
        <w:rPr>
          <w:lang w:val="ru-RU"/>
        </w:rPr>
        <w:t>;</w:t>
      </w:r>
    </w:p>
    <w:p w:rsidR="00CA3469" w:rsidRPr="006A0130" w:rsidRDefault="00CA3469" w:rsidP="00CA3469">
      <w:pPr>
        <w:pStyle w:val="a0"/>
        <w:numPr>
          <w:ilvl w:val="0"/>
          <w:numId w:val="0"/>
        </w:numPr>
        <w:spacing w:after="20"/>
        <w:ind w:left="360" w:hanging="360"/>
        <w:rPr>
          <w:lang w:val="ru-RU"/>
        </w:rPr>
      </w:pPr>
      <w:r w:rsidRPr="00CA3469">
        <w:rPr>
          <w:lang w:val="ru-RU"/>
        </w:rPr>
        <w:t xml:space="preserve">• </w:t>
      </w:r>
      <w:proofErr w:type="spellStart"/>
      <w:r w:rsidRPr="00CA3469">
        <w:rPr>
          <w:lang w:val="ru-RU"/>
        </w:rPr>
        <w:t>қолданыстағы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өзге</w:t>
      </w:r>
      <w:proofErr w:type="spellEnd"/>
      <w:r w:rsidRPr="00CA3469">
        <w:rPr>
          <w:lang w:val="ru-RU"/>
        </w:rPr>
        <w:t xml:space="preserve"> де </w:t>
      </w:r>
      <w:proofErr w:type="spellStart"/>
      <w:r w:rsidRPr="00CA3469">
        <w:rPr>
          <w:lang w:val="ru-RU"/>
        </w:rPr>
        <w:t>нормативтік</w:t>
      </w:r>
      <w:proofErr w:type="spellEnd"/>
      <w:r w:rsidRPr="00CA3469">
        <w:rPr>
          <w:lang w:val="ru-RU"/>
        </w:rPr>
        <w:t xml:space="preserve"> </w:t>
      </w:r>
      <w:proofErr w:type="spellStart"/>
      <w:r w:rsidRPr="00CA3469">
        <w:rPr>
          <w:lang w:val="ru-RU"/>
        </w:rPr>
        <w:t>талаптар</w:t>
      </w:r>
      <w:bookmarkStart w:id="0" w:name="_GoBack"/>
      <w:bookmarkEnd w:id="0"/>
      <w:proofErr w:type="spellEnd"/>
    </w:p>
    <w:sectPr w:rsidR="00CA3469" w:rsidRPr="006A0130" w:rsidSect="00034616">
      <w:footerReference w:type="default" r:id="rId8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309" w:rsidRDefault="00035309">
      <w:pPr>
        <w:spacing w:after="0" w:line="240" w:lineRule="auto"/>
      </w:pPr>
      <w:r>
        <w:separator/>
      </w:r>
    </w:p>
  </w:endnote>
  <w:endnote w:type="continuationSeparator" w:id="0">
    <w:p w:rsidR="00035309" w:rsidRDefault="00035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FDF" w:rsidRPr="006A0130" w:rsidRDefault="00337375">
    <w:pPr>
      <w:pStyle w:val="a7"/>
      <w:jc w:val="center"/>
      <w:rPr>
        <w:lang w:val="ru-RU"/>
      </w:rPr>
    </w:pPr>
    <w:r w:rsidRPr="006A0130">
      <w:rPr>
        <w:lang w:val="ru-RU"/>
      </w:rPr>
      <w:t>АО «Международный аэропорт Туркестан» | Техническая спецификация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309" w:rsidRDefault="00035309">
      <w:pPr>
        <w:spacing w:after="0" w:line="240" w:lineRule="auto"/>
      </w:pPr>
      <w:r>
        <w:separator/>
      </w:r>
    </w:p>
  </w:footnote>
  <w:footnote w:type="continuationSeparator" w:id="0">
    <w:p w:rsidR="00035309" w:rsidRDefault="00035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26FDF"/>
    <w:rsid w:val="00034616"/>
    <w:rsid w:val="00035309"/>
    <w:rsid w:val="0006063C"/>
    <w:rsid w:val="0015074B"/>
    <w:rsid w:val="0018631A"/>
    <w:rsid w:val="0029639D"/>
    <w:rsid w:val="00326F90"/>
    <w:rsid w:val="00337375"/>
    <w:rsid w:val="006A0130"/>
    <w:rsid w:val="00AA1D8D"/>
    <w:rsid w:val="00B47730"/>
    <w:rsid w:val="00CA346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05E8C56-2225-4A61-8842-33B4205E2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55122AF-95B5-4F17-A8F8-3A5382EFC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1505</Words>
  <Characters>8584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10069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Специалист отдела закупок</cp:lastModifiedBy>
  <cp:revision>3</cp:revision>
  <dcterms:created xsi:type="dcterms:W3CDTF">2013-12-23T23:15:00Z</dcterms:created>
  <dcterms:modified xsi:type="dcterms:W3CDTF">2026-10-15T09:37:00Z</dcterms:modified>
  <cp:category/>
</cp:coreProperties>
</file>