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73C" w:rsidRPr="00A5102E" w:rsidRDefault="00A2473C" w:rsidP="00A2473C">
      <w:pPr>
        <w:pStyle w:val="aa"/>
        <w:rPr>
          <w:rFonts w:ascii="Times New Roman" w:hAnsi="Times New Roman" w:cs="Times New Roman"/>
          <w:sz w:val="24"/>
          <w:szCs w:val="24"/>
          <w:lang w:val="ru-RU"/>
        </w:rPr>
      </w:pPr>
      <w:r w:rsidRPr="00A5102E">
        <w:rPr>
          <w:rFonts w:ascii="Times New Roman" w:hAnsi="Times New Roman" w:cs="Times New Roman"/>
          <w:sz w:val="24"/>
          <w:szCs w:val="24"/>
          <w:lang w:val="ru-RU"/>
        </w:rPr>
        <w:t>ТЕХНИКАЛЫҚ СПЕЦИФИКАЦИЯ</w:t>
      </w:r>
    </w:p>
    <w:p w:rsidR="00A2473C" w:rsidRPr="00A5102E" w:rsidRDefault="00791C68" w:rsidP="00A2473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э</w:t>
      </w:r>
      <w:r w:rsidRPr="00791C68">
        <w:rPr>
          <w:rFonts w:ascii="Times New Roman" w:hAnsi="Times New Roman" w:cs="Times New Roman"/>
          <w:sz w:val="24"/>
          <w:szCs w:val="24"/>
          <w:lang w:val="ru-RU"/>
        </w:rPr>
        <w:t>лектр қондырғыларын қосу және ажырату жөніндегі қызметтерге</w:t>
      </w:r>
      <w:r w:rsidR="00A2473C" w:rsidRPr="00A5102E">
        <w:rPr>
          <w:rFonts w:ascii="Times New Roman" w:hAnsi="Times New Roman" w:cs="Times New Roman"/>
          <w:sz w:val="24"/>
          <w:szCs w:val="24"/>
          <w:lang w:val="ru-RU"/>
        </w:rPr>
        <w:br/>
      </w:r>
    </w:p>
    <w:p w:rsidR="00A2473C" w:rsidRPr="00A5102E" w:rsidRDefault="00A2473C" w:rsidP="00A2473C">
      <w:pPr>
        <w:pStyle w:val="1"/>
        <w:rPr>
          <w:rFonts w:ascii="Times New Roman" w:hAnsi="Times New Roman" w:cs="Times New Roman"/>
          <w:sz w:val="24"/>
          <w:szCs w:val="24"/>
          <w:lang w:val="ru-RU"/>
        </w:rPr>
      </w:pPr>
      <w:r w:rsidRPr="00A5102E">
        <w:rPr>
          <w:rFonts w:ascii="Times New Roman" w:hAnsi="Times New Roman" w:cs="Times New Roman"/>
          <w:sz w:val="24"/>
          <w:szCs w:val="24"/>
          <w:lang w:val="ru-RU"/>
        </w:rPr>
        <w:t>1. Жалпы мәліметтер</w:t>
      </w:r>
    </w:p>
    <w:p w:rsidR="00791C68" w:rsidRDefault="00A2473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5102E">
        <w:rPr>
          <w:rFonts w:ascii="Times New Roman" w:hAnsi="Times New Roman" w:cs="Times New Roman"/>
          <w:sz w:val="24"/>
          <w:szCs w:val="24"/>
          <w:lang w:val="ru-RU"/>
        </w:rPr>
        <w:t xml:space="preserve">Жұмыстың атауы: </w:t>
      </w:r>
      <w:r w:rsidR="00791C68" w:rsidRPr="00791C68">
        <w:rPr>
          <w:rFonts w:ascii="Times New Roman" w:hAnsi="Times New Roman" w:cs="Times New Roman"/>
          <w:sz w:val="24"/>
          <w:szCs w:val="24"/>
          <w:lang w:val="ru-RU"/>
        </w:rPr>
        <w:t>Электр қондырғыларын қосу және ажырату жөніндегі қызметтерге</w:t>
      </w:r>
      <w:r w:rsidR="00791C6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A5102E" w:rsidRPr="00A5102E" w:rsidRDefault="00A5102E" w:rsidP="00A2473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ru-RU"/>
        </w:rPr>
      </w:pPr>
      <w:r w:rsidRPr="00A5102E">
        <w:rPr>
          <w:rFonts w:ascii="Times New Roman" w:hAnsi="Times New Roman" w:cs="Times New Roman"/>
          <w:sz w:val="24"/>
          <w:szCs w:val="24"/>
          <w:lang w:val="ru-RU"/>
        </w:rPr>
        <w:t>Саны: 1</w:t>
      </w:r>
      <w:r w:rsidR="00A2473C" w:rsidRPr="00A5102E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A5102E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="00A2473C" w:rsidRPr="00A5102E">
        <w:rPr>
          <w:rFonts w:ascii="Times New Roman" w:hAnsi="Times New Roman" w:cs="Times New Roman"/>
          <w:sz w:val="24"/>
          <w:szCs w:val="24"/>
          <w:lang w:val="ru-RU"/>
        </w:rPr>
        <w:t>і</w:t>
      </w:r>
      <w:r w:rsidRPr="00A5102E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="00A2473C" w:rsidRPr="00A5102E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="00791C68" w:rsidRPr="00791C68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r w:rsidR="00A2473C" w:rsidRPr="00A5102E">
        <w:rPr>
          <w:rFonts w:ascii="Times New Roman" w:hAnsi="Times New Roman" w:cs="Times New Roman"/>
          <w:sz w:val="24"/>
          <w:szCs w:val="24"/>
          <w:lang w:val="ru-RU"/>
        </w:rPr>
        <w:br/>
        <w:t xml:space="preserve">Тапсырыс беруші: </w:t>
      </w:r>
      <w:r w:rsidRPr="00A5102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ru-RU"/>
        </w:rPr>
        <w:t xml:space="preserve">"Ақмола облысы білім басқармасының Бурабай ауданы бойынша білім бөлімі" мемлекеттік мекемесі </w:t>
      </w:r>
    </w:p>
    <w:p w:rsidR="00A2473C" w:rsidRDefault="00A2473C" w:rsidP="000C7098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5102E">
        <w:rPr>
          <w:rFonts w:ascii="Times New Roman" w:hAnsi="Times New Roman" w:cs="Times New Roman"/>
          <w:sz w:val="24"/>
          <w:szCs w:val="24"/>
          <w:lang w:val="ru-RU"/>
        </w:rPr>
        <w:t xml:space="preserve">Орындау орны: </w:t>
      </w:r>
      <w:r w:rsidR="00A5102E" w:rsidRPr="00A5102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ru-RU"/>
        </w:rPr>
        <w:t>Ақмола</w:t>
      </w:r>
      <w:r w:rsidR="00A5102E" w:rsidRPr="00A510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5102E">
        <w:rPr>
          <w:rFonts w:ascii="Times New Roman" w:hAnsi="Times New Roman" w:cs="Times New Roman"/>
          <w:sz w:val="24"/>
          <w:szCs w:val="24"/>
          <w:lang w:val="ru-RU"/>
        </w:rPr>
        <w:t xml:space="preserve">облысы, </w:t>
      </w:r>
      <w:r w:rsidR="00A5102E" w:rsidRPr="00A5102E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ru-RU"/>
        </w:rPr>
        <w:t>Бурабай</w:t>
      </w:r>
      <w:r w:rsidR="00A5102E" w:rsidRPr="00A510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5102E">
        <w:rPr>
          <w:rFonts w:ascii="Times New Roman" w:hAnsi="Times New Roman" w:cs="Times New Roman"/>
          <w:sz w:val="24"/>
          <w:szCs w:val="24"/>
          <w:lang w:val="ru-RU"/>
        </w:rPr>
        <w:t xml:space="preserve">ауданы, </w:t>
      </w:r>
      <w:r w:rsidR="00A5102E">
        <w:rPr>
          <w:rFonts w:ascii="Times New Roman" w:hAnsi="Times New Roman" w:cs="Times New Roman"/>
          <w:sz w:val="24"/>
          <w:szCs w:val="24"/>
          <w:lang w:val="ru-RU"/>
        </w:rPr>
        <w:t>Златополье</w:t>
      </w:r>
      <w:r w:rsidRPr="00A5102E">
        <w:rPr>
          <w:rFonts w:ascii="Times New Roman" w:hAnsi="Times New Roman" w:cs="Times New Roman"/>
          <w:sz w:val="24"/>
          <w:szCs w:val="24"/>
          <w:lang w:val="ru-RU"/>
        </w:rPr>
        <w:t xml:space="preserve"> ауылы</w:t>
      </w:r>
      <w:r w:rsidR="00555D4D">
        <w:rPr>
          <w:rFonts w:ascii="Times New Roman" w:hAnsi="Times New Roman" w:cs="Times New Roman"/>
          <w:sz w:val="24"/>
          <w:szCs w:val="24"/>
          <w:lang w:val="ru-RU"/>
        </w:rPr>
        <w:t>, Златополье а. ЖББМ</w:t>
      </w:r>
      <w:r w:rsidRPr="00A5102E">
        <w:rPr>
          <w:rFonts w:ascii="Times New Roman" w:hAnsi="Times New Roman" w:cs="Times New Roman"/>
          <w:sz w:val="24"/>
          <w:szCs w:val="24"/>
          <w:lang w:val="ru-RU"/>
        </w:rPr>
        <w:br/>
      </w:r>
      <w:r w:rsidR="000C7098" w:rsidRPr="000C7098">
        <w:rPr>
          <w:rFonts w:ascii="Times New Roman" w:hAnsi="Times New Roman" w:cs="Times New Roman"/>
          <w:sz w:val="24"/>
          <w:szCs w:val="24"/>
          <w:lang w:val="ru-RU"/>
        </w:rPr>
        <w:t>Қызмет көрсету мерзімі: шарт жасалғаннан кейін 30 күнтізбелік күн ішінде</w:t>
      </w:r>
      <w:r w:rsidR="000C709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tbl>
      <w:tblPr>
        <w:tblStyle w:val="aff0"/>
        <w:tblW w:w="9498" w:type="dxa"/>
        <w:tblInd w:w="108" w:type="dxa"/>
        <w:tblLook w:val="04A0" w:firstRow="1" w:lastRow="0" w:firstColumn="1" w:lastColumn="0" w:noHBand="0" w:noVBand="1"/>
      </w:tblPr>
      <w:tblGrid>
        <w:gridCol w:w="675"/>
        <w:gridCol w:w="5103"/>
        <w:gridCol w:w="1400"/>
        <w:gridCol w:w="2320"/>
      </w:tblGrid>
      <w:tr w:rsidR="000C7098" w:rsidRPr="000C7098" w:rsidTr="008D2FE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098" w:rsidRPr="000C7098" w:rsidRDefault="000C7098" w:rsidP="008D2FEC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0C709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098" w:rsidRPr="000C7098" w:rsidRDefault="000C7098" w:rsidP="008D2FEC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709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098" w:rsidRPr="000C7098" w:rsidRDefault="000C7098" w:rsidP="008D2FEC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7098">
              <w:rPr>
                <w:rFonts w:ascii="Times New Roman" w:hAnsi="Times New Roman" w:cs="Times New Roman"/>
                <w:b/>
                <w:sz w:val="28"/>
                <w:szCs w:val="28"/>
              </w:rPr>
              <w:t>Ед. изм</w:t>
            </w:r>
          </w:p>
        </w:tc>
        <w:tc>
          <w:tcPr>
            <w:tcW w:w="2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098" w:rsidRPr="000C7098" w:rsidRDefault="000C7098" w:rsidP="008D2FEC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709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0C7098" w:rsidRPr="000C7098" w:rsidTr="008D2FEC">
        <w:trPr>
          <w:trHeight w:val="511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7098" w:rsidRPr="000C7098" w:rsidRDefault="000C7098" w:rsidP="008D2FE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0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098" w:rsidRPr="000C7098" w:rsidRDefault="00A07A46" w:rsidP="008D2FE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A07A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Заңды</w:t>
            </w:r>
            <w:r w:rsidRPr="00A07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7A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тұлғалардың</w:t>
            </w:r>
            <w:r w:rsidRPr="00A07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7A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электр</w:t>
            </w:r>
            <w:r w:rsidRPr="00A07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7A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қондырғыларын</w:t>
            </w:r>
            <w:r w:rsidRPr="00A07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7A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қосу</w:t>
            </w:r>
            <w:r w:rsidRPr="00A07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7A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немесе</w:t>
            </w:r>
            <w:r w:rsidRPr="00A07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7A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ажырату</w:t>
            </w:r>
          </w:p>
        </w:tc>
        <w:tc>
          <w:tcPr>
            <w:tcW w:w="1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7098" w:rsidRPr="000C7098" w:rsidRDefault="000C7098" w:rsidP="008D2FE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C709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7098" w:rsidRPr="00A07A46" w:rsidRDefault="00A07A46" w:rsidP="008D2FEC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0C7098" w:rsidRPr="000C7098" w:rsidRDefault="000C7098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A2473C" w:rsidRPr="00A5102E" w:rsidRDefault="0037356B" w:rsidP="00A2473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7356B">
        <w:rPr>
          <w:rFonts w:ascii="Times New Roman" w:hAnsi="Times New Roman" w:cs="Times New Roman"/>
          <w:sz w:val="28"/>
          <w:szCs w:val="28"/>
          <w:lang w:val="ru-RU"/>
        </w:rPr>
        <w:t>Тапсырыс берушінің есебінен Материал. Жұмыстар тапсырыс берушінің өтінімін бергеннен кейін орындалады.</w:t>
      </w:r>
    </w:p>
    <w:p w:rsidR="00A2473C" w:rsidRPr="00A5102E" w:rsidRDefault="00A2473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2473C" w:rsidRPr="00A5102E" w:rsidRDefault="00A2473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2473C" w:rsidRPr="00A5102E" w:rsidRDefault="00A2473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2473C" w:rsidRPr="00A5102E" w:rsidRDefault="00A2473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2473C" w:rsidRDefault="00A2473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7356B" w:rsidRPr="00A5102E" w:rsidRDefault="0037356B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2473C" w:rsidRPr="00A5102E" w:rsidRDefault="00A2473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2473C" w:rsidRPr="00A5102E" w:rsidRDefault="00A2473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2473C" w:rsidRPr="00A5102E" w:rsidRDefault="00A2473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2473C" w:rsidRPr="00A5102E" w:rsidRDefault="00A2473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2473C" w:rsidRDefault="00A2473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35335C" w:rsidRDefault="0035335C" w:rsidP="00A2473C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F4EDC" w:rsidRPr="000C7098" w:rsidRDefault="00A2473C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0C7098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:rsidR="001F4EDC" w:rsidRDefault="00A2473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C7098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DD33FA">
        <w:rPr>
          <w:rFonts w:ascii="Times New Roman" w:hAnsi="Times New Roman" w:cs="Times New Roman"/>
          <w:sz w:val="28"/>
          <w:szCs w:val="28"/>
          <w:lang w:val="ru-RU"/>
        </w:rPr>
        <w:t xml:space="preserve">услуги по подключению и отключению электроустановок   </w:t>
      </w:r>
    </w:p>
    <w:p w:rsidR="00DD33FA" w:rsidRPr="000C7098" w:rsidRDefault="00DD33F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C7098" w:rsidRPr="000C7098" w:rsidRDefault="00A2473C" w:rsidP="000C709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 w:rsidRPr="000C7098">
        <w:rPr>
          <w:rFonts w:ascii="Times New Roman" w:hAnsi="Times New Roman" w:cs="Times New Roman"/>
          <w:sz w:val="28"/>
          <w:szCs w:val="28"/>
          <w:lang w:val="ru-RU"/>
        </w:rPr>
        <w:t xml:space="preserve">Наименование работ: </w:t>
      </w:r>
      <w:r w:rsidR="00791C68">
        <w:rPr>
          <w:rFonts w:ascii="Times New Roman" w:hAnsi="Times New Roman" w:cs="Times New Roman"/>
          <w:sz w:val="28"/>
          <w:szCs w:val="28"/>
          <w:lang w:val="ru-RU"/>
        </w:rPr>
        <w:t xml:space="preserve">Услуги по подключению и отключению электроустановок </w:t>
      </w:r>
      <w:r w:rsidRPr="000C7098">
        <w:rPr>
          <w:rFonts w:ascii="Times New Roman" w:hAnsi="Times New Roman" w:cs="Times New Roman"/>
          <w:sz w:val="28"/>
          <w:szCs w:val="28"/>
          <w:lang w:val="ru-RU"/>
        </w:rPr>
        <w:br/>
        <w:t xml:space="preserve">Количество: </w:t>
      </w:r>
      <w:r w:rsidR="00A5102E" w:rsidRPr="000C7098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0C7098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A5102E" w:rsidRPr="000C7098">
        <w:rPr>
          <w:rFonts w:ascii="Times New Roman" w:hAnsi="Times New Roman" w:cs="Times New Roman"/>
          <w:sz w:val="28"/>
          <w:szCs w:val="28"/>
          <w:lang w:val="ru-RU"/>
        </w:rPr>
        <w:t>од</w:t>
      </w:r>
      <w:r w:rsidR="00555D4D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0C7098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791C68">
        <w:rPr>
          <w:rFonts w:ascii="Times New Roman" w:hAnsi="Times New Roman" w:cs="Times New Roman"/>
          <w:sz w:val="28"/>
          <w:szCs w:val="28"/>
          <w:lang w:val="ru-RU"/>
        </w:rPr>
        <w:t>услуга</w:t>
      </w:r>
      <w:r w:rsidRPr="000C7098">
        <w:rPr>
          <w:rFonts w:ascii="Times New Roman" w:hAnsi="Times New Roman" w:cs="Times New Roman"/>
          <w:sz w:val="28"/>
          <w:szCs w:val="28"/>
          <w:lang w:val="ru-RU"/>
        </w:rPr>
        <w:br/>
        <w:t>Заказчик: ГУ «</w:t>
      </w:r>
      <w:r w:rsidR="00A5102E" w:rsidRPr="000C7098">
        <w:rPr>
          <w:rFonts w:ascii="Times New Roman" w:hAnsi="Times New Roman" w:cs="Times New Roman"/>
          <w:sz w:val="28"/>
          <w:szCs w:val="28"/>
          <w:lang w:val="ru-RU"/>
        </w:rPr>
        <w:t>Отдел образования по Бурабайскому району управления образования</w:t>
      </w:r>
      <w:r w:rsidR="000C70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5102E" w:rsidRPr="000C7098">
        <w:rPr>
          <w:rFonts w:ascii="Times New Roman" w:hAnsi="Times New Roman" w:cs="Times New Roman"/>
          <w:sz w:val="28"/>
          <w:szCs w:val="28"/>
          <w:lang w:val="ru-RU"/>
        </w:rPr>
        <w:t>Акмолинской области</w:t>
      </w:r>
      <w:r w:rsidRPr="000C709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0C7098">
        <w:rPr>
          <w:rFonts w:ascii="Times New Roman" w:hAnsi="Times New Roman" w:cs="Times New Roman"/>
          <w:sz w:val="28"/>
          <w:szCs w:val="28"/>
          <w:lang w:val="ru-RU"/>
        </w:rPr>
        <w:br/>
        <w:t xml:space="preserve">Место выполнения работ: </w:t>
      </w:r>
      <w:r w:rsidR="00A5102E" w:rsidRPr="000C7098">
        <w:rPr>
          <w:rFonts w:ascii="Times New Roman" w:hAnsi="Times New Roman" w:cs="Times New Roman"/>
          <w:sz w:val="28"/>
          <w:szCs w:val="28"/>
          <w:lang w:val="ru-RU"/>
        </w:rPr>
        <w:t xml:space="preserve">Акмолинская </w:t>
      </w:r>
      <w:r w:rsidRPr="000C7098">
        <w:rPr>
          <w:rFonts w:ascii="Times New Roman" w:hAnsi="Times New Roman" w:cs="Times New Roman"/>
          <w:sz w:val="28"/>
          <w:szCs w:val="28"/>
          <w:lang w:val="ru-RU"/>
        </w:rPr>
        <w:t>область, Бу</w:t>
      </w:r>
      <w:r w:rsidR="00A5102E" w:rsidRPr="000C7098">
        <w:rPr>
          <w:rFonts w:ascii="Times New Roman" w:hAnsi="Times New Roman" w:cs="Times New Roman"/>
          <w:sz w:val="28"/>
          <w:szCs w:val="28"/>
          <w:lang w:val="ru-RU"/>
        </w:rPr>
        <w:t xml:space="preserve">рабайский </w:t>
      </w:r>
      <w:r w:rsidRPr="000C7098">
        <w:rPr>
          <w:rFonts w:ascii="Times New Roman" w:hAnsi="Times New Roman" w:cs="Times New Roman"/>
          <w:sz w:val="28"/>
          <w:szCs w:val="28"/>
          <w:lang w:val="ru-RU"/>
        </w:rPr>
        <w:t xml:space="preserve">район, село </w:t>
      </w:r>
      <w:r w:rsidR="00A5102E" w:rsidRPr="000C7098">
        <w:rPr>
          <w:rFonts w:ascii="Times New Roman" w:hAnsi="Times New Roman" w:cs="Times New Roman"/>
          <w:sz w:val="28"/>
          <w:szCs w:val="28"/>
          <w:lang w:val="ru-RU"/>
        </w:rPr>
        <w:t>Златополье</w:t>
      </w:r>
      <w:r w:rsidR="00555D4D">
        <w:rPr>
          <w:rFonts w:ascii="Times New Roman" w:hAnsi="Times New Roman" w:cs="Times New Roman"/>
          <w:sz w:val="28"/>
          <w:szCs w:val="28"/>
          <w:lang w:val="ru-RU"/>
        </w:rPr>
        <w:t>, ОШ села Златополье</w:t>
      </w:r>
      <w:r w:rsidRPr="000C7098">
        <w:rPr>
          <w:rFonts w:ascii="Times New Roman" w:hAnsi="Times New Roman" w:cs="Times New Roman"/>
          <w:sz w:val="28"/>
          <w:szCs w:val="28"/>
          <w:lang w:val="ru-RU"/>
        </w:rPr>
        <w:br/>
      </w:r>
      <w:r w:rsidR="000C7098" w:rsidRPr="000C7098">
        <w:rPr>
          <w:rFonts w:ascii="Times New Roman" w:hAnsi="Times New Roman" w:cs="Times New Roman"/>
          <w:sz w:val="28"/>
          <w:szCs w:val="28"/>
          <w:lang w:val="ru-RU"/>
        </w:rPr>
        <w:t>Срок оказания услуг: в течении 30 календарных дней после заключения договора</w:t>
      </w:r>
    </w:p>
    <w:p w:rsidR="000C7098" w:rsidRPr="000C7098" w:rsidRDefault="000C7098" w:rsidP="000C7098">
      <w:pPr>
        <w:pStyle w:val="a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tbl>
      <w:tblPr>
        <w:tblStyle w:val="aff0"/>
        <w:tblW w:w="9498" w:type="dxa"/>
        <w:tblInd w:w="108" w:type="dxa"/>
        <w:tblLook w:val="04A0" w:firstRow="1" w:lastRow="0" w:firstColumn="1" w:lastColumn="0" w:noHBand="0" w:noVBand="1"/>
      </w:tblPr>
      <w:tblGrid>
        <w:gridCol w:w="675"/>
        <w:gridCol w:w="5103"/>
        <w:gridCol w:w="1400"/>
        <w:gridCol w:w="2320"/>
      </w:tblGrid>
      <w:tr w:rsidR="000C7098" w:rsidRPr="000C7098" w:rsidTr="000C7098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098" w:rsidRPr="000C7098" w:rsidRDefault="000C7098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0C709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098" w:rsidRPr="000C7098" w:rsidRDefault="000C7098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709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098" w:rsidRPr="000C7098" w:rsidRDefault="000C7098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7098">
              <w:rPr>
                <w:rFonts w:ascii="Times New Roman" w:hAnsi="Times New Roman" w:cs="Times New Roman"/>
                <w:b/>
                <w:sz w:val="28"/>
                <w:szCs w:val="28"/>
              </w:rPr>
              <w:t>Ед. изм</w:t>
            </w:r>
          </w:p>
        </w:tc>
        <w:tc>
          <w:tcPr>
            <w:tcW w:w="2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098" w:rsidRPr="000C7098" w:rsidRDefault="000C7098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709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0C7098" w:rsidRPr="000C7098" w:rsidTr="000C7098">
        <w:trPr>
          <w:trHeight w:val="511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7098" w:rsidRPr="000C7098" w:rsidRDefault="000C7098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70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098" w:rsidRPr="000C7098" w:rsidRDefault="000C7098" w:rsidP="00A07A46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C70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Подключение или отключение электроустановок юр</w:t>
            </w:r>
            <w:r w:rsidR="00A07A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идических</w:t>
            </w:r>
            <w:r w:rsidRPr="000C70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лиц</w:t>
            </w:r>
          </w:p>
        </w:tc>
        <w:tc>
          <w:tcPr>
            <w:tcW w:w="1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7098" w:rsidRPr="000C7098" w:rsidRDefault="000C7098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C709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C7098" w:rsidRPr="00791C68" w:rsidRDefault="00791C68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0C7098" w:rsidRPr="000C7098" w:rsidRDefault="000C7098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0C7098" w:rsidRDefault="000C7098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C7098">
        <w:rPr>
          <w:rFonts w:ascii="Times New Roman" w:hAnsi="Times New Roman" w:cs="Times New Roman"/>
          <w:sz w:val="28"/>
          <w:szCs w:val="28"/>
          <w:lang w:val="ru-RU"/>
        </w:rPr>
        <w:t>Материал за счет заказчика. Работы будут выполнены после подачи заявки заказчика.</w:t>
      </w: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0C7098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D33FA" w:rsidRDefault="00DD33FA" w:rsidP="00BA341C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 w:rsidR="00DD33FA" w:rsidSect="00A2473C">
      <w:pgSz w:w="12240" w:h="15840"/>
      <w:pgMar w:top="993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609" w:rsidRDefault="00122609" w:rsidP="00A5102E">
      <w:pPr>
        <w:spacing w:after="0" w:line="240" w:lineRule="auto"/>
      </w:pPr>
      <w:r>
        <w:separator/>
      </w:r>
    </w:p>
  </w:endnote>
  <w:endnote w:type="continuationSeparator" w:id="0">
    <w:p w:rsidR="00122609" w:rsidRDefault="00122609" w:rsidP="00A51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609" w:rsidRDefault="00122609" w:rsidP="00A5102E">
      <w:pPr>
        <w:spacing w:after="0" w:line="240" w:lineRule="auto"/>
      </w:pPr>
      <w:r>
        <w:separator/>
      </w:r>
    </w:p>
  </w:footnote>
  <w:footnote w:type="continuationSeparator" w:id="0">
    <w:p w:rsidR="00122609" w:rsidRDefault="00122609" w:rsidP="00A510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056E7"/>
    <w:rsid w:val="00034616"/>
    <w:rsid w:val="0006063C"/>
    <w:rsid w:val="000842C9"/>
    <w:rsid w:val="000C7098"/>
    <w:rsid w:val="00122609"/>
    <w:rsid w:val="0015074B"/>
    <w:rsid w:val="001A08A0"/>
    <w:rsid w:val="001F4EDC"/>
    <w:rsid w:val="0029639D"/>
    <w:rsid w:val="00326F90"/>
    <w:rsid w:val="0035335C"/>
    <w:rsid w:val="0037356B"/>
    <w:rsid w:val="004C207C"/>
    <w:rsid w:val="00555D4D"/>
    <w:rsid w:val="00791C68"/>
    <w:rsid w:val="00804E01"/>
    <w:rsid w:val="008208C9"/>
    <w:rsid w:val="00A07A46"/>
    <w:rsid w:val="00A2473C"/>
    <w:rsid w:val="00A5102E"/>
    <w:rsid w:val="00AA1D8D"/>
    <w:rsid w:val="00AF4A91"/>
    <w:rsid w:val="00B47730"/>
    <w:rsid w:val="00BA341C"/>
    <w:rsid w:val="00C0349C"/>
    <w:rsid w:val="00CB0664"/>
    <w:rsid w:val="00DD33FA"/>
    <w:rsid w:val="00EB580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638C87"/>
  <w14:defaultImageDpi w14:val="300"/>
  <w15:docId w15:val="{9D281983-4B36-4444-850B-90BE08A1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63AD1F-D5B0-4803-8133-56E95CAF7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ARYSTAN IT GROUP</cp:lastModifiedBy>
  <cp:revision>9</cp:revision>
  <dcterms:created xsi:type="dcterms:W3CDTF">2013-12-23T23:15:00Z</dcterms:created>
  <dcterms:modified xsi:type="dcterms:W3CDTF">2026-09-29T10:00:00Z</dcterms:modified>
  <cp:category/>
</cp:coreProperties>
</file>