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AE" w:rsidRPr="004539FF" w:rsidRDefault="004539FF">
      <w:pPr>
        <w:spacing w:after="240"/>
        <w:jc w:val="center"/>
        <w:rPr>
          <w:lang w:val="ru-RU"/>
        </w:rPr>
      </w:pPr>
      <w:r w:rsidRPr="004539FF">
        <w:rPr>
          <w:b/>
          <w:sz w:val="28"/>
          <w:lang w:val="ru-RU"/>
        </w:rPr>
        <w:t>ТЕХНИКАЛЫҚ С</w:t>
      </w:r>
      <w:r w:rsidRPr="004539FF">
        <w:rPr>
          <w:b/>
          <w:sz w:val="28"/>
          <w:lang w:val="ru-RU"/>
        </w:rPr>
        <w:t>ПЕЦИФИКАЦИЯ</w:t>
      </w:r>
      <w:r>
        <w:rPr>
          <w:b/>
          <w:sz w:val="28"/>
          <w:lang w:val="ru-RU"/>
        </w:rPr>
        <w:t xml:space="preserve"> / </w:t>
      </w:r>
      <w:r w:rsidRPr="004539FF">
        <w:rPr>
          <w:b/>
          <w:sz w:val="28"/>
          <w:lang w:val="ru-RU"/>
        </w:rPr>
        <w:t xml:space="preserve">ТЕХНИЧЕСКАЯ СПЕЦИФИКАЦИЯ </w:t>
      </w:r>
      <w:r w:rsidRPr="004539FF">
        <w:rPr>
          <w:b/>
          <w:sz w:val="28"/>
          <w:lang w:val="ru-RU"/>
        </w:rPr>
        <w:br/>
      </w:r>
      <w:proofErr w:type="spellStart"/>
      <w:r w:rsidRPr="004539FF">
        <w:rPr>
          <w:b/>
          <w:sz w:val="24"/>
          <w:lang w:val="ru-RU"/>
        </w:rPr>
        <w:t>Мұрағаттық</w:t>
      </w:r>
      <w:proofErr w:type="spellEnd"/>
      <w:r w:rsidRPr="004539FF">
        <w:rPr>
          <w:b/>
          <w:sz w:val="24"/>
          <w:lang w:val="ru-RU"/>
        </w:rPr>
        <w:t xml:space="preserve"> </w:t>
      </w:r>
      <w:proofErr w:type="spellStart"/>
      <w:r w:rsidRPr="004539FF">
        <w:rPr>
          <w:b/>
          <w:sz w:val="24"/>
          <w:lang w:val="ru-RU"/>
        </w:rPr>
        <w:t>және</w:t>
      </w:r>
      <w:proofErr w:type="spellEnd"/>
      <w:r w:rsidRPr="004539FF">
        <w:rPr>
          <w:b/>
          <w:sz w:val="24"/>
          <w:lang w:val="ru-RU"/>
        </w:rPr>
        <w:t xml:space="preserve"> </w:t>
      </w:r>
      <w:proofErr w:type="spellStart"/>
      <w:proofErr w:type="gramStart"/>
      <w:r w:rsidRPr="004539FF">
        <w:rPr>
          <w:b/>
          <w:sz w:val="24"/>
          <w:lang w:val="ru-RU"/>
        </w:rPr>
        <w:t>бас</w:t>
      </w:r>
      <w:proofErr w:type="gramEnd"/>
      <w:r w:rsidRPr="004539FF">
        <w:rPr>
          <w:b/>
          <w:sz w:val="24"/>
          <w:lang w:val="ru-RU"/>
        </w:rPr>
        <w:t>қа</w:t>
      </w:r>
      <w:proofErr w:type="spellEnd"/>
      <w:r w:rsidRPr="004539FF">
        <w:rPr>
          <w:b/>
          <w:sz w:val="24"/>
          <w:lang w:val="ru-RU"/>
        </w:rPr>
        <w:t xml:space="preserve"> да </w:t>
      </w:r>
      <w:proofErr w:type="spellStart"/>
      <w:r w:rsidRPr="004539FF">
        <w:rPr>
          <w:b/>
          <w:sz w:val="24"/>
          <w:lang w:val="ru-RU"/>
        </w:rPr>
        <w:t>құжаттаманы</w:t>
      </w:r>
      <w:proofErr w:type="spellEnd"/>
      <w:r w:rsidRPr="004539FF">
        <w:rPr>
          <w:b/>
          <w:sz w:val="24"/>
          <w:lang w:val="ru-RU"/>
        </w:rPr>
        <w:t xml:space="preserve"> </w:t>
      </w:r>
      <w:proofErr w:type="spellStart"/>
      <w:r w:rsidRPr="004539FF">
        <w:rPr>
          <w:b/>
          <w:sz w:val="24"/>
          <w:lang w:val="ru-RU"/>
        </w:rPr>
        <w:t>түптеу</w:t>
      </w:r>
      <w:proofErr w:type="spellEnd"/>
      <w:r w:rsidRPr="004539FF">
        <w:rPr>
          <w:b/>
          <w:sz w:val="24"/>
          <w:lang w:val="ru-RU"/>
        </w:rPr>
        <w:t xml:space="preserve"> </w:t>
      </w:r>
      <w:proofErr w:type="spellStart"/>
      <w:r w:rsidRPr="004539FF">
        <w:rPr>
          <w:b/>
          <w:sz w:val="24"/>
          <w:lang w:val="ru-RU"/>
        </w:rPr>
        <w:t>қызметтері</w:t>
      </w:r>
      <w:proofErr w:type="spellEnd"/>
      <w:r>
        <w:rPr>
          <w:b/>
          <w:sz w:val="24"/>
          <w:lang w:val="ru-RU"/>
        </w:rPr>
        <w:br/>
      </w:r>
      <w:r w:rsidRPr="004539FF">
        <w:rPr>
          <w:b/>
          <w:sz w:val="24"/>
          <w:lang w:val="ru-RU"/>
        </w:rPr>
        <w:t>Услуги по переплет</w:t>
      </w:r>
      <w:r>
        <w:rPr>
          <w:b/>
          <w:sz w:val="24"/>
          <w:lang w:val="ru-RU"/>
        </w:rPr>
        <w:t xml:space="preserve">у архивной и иной документации 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556"/>
        <w:gridCol w:w="2556"/>
        <w:gridCol w:w="2556"/>
        <w:gridCol w:w="2556"/>
      </w:tblGrid>
      <w:tr w:rsidR="003030AE">
        <w:tc>
          <w:tcPr>
            <w:tcW w:w="2556" w:type="dxa"/>
            <w:shd w:val="clear" w:color="auto" w:fill="F2F2F2"/>
          </w:tcPr>
          <w:p w:rsidR="003030AE" w:rsidRPr="004539FF" w:rsidRDefault="004539FF">
            <w:pPr>
              <w:spacing w:before="80" w:after="80" w:line="276" w:lineRule="auto"/>
              <w:jc w:val="center"/>
              <w:rPr>
                <w:lang w:val="ru-RU"/>
              </w:rPr>
            </w:pPr>
            <w:r w:rsidRPr="004539FF">
              <w:rPr>
                <w:b/>
                <w:sz w:val="20"/>
                <w:lang w:val="ru-RU"/>
              </w:rPr>
              <w:t xml:space="preserve">Наименование закупаемых услуг / </w:t>
            </w:r>
            <w:proofErr w:type="spellStart"/>
            <w:r w:rsidRPr="004539FF">
              <w:rPr>
                <w:b/>
                <w:sz w:val="20"/>
                <w:lang w:val="ru-RU"/>
              </w:rPr>
              <w:t>Сатып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</w:t>
            </w:r>
            <w:proofErr w:type="spellStart"/>
            <w:r w:rsidRPr="004539FF">
              <w:rPr>
                <w:b/>
                <w:sz w:val="20"/>
                <w:lang w:val="ru-RU"/>
              </w:rPr>
              <w:t>алынатын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</w:t>
            </w:r>
            <w:proofErr w:type="spellStart"/>
            <w:r w:rsidRPr="004539FF">
              <w:rPr>
                <w:b/>
                <w:sz w:val="20"/>
                <w:lang w:val="ru-RU"/>
              </w:rPr>
              <w:t>қызметтердің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</w:t>
            </w:r>
            <w:proofErr w:type="spellStart"/>
            <w:r w:rsidRPr="004539FF">
              <w:rPr>
                <w:b/>
                <w:sz w:val="20"/>
                <w:lang w:val="ru-RU"/>
              </w:rPr>
              <w:t>атауы</w:t>
            </w:r>
            <w:proofErr w:type="spellEnd"/>
          </w:p>
        </w:tc>
        <w:tc>
          <w:tcPr>
            <w:tcW w:w="2556" w:type="dxa"/>
            <w:shd w:val="clear" w:color="auto" w:fill="F2F2F2"/>
          </w:tcPr>
          <w:p w:rsidR="003030AE" w:rsidRPr="004539FF" w:rsidRDefault="004539FF">
            <w:pPr>
              <w:spacing w:before="80" w:after="80" w:line="276" w:lineRule="auto"/>
              <w:jc w:val="center"/>
              <w:rPr>
                <w:lang w:val="ru-RU"/>
              </w:rPr>
            </w:pPr>
            <w:r w:rsidRPr="004539FF">
              <w:rPr>
                <w:b/>
                <w:sz w:val="20"/>
                <w:lang w:val="ru-RU"/>
              </w:rPr>
              <w:t xml:space="preserve">Краткое описание (техническая </w:t>
            </w:r>
            <w:r w:rsidRPr="004539FF">
              <w:rPr>
                <w:b/>
                <w:sz w:val="20"/>
                <w:lang w:val="ru-RU"/>
              </w:rPr>
              <w:t xml:space="preserve">характеристика) / </w:t>
            </w:r>
            <w:proofErr w:type="spellStart"/>
            <w:r w:rsidRPr="004539FF">
              <w:rPr>
                <w:b/>
                <w:sz w:val="20"/>
                <w:lang w:val="ru-RU"/>
              </w:rPr>
              <w:t>Қысқаша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</w:t>
            </w:r>
            <w:proofErr w:type="spellStart"/>
            <w:r w:rsidRPr="004539FF">
              <w:rPr>
                <w:b/>
                <w:sz w:val="20"/>
                <w:lang w:val="ru-RU"/>
              </w:rPr>
              <w:t>сипаттамасы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(</w:t>
            </w:r>
            <w:proofErr w:type="spellStart"/>
            <w:r w:rsidRPr="004539FF">
              <w:rPr>
                <w:b/>
                <w:sz w:val="20"/>
                <w:lang w:val="ru-RU"/>
              </w:rPr>
              <w:t>техникалық</w:t>
            </w:r>
            <w:proofErr w:type="spellEnd"/>
            <w:r w:rsidRPr="004539FF">
              <w:rPr>
                <w:b/>
                <w:sz w:val="20"/>
                <w:lang w:val="ru-RU"/>
              </w:rPr>
              <w:t xml:space="preserve"> </w:t>
            </w:r>
            <w:proofErr w:type="spellStart"/>
            <w:r w:rsidRPr="004539FF">
              <w:rPr>
                <w:b/>
                <w:sz w:val="20"/>
                <w:lang w:val="ru-RU"/>
              </w:rPr>
              <w:t>сипаттамасы</w:t>
            </w:r>
            <w:proofErr w:type="spellEnd"/>
            <w:r w:rsidRPr="004539FF">
              <w:rPr>
                <w:b/>
                <w:sz w:val="20"/>
                <w:lang w:val="ru-RU"/>
              </w:rPr>
              <w:t>)</w:t>
            </w:r>
          </w:p>
        </w:tc>
        <w:tc>
          <w:tcPr>
            <w:tcW w:w="2556" w:type="dxa"/>
            <w:shd w:val="clear" w:color="auto" w:fill="F2F2F2"/>
          </w:tcPr>
          <w:p w:rsidR="003030AE" w:rsidRDefault="004539FF">
            <w:pPr>
              <w:spacing w:before="80" w:after="80" w:line="276" w:lineRule="auto"/>
              <w:jc w:val="center"/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</w:rPr>
              <w:t>. изм. / Өлшем бірл.</w:t>
            </w:r>
          </w:p>
        </w:tc>
        <w:tc>
          <w:tcPr>
            <w:tcW w:w="2556" w:type="dxa"/>
            <w:shd w:val="clear" w:color="auto" w:fill="F2F2F2"/>
          </w:tcPr>
          <w:p w:rsidR="003030AE" w:rsidRDefault="004539FF">
            <w:pPr>
              <w:spacing w:before="80" w:after="80" w:line="276" w:lineRule="auto"/>
              <w:jc w:val="center"/>
            </w:pPr>
            <w:r>
              <w:rPr>
                <w:b/>
                <w:sz w:val="20"/>
              </w:rPr>
              <w:t>Количество (объем) / Саны (көлемі)</w:t>
            </w:r>
          </w:p>
        </w:tc>
      </w:tr>
      <w:tr w:rsidR="003030AE">
        <w:tc>
          <w:tcPr>
            <w:tcW w:w="2556" w:type="dxa"/>
          </w:tcPr>
          <w:p w:rsidR="003030AE" w:rsidRPr="004539FF" w:rsidRDefault="004539FF">
            <w:pPr>
              <w:spacing w:before="60" w:after="60" w:line="276" w:lineRule="auto"/>
              <w:rPr>
                <w:lang w:val="ru-RU"/>
              </w:rPr>
            </w:pPr>
            <w:r w:rsidRPr="004539FF">
              <w:rPr>
                <w:sz w:val="20"/>
                <w:lang w:val="ru-RU"/>
              </w:rPr>
              <w:t>Услуги по переплету архивной, бухгалтерской и иной документации любой толщины</w:t>
            </w:r>
          </w:p>
        </w:tc>
        <w:tc>
          <w:tcPr>
            <w:tcW w:w="2556" w:type="dxa"/>
          </w:tcPr>
          <w:p w:rsidR="003030AE" w:rsidRPr="004539FF" w:rsidRDefault="004539FF">
            <w:pPr>
              <w:spacing w:before="60" w:after="60" w:line="276" w:lineRule="auto"/>
              <w:rPr>
                <w:lang w:val="ru-RU"/>
              </w:rPr>
            </w:pPr>
            <w:r w:rsidRPr="004539FF">
              <w:rPr>
                <w:sz w:val="18"/>
                <w:lang w:val="ru-RU"/>
              </w:rPr>
              <w:t>Услуги по переплету архивных документов, в том числе бух</w:t>
            </w:r>
            <w:r w:rsidRPr="004539FF">
              <w:rPr>
                <w:sz w:val="18"/>
                <w:lang w:val="ru-RU"/>
              </w:rPr>
              <w:t>галтерских и иных дел любой толщины (включая дела объемом до 150 листов и более). Работы включают извлечение металлических предметов, файлов, систематизацию, прошивку на 4 прокола прочной банковской нитью, оформление твердого переплета (картон до 2 мм). Об</w:t>
            </w:r>
            <w:r w:rsidRPr="004539FF">
              <w:rPr>
                <w:sz w:val="18"/>
                <w:lang w:val="ru-RU"/>
              </w:rPr>
              <w:t xml:space="preserve">язательно нанесение компьютерной </w:t>
            </w:r>
            <w:proofErr w:type="spellStart"/>
            <w:r w:rsidRPr="004539FF">
              <w:rPr>
                <w:sz w:val="18"/>
                <w:lang w:val="ru-RU"/>
              </w:rPr>
              <w:t>невыгораемой</w:t>
            </w:r>
            <w:proofErr w:type="spellEnd"/>
            <w:r w:rsidRPr="004539FF">
              <w:rPr>
                <w:sz w:val="18"/>
                <w:lang w:val="ru-RU"/>
              </w:rPr>
              <w:t xml:space="preserve"> надписи на корешке книги (архивный шифр, год, заголовок) методом, устойчивым к ультрафиолету и истиранию.</w:t>
            </w:r>
          </w:p>
        </w:tc>
        <w:tc>
          <w:tcPr>
            <w:tcW w:w="2556" w:type="dxa"/>
          </w:tcPr>
          <w:p w:rsidR="003030AE" w:rsidRPr="004539FF" w:rsidRDefault="004539FF">
            <w:pPr>
              <w:spacing w:before="60" w:after="60" w:line="276" w:lineRule="auto"/>
              <w:jc w:val="center"/>
              <w:rPr>
                <w:lang w:val="kk-KZ"/>
              </w:rPr>
            </w:pPr>
            <w:proofErr w:type="spellStart"/>
            <w:r>
              <w:rPr>
                <w:sz w:val="20"/>
              </w:rPr>
              <w:t>Папка</w:t>
            </w:r>
            <w:proofErr w:type="spellEnd"/>
          </w:p>
        </w:tc>
        <w:tc>
          <w:tcPr>
            <w:tcW w:w="2556" w:type="dxa"/>
          </w:tcPr>
          <w:p w:rsidR="003030AE" w:rsidRPr="004539FF" w:rsidRDefault="004539FF" w:rsidP="004539FF">
            <w:pPr>
              <w:spacing w:before="60" w:after="60" w:line="276" w:lineRule="auto"/>
              <w:jc w:val="center"/>
              <w:rPr>
                <w:lang w:val="kk-KZ"/>
              </w:rPr>
            </w:pPr>
            <w:r>
              <w:rPr>
                <w:i/>
                <w:sz w:val="20"/>
                <w:lang w:val="ru-RU"/>
              </w:rPr>
              <w:t>300</w:t>
            </w:r>
            <w:r>
              <w:rPr>
                <w:i/>
                <w:sz w:val="20"/>
                <w:lang w:val="kk-KZ"/>
              </w:rPr>
              <w:t xml:space="preserve"> папка</w:t>
            </w:r>
          </w:p>
        </w:tc>
      </w:tr>
      <w:tr w:rsidR="003030AE">
        <w:tc>
          <w:tcPr>
            <w:tcW w:w="2556" w:type="dxa"/>
          </w:tcPr>
          <w:p w:rsidR="003030AE" w:rsidRDefault="004539FF">
            <w:pPr>
              <w:spacing w:before="60" w:after="60" w:line="276" w:lineRule="auto"/>
            </w:pPr>
            <w:r>
              <w:rPr>
                <w:sz w:val="20"/>
              </w:rPr>
              <w:t>Кез келген қалыңдықтағы мұрағаттық, бухгалт</w:t>
            </w:r>
            <w:r>
              <w:rPr>
                <w:sz w:val="20"/>
              </w:rPr>
              <w:t>ерлік және басқа да құжаттаманы түптеу қызметтері</w:t>
            </w:r>
          </w:p>
        </w:tc>
        <w:tc>
          <w:tcPr>
            <w:tcW w:w="2556" w:type="dxa"/>
          </w:tcPr>
          <w:p w:rsidR="003030AE" w:rsidRDefault="004539FF">
            <w:pPr>
              <w:spacing w:before="60" w:after="60" w:line="276" w:lineRule="auto"/>
            </w:pPr>
            <w:r>
              <w:rPr>
                <w:sz w:val="18"/>
              </w:rPr>
              <w:t xml:space="preserve">Мұрағаттық құжаттарды, соның ішінде кез келген қалыңдықтағы (150 параққа дейінгі және одан жоғары істерді қоса алғанда) бухгалтерлік және басқа да істерді түптеу жөніндегі қызметтер. Жұмыстарға металл </w:t>
            </w:r>
            <w:r>
              <w:rPr>
                <w:sz w:val="18"/>
              </w:rPr>
              <w:t>заттарды, файлдарды алып тастау, жүйелеу, мықты банктік жіппен 4 жерден тесіп тігу, қатты мұқабаны (2 мм-ге дейінгі картон) рәсімдеу кіреді. Ультракүлгін сәулелерге және үйкеліске төзімді әдіспен кітаптың түпнұсқасына (корешок) компьютерлік күймейтін жазуд</w:t>
            </w:r>
            <w:r>
              <w:rPr>
                <w:sz w:val="18"/>
              </w:rPr>
              <w:t>ы (мұрағаттық шифр, жыл, тақырып) міндетті түрде түсіру қажет.</w:t>
            </w:r>
          </w:p>
        </w:tc>
        <w:tc>
          <w:tcPr>
            <w:tcW w:w="2556" w:type="dxa"/>
          </w:tcPr>
          <w:p w:rsidR="003030AE" w:rsidRPr="004539FF" w:rsidRDefault="004539FF">
            <w:pPr>
              <w:spacing w:before="60" w:after="60" w:line="276" w:lineRule="auto"/>
              <w:jc w:val="center"/>
              <w:rPr>
                <w:lang w:val="kk-KZ"/>
              </w:rPr>
            </w:pPr>
            <w:proofErr w:type="spellStart"/>
            <w:r>
              <w:rPr>
                <w:sz w:val="20"/>
              </w:rPr>
              <w:t>Папка</w:t>
            </w:r>
            <w:proofErr w:type="spellEnd"/>
          </w:p>
        </w:tc>
        <w:tc>
          <w:tcPr>
            <w:tcW w:w="2556" w:type="dxa"/>
          </w:tcPr>
          <w:p w:rsidR="003030AE" w:rsidRPr="004539FF" w:rsidRDefault="004539FF" w:rsidP="004539FF">
            <w:pPr>
              <w:spacing w:before="60" w:after="60" w:line="276" w:lineRule="auto"/>
              <w:rPr>
                <w:lang w:val="kk-KZ"/>
              </w:rPr>
            </w:pPr>
            <w:r>
              <w:rPr>
                <w:i/>
                <w:sz w:val="20"/>
                <w:lang w:val="kk-KZ"/>
              </w:rPr>
              <w:t xml:space="preserve">                    </w:t>
            </w:r>
            <w:r>
              <w:rPr>
                <w:i/>
                <w:sz w:val="20"/>
                <w:lang w:val="ru-RU"/>
              </w:rPr>
              <w:t>300 папка</w:t>
            </w:r>
          </w:p>
        </w:tc>
      </w:tr>
    </w:tbl>
    <w:p w:rsidR="004539FF" w:rsidRDefault="004539FF">
      <w:pPr>
        <w:spacing w:before="240" w:after="120"/>
        <w:jc w:val="center"/>
        <w:rPr>
          <w:b/>
          <w:sz w:val="24"/>
          <w:lang w:val="kk-KZ"/>
        </w:rPr>
      </w:pPr>
    </w:p>
    <w:p w:rsidR="003030AE" w:rsidRDefault="004539FF">
      <w:pPr>
        <w:spacing w:before="240" w:after="120"/>
        <w:jc w:val="center"/>
      </w:pPr>
      <w:r>
        <w:rPr>
          <w:b/>
          <w:sz w:val="24"/>
        </w:rPr>
        <w:lastRenderedPageBreak/>
        <w:t>ОБЩИЕ ТРЕБОВАНИЯ / ЖАЛПЫ ТАЛАПТАР</w:t>
      </w:r>
    </w:p>
    <w:p w:rsidR="003030AE" w:rsidRPr="004539FF" w:rsidRDefault="004539FF">
      <w:pPr>
        <w:spacing w:before="160" w:after="40"/>
        <w:rPr>
          <w:lang w:val="ru-RU"/>
        </w:rPr>
      </w:pPr>
      <w:r w:rsidRPr="004539FF">
        <w:rPr>
          <w:b/>
          <w:lang w:val="ru-RU"/>
        </w:rPr>
        <w:t xml:space="preserve">1. Место оказания услуг / </w:t>
      </w:r>
      <w:proofErr w:type="spellStart"/>
      <w:r w:rsidRPr="004539FF">
        <w:rPr>
          <w:b/>
          <w:lang w:val="ru-RU"/>
        </w:rPr>
        <w:t>Қызмет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көрсету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орны</w:t>
      </w:r>
      <w:proofErr w:type="spellEnd"/>
      <w:r w:rsidRPr="004539FF">
        <w:rPr>
          <w:b/>
          <w:lang w:val="ru-RU"/>
        </w:rPr>
        <w:t>:</w:t>
      </w:r>
    </w:p>
    <w:p w:rsidR="003030AE" w:rsidRPr="004539FF" w:rsidRDefault="004539FF">
      <w:pPr>
        <w:spacing w:after="120"/>
        <w:rPr>
          <w:lang w:val="ru-RU"/>
        </w:rPr>
      </w:pPr>
      <w:r w:rsidRPr="004539FF">
        <w:rPr>
          <w:lang w:val="ru-RU"/>
        </w:rPr>
        <w:t>Оказание услуг осуществл</w:t>
      </w:r>
      <w:r>
        <w:rPr>
          <w:lang w:val="ru-RU"/>
        </w:rPr>
        <w:t xml:space="preserve">яется по адресу Заказчика: </w:t>
      </w:r>
      <w:r w:rsidRPr="004539FF">
        <w:rPr>
          <w:lang w:val="ru-RU"/>
        </w:rPr>
        <w:t>в г. Шымкент</w:t>
      </w:r>
      <w:r>
        <w:rPr>
          <w:lang w:val="ru-RU"/>
        </w:rPr>
        <w:t xml:space="preserve">, проспект </w:t>
      </w:r>
      <w:proofErr w:type="spellStart"/>
      <w:r>
        <w:rPr>
          <w:lang w:val="ru-RU"/>
        </w:rPr>
        <w:t>Жибек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жолы</w:t>
      </w:r>
      <w:proofErr w:type="spellEnd"/>
      <w:r>
        <w:rPr>
          <w:lang w:val="ru-RU"/>
        </w:rPr>
        <w:t xml:space="preserve"> 13/1.</w:t>
      </w:r>
      <w:r w:rsidRPr="004539FF">
        <w:rPr>
          <w:lang w:val="ru-RU"/>
        </w:rPr>
        <w:br/>
      </w:r>
      <w:proofErr w:type="spellStart"/>
      <w:r w:rsidRPr="004539FF">
        <w:rPr>
          <w:lang w:val="ru-RU"/>
        </w:rPr>
        <w:t>Қызметтер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Тапсырыс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берушінің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мекенжайы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бойынша</w:t>
      </w:r>
      <w:proofErr w:type="spellEnd"/>
      <w:r w:rsidRPr="004539FF">
        <w:rPr>
          <w:lang w:val="ru-RU"/>
        </w:rPr>
        <w:t xml:space="preserve">: </w:t>
      </w:r>
      <w:proofErr w:type="gramStart"/>
      <w:r w:rsidRPr="004539FF">
        <w:rPr>
          <w:lang w:val="ru-RU"/>
        </w:rPr>
        <w:t xml:space="preserve">Шымкент қ. </w:t>
      </w:r>
      <w:proofErr w:type="spellStart"/>
      <w:r>
        <w:rPr>
          <w:lang w:val="ru-RU"/>
        </w:rPr>
        <w:t>Ж</w:t>
      </w:r>
      <w:proofErr w:type="gramEnd"/>
      <w:r>
        <w:rPr>
          <w:lang w:val="ru-RU"/>
        </w:rPr>
        <w:t>ібек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жолы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даңғылы</w:t>
      </w:r>
      <w:proofErr w:type="spellEnd"/>
      <w:r>
        <w:rPr>
          <w:lang w:val="ru-RU"/>
        </w:rPr>
        <w:t xml:space="preserve"> 13/1.</w:t>
      </w:r>
    </w:p>
    <w:p w:rsidR="003030AE" w:rsidRPr="004539FF" w:rsidRDefault="004539FF">
      <w:pPr>
        <w:spacing w:before="160" w:after="40"/>
        <w:rPr>
          <w:lang w:val="ru-RU"/>
        </w:rPr>
      </w:pPr>
      <w:r w:rsidRPr="004539FF">
        <w:rPr>
          <w:b/>
          <w:lang w:val="ru-RU"/>
        </w:rPr>
        <w:t>2. Технологический процесс переплета</w:t>
      </w:r>
      <w:proofErr w:type="gramStart"/>
      <w:r w:rsidRPr="004539FF">
        <w:rPr>
          <w:b/>
          <w:lang w:val="ru-RU"/>
        </w:rPr>
        <w:t xml:space="preserve"> / </w:t>
      </w:r>
      <w:proofErr w:type="spellStart"/>
      <w:r w:rsidRPr="004539FF">
        <w:rPr>
          <w:b/>
          <w:lang w:val="ru-RU"/>
        </w:rPr>
        <w:t>Т</w:t>
      </w:r>
      <w:proofErr w:type="gramEnd"/>
      <w:r w:rsidRPr="004539FF">
        <w:rPr>
          <w:b/>
          <w:lang w:val="ru-RU"/>
        </w:rPr>
        <w:t>үптеудің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технологиялық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процесі</w:t>
      </w:r>
      <w:proofErr w:type="spellEnd"/>
      <w:r w:rsidRPr="004539FF">
        <w:rPr>
          <w:b/>
          <w:lang w:val="ru-RU"/>
        </w:rPr>
        <w:t>:</w:t>
      </w:r>
    </w:p>
    <w:p w:rsidR="003030AE" w:rsidRPr="004539FF" w:rsidRDefault="004539FF">
      <w:pPr>
        <w:spacing w:after="120"/>
        <w:rPr>
          <w:lang w:val="ru-RU"/>
        </w:rPr>
      </w:pPr>
      <w:r w:rsidRPr="004539FF">
        <w:rPr>
          <w:lang w:val="ru-RU"/>
        </w:rPr>
        <w:t>• Извлечение металлических скрепок, скоб, зажимов, прозрачных файлов.</w:t>
      </w:r>
      <w:r w:rsidRPr="004539FF">
        <w:rPr>
          <w:lang w:val="ru-RU"/>
        </w:rPr>
        <w:br/>
        <w:t xml:space="preserve">• Металл </w:t>
      </w:r>
      <w:proofErr w:type="spellStart"/>
      <w:r w:rsidRPr="004539FF">
        <w:rPr>
          <w:lang w:val="ru-RU"/>
        </w:rPr>
        <w:t>қапсырмаларды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қыстырғыштарды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файлдарды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алып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тастау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Формирование архивных дел в хронологи</w:t>
      </w:r>
      <w:r w:rsidRPr="004539FF">
        <w:rPr>
          <w:lang w:val="ru-RU"/>
        </w:rPr>
        <w:t xml:space="preserve">ческом/нумерационном порядке толщиной </w:t>
      </w:r>
      <w:r w:rsidRPr="004539FF">
        <w:rPr>
          <w:lang w:val="ru-RU"/>
        </w:rPr>
        <w:t>150 листов</w:t>
      </w:r>
      <w:r>
        <w:rPr>
          <w:lang w:val="ru-RU"/>
        </w:rPr>
        <w:t xml:space="preserve"> (сто </w:t>
      </w:r>
      <w:proofErr w:type="spellStart"/>
      <w:r>
        <w:rPr>
          <w:lang w:val="ru-RU"/>
        </w:rPr>
        <w:t>пятдесять</w:t>
      </w:r>
      <w:proofErr w:type="spellEnd"/>
      <w:r>
        <w:rPr>
          <w:lang w:val="ru-RU"/>
        </w:rPr>
        <w:t xml:space="preserve">) </w:t>
      </w:r>
      <w:r w:rsidRPr="004539FF">
        <w:rPr>
          <w:lang w:val="ru-RU"/>
        </w:rPr>
        <w:t xml:space="preserve"> и более.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Хронологиялық</w:t>
      </w:r>
      <w:proofErr w:type="spellEnd"/>
      <w:r w:rsidRPr="004539FF">
        <w:rPr>
          <w:lang w:val="ru-RU"/>
        </w:rPr>
        <w:t>/</w:t>
      </w:r>
      <w:proofErr w:type="spellStart"/>
      <w:r w:rsidRPr="004539FF">
        <w:rPr>
          <w:lang w:val="ru-RU"/>
        </w:rPr>
        <w:t>нөмірлік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тәртіппен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қалыңдығы</w:t>
      </w:r>
      <w:proofErr w:type="spellEnd"/>
      <w:r w:rsidRPr="004539FF">
        <w:rPr>
          <w:lang w:val="ru-RU"/>
        </w:rPr>
        <w:t xml:space="preserve"> 150 </w:t>
      </w:r>
      <w:r>
        <w:rPr>
          <w:lang w:val="ru-RU"/>
        </w:rPr>
        <w:t xml:space="preserve"> (</w:t>
      </w:r>
      <w:proofErr w:type="spellStart"/>
      <w:r>
        <w:rPr>
          <w:lang w:val="ru-RU"/>
        </w:rPr>
        <w:t>жү</w:t>
      </w:r>
      <w:proofErr w:type="gramStart"/>
      <w:r>
        <w:rPr>
          <w:lang w:val="ru-RU"/>
        </w:rPr>
        <w:t>з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елу</w:t>
      </w:r>
      <w:proofErr w:type="spellEnd"/>
      <w:proofErr w:type="gramEnd"/>
      <w:r>
        <w:rPr>
          <w:lang w:val="ru-RU"/>
        </w:rPr>
        <w:t xml:space="preserve">) </w:t>
      </w:r>
      <w:proofErr w:type="spellStart"/>
      <w:r>
        <w:rPr>
          <w:lang w:val="ru-RU"/>
        </w:rPr>
        <w:t>параққа</w:t>
      </w:r>
      <w:proofErr w:type="spellEnd"/>
      <w:r>
        <w:rPr>
          <w:lang w:val="ru-RU"/>
        </w:rPr>
        <w:t xml:space="preserve"> </w:t>
      </w:r>
      <w:proofErr w:type="spellStart"/>
      <w:r w:rsidRPr="004539FF">
        <w:rPr>
          <w:lang w:val="ru-RU"/>
        </w:rPr>
        <w:t>және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одан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жоғары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мұрағаттық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істерді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қалыптастыру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Прошивка дел прочной банковской (шпагатной) нитью на 4 прокола (прокола боково</w:t>
      </w:r>
      <w:r w:rsidRPr="004539FF">
        <w:rPr>
          <w:lang w:val="ru-RU"/>
        </w:rPr>
        <w:t>го поля) с обеспечением возможности свободного чтения всего текста документов.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Құжаттардың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барлық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мәтіні</w:t>
      </w:r>
      <w:proofErr w:type="gramStart"/>
      <w:r w:rsidRPr="004539FF">
        <w:rPr>
          <w:lang w:val="ru-RU"/>
        </w:rPr>
        <w:t>н</w:t>
      </w:r>
      <w:proofErr w:type="spellEnd"/>
      <w:proofErr w:type="gram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еркін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оқу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мүмкіндігін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қамтамасыз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ете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отырып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істерді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мықты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банктік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жіппен</w:t>
      </w:r>
      <w:proofErr w:type="spellEnd"/>
      <w:r w:rsidRPr="004539FF">
        <w:rPr>
          <w:lang w:val="ru-RU"/>
        </w:rPr>
        <w:t xml:space="preserve"> 4 </w:t>
      </w:r>
      <w:proofErr w:type="spellStart"/>
      <w:r w:rsidRPr="004539FF">
        <w:rPr>
          <w:lang w:val="ru-RU"/>
        </w:rPr>
        <w:t>жерден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тесіп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тігу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Оформление твердого переплета: использование плотно</w:t>
      </w:r>
      <w:r w:rsidRPr="004539FF">
        <w:rPr>
          <w:lang w:val="ru-RU"/>
        </w:rPr>
        <w:t xml:space="preserve">го переплетного картона (толщина до 2 мм), оклеенного </w:t>
      </w:r>
      <w:proofErr w:type="spellStart"/>
      <w:r w:rsidRPr="004539FF">
        <w:rPr>
          <w:lang w:val="ru-RU"/>
        </w:rPr>
        <w:t>бумвинилом</w:t>
      </w:r>
      <w:proofErr w:type="spellEnd"/>
      <w:r w:rsidRPr="004539FF">
        <w:rPr>
          <w:lang w:val="ru-RU"/>
        </w:rPr>
        <w:t>, коленкором или крафт-бумагой.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Қатты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мұқабаны</w:t>
      </w:r>
      <w:proofErr w:type="spellEnd"/>
      <w:r w:rsidRPr="004539FF">
        <w:rPr>
          <w:lang w:val="ru-RU"/>
        </w:rPr>
        <w:t xml:space="preserve"> </w:t>
      </w:r>
      <w:proofErr w:type="spellStart"/>
      <w:proofErr w:type="gramStart"/>
      <w:r w:rsidRPr="004539FF">
        <w:rPr>
          <w:lang w:val="ru-RU"/>
        </w:rPr>
        <w:t>р</w:t>
      </w:r>
      <w:proofErr w:type="gramEnd"/>
      <w:r w:rsidRPr="004539FF">
        <w:rPr>
          <w:lang w:val="ru-RU"/>
        </w:rPr>
        <w:t>әсімдеу</w:t>
      </w:r>
      <w:proofErr w:type="spellEnd"/>
      <w:r w:rsidRPr="004539FF">
        <w:rPr>
          <w:lang w:val="ru-RU"/>
        </w:rPr>
        <w:t xml:space="preserve">: </w:t>
      </w:r>
      <w:proofErr w:type="spellStart"/>
      <w:r w:rsidRPr="004539FF">
        <w:rPr>
          <w:lang w:val="ru-RU"/>
        </w:rPr>
        <w:t>бумвинилмен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коленкормен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немесе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крафт-қағазбен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қапталған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тығыз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түптеу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картонын</w:t>
      </w:r>
      <w:proofErr w:type="spellEnd"/>
      <w:r w:rsidRPr="004539FF">
        <w:rPr>
          <w:lang w:val="ru-RU"/>
        </w:rPr>
        <w:t xml:space="preserve"> (</w:t>
      </w:r>
      <w:proofErr w:type="spellStart"/>
      <w:r w:rsidRPr="004539FF">
        <w:rPr>
          <w:lang w:val="ru-RU"/>
        </w:rPr>
        <w:t>қалыңдығы</w:t>
      </w:r>
      <w:proofErr w:type="spellEnd"/>
      <w:r w:rsidRPr="004539FF">
        <w:rPr>
          <w:lang w:val="ru-RU"/>
        </w:rPr>
        <w:t xml:space="preserve"> 2 мм-</w:t>
      </w:r>
      <w:proofErr w:type="spellStart"/>
      <w:r w:rsidRPr="004539FF">
        <w:rPr>
          <w:lang w:val="ru-RU"/>
        </w:rPr>
        <w:t>ге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дейін</w:t>
      </w:r>
      <w:proofErr w:type="spellEnd"/>
      <w:r w:rsidRPr="004539FF">
        <w:rPr>
          <w:lang w:val="ru-RU"/>
        </w:rPr>
        <w:t xml:space="preserve">) </w:t>
      </w:r>
      <w:proofErr w:type="spellStart"/>
      <w:r w:rsidRPr="004539FF">
        <w:rPr>
          <w:lang w:val="ru-RU"/>
        </w:rPr>
        <w:t>пайдалану</w:t>
      </w:r>
      <w:proofErr w:type="spellEnd"/>
      <w:r w:rsidRPr="004539FF">
        <w:rPr>
          <w:lang w:val="ru-RU"/>
        </w:rPr>
        <w:t>.</w:t>
      </w:r>
    </w:p>
    <w:p w:rsidR="003030AE" w:rsidRPr="004539FF" w:rsidRDefault="004539FF">
      <w:pPr>
        <w:spacing w:before="160" w:after="40"/>
        <w:rPr>
          <w:lang w:val="ru-RU"/>
        </w:rPr>
      </w:pPr>
      <w:r w:rsidRPr="004539FF">
        <w:rPr>
          <w:b/>
          <w:lang w:val="ru-RU"/>
        </w:rPr>
        <w:t>3. Нанесение комп</w:t>
      </w:r>
      <w:r w:rsidRPr="004539FF">
        <w:rPr>
          <w:b/>
          <w:lang w:val="ru-RU"/>
        </w:rPr>
        <w:t xml:space="preserve">ьютерной надписи / </w:t>
      </w:r>
      <w:proofErr w:type="spellStart"/>
      <w:r w:rsidRPr="004539FF">
        <w:rPr>
          <w:b/>
          <w:lang w:val="ru-RU"/>
        </w:rPr>
        <w:t>Компьютерлік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жазуды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түсіру</w:t>
      </w:r>
      <w:proofErr w:type="spellEnd"/>
      <w:r w:rsidRPr="004539FF">
        <w:rPr>
          <w:b/>
          <w:lang w:val="ru-RU"/>
        </w:rPr>
        <w:t>:</w:t>
      </w:r>
    </w:p>
    <w:p w:rsidR="003030AE" w:rsidRPr="004539FF" w:rsidRDefault="004539FF">
      <w:pPr>
        <w:spacing w:after="120"/>
        <w:rPr>
          <w:lang w:val="ru-RU"/>
        </w:rPr>
      </w:pPr>
      <w:r w:rsidRPr="004539FF">
        <w:rPr>
          <w:lang w:val="ru-RU"/>
        </w:rPr>
        <w:t xml:space="preserve">• На корешок каждого оформленного дела (книги) наносится компьютерная </w:t>
      </w:r>
      <w:proofErr w:type="spellStart"/>
      <w:r w:rsidRPr="004539FF">
        <w:rPr>
          <w:lang w:val="ru-RU"/>
        </w:rPr>
        <w:t>невыгораемая</w:t>
      </w:r>
      <w:proofErr w:type="spellEnd"/>
      <w:r w:rsidRPr="004539FF">
        <w:rPr>
          <w:lang w:val="ru-RU"/>
        </w:rPr>
        <w:t xml:space="preserve"> надпись.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Әрбір</w:t>
      </w:r>
      <w:proofErr w:type="spellEnd"/>
      <w:r w:rsidRPr="004539FF">
        <w:rPr>
          <w:lang w:val="ru-RU"/>
        </w:rPr>
        <w:t xml:space="preserve"> </w:t>
      </w:r>
      <w:proofErr w:type="spellStart"/>
      <w:proofErr w:type="gramStart"/>
      <w:r w:rsidRPr="004539FF">
        <w:rPr>
          <w:lang w:val="ru-RU"/>
        </w:rPr>
        <w:t>р</w:t>
      </w:r>
      <w:proofErr w:type="gramEnd"/>
      <w:r w:rsidRPr="004539FF">
        <w:rPr>
          <w:lang w:val="ru-RU"/>
        </w:rPr>
        <w:t>әсімделген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істің</w:t>
      </w:r>
      <w:proofErr w:type="spellEnd"/>
      <w:r w:rsidRPr="004539FF">
        <w:rPr>
          <w:lang w:val="ru-RU"/>
        </w:rPr>
        <w:t xml:space="preserve"> (</w:t>
      </w:r>
      <w:proofErr w:type="spellStart"/>
      <w:r w:rsidRPr="004539FF">
        <w:rPr>
          <w:lang w:val="ru-RU"/>
        </w:rPr>
        <w:t>кітаптың</w:t>
      </w:r>
      <w:proofErr w:type="spellEnd"/>
      <w:r w:rsidRPr="004539FF">
        <w:rPr>
          <w:lang w:val="ru-RU"/>
        </w:rPr>
        <w:t xml:space="preserve">) </w:t>
      </w:r>
      <w:proofErr w:type="spellStart"/>
      <w:r w:rsidRPr="004539FF">
        <w:rPr>
          <w:lang w:val="ru-RU"/>
        </w:rPr>
        <w:t>түпнұсқасына</w:t>
      </w:r>
      <w:proofErr w:type="spellEnd"/>
      <w:r w:rsidRPr="004539FF">
        <w:rPr>
          <w:lang w:val="ru-RU"/>
        </w:rPr>
        <w:t xml:space="preserve"> (корешок) </w:t>
      </w:r>
      <w:proofErr w:type="spellStart"/>
      <w:r w:rsidRPr="004539FF">
        <w:rPr>
          <w:lang w:val="ru-RU"/>
        </w:rPr>
        <w:t>компьютерлік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күймейтін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жазу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түсіріледі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Способ нанесени</w:t>
      </w:r>
      <w:r w:rsidRPr="004539FF">
        <w:rPr>
          <w:lang w:val="ru-RU"/>
        </w:rPr>
        <w:t xml:space="preserve">я надписи: цифровая печать, </w:t>
      </w:r>
      <w:proofErr w:type="spellStart"/>
      <w:r w:rsidRPr="004539FF">
        <w:rPr>
          <w:lang w:val="ru-RU"/>
        </w:rPr>
        <w:t>термотрансферная</w:t>
      </w:r>
      <w:proofErr w:type="spellEnd"/>
      <w:r w:rsidRPr="004539FF">
        <w:rPr>
          <w:lang w:val="ru-RU"/>
        </w:rPr>
        <w:t xml:space="preserve"> печать или тиснение, обеспечивающие полную устойчивость к выгоранию на солнце (УФ-лучам) и механическому истиранию. Использование обычных бумажных наклеек, распечатанных на стандартном принтере, не допускается.</w:t>
      </w:r>
      <w:r w:rsidRPr="004539FF">
        <w:rPr>
          <w:lang w:val="ru-RU"/>
        </w:rPr>
        <w:br/>
      </w:r>
      <w:r w:rsidRPr="004539FF">
        <w:rPr>
          <w:lang w:val="ru-RU"/>
        </w:rPr>
        <w:t xml:space="preserve">• </w:t>
      </w:r>
      <w:proofErr w:type="spellStart"/>
      <w:r w:rsidRPr="004539FF">
        <w:rPr>
          <w:lang w:val="ru-RU"/>
        </w:rPr>
        <w:t>Жазуды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түсі</w:t>
      </w:r>
      <w:proofErr w:type="gramStart"/>
      <w:r w:rsidRPr="004539FF">
        <w:rPr>
          <w:lang w:val="ru-RU"/>
        </w:rPr>
        <w:t>ру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әд</w:t>
      </w:r>
      <w:proofErr w:type="gramEnd"/>
      <w:r w:rsidRPr="004539FF">
        <w:rPr>
          <w:lang w:val="ru-RU"/>
        </w:rPr>
        <w:t>ісі</w:t>
      </w:r>
      <w:proofErr w:type="spellEnd"/>
      <w:r w:rsidRPr="004539FF">
        <w:rPr>
          <w:lang w:val="ru-RU"/>
        </w:rPr>
        <w:t xml:space="preserve">: </w:t>
      </w:r>
      <w:proofErr w:type="spellStart"/>
      <w:r w:rsidRPr="004539FF">
        <w:rPr>
          <w:lang w:val="ru-RU"/>
        </w:rPr>
        <w:t>күнге</w:t>
      </w:r>
      <w:proofErr w:type="spellEnd"/>
      <w:r w:rsidRPr="004539FF">
        <w:rPr>
          <w:lang w:val="ru-RU"/>
        </w:rPr>
        <w:t xml:space="preserve"> (УК-</w:t>
      </w:r>
      <w:proofErr w:type="spellStart"/>
      <w:r w:rsidRPr="004539FF">
        <w:rPr>
          <w:lang w:val="ru-RU"/>
        </w:rPr>
        <w:t>сәулелеріне</w:t>
      </w:r>
      <w:proofErr w:type="spellEnd"/>
      <w:r w:rsidRPr="004539FF">
        <w:rPr>
          <w:lang w:val="ru-RU"/>
        </w:rPr>
        <w:t xml:space="preserve">) </w:t>
      </w:r>
      <w:proofErr w:type="spellStart"/>
      <w:r w:rsidRPr="004539FF">
        <w:rPr>
          <w:lang w:val="ru-RU"/>
        </w:rPr>
        <w:t>күюге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және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механикалық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үйкеліске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толық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төзімділікті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қамтамасыз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ететін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цифрлық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басып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шығару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термотрансферлік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басып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шығару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немесе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бедерлеу</w:t>
      </w:r>
      <w:proofErr w:type="spellEnd"/>
      <w:r w:rsidRPr="004539FF">
        <w:rPr>
          <w:lang w:val="ru-RU"/>
        </w:rPr>
        <w:t xml:space="preserve"> (тиснение). </w:t>
      </w:r>
      <w:proofErr w:type="spellStart"/>
      <w:r w:rsidRPr="004539FF">
        <w:rPr>
          <w:lang w:val="ru-RU"/>
        </w:rPr>
        <w:t>Стандартты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принтерде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басып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шығарылған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</w:t>
      </w:r>
      <w:proofErr w:type="gramStart"/>
      <w:r w:rsidRPr="004539FF">
        <w:rPr>
          <w:lang w:val="ru-RU"/>
        </w:rPr>
        <w:t>арапайым</w:t>
      </w:r>
      <w:proofErr w:type="spellEnd"/>
      <w:proofErr w:type="gram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қағаз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жапсыр</w:t>
      </w:r>
      <w:r w:rsidRPr="004539FF">
        <w:rPr>
          <w:lang w:val="ru-RU"/>
        </w:rPr>
        <w:t>маларды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пайдалануға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жол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берілмейді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Содержание надписи: Краткое наименование организации, индекс дела по номенклатуре, номер тома, крайние даты документов, срок хранения дела.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Жазудың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мазмұны</w:t>
      </w:r>
      <w:proofErr w:type="spellEnd"/>
      <w:r w:rsidRPr="004539FF">
        <w:rPr>
          <w:lang w:val="ru-RU"/>
        </w:rPr>
        <w:t xml:space="preserve">: </w:t>
      </w:r>
      <w:proofErr w:type="spellStart"/>
      <w:r w:rsidRPr="004539FF">
        <w:rPr>
          <w:lang w:val="ru-RU"/>
        </w:rPr>
        <w:t>Ұйымның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қысқаша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атауы</w:t>
      </w:r>
      <w:proofErr w:type="spellEnd"/>
      <w:r w:rsidRPr="004539FF">
        <w:rPr>
          <w:lang w:val="ru-RU"/>
        </w:rPr>
        <w:t xml:space="preserve">, номенклатура </w:t>
      </w:r>
      <w:proofErr w:type="spellStart"/>
      <w:r w:rsidRPr="004539FF">
        <w:rPr>
          <w:lang w:val="ru-RU"/>
        </w:rPr>
        <w:t>бойынша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іс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индексі</w:t>
      </w:r>
      <w:proofErr w:type="spellEnd"/>
      <w:r w:rsidRPr="004539FF">
        <w:rPr>
          <w:lang w:val="ru-RU"/>
        </w:rPr>
        <w:t>, том</w:t>
      </w:r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нөмі</w:t>
      </w:r>
      <w:proofErr w:type="gramStart"/>
      <w:r w:rsidRPr="004539FF">
        <w:rPr>
          <w:lang w:val="ru-RU"/>
        </w:rPr>
        <w:t>р</w:t>
      </w:r>
      <w:proofErr w:type="gramEnd"/>
      <w:r w:rsidRPr="004539FF">
        <w:rPr>
          <w:lang w:val="ru-RU"/>
        </w:rPr>
        <w:t>і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құжаттардың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шеткі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мерзімдері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істің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сақтау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мерзімі</w:t>
      </w:r>
      <w:proofErr w:type="spellEnd"/>
      <w:r w:rsidRPr="004539FF">
        <w:rPr>
          <w:lang w:val="ru-RU"/>
        </w:rPr>
        <w:t>.</w:t>
      </w:r>
    </w:p>
    <w:p w:rsidR="003030AE" w:rsidRPr="004539FF" w:rsidRDefault="004539FF">
      <w:pPr>
        <w:spacing w:before="160" w:after="40"/>
        <w:rPr>
          <w:lang w:val="ru-RU"/>
        </w:rPr>
      </w:pPr>
      <w:r w:rsidRPr="004539FF">
        <w:rPr>
          <w:b/>
          <w:lang w:val="ru-RU"/>
        </w:rPr>
        <w:t xml:space="preserve">4. Гарантия и конфиденциальность / </w:t>
      </w:r>
      <w:proofErr w:type="spellStart"/>
      <w:r w:rsidRPr="004539FF">
        <w:rPr>
          <w:b/>
          <w:lang w:val="ru-RU"/>
        </w:rPr>
        <w:t>Кепілді</w:t>
      </w:r>
      <w:proofErr w:type="gramStart"/>
      <w:r w:rsidRPr="004539FF">
        <w:rPr>
          <w:b/>
          <w:lang w:val="ru-RU"/>
        </w:rPr>
        <w:t>к</w:t>
      </w:r>
      <w:proofErr w:type="spellEnd"/>
      <w:proofErr w:type="gram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және</w:t>
      </w:r>
      <w:proofErr w:type="spellEnd"/>
      <w:r w:rsidRPr="004539FF">
        <w:rPr>
          <w:b/>
          <w:lang w:val="ru-RU"/>
        </w:rPr>
        <w:t xml:space="preserve"> </w:t>
      </w:r>
      <w:proofErr w:type="spellStart"/>
      <w:r w:rsidRPr="004539FF">
        <w:rPr>
          <w:b/>
          <w:lang w:val="ru-RU"/>
        </w:rPr>
        <w:t>құпиялылық</w:t>
      </w:r>
      <w:proofErr w:type="spellEnd"/>
      <w:r w:rsidRPr="004539FF">
        <w:rPr>
          <w:b/>
          <w:lang w:val="ru-RU"/>
        </w:rPr>
        <w:t>:</w:t>
      </w:r>
    </w:p>
    <w:p w:rsidR="003030AE" w:rsidRPr="004539FF" w:rsidRDefault="004539FF">
      <w:pPr>
        <w:spacing w:after="120"/>
        <w:rPr>
          <w:lang w:val="ru-RU"/>
        </w:rPr>
      </w:pPr>
      <w:r w:rsidRPr="004539FF">
        <w:rPr>
          <w:lang w:val="ru-RU"/>
        </w:rPr>
        <w:t>• Поставщик гарантирует полную сохранность документов и конфиденциальность содержащейся в них информации (пе</w:t>
      </w:r>
      <w:bookmarkStart w:id="0" w:name="_GoBack"/>
      <w:bookmarkEnd w:id="0"/>
      <w:r w:rsidRPr="004539FF">
        <w:rPr>
          <w:lang w:val="ru-RU"/>
        </w:rPr>
        <w:t>рсональные данные, коммерч</w:t>
      </w:r>
      <w:r w:rsidRPr="004539FF">
        <w:rPr>
          <w:lang w:val="ru-RU"/>
        </w:rPr>
        <w:t>еская тайна)</w:t>
      </w:r>
      <w:proofErr w:type="gramStart"/>
      <w:r w:rsidRPr="004539FF">
        <w:rPr>
          <w:lang w:val="ru-RU"/>
        </w:rPr>
        <w:t>.</w:t>
      </w:r>
      <w:proofErr w:type="gramEnd"/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Ө</w:t>
      </w:r>
      <w:proofErr w:type="gramStart"/>
      <w:r w:rsidRPr="004539FF">
        <w:rPr>
          <w:lang w:val="ru-RU"/>
        </w:rPr>
        <w:t>н</w:t>
      </w:r>
      <w:proofErr w:type="gramEnd"/>
      <w:r w:rsidRPr="004539FF">
        <w:rPr>
          <w:lang w:val="ru-RU"/>
        </w:rPr>
        <w:t>ім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беруші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құжаттардың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толық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сақталуына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және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олардағы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ақпараттың</w:t>
      </w:r>
      <w:proofErr w:type="spellEnd"/>
      <w:r w:rsidRPr="004539FF">
        <w:rPr>
          <w:lang w:val="ru-RU"/>
        </w:rPr>
        <w:t xml:space="preserve"> (</w:t>
      </w:r>
      <w:proofErr w:type="spellStart"/>
      <w:r w:rsidRPr="004539FF">
        <w:rPr>
          <w:lang w:val="ru-RU"/>
        </w:rPr>
        <w:t>дербес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деректер</w:t>
      </w:r>
      <w:proofErr w:type="spellEnd"/>
      <w:r w:rsidRPr="004539FF">
        <w:rPr>
          <w:lang w:val="ru-RU"/>
        </w:rPr>
        <w:t xml:space="preserve">, </w:t>
      </w:r>
      <w:proofErr w:type="spellStart"/>
      <w:r w:rsidRPr="004539FF">
        <w:rPr>
          <w:lang w:val="ru-RU"/>
        </w:rPr>
        <w:t>коммерциялық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құпия</w:t>
      </w:r>
      <w:proofErr w:type="spellEnd"/>
      <w:r w:rsidRPr="004539FF">
        <w:rPr>
          <w:lang w:val="ru-RU"/>
        </w:rPr>
        <w:t xml:space="preserve">) </w:t>
      </w:r>
      <w:proofErr w:type="spellStart"/>
      <w:r w:rsidRPr="004539FF">
        <w:rPr>
          <w:lang w:val="ru-RU"/>
        </w:rPr>
        <w:t>құпиялылығына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кепілдік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береді</w:t>
      </w:r>
      <w:proofErr w:type="spellEnd"/>
      <w:r w:rsidRPr="004539FF">
        <w:rPr>
          <w:lang w:val="ru-RU"/>
        </w:rPr>
        <w:t>.</w:t>
      </w:r>
      <w:r w:rsidRPr="004539FF">
        <w:rPr>
          <w:lang w:val="ru-RU"/>
        </w:rPr>
        <w:br/>
        <w:t>• Срок гарантии на выполненные переплетные работы: не менее 12 месяцев с момента подписания Акта приема-п</w:t>
      </w:r>
      <w:r w:rsidRPr="004539FF">
        <w:rPr>
          <w:lang w:val="ru-RU"/>
        </w:rPr>
        <w:t>ередачи.</w:t>
      </w:r>
      <w:r w:rsidRPr="004539FF">
        <w:rPr>
          <w:lang w:val="ru-RU"/>
        </w:rPr>
        <w:br/>
        <w:t xml:space="preserve">• </w:t>
      </w:r>
      <w:proofErr w:type="spellStart"/>
      <w:r w:rsidRPr="004539FF">
        <w:rPr>
          <w:lang w:val="ru-RU"/>
        </w:rPr>
        <w:t>Орындалған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түптеу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жұмыстарына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кепілдік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мерзімі</w:t>
      </w:r>
      <w:proofErr w:type="spellEnd"/>
      <w:r w:rsidRPr="004539FF">
        <w:rPr>
          <w:lang w:val="ru-RU"/>
        </w:rPr>
        <w:t xml:space="preserve">: </w:t>
      </w:r>
      <w:proofErr w:type="spellStart"/>
      <w:r w:rsidRPr="004539FF">
        <w:rPr>
          <w:lang w:val="ru-RU"/>
        </w:rPr>
        <w:t>Қабылдау-тапсыру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актісі</w:t>
      </w:r>
      <w:proofErr w:type="gramStart"/>
      <w:r w:rsidRPr="004539FF">
        <w:rPr>
          <w:lang w:val="ru-RU"/>
        </w:rPr>
        <w:t>не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қол</w:t>
      </w:r>
      <w:proofErr w:type="spellEnd"/>
      <w:proofErr w:type="gram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қойылған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сәттен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бастап</w:t>
      </w:r>
      <w:proofErr w:type="spellEnd"/>
      <w:r w:rsidRPr="004539FF">
        <w:rPr>
          <w:lang w:val="ru-RU"/>
        </w:rPr>
        <w:t xml:space="preserve"> </w:t>
      </w:r>
      <w:proofErr w:type="spellStart"/>
      <w:r w:rsidRPr="004539FF">
        <w:rPr>
          <w:lang w:val="ru-RU"/>
        </w:rPr>
        <w:t>кемінде</w:t>
      </w:r>
      <w:proofErr w:type="spellEnd"/>
      <w:r w:rsidRPr="004539FF">
        <w:rPr>
          <w:lang w:val="ru-RU"/>
        </w:rPr>
        <w:t xml:space="preserve"> 12 ай.</w:t>
      </w:r>
    </w:p>
    <w:sectPr w:rsidR="003030AE" w:rsidRPr="004539FF" w:rsidSect="00034616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030AE"/>
    <w:rsid w:val="00326F90"/>
    <w:rsid w:val="004539F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602B6E-D159-4470-8EB4-03E478527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2</cp:revision>
  <dcterms:created xsi:type="dcterms:W3CDTF">2026-10-14T12:06:00Z</dcterms:created>
  <dcterms:modified xsi:type="dcterms:W3CDTF">2026-10-14T12:06:00Z</dcterms:modified>
</cp:coreProperties>
</file>