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EAC" w:rsidRDefault="00CC6EAC">
      <w:pPr>
        <w:spacing w:after="240"/>
        <w:rPr>
          <w:b/>
        </w:rPr>
      </w:pPr>
    </w:p>
    <w:p w:rsidR="00CC6EAC" w:rsidRDefault="00CC6EAC">
      <w:pPr>
        <w:spacing w:after="240"/>
        <w:rPr>
          <w:b/>
        </w:rPr>
      </w:pPr>
    </w:p>
    <w:p w:rsidR="00CC6EAC" w:rsidRDefault="00CC6EAC">
      <w:pPr>
        <w:spacing w:after="240"/>
        <w:rPr>
          <w:b/>
        </w:rPr>
      </w:pPr>
    </w:p>
    <w:p w:rsidR="00CC6EAC" w:rsidRDefault="00CC6EAC">
      <w:pPr>
        <w:spacing w:after="240"/>
        <w:rPr>
          <w:b/>
        </w:rPr>
      </w:pPr>
    </w:p>
    <w:p w:rsidR="00CC6EAC" w:rsidRDefault="00CC6EAC" w:rsidP="00CC6EAC">
      <w:pPr>
        <w:spacing w:after="240"/>
        <w:rPr>
          <w:b/>
        </w:rPr>
      </w:pPr>
    </w:p>
    <w:p w:rsidR="00CC6EAC" w:rsidRPr="00CC6EAC" w:rsidRDefault="00CC6EAC" w:rsidP="004B7FFC">
      <w:pPr>
        <w:spacing w:after="240"/>
        <w:jc w:val="center"/>
        <w:rPr>
          <w:b/>
          <w:lang w:val="kk-KZ"/>
        </w:rPr>
      </w:pPr>
      <w:r>
        <w:rPr>
          <w:b/>
          <w:lang w:val="ru-RU"/>
        </w:rPr>
        <w:t xml:space="preserve">Техническая спецификация / </w:t>
      </w:r>
      <w:r>
        <w:rPr>
          <w:b/>
          <w:lang w:val="kk-KZ"/>
        </w:rPr>
        <w:t>Техникалық сипаттама</w:t>
      </w:r>
    </w:p>
    <w:p w:rsidR="00CC6EAC" w:rsidRPr="00CC6EAC" w:rsidRDefault="004B7FFC" w:rsidP="00CC6EAC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F1F1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2*3 размер 7штук  ресунков</w:t>
      </w:r>
      <w:r w:rsidR="00CC6EAC" w:rsidRPr="00CC6EAC">
        <w:rPr>
          <w:rFonts w:ascii="Times New Roman" w:hAnsi="Times New Roman" w:cs="Times New Roman"/>
          <w:sz w:val="24"/>
          <w:szCs w:val="24"/>
          <w:lang w:val="kk-KZ"/>
        </w:rPr>
        <w:t xml:space="preserve"> на 3д принтаре изоброжение /</w:t>
      </w:r>
      <w:r w:rsidR="00CC6EAC" w:rsidRPr="00CC6EAC"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Ауданы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2*3 размерде 7 дана сурет</w:t>
      </w:r>
      <w:r w:rsidR="00CC6EAC" w:rsidRPr="00CC6EAC"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болатын 3D-баспалы кескін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  </w:t>
      </w:r>
    </w:p>
    <w:p w:rsidR="00CC6EAC" w:rsidRPr="00CC6EAC" w:rsidRDefault="00CC6EAC" w:rsidP="00CC6EAC">
      <w:pPr>
        <w:spacing w:after="240"/>
        <w:rPr>
          <w:rFonts w:ascii="Times New Roman" w:hAnsi="Times New Roman" w:cs="Times New Roman"/>
          <w:sz w:val="24"/>
          <w:szCs w:val="24"/>
          <w:lang w:val="ru-RU"/>
        </w:rPr>
      </w:pPr>
    </w:p>
    <w:p w:rsidR="00CC6EAC" w:rsidRPr="00CC6EAC" w:rsidRDefault="00CC6EAC" w:rsidP="00CC6EAC">
      <w:pPr>
        <w:spacing w:after="240"/>
        <w:rPr>
          <w:b/>
          <w:lang w:val="ru-RU"/>
        </w:rPr>
      </w:pPr>
    </w:p>
    <w:p w:rsidR="005C0CA3" w:rsidRPr="00CC6EAC" w:rsidRDefault="00135FF9" w:rsidP="00CC6EAC">
      <w:pPr>
        <w:spacing w:after="240"/>
        <w:rPr>
          <w:lang w:val="ru-RU"/>
        </w:rPr>
      </w:pPr>
      <w:proofErr w:type="spellStart"/>
      <w:r w:rsidRPr="00CC6EAC">
        <w:rPr>
          <w:b/>
          <w:lang w:val="ru-RU"/>
        </w:rPr>
        <w:t>Қызмет</w:t>
      </w:r>
      <w:proofErr w:type="spellEnd"/>
      <w:r w:rsidRPr="00CC6EAC">
        <w:rPr>
          <w:b/>
          <w:lang w:val="ru-RU"/>
        </w:rPr>
        <w:t xml:space="preserve"> </w:t>
      </w:r>
      <w:proofErr w:type="spellStart"/>
      <w:r w:rsidRPr="00CC6EAC">
        <w:rPr>
          <w:b/>
          <w:lang w:val="ru-RU"/>
        </w:rPr>
        <w:t>түрі</w:t>
      </w:r>
      <w:proofErr w:type="spellEnd"/>
      <w:r w:rsidRPr="00CC6EAC">
        <w:rPr>
          <w:b/>
          <w:lang w:val="ru-RU"/>
        </w:rPr>
        <w:t xml:space="preserve"> / Вид деятельности: </w:t>
      </w:r>
      <w:proofErr w:type="spellStart"/>
      <w:r w:rsidRPr="00CC6EAC">
        <w:rPr>
          <w:lang w:val="ru-RU"/>
        </w:rPr>
        <w:t>Қабырғағ</w:t>
      </w:r>
      <w:proofErr w:type="gramStart"/>
      <w:r w:rsidRPr="00CC6EAC">
        <w:rPr>
          <w:lang w:val="ru-RU"/>
        </w:rPr>
        <w:t>а</w:t>
      </w:r>
      <w:proofErr w:type="spellEnd"/>
      <w:proofErr w:type="gramEnd"/>
      <w:r w:rsidRPr="00CC6EAC">
        <w:rPr>
          <w:lang w:val="ru-RU"/>
        </w:rPr>
        <w:t xml:space="preserve"> </w:t>
      </w:r>
      <w:proofErr w:type="spellStart"/>
      <w:r w:rsidRPr="00CC6EAC">
        <w:rPr>
          <w:lang w:val="ru-RU"/>
        </w:rPr>
        <w:t>басып</w:t>
      </w:r>
      <w:proofErr w:type="spellEnd"/>
      <w:r w:rsidRPr="00CC6EAC">
        <w:rPr>
          <w:lang w:val="ru-RU"/>
        </w:rPr>
        <w:t xml:space="preserve"> </w:t>
      </w:r>
      <w:proofErr w:type="spellStart"/>
      <w:r w:rsidRPr="00CC6EAC">
        <w:rPr>
          <w:lang w:val="ru-RU"/>
        </w:rPr>
        <w:t>шығару</w:t>
      </w:r>
      <w:proofErr w:type="spellEnd"/>
      <w:r w:rsidRPr="00CC6EAC">
        <w:rPr>
          <w:lang w:val="ru-RU"/>
        </w:rPr>
        <w:t xml:space="preserve"> • 3</w:t>
      </w:r>
      <w:r>
        <w:t>D</w:t>
      </w:r>
      <w:r w:rsidRPr="00CC6EAC">
        <w:rPr>
          <w:lang w:val="ru-RU"/>
        </w:rPr>
        <w:t>-</w:t>
      </w:r>
      <w:proofErr w:type="spellStart"/>
      <w:r w:rsidRPr="00CC6EAC">
        <w:rPr>
          <w:lang w:val="ru-RU"/>
        </w:rPr>
        <w:t>басып</w:t>
      </w:r>
      <w:proofErr w:type="spellEnd"/>
      <w:r w:rsidRPr="00CC6EAC">
        <w:rPr>
          <w:lang w:val="ru-RU"/>
        </w:rPr>
        <w:t xml:space="preserve"> </w:t>
      </w:r>
      <w:proofErr w:type="spellStart"/>
      <w:r w:rsidRPr="00CC6EAC">
        <w:rPr>
          <w:lang w:val="ru-RU"/>
        </w:rPr>
        <w:t>шығару</w:t>
      </w:r>
      <w:proofErr w:type="spellEnd"/>
      <w:r w:rsidRPr="00CC6EAC">
        <w:rPr>
          <w:lang w:val="ru-RU"/>
        </w:rPr>
        <w:t xml:space="preserve"> • </w:t>
      </w:r>
      <w:proofErr w:type="spellStart"/>
      <w:r w:rsidRPr="00CC6EAC">
        <w:rPr>
          <w:lang w:val="ru-RU"/>
        </w:rPr>
        <w:t>Қабырғаға</w:t>
      </w:r>
      <w:proofErr w:type="spellEnd"/>
      <w:r w:rsidRPr="00CC6EAC">
        <w:rPr>
          <w:lang w:val="ru-RU"/>
        </w:rPr>
        <w:t xml:space="preserve"> </w:t>
      </w:r>
      <w:proofErr w:type="spellStart"/>
      <w:r w:rsidRPr="00CC6EAC">
        <w:rPr>
          <w:lang w:val="ru-RU"/>
        </w:rPr>
        <w:t>сурет</w:t>
      </w:r>
      <w:proofErr w:type="spellEnd"/>
      <w:r w:rsidRPr="00CC6EAC">
        <w:rPr>
          <w:lang w:val="ru-RU"/>
        </w:rPr>
        <w:t xml:space="preserve"> салу / Печать на стенах • 3</w:t>
      </w:r>
      <w:r>
        <w:t>D</w:t>
      </w:r>
      <w:r w:rsidRPr="00CC6EAC">
        <w:rPr>
          <w:lang w:val="ru-RU"/>
        </w:rPr>
        <w:t>-печать • Роспись стен</w:t>
      </w:r>
      <w:r w:rsidRPr="00CC6EAC">
        <w:rPr>
          <w:lang w:val="ru-RU"/>
        </w:rPr>
        <w:br/>
      </w:r>
      <w:r w:rsidRPr="00CC6EAC">
        <w:rPr>
          <w:b/>
          <w:color w:val="1B365D"/>
          <w:sz w:val="28"/>
          <w:lang w:val="ru-RU"/>
        </w:rPr>
        <w:t xml:space="preserve">2. </w:t>
      </w:r>
      <w:proofErr w:type="spellStart"/>
      <w:r w:rsidRPr="00CC6EAC">
        <w:rPr>
          <w:b/>
          <w:color w:val="1B365D"/>
          <w:sz w:val="28"/>
          <w:lang w:val="ru-RU"/>
        </w:rPr>
        <w:t>Технологиялық</w:t>
      </w:r>
      <w:proofErr w:type="spellEnd"/>
      <w:r w:rsidRPr="00CC6EAC">
        <w:rPr>
          <w:b/>
          <w:color w:val="1B365D"/>
          <w:sz w:val="28"/>
          <w:lang w:val="ru-RU"/>
        </w:rPr>
        <w:t xml:space="preserve"> </w:t>
      </w:r>
      <w:proofErr w:type="spellStart"/>
      <w:r w:rsidRPr="00CC6EAC">
        <w:rPr>
          <w:b/>
          <w:color w:val="1B365D"/>
          <w:sz w:val="28"/>
          <w:lang w:val="ru-RU"/>
        </w:rPr>
        <w:t>артықшылықтары</w:t>
      </w:r>
      <w:proofErr w:type="spellEnd"/>
      <w:r w:rsidRPr="00CC6EAC">
        <w:rPr>
          <w:b/>
          <w:color w:val="1B365D"/>
          <w:sz w:val="28"/>
          <w:lang w:val="ru-RU"/>
        </w:rPr>
        <w:t xml:space="preserve"> / Технологические преимущества</w:t>
      </w:r>
    </w:p>
    <w:p w:rsidR="005C0CA3" w:rsidRPr="00135FF9" w:rsidRDefault="00135FF9">
      <w:pPr>
        <w:pStyle w:val="a0"/>
        <w:spacing w:after="60"/>
        <w:rPr>
          <w:lang w:val="ru-RU"/>
        </w:rPr>
      </w:pPr>
      <w:r>
        <w:rPr>
          <w:b/>
        </w:rPr>
        <w:t>Premium</w:t>
      </w:r>
      <w:r w:rsidRPr="00135FF9">
        <w:rPr>
          <w:b/>
          <w:lang w:val="ru-RU"/>
        </w:rPr>
        <w:t xml:space="preserve"> </w:t>
      </w:r>
      <w:proofErr w:type="spellStart"/>
      <w:r w:rsidRPr="00135FF9">
        <w:rPr>
          <w:b/>
          <w:lang w:val="ru-RU"/>
        </w:rPr>
        <w:t>сапалы</w:t>
      </w:r>
      <w:proofErr w:type="spellEnd"/>
      <w:r w:rsidRPr="00135FF9">
        <w:rPr>
          <w:b/>
          <w:lang w:val="ru-RU"/>
        </w:rPr>
        <w:t xml:space="preserve"> аппарат</w:t>
      </w:r>
      <w:r w:rsidRPr="00135FF9">
        <w:rPr>
          <w:lang w:val="ru-RU"/>
        </w:rPr>
        <w:t xml:space="preserve"> / Аппарат премиального качества</w:t>
      </w:r>
    </w:p>
    <w:p w:rsidR="005C0CA3" w:rsidRPr="00135FF9" w:rsidRDefault="00135FF9">
      <w:pPr>
        <w:pStyle w:val="a0"/>
        <w:spacing w:after="60"/>
        <w:rPr>
          <w:lang w:val="ru-RU"/>
        </w:rPr>
      </w:pPr>
      <w:r w:rsidRPr="00135FF9">
        <w:rPr>
          <w:b/>
          <w:lang w:val="ru-RU"/>
        </w:rPr>
        <w:t xml:space="preserve">Гипоаллергенді </w:t>
      </w:r>
      <w:r>
        <w:rPr>
          <w:b/>
        </w:rPr>
        <w:t>UV</w:t>
      </w:r>
      <w:r w:rsidRPr="00135FF9">
        <w:rPr>
          <w:b/>
          <w:lang w:val="ru-RU"/>
        </w:rPr>
        <w:t>-сия (ультракүлгін сия)</w:t>
      </w:r>
      <w:r w:rsidRPr="00135FF9">
        <w:rPr>
          <w:lang w:val="ru-RU"/>
        </w:rPr>
        <w:t xml:space="preserve"> / Гипоаллергенные </w:t>
      </w:r>
      <w:r>
        <w:t>UV</w:t>
      </w:r>
      <w:r w:rsidRPr="00135FF9">
        <w:rPr>
          <w:lang w:val="ru-RU"/>
        </w:rPr>
        <w:t>-чернила (ультрафиолетовые)</w:t>
      </w:r>
    </w:p>
    <w:p w:rsidR="005C0CA3" w:rsidRPr="00135FF9" w:rsidRDefault="00135FF9">
      <w:pPr>
        <w:pStyle w:val="a0"/>
        <w:spacing w:after="60"/>
        <w:rPr>
          <w:lang w:val="ru-RU"/>
        </w:rPr>
      </w:pPr>
      <w:r w:rsidRPr="00135FF9">
        <w:rPr>
          <w:b/>
          <w:lang w:val="ru-RU"/>
        </w:rPr>
        <w:t>Кескінді лезде кептіру</w:t>
      </w:r>
      <w:r w:rsidRPr="00135FF9">
        <w:rPr>
          <w:lang w:val="ru-RU"/>
        </w:rPr>
        <w:t xml:space="preserve"> / Мгновенное высыхание изображения</w:t>
      </w:r>
    </w:p>
    <w:p w:rsidR="005C0CA3" w:rsidRPr="00135FF9" w:rsidRDefault="00135FF9">
      <w:pPr>
        <w:pStyle w:val="a0"/>
        <w:spacing w:after="60"/>
        <w:rPr>
          <w:lang w:val="ru-RU"/>
        </w:rPr>
      </w:pPr>
      <w:r w:rsidRPr="00135FF9">
        <w:rPr>
          <w:b/>
          <w:lang w:val="ru-RU"/>
        </w:rPr>
        <w:t>Ғимарат ішінде және көшеде басып шығару</w:t>
      </w:r>
      <w:r w:rsidRPr="00135FF9">
        <w:rPr>
          <w:lang w:val="ru-RU"/>
        </w:rPr>
        <w:t xml:space="preserve"> / Печать как внутри помещений, так и на улице</w:t>
      </w:r>
    </w:p>
    <w:p w:rsidR="005C0CA3" w:rsidRPr="00135FF9" w:rsidRDefault="00135FF9">
      <w:pPr>
        <w:pStyle w:val="a0"/>
        <w:spacing w:after="60"/>
        <w:rPr>
          <w:lang w:val="ru-RU"/>
        </w:rPr>
      </w:pPr>
      <w:r w:rsidRPr="00135FF9">
        <w:rPr>
          <w:b/>
          <w:lang w:val="ru-RU"/>
        </w:rPr>
        <w:t>Кез келген кескін мен дизайнды басып шығару</w:t>
      </w:r>
      <w:r w:rsidRPr="00135FF9">
        <w:rPr>
          <w:lang w:val="ru-RU"/>
        </w:rPr>
        <w:t xml:space="preserve"> / Печать любых изображений и дизайнов</w:t>
      </w:r>
    </w:p>
    <w:p w:rsidR="005C0CA3" w:rsidRPr="00CC6EAC" w:rsidRDefault="00135FF9">
      <w:pPr>
        <w:pStyle w:val="a0"/>
        <w:spacing w:after="60"/>
        <w:rPr>
          <w:lang w:val="ru-RU"/>
        </w:rPr>
      </w:pPr>
      <w:proofErr w:type="gramStart"/>
      <w:r w:rsidRPr="00135FF9">
        <w:rPr>
          <w:b/>
          <w:lang w:val="ru-RU"/>
        </w:rPr>
        <w:t>На</w:t>
      </w:r>
      <w:proofErr w:type="gramEnd"/>
      <w:r w:rsidRPr="00135FF9">
        <w:rPr>
          <w:b/>
          <w:lang w:val="ru-RU"/>
        </w:rPr>
        <w:t>қты және ашық түс беру</w:t>
      </w:r>
      <w:r w:rsidRPr="00135FF9">
        <w:rPr>
          <w:lang w:val="ru-RU"/>
        </w:rPr>
        <w:t xml:space="preserve"> / Точная и яркая цветопередача</w:t>
      </w:r>
    </w:p>
    <w:p w:rsidR="00CC6EAC" w:rsidRPr="00135FF9" w:rsidRDefault="00CC6EAC">
      <w:pPr>
        <w:pStyle w:val="a0"/>
        <w:spacing w:after="60"/>
        <w:rPr>
          <w:lang w:val="ru-RU"/>
        </w:rPr>
      </w:pPr>
    </w:p>
    <w:sectPr w:rsidR="00CC6EAC" w:rsidRPr="00135FF9" w:rsidSect="00135FF9">
      <w:pgSz w:w="12240" w:h="15840"/>
      <w:pgMar w:top="142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45130"/>
    <w:rsid w:val="0006063C"/>
    <w:rsid w:val="00135FF9"/>
    <w:rsid w:val="0015074B"/>
    <w:rsid w:val="0029639D"/>
    <w:rsid w:val="00326F90"/>
    <w:rsid w:val="004B7FFC"/>
    <w:rsid w:val="005C0CA3"/>
    <w:rsid w:val="00AA1D8D"/>
    <w:rsid w:val="00B47730"/>
    <w:rsid w:val="00CB0664"/>
    <w:rsid w:val="00CC6EAC"/>
    <w:rsid w:val="00D60752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HTML">
    <w:name w:val="HTML Preformatted"/>
    <w:basedOn w:val="a1"/>
    <w:link w:val="HTML0"/>
    <w:uiPriority w:val="99"/>
    <w:semiHidden/>
    <w:unhideWhenUsed/>
    <w:rsid w:val="00CC6E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CC6EA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2"/>
    <w:rsid w:val="00CC6E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8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272819-B0CD-4A45-93EC-C685C8500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803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Zharkyn</cp:lastModifiedBy>
  <cp:revision>4</cp:revision>
  <dcterms:created xsi:type="dcterms:W3CDTF">2026-09-15T11:50:00Z</dcterms:created>
  <dcterms:modified xsi:type="dcterms:W3CDTF">2026-10-13T09:20:00Z</dcterms:modified>
</cp:coreProperties>
</file>