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732" w:rsidRDefault="002D2B33">
      <w:pPr>
        <w:jc w:val="center"/>
      </w:pPr>
      <w:r>
        <w:rPr>
          <w:b/>
          <w:color w:val="1F4E79"/>
          <w:sz w:val="26"/>
        </w:rPr>
        <w:t>ТЕХНИЧЕСКАЯ СПЕЦИФИКАЦИЯ</w:t>
      </w:r>
      <w:r>
        <w:rPr>
          <w:b/>
          <w:color w:val="1F4E79"/>
          <w:sz w:val="26"/>
          <w:lang w:val="kk-KZ"/>
        </w:rPr>
        <w:t xml:space="preserve"> / </w:t>
      </w:r>
      <w:r w:rsidR="00C370B4">
        <w:rPr>
          <w:b/>
          <w:color w:val="1F4E79"/>
          <w:sz w:val="26"/>
        </w:rPr>
        <w:t>ТЕХНИКАЛЫҚ СПЕЦИФИКАЦИЯ</w:t>
      </w:r>
    </w:p>
    <w:p w:rsidR="005A5732" w:rsidRPr="002D2B33" w:rsidRDefault="00C370B4">
      <w:pPr>
        <w:jc w:val="center"/>
        <w:rPr>
          <w:lang w:val="ru-RU"/>
        </w:rPr>
      </w:pPr>
      <w:r w:rsidRPr="002D2B33">
        <w:rPr>
          <w:b/>
          <w:sz w:val="22"/>
          <w:lang w:val="ru-RU"/>
        </w:rPr>
        <w:t>Услуги по проведению обучающего семинара по обеспечению антитеррористической защищенности</w:t>
      </w:r>
      <w:r w:rsidRPr="002D2B33">
        <w:rPr>
          <w:b/>
          <w:sz w:val="22"/>
          <w:lang w:val="ru-RU"/>
        </w:rPr>
        <w:br/>
      </w:r>
      <w:proofErr w:type="spellStart"/>
      <w:r w:rsidRPr="002D2B33">
        <w:rPr>
          <w:b/>
          <w:sz w:val="22"/>
          <w:lang w:val="ru-RU"/>
        </w:rPr>
        <w:t>Терроризмге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қарсы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қорғалуды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қамтамасыз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ету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бойынша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оқыту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семинарын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өткізу</w:t>
      </w:r>
      <w:proofErr w:type="spellEnd"/>
      <w:r w:rsidRPr="002D2B33">
        <w:rPr>
          <w:b/>
          <w:sz w:val="22"/>
          <w:lang w:val="ru-RU"/>
        </w:rPr>
        <w:t xml:space="preserve"> </w:t>
      </w:r>
      <w:proofErr w:type="spellStart"/>
      <w:r w:rsidRPr="002D2B33">
        <w:rPr>
          <w:b/>
          <w:sz w:val="22"/>
          <w:lang w:val="ru-RU"/>
        </w:rPr>
        <w:t>қызметтері</w:t>
      </w:r>
      <w:proofErr w:type="spellEnd"/>
    </w:p>
    <w:tbl>
      <w:tblPr>
        <w:tblW w:w="0" w:type="auto"/>
        <w:tblBorders>
          <w:top w:val="single" w:sz="4" w:space="0" w:color="CCCCCC"/>
          <w:bottom w:val="single" w:sz="4" w:space="0" w:color="CCCCCC"/>
          <w:insideH w:val="single" w:sz="4" w:space="0" w:color="EAEAEA"/>
          <w:insideV w:val="single" w:sz="4" w:space="0" w:color="CCCCCC"/>
        </w:tblBorders>
        <w:tblLayout w:type="fixed"/>
        <w:tblLook w:val="04A0" w:firstRow="1" w:lastRow="0" w:firstColumn="1" w:lastColumn="0" w:noHBand="0" w:noVBand="1"/>
      </w:tblPr>
      <w:tblGrid>
        <w:gridCol w:w="4896"/>
        <w:gridCol w:w="4896"/>
      </w:tblGrid>
      <w:tr w:rsidR="005A5732">
        <w:tc>
          <w:tcPr>
            <w:tcW w:w="4896" w:type="dxa"/>
            <w:shd w:val="clear" w:color="auto" w:fill="1F4E79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5A5732" w:rsidRDefault="00C370B4">
            <w:pPr>
              <w:jc w:val="center"/>
            </w:pPr>
            <w:proofErr w:type="spellStart"/>
            <w:r>
              <w:rPr>
                <w:b/>
                <w:color w:val="FFFFFF"/>
              </w:rPr>
              <w:t>На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русском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языке</w:t>
            </w:r>
            <w:proofErr w:type="spellEnd"/>
          </w:p>
        </w:tc>
        <w:tc>
          <w:tcPr>
            <w:tcW w:w="4896" w:type="dxa"/>
            <w:shd w:val="clear" w:color="auto" w:fill="1F4E79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5A5732" w:rsidRDefault="00C370B4">
            <w:pPr>
              <w:jc w:val="center"/>
            </w:pPr>
            <w:r>
              <w:rPr>
                <w:b/>
                <w:color w:val="FFFFFF"/>
              </w:rPr>
              <w:t>Қазақ</w:t>
            </w:r>
            <w:r>
              <w:rPr>
                <w:b/>
                <w:color w:val="FFFFFF"/>
              </w:rPr>
              <w:t xml:space="preserve"> тілінде</w:t>
            </w:r>
          </w:p>
        </w:tc>
      </w:tr>
      <w:tr w:rsidR="005A5732" w:rsidRPr="002D2B33"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 w:rsidP="002D2B33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>1. Наименование услуг:</w:t>
            </w:r>
            <w:r w:rsidRPr="002D2B33">
              <w:rPr>
                <w:lang w:val="ru-RU"/>
              </w:rPr>
              <w:t xml:space="preserve"> Услуги по организации и проведению обучающего семинара (инструктажа) по </w:t>
            </w:r>
            <w:r w:rsidR="002D2B33">
              <w:rPr>
                <w:lang w:val="kk-KZ"/>
              </w:rPr>
              <w:t>анти</w:t>
            </w:r>
            <w:bookmarkStart w:id="0" w:name="_GoBack"/>
            <w:bookmarkEnd w:id="0"/>
            <w:r w:rsidRPr="002D2B33">
              <w:rPr>
                <w:lang w:val="ru-RU"/>
              </w:rPr>
              <w:t>террористической подготовке персонала Объекта, уязвимого в террористическом отношении (УТО).</w:t>
            </w:r>
          </w:p>
        </w:tc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1. </w:t>
            </w:r>
            <w:proofErr w:type="spellStart"/>
            <w:r w:rsidRPr="002D2B33">
              <w:rPr>
                <w:b/>
                <w:lang w:val="ru-RU"/>
              </w:rPr>
              <w:t>Қызметтердің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атауы</w:t>
            </w:r>
            <w:proofErr w:type="spellEnd"/>
            <w:r w:rsidRPr="002D2B33">
              <w:rPr>
                <w:b/>
                <w:lang w:val="ru-RU"/>
              </w:rPr>
              <w:t>:</w:t>
            </w:r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Террористік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тұ</w:t>
            </w:r>
            <w:proofErr w:type="gramStart"/>
            <w:r w:rsidRPr="002D2B33">
              <w:rPr>
                <w:lang w:val="ru-RU"/>
              </w:rPr>
              <w:t>р</w:t>
            </w:r>
            <w:proofErr w:type="gramEnd"/>
            <w:r w:rsidRPr="002D2B33">
              <w:rPr>
                <w:lang w:val="ru-RU"/>
              </w:rPr>
              <w:t>ғыдан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осал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объектінің</w:t>
            </w:r>
            <w:proofErr w:type="spellEnd"/>
            <w:r w:rsidRPr="002D2B33">
              <w:rPr>
                <w:lang w:val="ru-RU"/>
              </w:rPr>
              <w:t xml:space="preserve"> (ТТ</w:t>
            </w:r>
            <w:r w:rsidRPr="002D2B33">
              <w:rPr>
                <w:lang w:val="ru-RU"/>
              </w:rPr>
              <w:t xml:space="preserve">О) </w:t>
            </w:r>
            <w:proofErr w:type="spellStart"/>
            <w:r w:rsidRPr="002D2B33">
              <w:rPr>
                <w:lang w:val="ru-RU"/>
              </w:rPr>
              <w:t>персоналын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дайындау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бойынша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оқыту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семинарын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нұсқамалықты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ұйымдастыру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өткізу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қызметтері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Default="00C370B4">
            <w:pPr>
              <w:spacing w:after="80"/>
            </w:pPr>
            <w:r>
              <w:rPr>
                <w:b/>
              </w:rPr>
              <w:t>2. Количество участников (слушателей):</w:t>
            </w:r>
            <w:r>
              <w:t xml:space="preserve"> 80 человек.</w:t>
            </w:r>
          </w:p>
        </w:tc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Default="00C370B4">
            <w:pPr>
              <w:spacing w:after="80"/>
            </w:pPr>
            <w:r>
              <w:rPr>
                <w:b/>
              </w:rPr>
              <w:t>2. Қатысушылар саны (тыңдаушылар):</w:t>
            </w:r>
            <w:r>
              <w:t xml:space="preserve"> 80 адам.</w:t>
            </w:r>
          </w:p>
        </w:tc>
      </w:tr>
      <w:tr w:rsidR="005A5732" w:rsidRPr="002D2B33"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3. </w:t>
            </w:r>
            <w:r>
              <w:rPr>
                <w:b/>
              </w:rPr>
              <w:t>Format</w:t>
            </w:r>
            <w:r w:rsidRPr="002D2B33">
              <w:rPr>
                <w:b/>
                <w:lang w:val="ru-RU"/>
              </w:rPr>
              <w:t xml:space="preserve"> оказания услуг:</w:t>
            </w:r>
            <w:r w:rsidRPr="002D2B33">
              <w:rPr>
                <w:lang w:val="ru-RU"/>
              </w:rPr>
              <w:t xml:space="preserve"> Очный (офлайн), на территории Заказчика.</w:t>
            </w:r>
          </w:p>
        </w:tc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3. </w:t>
            </w:r>
            <w:proofErr w:type="spellStart"/>
            <w:r w:rsidRPr="002D2B33">
              <w:rPr>
                <w:b/>
                <w:lang w:val="ru-RU"/>
              </w:rPr>
              <w:t>Қызмет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көрсету</w:t>
            </w:r>
            <w:proofErr w:type="spellEnd"/>
            <w:r w:rsidRPr="002D2B33">
              <w:rPr>
                <w:b/>
                <w:lang w:val="ru-RU"/>
              </w:rPr>
              <w:t xml:space="preserve"> форматы:</w:t>
            </w:r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Күндізгі</w:t>
            </w:r>
            <w:proofErr w:type="spellEnd"/>
            <w:r w:rsidRPr="002D2B33">
              <w:rPr>
                <w:lang w:val="ru-RU"/>
              </w:rPr>
              <w:t xml:space="preserve"> (офлайн), </w:t>
            </w:r>
            <w:proofErr w:type="spellStart"/>
            <w:r w:rsidRPr="002D2B33">
              <w:rPr>
                <w:lang w:val="ru-RU"/>
              </w:rPr>
              <w:t>Тапсырыс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берушінің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аумағында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>4. Периодичность и обязательства Поставщика:</w:t>
            </w:r>
            <w:r w:rsidRPr="002D2B33">
              <w:rPr>
                <w:lang w:val="ru-RU"/>
              </w:rPr>
              <w:t xml:space="preserve"> Поставщик обязуется провести обучающий семинар 2 (два) раза в год (по одному семинару в полу</w:t>
            </w:r>
            <w:r w:rsidRPr="002D2B33">
              <w:rPr>
                <w:lang w:val="ru-RU"/>
              </w:rPr>
              <w:t>годие) для 80 участников в соответствии с графиком, утвержденным руководителем объекта УТО, с периодичностью не реже двух раз в год.</w:t>
            </w:r>
          </w:p>
        </w:tc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4. </w:t>
            </w:r>
            <w:proofErr w:type="spellStart"/>
            <w:r w:rsidRPr="002D2B33">
              <w:rPr>
                <w:b/>
                <w:lang w:val="ru-RU"/>
              </w:rPr>
              <w:t>Мерзімділігі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және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Өнім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берушінің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міндеттемелері</w:t>
            </w:r>
            <w:proofErr w:type="spellEnd"/>
            <w:r w:rsidRPr="002D2B33">
              <w:rPr>
                <w:b/>
                <w:lang w:val="ru-RU"/>
              </w:rPr>
              <w:t>:</w:t>
            </w:r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Өнім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ТТО </w:t>
            </w:r>
            <w:proofErr w:type="spellStart"/>
            <w:r w:rsidRPr="002D2B33">
              <w:rPr>
                <w:lang w:val="ru-RU"/>
              </w:rPr>
              <w:t>объектісінің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басшысы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бекіткен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кестеге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сәйкес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жылына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</w:t>
            </w:r>
            <w:r w:rsidRPr="002D2B33">
              <w:rPr>
                <w:lang w:val="ru-RU"/>
              </w:rPr>
              <w:t>мінде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екі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рет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мерзімділікпен</w:t>
            </w:r>
            <w:proofErr w:type="spellEnd"/>
            <w:r w:rsidRPr="002D2B33">
              <w:rPr>
                <w:lang w:val="ru-RU"/>
              </w:rPr>
              <w:t xml:space="preserve"> 80 </w:t>
            </w:r>
            <w:proofErr w:type="spellStart"/>
            <w:r w:rsidRPr="002D2B33">
              <w:rPr>
                <w:lang w:val="ru-RU"/>
              </w:rPr>
              <w:t>қатысушы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үшін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жылына</w:t>
            </w:r>
            <w:proofErr w:type="spellEnd"/>
            <w:r w:rsidRPr="002D2B33">
              <w:rPr>
                <w:lang w:val="ru-RU"/>
              </w:rPr>
              <w:t xml:space="preserve"> 2 (</w:t>
            </w:r>
            <w:proofErr w:type="spellStart"/>
            <w:r w:rsidRPr="002D2B33">
              <w:rPr>
                <w:lang w:val="ru-RU"/>
              </w:rPr>
              <w:t>екі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рет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жартыжылдықта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бі</w:t>
            </w:r>
            <w:proofErr w:type="gramStart"/>
            <w:r w:rsidRPr="002D2B33">
              <w:rPr>
                <w:lang w:val="ru-RU"/>
              </w:rPr>
              <w:t>р</w:t>
            </w:r>
            <w:proofErr w:type="spellEnd"/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семинардан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оқыту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семинарын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өткізуге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міндеттенеді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>5. Нормативно-правовая база: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Оказание услуг должно строго соответствовать действующему законодательству Республики Казах</w:t>
            </w:r>
            <w:r w:rsidRPr="002D2B33">
              <w:rPr>
                <w:lang w:val="ru-RU"/>
              </w:rPr>
              <w:t>стан: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Закон РК от 13 июля 1999 года № 416-</w:t>
            </w:r>
            <w:r>
              <w:t>I</w:t>
            </w:r>
            <w:r w:rsidRPr="002D2B33">
              <w:rPr>
                <w:lang w:val="ru-RU"/>
              </w:rPr>
              <w:t xml:space="preserve"> «О противодействии терроризму».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Постановление Правительства РК от 6 мая 2021 года № 305 «Об утверждении требований к организации антитеррористической защиты объектов, уязвимых в террористическом отношении».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</w:t>
            </w:r>
            <w:r w:rsidRPr="002D2B33">
              <w:rPr>
                <w:lang w:val="ru-RU"/>
              </w:rPr>
              <w:t xml:space="preserve"> Специализированная ведомственная инструкция по организации антитеррористической защищенности объектов, утвержденная уполномоченным </w:t>
            </w:r>
            <w:r w:rsidRPr="002D2B33">
              <w:rPr>
                <w:lang w:val="ru-RU"/>
              </w:rPr>
              <w:lastRenderedPageBreak/>
              <w:t>государственным органом РК.</w:t>
            </w:r>
          </w:p>
        </w:tc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lastRenderedPageBreak/>
              <w:t xml:space="preserve">5. </w:t>
            </w:r>
            <w:proofErr w:type="spellStart"/>
            <w:r w:rsidRPr="002D2B33">
              <w:rPr>
                <w:b/>
                <w:lang w:val="ru-RU"/>
              </w:rPr>
              <w:t>Нормативті</w:t>
            </w:r>
            <w:proofErr w:type="gramStart"/>
            <w:r w:rsidRPr="002D2B33">
              <w:rPr>
                <w:b/>
                <w:lang w:val="ru-RU"/>
              </w:rPr>
              <w:t>к-</w:t>
            </w:r>
            <w:proofErr w:type="gramEnd"/>
            <w:r w:rsidRPr="002D2B33">
              <w:rPr>
                <w:b/>
                <w:lang w:val="ru-RU"/>
              </w:rPr>
              <w:t>құқықтық</w:t>
            </w:r>
            <w:proofErr w:type="spellEnd"/>
            <w:r w:rsidRPr="002D2B33">
              <w:rPr>
                <w:b/>
                <w:lang w:val="ru-RU"/>
              </w:rPr>
              <w:t xml:space="preserve"> база: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proofErr w:type="spellStart"/>
            <w:r w:rsidRPr="002D2B33">
              <w:rPr>
                <w:lang w:val="ru-RU"/>
              </w:rPr>
              <w:t>Қызмет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көрсету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Қазақстан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Республикасының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қолданыстағы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заңнамасына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қатаң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сәйкес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келуі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proofErr w:type="gramStart"/>
            <w:r w:rsidRPr="002D2B33">
              <w:rPr>
                <w:lang w:val="ru-RU"/>
              </w:rPr>
              <w:t>тиіс</w:t>
            </w:r>
            <w:proofErr w:type="spellEnd"/>
            <w:proofErr w:type="gramEnd"/>
            <w:r w:rsidRPr="002D2B33">
              <w:rPr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«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іс-қимыл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туралы</w:t>
            </w:r>
            <w:proofErr w:type="spellEnd"/>
            <w:r w:rsidRPr="002D2B33">
              <w:rPr>
                <w:lang w:val="ru-RU"/>
              </w:rPr>
              <w:t xml:space="preserve">» ҚР 1999 </w:t>
            </w:r>
            <w:proofErr w:type="spellStart"/>
            <w:r w:rsidRPr="002D2B33">
              <w:rPr>
                <w:lang w:val="ru-RU"/>
              </w:rPr>
              <w:t>жылғы</w:t>
            </w:r>
            <w:proofErr w:type="spellEnd"/>
            <w:r w:rsidRPr="002D2B33">
              <w:rPr>
                <w:lang w:val="ru-RU"/>
              </w:rPr>
              <w:t xml:space="preserve"> 13 </w:t>
            </w:r>
            <w:proofErr w:type="spellStart"/>
            <w:r w:rsidRPr="002D2B33">
              <w:rPr>
                <w:lang w:val="ru-RU"/>
              </w:rPr>
              <w:t>шілдедегі</w:t>
            </w:r>
            <w:proofErr w:type="spellEnd"/>
            <w:r w:rsidRPr="002D2B33">
              <w:rPr>
                <w:lang w:val="ru-RU"/>
              </w:rPr>
              <w:t xml:space="preserve"> № 416-</w:t>
            </w:r>
            <w:r>
              <w:t>I</w:t>
            </w:r>
            <w:proofErr w:type="gramStart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З</w:t>
            </w:r>
            <w:proofErr w:type="gramEnd"/>
            <w:r w:rsidRPr="002D2B33">
              <w:rPr>
                <w:lang w:val="ru-RU"/>
              </w:rPr>
              <w:t>аңы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«</w:t>
            </w:r>
            <w:proofErr w:type="spellStart"/>
            <w:r w:rsidRPr="002D2B33">
              <w:rPr>
                <w:lang w:val="ru-RU"/>
              </w:rPr>
              <w:t>Террористік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тұ</w:t>
            </w:r>
            <w:proofErr w:type="gramStart"/>
            <w:r w:rsidRPr="002D2B33">
              <w:rPr>
                <w:lang w:val="ru-RU"/>
              </w:rPr>
              <w:t>р</w:t>
            </w:r>
            <w:proofErr w:type="gramEnd"/>
            <w:r w:rsidRPr="002D2B33">
              <w:rPr>
                <w:lang w:val="ru-RU"/>
              </w:rPr>
              <w:t>ғыдан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осал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объектілерді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қорғауды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ұйымдастыруға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қойылатын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талаптарды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бекіту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туралы</w:t>
            </w:r>
            <w:proofErr w:type="spellEnd"/>
            <w:r w:rsidRPr="002D2B33">
              <w:rPr>
                <w:lang w:val="ru-RU"/>
              </w:rPr>
              <w:t xml:space="preserve">» ҚР </w:t>
            </w:r>
            <w:proofErr w:type="spellStart"/>
            <w:r w:rsidRPr="002D2B33">
              <w:rPr>
                <w:lang w:val="ru-RU"/>
              </w:rPr>
              <w:t>Үкіметінің</w:t>
            </w:r>
            <w:proofErr w:type="spellEnd"/>
            <w:r w:rsidRPr="002D2B33">
              <w:rPr>
                <w:lang w:val="ru-RU"/>
              </w:rPr>
              <w:t xml:space="preserve"> 2021 </w:t>
            </w:r>
            <w:proofErr w:type="spellStart"/>
            <w:r w:rsidRPr="002D2B33">
              <w:rPr>
                <w:lang w:val="ru-RU"/>
              </w:rPr>
              <w:t>жылғы</w:t>
            </w:r>
            <w:proofErr w:type="spellEnd"/>
            <w:r w:rsidRPr="002D2B33">
              <w:rPr>
                <w:lang w:val="ru-RU"/>
              </w:rPr>
              <w:t xml:space="preserve"> 6 </w:t>
            </w:r>
            <w:proofErr w:type="spellStart"/>
            <w:r w:rsidRPr="002D2B33">
              <w:rPr>
                <w:lang w:val="ru-RU"/>
              </w:rPr>
              <w:t>мамырд</w:t>
            </w:r>
            <w:r w:rsidRPr="002D2B33">
              <w:rPr>
                <w:lang w:val="ru-RU"/>
              </w:rPr>
              <w:t>ағы</w:t>
            </w:r>
            <w:proofErr w:type="spellEnd"/>
            <w:r w:rsidRPr="002D2B33">
              <w:rPr>
                <w:lang w:val="ru-RU"/>
              </w:rPr>
              <w:t xml:space="preserve"> № 305 </w:t>
            </w:r>
            <w:proofErr w:type="spellStart"/>
            <w:r w:rsidRPr="002D2B33">
              <w:rPr>
                <w:lang w:val="ru-RU"/>
              </w:rPr>
              <w:t>қаулысы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Қ</w:t>
            </w:r>
            <w:proofErr w:type="gramStart"/>
            <w:r w:rsidRPr="002D2B33">
              <w:rPr>
                <w:lang w:val="ru-RU"/>
              </w:rPr>
              <w:t>Р</w:t>
            </w:r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уәкілетті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мемлекеттік</w:t>
            </w:r>
            <w:proofErr w:type="spellEnd"/>
            <w:r w:rsidRPr="002D2B33">
              <w:rPr>
                <w:lang w:val="ru-RU"/>
              </w:rPr>
              <w:t xml:space="preserve"> органы </w:t>
            </w:r>
            <w:proofErr w:type="spellStart"/>
            <w:r w:rsidRPr="002D2B33">
              <w:rPr>
                <w:lang w:val="ru-RU"/>
              </w:rPr>
              <w:t>бекіткен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террористік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тұрғыдан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осал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объектілерді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қорғауды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ұйымдастыру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жөніндегі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мамандандырылған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ведомстволық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lastRenderedPageBreak/>
              <w:t>нұсқаулық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lastRenderedPageBreak/>
              <w:t>6. Требования к программе семинара: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Программа обучения должна со</w:t>
            </w:r>
            <w:r w:rsidRPr="002D2B33">
              <w:rPr>
                <w:lang w:val="ru-RU"/>
              </w:rPr>
              <w:t>ставлять не менее 4 академических часов для каждого семинара и включать в себя изучение следующих обязательных тем: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Нормативно-правовая база РК в сфере противодействия терроризму, права и обязанности работников УТО.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Алгоритмы первичных действий персона</w:t>
            </w:r>
            <w:r w:rsidRPr="002D2B33">
              <w:rPr>
                <w:lang w:val="ru-RU"/>
              </w:rPr>
              <w:t>ла при обнаружении подозрительных предметов, получении угроз по телефону или электронной почте.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Порядок действий при вооруженном нападении на объект, захвате заложников, совершении иных актов терроризма, а также при угрозе применения беспилотных воздушны</w:t>
            </w:r>
            <w:r w:rsidRPr="002D2B33">
              <w:rPr>
                <w:lang w:val="ru-RU"/>
              </w:rPr>
              <w:t>х судов (БПЛА).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Правила проведения безопасной и оперативной эвакуации, взаимодействие с правоохранительными и специальными органами (МВД, КНБ, МЧС).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Проведение практического моделирования (тренинга) по отработке навыков реагирования.</w:t>
            </w:r>
          </w:p>
        </w:tc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6. Семинар </w:t>
            </w:r>
            <w:proofErr w:type="spellStart"/>
            <w:proofErr w:type="gramStart"/>
            <w:r w:rsidRPr="002D2B33">
              <w:rPr>
                <w:b/>
                <w:lang w:val="ru-RU"/>
              </w:rPr>
              <w:t>ба</w:t>
            </w:r>
            <w:proofErr w:type="gramEnd"/>
            <w:r w:rsidRPr="002D2B33">
              <w:rPr>
                <w:b/>
                <w:lang w:val="ru-RU"/>
              </w:rPr>
              <w:t>ғдарл</w:t>
            </w:r>
            <w:r w:rsidRPr="002D2B33">
              <w:rPr>
                <w:b/>
                <w:lang w:val="ru-RU"/>
              </w:rPr>
              <w:t>амасына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қойылатын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талаптар</w:t>
            </w:r>
            <w:proofErr w:type="spellEnd"/>
            <w:r w:rsidRPr="002D2B33">
              <w:rPr>
                <w:b/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proofErr w:type="spellStart"/>
            <w:r w:rsidRPr="002D2B33">
              <w:rPr>
                <w:lang w:val="ru-RU"/>
              </w:rPr>
              <w:t>Оқыту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бағдарламасы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әрбі</w:t>
            </w:r>
            <w:proofErr w:type="gramStart"/>
            <w:r w:rsidRPr="002D2B33">
              <w:rPr>
                <w:lang w:val="ru-RU"/>
              </w:rPr>
              <w:t>р</w:t>
            </w:r>
            <w:proofErr w:type="spellEnd"/>
            <w:proofErr w:type="gramEnd"/>
            <w:r w:rsidRPr="002D2B33">
              <w:rPr>
                <w:lang w:val="ru-RU"/>
              </w:rPr>
              <w:t xml:space="preserve"> семинар </w:t>
            </w:r>
            <w:proofErr w:type="spellStart"/>
            <w:r w:rsidRPr="002D2B33">
              <w:rPr>
                <w:lang w:val="ru-RU"/>
              </w:rPr>
              <w:t>үшін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кемінде</w:t>
            </w:r>
            <w:proofErr w:type="spellEnd"/>
            <w:r w:rsidRPr="002D2B33">
              <w:rPr>
                <w:lang w:val="ru-RU"/>
              </w:rPr>
              <w:t xml:space="preserve"> 4 </w:t>
            </w:r>
            <w:proofErr w:type="spellStart"/>
            <w:r w:rsidRPr="002D2B33">
              <w:rPr>
                <w:lang w:val="ru-RU"/>
              </w:rPr>
              <w:t>академиялық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сағатты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құрауы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келесі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міндетті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тақырыптарды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қамтуы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тиіс</w:t>
            </w:r>
            <w:proofErr w:type="spellEnd"/>
            <w:r w:rsidRPr="002D2B33">
              <w:rPr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і</w:t>
            </w:r>
            <w:proofErr w:type="gramStart"/>
            <w:r w:rsidRPr="002D2B33">
              <w:rPr>
                <w:lang w:val="ru-RU"/>
              </w:rPr>
              <w:t>с-</w:t>
            </w:r>
            <w:proofErr w:type="gramEnd"/>
            <w:r w:rsidRPr="002D2B33">
              <w:rPr>
                <w:lang w:val="ru-RU"/>
              </w:rPr>
              <w:t>қимыл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саласындағы</w:t>
            </w:r>
            <w:proofErr w:type="spellEnd"/>
            <w:r w:rsidRPr="002D2B33">
              <w:rPr>
                <w:lang w:val="ru-RU"/>
              </w:rPr>
              <w:t xml:space="preserve"> ҚР </w:t>
            </w:r>
            <w:proofErr w:type="spellStart"/>
            <w:r w:rsidRPr="002D2B33">
              <w:rPr>
                <w:lang w:val="ru-RU"/>
              </w:rPr>
              <w:t>нормативтік-құқықтық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базасы</w:t>
            </w:r>
            <w:proofErr w:type="spellEnd"/>
            <w:r w:rsidRPr="002D2B33">
              <w:rPr>
                <w:lang w:val="ru-RU"/>
              </w:rPr>
              <w:t xml:space="preserve">, ТТО </w:t>
            </w:r>
            <w:proofErr w:type="spellStart"/>
            <w:r w:rsidRPr="002D2B33">
              <w:rPr>
                <w:lang w:val="ru-RU"/>
              </w:rPr>
              <w:t>қызметкерлерінің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құқықтары</w:t>
            </w:r>
            <w:proofErr w:type="spellEnd"/>
            <w:r w:rsidRPr="002D2B33">
              <w:rPr>
                <w:lang w:val="ru-RU"/>
              </w:rPr>
              <w:t xml:space="preserve"> ме</w:t>
            </w:r>
            <w:r w:rsidRPr="002D2B33">
              <w:rPr>
                <w:lang w:val="ru-RU"/>
              </w:rPr>
              <w:t xml:space="preserve">н </w:t>
            </w:r>
            <w:proofErr w:type="spellStart"/>
            <w:r w:rsidRPr="002D2B33">
              <w:rPr>
                <w:lang w:val="ru-RU"/>
              </w:rPr>
              <w:t>міндеттері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Күдікті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заттар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табылғанда</w:t>
            </w:r>
            <w:proofErr w:type="spellEnd"/>
            <w:r w:rsidRPr="002D2B33">
              <w:rPr>
                <w:lang w:val="ru-RU"/>
              </w:rPr>
              <w:t xml:space="preserve">, телефон </w:t>
            </w:r>
            <w:proofErr w:type="spellStart"/>
            <w:r w:rsidRPr="002D2B33">
              <w:rPr>
                <w:lang w:val="ru-RU"/>
              </w:rPr>
              <w:t>немесе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электрондық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пошта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арқылы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қауі</w:t>
            </w:r>
            <w:proofErr w:type="gramStart"/>
            <w:r w:rsidRPr="002D2B33">
              <w:rPr>
                <w:lang w:val="ru-RU"/>
              </w:rPr>
              <w:t>п-</w:t>
            </w:r>
            <w:proofErr w:type="gramEnd"/>
            <w:r w:rsidRPr="002D2B33">
              <w:rPr>
                <w:lang w:val="ru-RU"/>
              </w:rPr>
              <w:t>қатерлер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түскен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кездегі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персоналдың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алғашқы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іс-әрекеттері</w:t>
            </w:r>
            <w:r>
              <w:t>目の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алгоритмдері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Объектіге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қарулы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шабуыл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жасалғанда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кепілге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алынғанда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өзге</w:t>
            </w:r>
            <w:proofErr w:type="spellEnd"/>
            <w:r w:rsidRPr="002D2B33">
              <w:rPr>
                <w:lang w:val="ru-RU"/>
              </w:rPr>
              <w:t xml:space="preserve"> де... терроризм </w:t>
            </w:r>
            <w:proofErr w:type="spellStart"/>
            <w:r w:rsidRPr="002D2B33">
              <w:rPr>
                <w:lang w:val="ru-RU"/>
              </w:rPr>
              <w:t>актілері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жасалғ</w:t>
            </w:r>
            <w:r w:rsidRPr="002D2B33">
              <w:rPr>
                <w:lang w:val="ru-RU"/>
              </w:rPr>
              <w:t>анда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сондай-ақ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ұшқышсыз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ұшу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аппараттарын</w:t>
            </w:r>
            <w:proofErr w:type="spellEnd"/>
            <w:r w:rsidRPr="002D2B33">
              <w:rPr>
                <w:lang w:val="ru-RU"/>
              </w:rPr>
              <w:t xml:space="preserve"> (ҰҰА) </w:t>
            </w:r>
            <w:proofErr w:type="spellStart"/>
            <w:r w:rsidRPr="002D2B33">
              <w:rPr>
                <w:lang w:val="ru-RU"/>
              </w:rPr>
              <w:t>қолдану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қаупі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төнгендегі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і</w:t>
            </w:r>
            <w:proofErr w:type="gramStart"/>
            <w:r w:rsidRPr="002D2B33">
              <w:rPr>
                <w:lang w:val="ru-RU"/>
              </w:rPr>
              <w:t>с-</w:t>
            </w:r>
            <w:proofErr w:type="gramEnd"/>
            <w:r w:rsidRPr="002D2B33">
              <w:rPr>
                <w:lang w:val="ru-RU"/>
              </w:rPr>
              <w:t>әрекеттер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тәртібі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Қауіпсіз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жедел</w:t>
            </w:r>
            <w:proofErr w:type="spellEnd"/>
            <w:r w:rsidRPr="002D2B33">
              <w:rPr>
                <w:lang w:val="ru-RU"/>
              </w:rPr>
              <w:t xml:space="preserve"> эвакуация </w:t>
            </w:r>
            <w:proofErr w:type="spellStart"/>
            <w:r w:rsidRPr="002D2B33">
              <w:rPr>
                <w:lang w:val="ru-RU"/>
              </w:rPr>
              <w:t>жүргізу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ережелері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құқық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қорғау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арнайы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органдармен</w:t>
            </w:r>
            <w:proofErr w:type="spellEnd"/>
            <w:r w:rsidRPr="002D2B33">
              <w:rPr>
                <w:lang w:val="ru-RU"/>
              </w:rPr>
              <w:t xml:space="preserve"> (ІІМ, ҰҚК, ТЖМ) </w:t>
            </w:r>
            <w:proofErr w:type="spellStart"/>
            <w:r w:rsidRPr="002D2B33">
              <w:rPr>
                <w:lang w:val="ru-RU"/>
              </w:rPr>
              <w:t>өзара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і</w:t>
            </w:r>
            <w:proofErr w:type="gramStart"/>
            <w:r w:rsidRPr="002D2B33">
              <w:rPr>
                <w:lang w:val="ru-RU"/>
              </w:rPr>
              <w:t>с-</w:t>
            </w:r>
            <w:proofErr w:type="gramEnd"/>
            <w:r w:rsidRPr="002D2B33">
              <w:rPr>
                <w:lang w:val="ru-RU"/>
              </w:rPr>
              <w:t>қимыл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жасау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Тұ</w:t>
            </w:r>
            <w:proofErr w:type="gramStart"/>
            <w:r w:rsidRPr="002D2B33">
              <w:rPr>
                <w:lang w:val="ru-RU"/>
              </w:rPr>
              <w:t>р</w:t>
            </w:r>
            <w:proofErr w:type="gramEnd"/>
            <w:r w:rsidRPr="002D2B33">
              <w:rPr>
                <w:lang w:val="ru-RU"/>
              </w:rPr>
              <w:t>ғылықты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әрекет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дағдыларын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пысықтау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бойынша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практикалық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модельдеуді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тренингті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өткізу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>7. Требования к Поставщику и квалификации лекторов: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Поставщик самостоятельно обеспечивает лекторов необходимым методическим, презентационным и демонстрационным материалом.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Привлеченные Поста</w:t>
            </w:r>
            <w:r w:rsidRPr="002D2B33">
              <w:rPr>
                <w:lang w:val="ru-RU"/>
              </w:rPr>
              <w:t>вщиком лекторы (специалисты) должны иметь профильное высшее образование и/или документально подтвержденную квалификацию/опыт проведения занятий в области антитеррористической подготовки, гражданской обороны или общественной безопасности.</w:t>
            </w:r>
          </w:p>
        </w:tc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7. </w:t>
            </w:r>
            <w:proofErr w:type="spellStart"/>
            <w:r w:rsidRPr="002D2B33">
              <w:rPr>
                <w:b/>
                <w:lang w:val="ru-RU"/>
              </w:rPr>
              <w:t>Өні</w:t>
            </w:r>
            <w:proofErr w:type="gramStart"/>
            <w:r w:rsidRPr="002D2B33">
              <w:rPr>
                <w:b/>
                <w:lang w:val="ru-RU"/>
              </w:rPr>
              <w:t>м</w:t>
            </w:r>
            <w:proofErr w:type="spellEnd"/>
            <w:proofErr w:type="gram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берушіге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ж</w:t>
            </w:r>
            <w:r w:rsidRPr="002D2B33">
              <w:rPr>
                <w:b/>
                <w:lang w:val="ru-RU"/>
              </w:rPr>
              <w:t>әне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лекторлардың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біліктілігіне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қойылатын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талаптар</w:t>
            </w:r>
            <w:proofErr w:type="spellEnd"/>
            <w:r w:rsidRPr="002D2B33">
              <w:rPr>
                <w:b/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Өні</w:t>
            </w:r>
            <w:proofErr w:type="gramStart"/>
            <w:r w:rsidRPr="002D2B33">
              <w:rPr>
                <w:lang w:val="ru-RU"/>
              </w:rPr>
              <w:t>м</w:t>
            </w:r>
            <w:proofErr w:type="spellEnd"/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лекторларды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қажетті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әдістемелік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таныстырылымдық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демонстрациялық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материалдармен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дербес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қамтамасыз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етеді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Өнім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proofErr w:type="gramStart"/>
            <w:r w:rsidRPr="002D2B33">
              <w:rPr>
                <w:lang w:val="ru-RU"/>
              </w:rPr>
              <w:t>тартқан</w:t>
            </w:r>
            <w:proofErr w:type="spellEnd"/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лекторлар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мамандар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терроризмге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қарсы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дайындық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азаматтық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қорғаныс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немесе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қоғамдық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қауіпсіздік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саласында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бейінді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жоғары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біліміне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ие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болуы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>/</w:t>
            </w:r>
            <w:proofErr w:type="spellStart"/>
            <w:r w:rsidRPr="002D2B33">
              <w:rPr>
                <w:lang w:val="ru-RU"/>
              </w:rPr>
              <w:t>немесе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құжатпен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расталған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сабақ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өткізу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тәжірибесі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болуы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тиіс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>8. Требования к материально-техническому обеспечению: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Поставщик предоставляет видеоматериалы </w:t>
            </w:r>
            <w:r w:rsidRPr="002D2B33">
              <w:rPr>
                <w:lang w:val="ru-RU"/>
              </w:rPr>
              <w:lastRenderedPageBreak/>
              <w:t xml:space="preserve">(обучающие </w:t>
            </w:r>
            <w:r w:rsidRPr="002D2B33">
              <w:rPr>
                <w:lang w:val="ru-RU"/>
              </w:rPr>
              <w:t>ролики, слайды) для визуального сопровождения лекций.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Поставщик обеспечивает наличие собственного оборудования для качественной визуальной и звуковой передачи информации (ноутбук, проектор/экран, акустическая система/микрофон).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• Поставщик обязан обеспеч</w:t>
            </w:r>
            <w:r w:rsidRPr="002D2B33">
              <w:rPr>
                <w:lang w:val="ru-RU"/>
              </w:rPr>
              <w:t>ить каждого из 80 участников печатными раздаточными материалами (памятки, брошюры) на каждом из двух семинаров.</w:t>
            </w:r>
          </w:p>
        </w:tc>
        <w:tc>
          <w:tcPr>
            <w:tcW w:w="4896" w:type="dxa"/>
            <w:shd w:val="clear" w:color="auto" w:fill="F9FBFD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lastRenderedPageBreak/>
              <w:t xml:space="preserve">8. </w:t>
            </w:r>
            <w:proofErr w:type="spellStart"/>
            <w:r w:rsidRPr="002D2B33">
              <w:rPr>
                <w:b/>
                <w:lang w:val="ru-RU"/>
              </w:rPr>
              <w:t>Материалды</w:t>
            </w:r>
            <w:proofErr w:type="gramStart"/>
            <w:r w:rsidRPr="002D2B33">
              <w:rPr>
                <w:b/>
                <w:lang w:val="ru-RU"/>
              </w:rPr>
              <w:t>қ-</w:t>
            </w:r>
            <w:proofErr w:type="gramEnd"/>
            <w:r w:rsidRPr="002D2B33">
              <w:rPr>
                <w:b/>
                <w:lang w:val="ru-RU"/>
              </w:rPr>
              <w:t>техникалық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қамтамасыз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етуге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қойылатын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талаптар</w:t>
            </w:r>
            <w:proofErr w:type="spellEnd"/>
            <w:r w:rsidRPr="002D2B33">
              <w:rPr>
                <w:b/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Өні</w:t>
            </w:r>
            <w:proofErr w:type="gramStart"/>
            <w:r w:rsidRPr="002D2B33">
              <w:rPr>
                <w:lang w:val="ru-RU"/>
              </w:rPr>
              <w:t>м</w:t>
            </w:r>
            <w:proofErr w:type="spellEnd"/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лекцияларды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визуалды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lastRenderedPageBreak/>
              <w:t>сүйемелдеу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үшін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видеоматериалдарды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оқыту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роли</w:t>
            </w:r>
            <w:r w:rsidRPr="002D2B33">
              <w:rPr>
                <w:lang w:val="ru-RU"/>
              </w:rPr>
              <w:t>ктері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слайдтар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ұсынады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Өнім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proofErr w:type="gramStart"/>
            <w:r w:rsidRPr="002D2B33">
              <w:rPr>
                <w:lang w:val="ru-RU"/>
              </w:rPr>
              <w:t>беруш</w:t>
            </w:r>
            <w:proofErr w:type="gramEnd"/>
            <w:r w:rsidRPr="002D2B33">
              <w:rPr>
                <w:lang w:val="ru-RU"/>
              </w:rPr>
              <w:t>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ақпаратты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сапалы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визуалды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және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дыбыстық</w:t>
            </w:r>
            <w:proofErr w:type="spellEnd"/>
            <w:r w:rsidRPr="002D2B33">
              <w:rPr>
                <w:lang w:val="ru-RU"/>
              </w:rPr>
              <w:t xml:space="preserve"> беру </w:t>
            </w:r>
            <w:proofErr w:type="spellStart"/>
            <w:r w:rsidRPr="002D2B33">
              <w:rPr>
                <w:lang w:val="ru-RU"/>
              </w:rPr>
              <w:t>үшін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меншікті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жабдықтардың</w:t>
            </w:r>
            <w:proofErr w:type="spellEnd"/>
            <w:r w:rsidRPr="002D2B33">
              <w:rPr>
                <w:lang w:val="ru-RU"/>
              </w:rPr>
              <w:t xml:space="preserve"> (ноутбук, проектор/экран, </w:t>
            </w:r>
            <w:proofErr w:type="spellStart"/>
            <w:r w:rsidRPr="002D2B33">
              <w:rPr>
                <w:lang w:val="ru-RU"/>
              </w:rPr>
              <w:t>акустикалық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жүйе</w:t>
            </w:r>
            <w:proofErr w:type="spellEnd"/>
            <w:r w:rsidRPr="002D2B33">
              <w:rPr>
                <w:lang w:val="ru-RU"/>
              </w:rPr>
              <w:t xml:space="preserve">/микрофон) </w:t>
            </w:r>
            <w:proofErr w:type="spellStart"/>
            <w:r w:rsidRPr="002D2B33">
              <w:rPr>
                <w:lang w:val="ru-RU"/>
              </w:rPr>
              <w:t>болуын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қамтамасыз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етеді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• </w:t>
            </w:r>
            <w:proofErr w:type="spellStart"/>
            <w:r w:rsidRPr="002D2B33">
              <w:rPr>
                <w:lang w:val="ru-RU"/>
              </w:rPr>
              <w:t>Өнім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екі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семинардың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ә</w:t>
            </w:r>
            <w:proofErr w:type="gramStart"/>
            <w:r w:rsidRPr="002D2B33">
              <w:rPr>
                <w:lang w:val="ru-RU"/>
              </w:rPr>
              <w:t>р</w:t>
            </w:r>
            <w:proofErr w:type="gramEnd"/>
            <w:r w:rsidRPr="002D2B33">
              <w:rPr>
                <w:lang w:val="ru-RU"/>
              </w:rPr>
              <w:t>қайсысында</w:t>
            </w:r>
            <w:proofErr w:type="spellEnd"/>
            <w:r w:rsidRPr="002D2B33">
              <w:rPr>
                <w:lang w:val="ru-RU"/>
              </w:rPr>
              <w:t xml:space="preserve"> 80 </w:t>
            </w:r>
            <w:proofErr w:type="spellStart"/>
            <w:r w:rsidRPr="002D2B33">
              <w:rPr>
                <w:lang w:val="ru-RU"/>
              </w:rPr>
              <w:t>қатысушының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әрқайсысы</w:t>
            </w:r>
            <w:r w:rsidRPr="002D2B33">
              <w:rPr>
                <w:lang w:val="ru-RU"/>
              </w:rPr>
              <w:t>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баспа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тарату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материалдарымен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жадынамалар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брошюралар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қамтамасыз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етуге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міндетті</w:t>
            </w:r>
            <w:proofErr w:type="spellEnd"/>
            <w:r w:rsidRPr="002D2B33">
              <w:rPr>
                <w:lang w:val="ru-RU"/>
              </w:rPr>
              <w:t>.</w:t>
            </w:r>
          </w:p>
        </w:tc>
      </w:tr>
      <w:tr w:rsidR="005A5732" w:rsidRPr="002D2B33"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lastRenderedPageBreak/>
              <w:t>9. Отчетность и документы по завершении обучения: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По окончании каждого семинара Поставщик предоставляет Заказчику: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1) Именные сертификаты о прохождении обучения на каждого</w:t>
            </w:r>
            <w:r w:rsidRPr="002D2B33">
              <w:rPr>
                <w:lang w:val="ru-RU"/>
              </w:rPr>
              <w:t xml:space="preserve"> обученного сотрудника (80 шт.) либо единый сертификат на организацию с обязательным приложением официального списка лиц, прошедших подготовку.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2) Лист (журнал) регистрации участников семинара с обязательным наличием личных подписей всех 80 слушателей.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3) </w:t>
            </w:r>
            <w:r w:rsidRPr="002D2B33">
              <w:rPr>
                <w:lang w:val="ru-RU"/>
              </w:rPr>
              <w:t>Протокол о проведении обучения (семинара/инструктажа).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>4) Электронный носитель (</w:t>
            </w:r>
            <w:r>
              <w:t>USB</w:t>
            </w:r>
            <w:r w:rsidRPr="002D2B33">
              <w:rPr>
                <w:lang w:val="ru-RU"/>
              </w:rPr>
              <w:t>-</w:t>
            </w:r>
            <w:proofErr w:type="spellStart"/>
            <w:r w:rsidRPr="002D2B33">
              <w:rPr>
                <w:lang w:val="ru-RU"/>
              </w:rPr>
              <w:t>флешка</w:t>
            </w:r>
            <w:proofErr w:type="spellEnd"/>
            <w:r w:rsidRPr="002D2B33">
              <w:rPr>
                <w:lang w:val="ru-RU"/>
              </w:rPr>
              <w:t xml:space="preserve">) со всеми материалами семинара (презентации, нормативные акты, памятки в электронном формате </w:t>
            </w:r>
            <w:r>
              <w:t>PDF</w:t>
            </w:r>
            <w:r w:rsidRPr="002D2B33">
              <w:rPr>
                <w:lang w:val="ru-RU"/>
              </w:rPr>
              <w:t>/</w:t>
            </w:r>
            <w:r>
              <w:t>Word</w:t>
            </w:r>
            <w:r w:rsidRPr="002D2B33">
              <w:rPr>
                <w:lang w:val="ru-RU"/>
              </w:rPr>
              <w:t>) по итогам курсов.</w:t>
            </w:r>
          </w:p>
        </w:tc>
        <w:tc>
          <w:tcPr>
            <w:tcW w:w="489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b/>
                <w:lang w:val="ru-RU"/>
              </w:rPr>
              <w:t xml:space="preserve">9. </w:t>
            </w:r>
            <w:proofErr w:type="spellStart"/>
            <w:r w:rsidRPr="002D2B33">
              <w:rPr>
                <w:b/>
                <w:lang w:val="ru-RU"/>
              </w:rPr>
              <w:t>Оқыту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аяқталғаннан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кейінгі</w:t>
            </w:r>
            <w:proofErr w:type="spellEnd"/>
            <w:r w:rsidRPr="002D2B33">
              <w:rPr>
                <w:b/>
                <w:lang w:val="ru-RU"/>
              </w:rPr>
              <w:t xml:space="preserve"> </w:t>
            </w:r>
            <w:proofErr w:type="spellStart"/>
            <w:r w:rsidRPr="002D2B33">
              <w:rPr>
                <w:b/>
                <w:lang w:val="ru-RU"/>
              </w:rPr>
              <w:t>есептілі</w:t>
            </w:r>
            <w:proofErr w:type="gramStart"/>
            <w:r w:rsidRPr="002D2B33">
              <w:rPr>
                <w:b/>
                <w:lang w:val="ru-RU"/>
              </w:rPr>
              <w:t>к</w:t>
            </w:r>
            <w:proofErr w:type="spellEnd"/>
            <w:proofErr w:type="gramEnd"/>
            <w:r w:rsidRPr="002D2B33">
              <w:rPr>
                <w:b/>
                <w:lang w:val="ru-RU"/>
              </w:rPr>
              <w:t xml:space="preserve"> пен </w:t>
            </w:r>
            <w:proofErr w:type="spellStart"/>
            <w:r w:rsidRPr="002D2B33">
              <w:rPr>
                <w:b/>
                <w:lang w:val="ru-RU"/>
              </w:rPr>
              <w:t>құжаттар</w:t>
            </w:r>
            <w:proofErr w:type="spellEnd"/>
            <w:r w:rsidRPr="002D2B33">
              <w:rPr>
                <w:b/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proofErr w:type="spellStart"/>
            <w:r w:rsidRPr="002D2B33">
              <w:rPr>
                <w:lang w:val="ru-RU"/>
              </w:rPr>
              <w:t>Әрбір</w:t>
            </w:r>
            <w:proofErr w:type="spellEnd"/>
            <w:r w:rsidRPr="002D2B33">
              <w:rPr>
                <w:lang w:val="ru-RU"/>
              </w:rPr>
              <w:t xml:space="preserve"> семинар </w:t>
            </w:r>
            <w:proofErr w:type="spellStart"/>
            <w:r w:rsidRPr="002D2B33">
              <w:rPr>
                <w:lang w:val="ru-RU"/>
              </w:rPr>
              <w:t>аяқталғаннан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кейін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</w:t>
            </w:r>
            <w:proofErr w:type="gramStart"/>
            <w:r w:rsidRPr="002D2B33">
              <w:rPr>
                <w:lang w:val="ru-RU"/>
              </w:rPr>
              <w:t>н</w:t>
            </w:r>
            <w:proofErr w:type="gramEnd"/>
            <w:r w:rsidRPr="002D2B33">
              <w:rPr>
                <w:lang w:val="ru-RU"/>
              </w:rPr>
              <w:t>ім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Тапсырыс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берушіге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келесі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құжаттарды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ұсынады</w:t>
            </w:r>
            <w:proofErr w:type="spellEnd"/>
            <w:r w:rsidRPr="002D2B33">
              <w:rPr>
                <w:lang w:val="ru-RU"/>
              </w:rPr>
              <w:t>: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1) </w:t>
            </w:r>
            <w:proofErr w:type="spellStart"/>
            <w:r w:rsidRPr="002D2B33">
              <w:rPr>
                <w:lang w:val="ru-RU"/>
              </w:rPr>
              <w:t>Әрбір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оқытылған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қызметкерге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оқудан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өткені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туралы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атаулы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сертификаттар</w:t>
            </w:r>
            <w:proofErr w:type="spellEnd"/>
            <w:r w:rsidRPr="002D2B33">
              <w:rPr>
                <w:lang w:val="ru-RU"/>
              </w:rPr>
              <w:t xml:space="preserve"> (80 дана) </w:t>
            </w:r>
            <w:proofErr w:type="spellStart"/>
            <w:r w:rsidRPr="002D2B33">
              <w:rPr>
                <w:lang w:val="ru-RU"/>
              </w:rPr>
              <w:t>немесе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дайындықтан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өткен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тұлғалардың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ресми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тізімі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proofErr w:type="gramStart"/>
            <w:r w:rsidRPr="002D2B33">
              <w:rPr>
                <w:lang w:val="ru-RU"/>
              </w:rPr>
              <w:t>м</w:t>
            </w:r>
            <w:proofErr w:type="gramEnd"/>
            <w:r w:rsidRPr="002D2B33">
              <w:rPr>
                <w:lang w:val="ru-RU"/>
              </w:rPr>
              <w:t>індетті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түрде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қоса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бер</w:t>
            </w:r>
            <w:r w:rsidRPr="002D2B33">
              <w:rPr>
                <w:lang w:val="ru-RU"/>
              </w:rPr>
              <w:t>ілген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ұйымға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арналған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бірыңғай</w:t>
            </w:r>
            <w:proofErr w:type="spellEnd"/>
            <w:r w:rsidRPr="002D2B33">
              <w:rPr>
                <w:lang w:val="ru-RU"/>
              </w:rPr>
              <w:t xml:space="preserve"> сертификат.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2) </w:t>
            </w:r>
            <w:proofErr w:type="spellStart"/>
            <w:r w:rsidRPr="002D2B33">
              <w:rPr>
                <w:lang w:val="ru-RU"/>
              </w:rPr>
              <w:t>Барлық</w:t>
            </w:r>
            <w:proofErr w:type="spellEnd"/>
            <w:r w:rsidRPr="002D2B33">
              <w:rPr>
                <w:lang w:val="ru-RU"/>
              </w:rPr>
              <w:t xml:space="preserve"> 80 </w:t>
            </w:r>
            <w:proofErr w:type="spellStart"/>
            <w:r w:rsidRPr="002D2B33">
              <w:rPr>
                <w:lang w:val="ru-RU"/>
              </w:rPr>
              <w:t>тыңдаушының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жеке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қолдары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қойылған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proofErr w:type="gramStart"/>
            <w:r w:rsidRPr="002D2B33">
              <w:rPr>
                <w:lang w:val="ru-RU"/>
              </w:rPr>
              <w:t>семинар</w:t>
            </w:r>
            <w:proofErr w:type="gramEnd"/>
            <w:r w:rsidRPr="002D2B33">
              <w:rPr>
                <w:lang w:val="ru-RU"/>
              </w:rPr>
              <w:t>ға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қатысушыларды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тіркеу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парағы</w:t>
            </w:r>
            <w:proofErr w:type="spellEnd"/>
            <w:r w:rsidRPr="002D2B33">
              <w:rPr>
                <w:lang w:val="ru-RU"/>
              </w:rPr>
              <w:t xml:space="preserve"> (журналы).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3) </w:t>
            </w:r>
            <w:proofErr w:type="spellStart"/>
            <w:r w:rsidRPr="002D2B33">
              <w:rPr>
                <w:lang w:val="ru-RU"/>
              </w:rPr>
              <w:t>Оқытуды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семинарды</w:t>
            </w:r>
            <w:proofErr w:type="spellEnd"/>
            <w:r w:rsidRPr="002D2B33">
              <w:rPr>
                <w:lang w:val="ru-RU"/>
              </w:rPr>
              <w:t>/</w:t>
            </w:r>
            <w:proofErr w:type="spellStart"/>
            <w:r w:rsidRPr="002D2B33">
              <w:rPr>
                <w:lang w:val="ru-RU"/>
              </w:rPr>
              <w:t>нұсқамалықты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өткізу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туралы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хаттама</w:t>
            </w:r>
            <w:proofErr w:type="spellEnd"/>
            <w:r w:rsidRPr="002D2B33">
              <w:rPr>
                <w:lang w:val="ru-RU"/>
              </w:rPr>
              <w:t>.</w:t>
            </w:r>
          </w:p>
          <w:p w:rsidR="005A5732" w:rsidRPr="002D2B33" w:rsidRDefault="00C370B4">
            <w:pPr>
              <w:spacing w:after="80"/>
              <w:rPr>
                <w:lang w:val="ru-RU"/>
              </w:rPr>
            </w:pPr>
            <w:r w:rsidRPr="002D2B33">
              <w:rPr>
                <w:lang w:val="ru-RU"/>
              </w:rPr>
              <w:t xml:space="preserve">4) Курс </w:t>
            </w:r>
            <w:proofErr w:type="spellStart"/>
            <w:r w:rsidRPr="002D2B33">
              <w:rPr>
                <w:lang w:val="ru-RU"/>
              </w:rPr>
              <w:t>қорытындысы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бойынша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семинардың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барлық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материалдары</w:t>
            </w:r>
            <w:proofErr w:type="spellEnd"/>
            <w:r w:rsidRPr="002D2B33">
              <w:rPr>
                <w:lang w:val="ru-RU"/>
              </w:rPr>
              <w:t xml:space="preserve"> (</w:t>
            </w:r>
            <w:proofErr w:type="spellStart"/>
            <w:r w:rsidRPr="002D2B33">
              <w:rPr>
                <w:lang w:val="ru-RU"/>
              </w:rPr>
              <w:t>электрондық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r>
              <w:t>PDF</w:t>
            </w:r>
            <w:r w:rsidRPr="002D2B33">
              <w:rPr>
                <w:lang w:val="ru-RU"/>
              </w:rPr>
              <w:t>/</w:t>
            </w:r>
            <w:r>
              <w:t>Word</w:t>
            </w:r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форматындағы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таныстырылымдар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нормативті</w:t>
            </w:r>
            <w:proofErr w:type="gramStart"/>
            <w:r w:rsidRPr="002D2B33">
              <w:rPr>
                <w:lang w:val="ru-RU"/>
              </w:rPr>
              <w:t>к</w:t>
            </w:r>
            <w:proofErr w:type="spellEnd"/>
            <w:proofErr w:type="gram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актілер</w:t>
            </w:r>
            <w:proofErr w:type="spellEnd"/>
            <w:r w:rsidRPr="002D2B33">
              <w:rPr>
                <w:lang w:val="ru-RU"/>
              </w:rPr>
              <w:t xml:space="preserve">, </w:t>
            </w:r>
            <w:proofErr w:type="spellStart"/>
            <w:r w:rsidRPr="002D2B33">
              <w:rPr>
                <w:lang w:val="ru-RU"/>
              </w:rPr>
              <w:t>жадынамалар</w:t>
            </w:r>
            <w:proofErr w:type="spellEnd"/>
            <w:r w:rsidRPr="002D2B33">
              <w:rPr>
                <w:lang w:val="ru-RU"/>
              </w:rPr>
              <w:t xml:space="preserve">) </w:t>
            </w:r>
            <w:proofErr w:type="spellStart"/>
            <w:r w:rsidRPr="002D2B33">
              <w:rPr>
                <w:lang w:val="ru-RU"/>
              </w:rPr>
              <w:t>жазылған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электрондық</w:t>
            </w:r>
            <w:proofErr w:type="spellEnd"/>
            <w:r w:rsidRPr="002D2B33">
              <w:rPr>
                <w:lang w:val="ru-RU"/>
              </w:rPr>
              <w:t xml:space="preserve"> </w:t>
            </w:r>
            <w:proofErr w:type="spellStart"/>
            <w:r w:rsidRPr="002D2B33">
              <w:rPr>
                <w:lang w:val="ru-RU"/>
              </w:rPr>
              <w:t>тасымалдағыш</w:t>
            </w:r>
            <w:proofErr w:type="spellEnd"/>
            <w:r w:rsidRPr="002D2B33">
              <w:rPr>
                <w:lang w:val="ru-RU"/>
              </w:rPr>
              <w:t xml:space="preserve"> (</w:t>
            </w:r>
            <w:r>
              <w:t>USB</w:t>
            </w:r>
            <w:r w:rsidRPr="002D2B33">
              <w:rPr>
                <w:lang w:val="ru-RU"/>
              </w:rPr>
              <w:t>-</w:t>
            </w:r>
            <w:proofErr w:type="spellStart"/>
            <w:r w:rsidRPr="002D2B33">
              <w:rPr>
                <w:lang w:val="ru-RU"/>
              </w:rPr>
              <w:t>флешка</w:t>
            </w:r>
            <w:proofErr w:type="spellEnd"/>
            <w:r w:rsidRPr="002D2B33">
              <w:rPr>
                <w:lang w:val="ru-RU"/>
              </w:rPr>
              <w:t>).</w:t>
            </w:r>
          </w:p>
        </w:tc>
      </w:tr>
    </w:tbl>
    <w:p w:rsidR="00C370B4" w:rsidRPr="002D2B33" w:rsidRDefault="00C370B4">
      <w:pPr>
        <w:rPr>
          <w:lang w:val="ru-RU"/>
        </w:rPr>
      </w:pPr>
    </w:p>
    <w:sectPr w:rsidR="00C370B4" w:rsidRPr="002D2B33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D2B33"/>
    <w:rsid w:val="00326F90"/>
    <w:rsid w:val="005A5732"/>
    <w:rsid w:val="00AA1D8D"/>
    <w:rsid w:val="00B47730"/>
    <w:rsid w:val="00C370B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A8B70D-FDB7-4FF4-8701-E3D08364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6199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2</cp:revision>
  <dcterms:created xsi:type="dcterms:W3CDTF">2026-10-27T06:17:00Z</dcterms:created>
  <dcterms:modified xsi:type="dcterms:W3CDTF">2026-10-27T06:17:00Z</dcterms:modified>
</cp:coreProperties>
</file>