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52477" w:rsidRPr="00952477" w:rsidRDefault="00952477" w:rsidP="00952477">
      <w:pPr>
        <w:pStyle w:val="aff8"/>
        <w:ind w:firstLine="567"/>
        <w:jc w:val="center"/>
        <w:rPr>
          <w:sz w:val="28"/>
          <w:szCs w:val="28"/>
        </w:rPr>
      </w:pPr>
      <w:r w:rsidRPr="00952477">
        <w:rPr>
          <w:rStyle w:val="af6"/>
          <w:sz w:val="28"/>
          <w:szCs w:val="28"/>
        </w:rPr>
        <w:t xml:space="preserve">Газетке </w:t>
      </w:r>
      <w:proofErr w:type="spellStart"/>
      <w:r w:rsidRPr="00952477">
        <w:rPr>
          <w:rStyle w:val="af6"/>
          <w:sz w:val="28"/>
          <w:szCs w:val="28"/>
        </w:rPr>
        <w:t>хабарландыру</w:t>
      </w:r>
      <w:proofErr w:type="spellEnd"/>
      <w:r w:rsidRPr="00952477">
        <w:rPr>
          <w:rStyle w:val="af6"/>
          <w:sz w:val="28"/>
          <w:szCs w:val="28"/>
        </w:rPr>
        <w:t xml:space="preserve"> </w:t>
      </w:r>
      <w:proofErr w:type="spellStart"/>
      <w:r w:rsidRPr="00952477">
        <w:rPr>
          <w:rStyle w:val="af6"/>
          <w:sz w:val="28"/>
          <w:szCs w:val="28"/>
        </w:rPr>
        <w:t>орналастыру</w:t>
      </w:r>
      <w:proofErr w:type="spellEnd"/>
      <w:r w:rsidRPr="00952477">
        <w:rPr>
          <w:rStyle w:val="af6"/>
          <w:sz w:val="28"/>
          <w:szCs w:val="28"/>
        </w:rPr>
        <w:t xml:space="preserve"> </w:t>
      </w:r>
      <w:proofErr w:type="spellStart"/>
      <w:r w:rsidRPr="00952477">
        <w:rPr>
          <w:rStyle w:val="af6"/>
          <w:sz w:val="28"/>
          <w:szCs w:val="28"/>
        </w:rPr>
        <w:t>қызметін</w:t>
      </w:r>
      <w:proofErr w:type="spellEnd"/>
      <w:r w:rsidRPr="00952477">
        <w:rPr>
          <w:rStyle w:val="af6"/>
          <w:sz w:val="28"/>
          <w:szCs w:val="28"/>
        </w:rPr>
        <w:t xml:space="preserve"> </w:t>
      </w:r>
      <w:proofErr w:type="spellStart"/>
      <w:r w:rsidRPr="00952477">
        <w:rPr>
          <w:rStyle w:val="af6"/>
          <w:sz w:val="28"/>
          <w:szCs w:val="28"/>
        </w:rPr>
        <w:t>көрсетуге</w:t>
      </w:r>
      <w:proofErr w:type="spellEnd"/>
      <w:r w:rsidRPr="00952477">
        <w:rPr>
          <w:rStyle w:val="af6"/>
          <w:sz w:val="28"/>
          <w:szCs w:val="28"/>
        </w:rPr>
        <w:t xml:space="preserve"> </w:t>
      </w:r>
      <w:proofErr w:type="spellStart"/>
      <w:r w:rsidRPr="00952477">
        <w:rPr>
          <w:rStyle w:val="af6"/>
          <w:sz w:val="28"/>
          <w:szCs w:val="28"/>
        </w:rPr>
        <w:t>арналған</w:t>
      </w:r>
      <w:proofErr w:type="spellEnd"/>
      <w:r w:rsidRPr="00952477">
        <w:rPr>
          <w:b/>
          <w:bCs/>
          <w:sz w:val="28"/>
          <w:szCs w:val="28"/>
        </w:rPr>
        <w:br/>
      </w:r>
      <w:r w:rsidRPr="00952477">
        <w:rPr>
          <w:rStyle w:val="af6"/>
          <w:sz w:val="28"/>
          <w:szCs w:val="28"/>
        </w:rPr>
        <w:t>ТЕХНИКАЛЫҚ ЕРЕКШЕЛІК</w:t>
      </w:r>
    </w:p>
    <w:p w:rsidR="00952477" w:rsidRPr="00952477" w:rsidRDefault="00952477" w:rsidP="00952477">
      <w:pPr>
        <w:pStyle w:val="aff8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952477">
        <w:rPr>
          <w:rStyle w:val="af6"/>
          <w:sz w:val="28"/>
          <w:szCs w:val="28"/>
        </w:rPr>
        <w:t xml:space="preserve">1. </w:t>
      </w:r>
      <w:proofErr w:type="spellStart"/>
      <w:r w:rsidRPr="00952477">
        <w:rPr>
          <w:rStyle w:val="af6"/>
          <w:sz w:val="28"/>
          <w:szCs w:val="28"/>
        </w:rPr>
        <w:t>Қызметтің</w:t>
      </w:r>
      <w:proofErr w:type="spellEnd"/>
      <w:r w:rsidRPr="00952477">
        <w:rPr>
          <w:rStyle w:val="af6"/>
          <w:sz w:val="28"/>
          <w:szCs w:val="28"/>
        </w:rPr>
        <w:t xml:space="preserve"> </w:t>
      </w:r>
      <w:proofErr w:type="spellStart"/>
      <w:r w:rsidRPr="00952477">
        <w:rPr>
          <w:rStyle w:val="af6"/>
          <w:sz w:val="28"/>
          <w:szCs w:val="28"/>
        </w:rPr>
        <w:t>атауы</w:t>
      </w:r>
      <w:proofErr w:type="spellEnd"/>
    </w:p>
    <w:p w:rsidR="00952477" w:rsidRPr="00952477" w:rsidRDefault="00952477" w:rsidP="00952477">
      <w:pPr>
        <w:pStyle w:val="aff8"/>
        <w:spacing w:before="0" w:beforeAutospacing="0" w:after="0" w:afterAutospacing="0"/>
        <w:ind w:firstLine="567"/>
        <w:jc w:val="both"/>
        <w:rPr>
          <w:sz w:val="28"/>
          <w:szCs w:val="28"/>
        </w:rPr>
      </w:pPr>
      <w:proofErr w:type="spellStart"/>
      <w:r w:rsidRPr="00952477">
        <w:rPr>
          <w:sz w:val="28"/>
          <w:szCs w:val="28"/>
        </w:rPr>
        <w:t>Мерзімді</w:t>
      </w:r>
      <w:proofErr w:type="spellEnd"/>
      <w:r w:rsidRPr="00952477">
        <w:rPr>
          <w:sz w:val="28"/>
          <w:szCs w:val="28"/>
        </w:rPr>
        <w:t xml:space="preserve"> </w:t>
      </w:r>
      <w:proofErr w:type="spellStart"/>
      <w:r w:rsidRPr="00952477">
        <w:rPr>
          <w:sz w:val="28"/>
          <w:szCs w:val="28"/>
        </w:rPr>
        <w:t>баспасөз</w:t>
      </w:r>
      <w:proofErr w:type="spellEnd"/>
      <w:r w:rsidRPr="00952477">
        <w:rPr>
          <w:sz w:val="28"/>
          <w:szCs w:val="28"/>
        </w:rPr>
        <w:t xml:space="preserve"> </w:t>
      </w:r>
      <w:proofErr w:type="spellStart"/>
      <w:r w:rsidRPr="00952477">
        <w:rPr>
          <w:sz w:val="28"/>
          <w:szCs w:val="28"/>
        </w:rPr>
        <w:t>басылымында</w:t>
      </w:r>
      <w:proofErr w:type="spellEnd"/>
      <w:r w:rsidRPr="00952477">
        <w:rPr>
          <w:sz w:val="28"/>
          <w:szCs w:val="28"/>
        </w:rPr>
        <w:t xml:space="preserve"> (</w:t>
      </w:r>
      <w:proofErr w:type="spellStart"/>
      <w:r w:rsidRPr="00952477">
        <w:rPr>
          <w:sz w:val="28"/>
          <w:szCs w:val="28"/>
        </w:rPr>
        <w:t>газетте</w:t>
      </w:r>
      <w:proofErr w:type="spellEnd"/>
      <w:r w:rsidRPr="00952477">
        <w:rPr>
          <w:sz w:val="28"/>
          <w:szCs w:val="28"/>
        </w:rPr>
        <w:t xml:space="preserve">) </w:t>
      </w:r>
      <w:proofErr w:type="spellStart"/>
      <w:r w:rsidRPr="00952477">
        <w:rPr>
          <w:sz w:val="28"/>
          <w:szCs w:val="28"/>
        </w:rPr>
        <w:t>хабарландыру</w:t>
      </w:r>
      <w:proofErr w:type="spellEnd"/>
      <w:r w:rsidRPr="00952477">
        <w:rPr>
          <w:sz w:val="28"/>
          <w:szCs w:val="28"/>
        </w:rPr>
        <w:t xml:space="preserve"> </w:t>
      </w:r>
      <w:proofErr w:type="spellStart"/>
      <w:r w:rsidRPr="00952477">
        <w:rPr>
          <w:sz w:val="28"/>
          <w:szCs w:val="28"/>
        </w:rPr>
        <w:t>орналастыру</w:t>
      </w:r>
      <w:proofErr w:type="spellEnd"/>
      <w:r w:rsidRPr="00952477">
        <w:rPr>
          <w:sz w:val="28"/>
          <w:szCs w:val="28"/>
        </w:rPr>
        <w:t xml:space="preserve"> </w:t>
      </w:r>
      <w:proofErr w:type="spellStart"/>
      <w:r w:rsidRPr="00952477">
        <w:rPr>
          <w:sz w:val="28"/>
          <w:szCs w:val="28"/>
        </w:rPr>
        <w:t>қызметі</w:t>
      </w:r>
      <w:proofErr w:type="spellEnd"/>
      <w:r w:rsidRPr="00952477">
        <w:rPr>
          <w:sz w:val="28"/>
          <w:szCs w:val="28"/>
        </w:rPr>
        <w:t>.</w:t>
      </w:r>
    </w:p>
    <w:p w:rsidR="00952477" w:rsidRPr="00952477" w:rsidRDefault="00952477" w:rsidP="00952477">
      <w:pPr>
        <w:pStyle w:val="aff8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952477">
        <w:rPr>
          <w:rStyle w:val="af6"/>
          <w:sz w:val="28"/>
          <w:szCs w:val="28"/>
        </w:rPr>
        <w:t xml:space="preserve">2. </w:t>
      </w:r>
      <w:proofErr w:type="spellStart"/>
      <w:r w:rsidRPr="00952477">
        <w:rPr>
          <w:rStyle w:val="af6"/>
          <w:sz w:val="28"/>
          <w:szCs w:val="28"/>
        </w:rPr>
        <w:t>Тапсырыс</w:t>
      </w:r>
      <w:proofErr w:type="spellEnd"/>
      <w:r w:rsidRPr="00952477">
        <w:rPr>
          <w:rStyle w:val="af6"/>
          <w:sz w:val="28"/>
          <w:szCs w:val="28"/>
        </w:rPr>
        <w:t xml:space="preserve"> </w:t>
      </w:r>
      <w:proofErr w:type="spellStart"/>
      <w:r w:rsidRPr="00952477">
        <w:rPr>
          <w:rStyle w:val="af6"/>
          <w:sz w:val="28"/>
          <w:szCs w:val="28"/>
        </w:rPr>
        <w:t>беруші</w:t>
      </w:r>
      <w:proofErr w:type="spellEnd"/>
    </w:p>
    <w:p w:rsidR="00952477" w:rsidRPr="00952477" w:rsidRDefault="00952477" w:rsidP="00952477">
      <w:pPr>
        <w:pStyle w:val="aff8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952477">
        <w:rPr>
          <w:sz w:val="28"/>
          <w:szCs w:val="28"/>
        </w:rPr>
        <w:t>«</w:t>
      </w:r>
      <w:proofErr w:type="spellStart"/>
      <w:r w:rsidRPr="00952477">
        <w:rPr>
          <w:sz w:val="28"/>
          <w:szCs w:val="28"/>
        </w:rPr>
        <w:t>Төлеби</w:t>
      </w:r>
      <w:proofErr w:type="spellEnd"/>
      <w:r w:rsidRPr="00952477">
        <w:rPr>
          <w:sz w:val="28"/>
          <w:szCs w:val="28"/>
        </w:rPr>
        <w:t xml:space="preserve"> </w:t>
      </w:r>
      <w:proofErr w:type="spellStart"/>
      <w:r w:rsidRPr="00952477">
        <w:rPr>
          <w:sz w:val="28"/>
          <w:szCs w:val="28"/>
        </w:rPr>
        <w:t>ауданының</w:t>
      </w:r>
      <w:proofErr w:type="spellEnd"/>
      <w:r w:rsidRPr="00952477">
        <w:rPr>
          <w:sz w:val="28"/>
          <w:szCs w:val="28"/>
        </w:rPr>
        <w:t xml:space="preserve"> </w:t>
      </w:r>
      <w:proofErr w:type="spellStart"/>
      <w:r w:rsidRPr="00952477">
        <w:rPr>
          <w:sz w:val="28"/>
          <w:szCs w:val="28"/>
        </w:rPr>
        <w:t>құрылыс</w:t>
      </w:r>
      <w:proofErr w:type="spellEnd"/>
      <w:r w:rsidRPr="00952477">
        <w:rPr>
          <w:sz w:val="28"/>
          <w:szCs w:val="28"/>
        </w:rPr>
        <w:t xml:space="preserve">, </w:t>
      </w:r>
      <w:proofErr w:type="spellStart"/>
      <w:r w:rsidRPr="00952477">
        <w:rPr>
          <w:sz w:val="28"/>
          <w:szCs w:val="28"/>
        </w:rPr>
        <w:t>сәулет</w:t>
      </w:r>
      <w:proofErr w:type="spellEnd"/>
      <w:r w:rsidRPr="00952477">
        <w:rPr>
          <w:sz w:val="28"/>
          <w:szCs w:val="28"/>
        </w:rPr>
        <w:t xml:space="preserve"> </w:t>
      </w:r>
      <w:proofErr w:type="spellStart"/>
      <w:r w:rsidRPr="00952477">
        <w:rPr>
          <w:sz w:val="28"/>
          <w:szCs w:val="28"/>
        </w:rPr>
        <w:t>және</w:t>
      </w:r>
      <w:proofErr w:type="spellEnd"/>
      <w:r w:rsidRPr="00952477">
        <w:rPr>
          <w:sz w:val="28"/>
          <w:szCs w:val="28"/>
        </w:rPr>
        <w:t xml:space="preserve"> </w:t>
      </w:r>
      <w:proofErr w:type="spellStart"/>
      <w:r w:rsidRPr="00952477">
        <w:rPr>
          <w:sz w:val="28"/>
          <w:szCs w:val="28"/>
        </w:rPr>
        <w:t>қала</w:t>
      </w:r>
      <w:proofErr w:type="spellEnd"/>
      <w:r w:rsidRPr="00952477">
        <w:rPr>
          <w:sz w:val="28"/>
          <w:szCs w:val="28"/>
        </w:rPr>
        <w:t xml:space="preserve"> </w:t>
      </w:r>
      <w:proofErr w:type="spellStart"/>
      <w:r w:rsidRPr="00952477">
        <w:rPr>
          <w:sz w:val="28"/>
          <w:szCs w:val="28"/>
        </w:rPr>
        <w:t>құрылысы</w:t>
      </w:r>
      <w:proofErr w:type="spellEnd"/>
      <w:r w:rsidRPr="00952477">
        <w:rPr>
          <w:sz w:val="28"/>
          <w:szCs w:val="28"/>
        </w:rPr>
        <w:t xml:space="preserve"> </w:t>
      </w:r>
      <w:proofErr w:type="spellStart"/>
      <w:r w:rsidRPr="00952477">
        <w:rPr>
          <w:sz w:val="28"/>
          <w:szCs w:val="28"/>
        </w:rPr>
        <w:t>бөлімі</w:t>
      </w:r>
      <w:proofErr w:type="spellEnd"/>
      <w:r w:rsidRPr="00952477">
        <w:rPr>
          <w:sz w:val="28"/>
          <w:szCs w:val="28"/>
        </w:rPr>
        <w:t xml:space="preserve">» </w:t>
      </w:r>
      <w:proofErr w:type="spellStart"/>
      <w:r w:rsidRPr="00952477">
        <w:rPr>
          <w:sz w:val="28"/>
          <w:szCs w:val="28"/>
        </w:rPr>
        <w:t>мемлекеттік</w:t>
      </w:r>
      <w:proofErr w:type="spellEnd"/>
      <w:r w:rsidRPr="00952477">
        <w:rPr>
          <w:sz w:val="28"/>
          <w:szCs w:val="28"/>
        </w:rPr>
        <w:t xml:space="preserve"> </w:t>
      </w:r>
      <w:proofErr w:type="spellStart"/>
      <w:r w:rsidRPr="00952477">
        <w:rPr>
          <w:sz w:val="28"/>
          <w:szCs w:val="28"/>
        </w:rPr>
        <w:t>мекемесі</w:t>
      </w:r>
      <w:proofErr w:type="spellEnd"/>
      <w:r w:rsidRPr="00952477">
        <w:rPr>
          <w:sz w:val="28"/>
          <w:szCs w:val="28"/>
        </w:rPr>
        <w:t>.</w:t>
      </w:r>
    </w:p>
    <w:p w:rsidR="00952477" w:rsidRPr="00952477" w:rsidRDefault="00952477" w:rsidP="00952477">
      <w:pPr>
        <w:pStyle w:val="aff8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952477">
        <w:rPr>
          <w:rStyle w:val="af6"/>
          <w:sz w:val="28"/>
          <w:szCs w:val="28"/>
        </w:rPr>
        <w:t xml:space="preserve">3. </w:t>
      </w:r>
      <w:proofErr w:type="spellStart"/>
      <w:r w:rsidRPr="00952477">
        <w:rPr>
          <w:rStyle w:val="af6"/>
          <w:sz w:val="28"/>
          <w:szCs w:val="28"/>
        </w:rPr>
        <w:t>Қызметтің</w:t>
      </w:r>
      <w:proofErr w:type="spellEnd"/>
      <w:r w:rsidRPr="00952477">
        <w:rPr>
          <w:rStyle w:val="af6"/>
          <w:sz w:val="28"/>
          <w:szCs w:val="28"/>
        </w:rPr>
        <w:t xml:space="preserve"> </w:t>
      </w:r>
      <w:proofErr w:type="spellStart"/>
      <w:r w:rsidRPr="00952477">
        <w:rPr>
          <w:rStyle w:val="af6"/>
          <w:sz w:val="28"/>
          <w:szCs w:val="28"/>
        </w:rPr>
        <w:t>сипаттамасы</w:t>
      </w:r>
      <w:proofErr w:type="spellEnd"/>
    </w:p>
    <w:p w:rsidR="00952477" w:rsidRPr="00952477" w:rsidRDefault="00952477" w:rsidP="00952477">
      <w:pPr>
        <w:pStyle w:val="aff8"/>
        <w:spacing w:before="0" w:beforeAutospacing="0" w:after="0" w:afterAutospacing="0"/>
        <w:ind w:firstLine="567"/>
        <w:jc w:val="both"/>
        <w:rPr>
          <w:sz w:val="28"/>
          <w:szCs w:val="28"/>
        </w:rPr>
      </w:pPr>
      <w:proofErr w:type="spellStart"/>
      <w:r w:rsidRPr="00952477">
        <w:rPr>
          <w:sz w:val="28"/>
          <w:szCs w:val="28"/>
        </w:rPr>
        <w:t>Тапсырыс</w:t>
      </w:r>
      <w:proofErr w:type="spellEnd"/>
      <w:r w:rsidRPr="00952477">
        <w:rPr>
          <w:sz w:val="28"/>
          <w:szCs w:val="28"/>
        </w:rPr>
        <w:t xml:space="preserve"> </w:t>
      </w:r>
      <w:proofErr w:type="spellStart"/>
      <w:r w:rsidRPr="00952477">
        <w:rPr>
          <w:sz w:val="28"/>
          <w:szCs w:val="28"/>
        </w:rPr>
        <w:t>беруші</w:t>
      </w:r>
      <w:proofErr w:type="spellEnd"/>
      <w:r w:rsidRPr="00952477">
        <w:rPr>
          <w:sz w:val="28"/>
          <w:szCs w:val="28"/>
        </w:rPr>
        <w:t xml:space="preserve"> </w:t>
      </w:r>
      <w:proofErr w:type="spellStart"/>
      <w:r w:rsidRPr="00952477">
        <w:rPr>
          <w:sz w:val="28"/>
          <w:szCs w:val="28"/>
        </w:rPr>
        <w:t>ұсынған</w:t>
      </w:r>
      <w:proofErr w:type="spellEnd"/>
      <w:r w:rsidRPr="00952477">
        <w:rPr>
          <w:sz w:val="28"/>
          <w:szCs w:val="28"/>
        </w:rPr>
        <w:t xml:space="preserve"> </w:t>
      </w:r>
      <w:proofErr w:type="spellStart"/>
      <w:r w:rsidRPr="00952477">
        <w:rPr>
          <w:sz w:val="28"/>
          <w:szCs w:val="28"/>
        </w:rPr>
        <w:t>мәтіндер</w:t>
      </w:r>
      <w:proofErr w:type="spellEnd"/>
      <w:r w:rsidRPr="00952477">
        <w:rPr>
          <w:sz w:val="28"/>
          <w:szCs w:val="28"/>
        </w:rPr>
        <w:t xml:space="preserve"> мен </w:t>
      </w:r>
      <w:proofErr w:type="spellStart"/>
      <w:r w:rsidRPr="00952477">
        <w:rPr>
          <w:sz w:val="28"/>
          <w:szCs w:val="28"/>
        </w:rPr>
        <w:t>өтінімдер</w:t>
      </w:r>
      <w:proofErr w:type="spellEnd"/>
      <w:r w:rsidRPr="00952477">
        <w:rPr>
          <w:sz w:val="28"/>
          <w:szCs w:val="28"/>
        </w:rPr>
        <w:t xml:space="preserve"> </w:t>
      </w:r>
      <w:proofErr w:type="spellStart"/>
      <w:r w:rsidRPr="00952477">
        <w:rPr>
          <w:sz w:val="28"/>
          <w:szCs w:val="28"/>
        </w:rPr>
        <w:t>негізінде</w:t>
      </w:r>
      <w:proofErr w:type="spellEnd"/>
      <w:r w:rsidRPr="00952477">
        <w:rPr>
          <w:sz w:val="28"/>
          <w:szCs w:val="28"/>
        </w:rPr>
        <w:t xml:space="preserve"> </w:t>
      </w:r>
      <w:proofErr w:type="spellStart"/>
      <w:r w:rsidRPr="00952477">
        <w:rPr>
          <w:sz w:val="28"/>
          <w:szCs w:val="28"/>
        </w:rPr>
        <w:t>оның</w:t>
      </w:r>
      <w:proofErr w:type="spellEnd"/>
      <w:r w:rsidRPr="00952477">
        <w:rPr>
          <w:sz w:val="28"/>
          <w:szCs w:val="28"/>
        </w:rPr>
        <w:t xml:space="preserve"> </w:t>
      </w:r>
      <w:proofErr w:type="spellStart"/>
      <w:r w:rsidRPr="00952477">
        <w:rPr>
          <w:sz w:val="28"/>
          <w:szCs w:val="28"/>
        </w:rPr>
        <w:t>қызметіне</w:t>
      </w:r>
      <w:proofErr w:type="spellEnd"/>
      <w:r w:rsidRPr="00952477">
        <w:rPr>
          <w:sz w:val="28"/>
          <w:szCs w:val="28"/>
        </w:rPr>
        <w:t xml:space="preserve"> </w:t>
      </w:r>
      <w:proofErr w:type="spellStart"/>
      <w:r w:rsidRPr="00952477">
        <w:rPr>
          <w:sz w:val="28"/>
          <w:szCs w:val="28"/>
        </w:rPr>
        <w:t>қатысты</w:t>
      </w:r>
      <w:proofErr w:type="spellEnd"/>
      <w:r w:rsidRPr="00952477">
        <w:rPr>
          <w:sz w:val="28"/>
          <w:szCs w:val="28"/>
        </w:rPr>
        <w:t xml:space="preserve"> </w:t>
      </w:r>
      <w:proofErr w:type="spellStart"/>
      <w:r w:rsidRPr="00952477">
        <w:rPr>
          <w:sz w:val="28"/>
          <w:szCs w:val="28"/>
        </w:rPr>
        <w:t>ресми</w:t>
      </w:r>
      <w:proofErr w:type="spellEnd"/>
      <w:r w:rsidRPr="00952477">
        <w:rPr>
          <w:sz w:val="28"/>
          <w:szCs w:val="28"/>
        </w:rPr>
        <w:t xml:space="preserve"> </w:t>
      </w:r>
      <w:proofErr w:type="spellStart"/>
      <w:r w:rsidRPr="00952477">
        <w:rPr>
          <w:sz w:val="28"/>
          <w:szCs w:val="28"/>
        </w:rPr>
        <w:t>хабарландырулар</w:t>
      </w:r>
      <w:proofErr w:type="spellEnd"/>
      <w:r w:rsidRPr="00952477">
        <w:rPr>
          <w:sz w:val="28"/>
          <w:szCs w:val="28"/>
        </w:rPr>
        <w:t xml:space="preserve"> мен </w:t>
      </w:r>
      <w:proofErr w:type="spellStart"/>
      <w:r w:rsidRPr="00952477">
        <w:rPr>
          <w:sz w:val="28"/>
          <w:szCs w:val="28"/>
        </w:rPr>
        <w:t>ақпараттық</w:t>
      </w:r>
      <w:proofErr w:type="spellEnd"/>
      <w:r w:rsidRPr="00952477">
        <w:rPr>
          <w:sz w:val="28"/>
          <w:szCs w:val="28"/>
        </w:rPr>
        <w:t xml:space="preserve"> </w:t>
      </w:r>
      <w:proofErr w:type="spellStart"/>
      <w:r w:rsidRPr="00952477">
        <w:rPr>
          <w:sz w:val="28"/>
          <w:szCs w:val="28"/>
        </w:rPr>
        <w:t>хабарламаларды</w:t>
      </w:r>
      <w:proofErr w:type="spellEnd"/>
      <w:r w:rsidRPr="00952477">
        <w:rPr>
          <w:sz w:val="28"/>
          <w:szCs w:val="28"/>
        </w:rPr>
        <w:t xml:space="preserve"> </w:t>
      </w:r>
      <w:proofErr w:type="spellStart"/>
      <w:r w:rsidRPr="00952477">
        <w:rPr>
          <w:sz w:val="28"/>
          <w:szCs w:val="28"/>
        </w:rPr>
        <w:t>газетте</w:t>
      </w:r>
      <w:proofErr w:type="spellEnd"/>
      <w:r w:rsidRPr="00952477">
        <w:rPr>
          <w:sz w:val="28"/>
          <w:szCs w:val="28"/>
        </w:rPr>
        <w:t xml:space="preserve"> </w:t>
      </w:r>
      <w:proofErr w:type="spellStart"/>
      <w:r w:rsidRPr="00952477">
        <w:rPr>
          <w:sz w:val="28"/>
          <w:szCs w:val="28"/>
        </w:rPr>
        <w:t>жариялау</w:t>
      </w:r>
      <w:proofErr w:type="spellEnd"/>
      <w:r w:rsidRPr="00952477">
        <w:rPr>
          <w:sz w:val="28"/>
          <w:szCs w:val="28"/>
        </w:rPr>
        <w:t>.</w:t>
      </w:r>
    </w:p>
    <w:p w:rsidR="00952477" w:rsidRPr="00952477" w:rsidRDefault="00952477" w:rsidP="00952477">
      <w:pPr>
        <w:pStyle w:val="aff8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952477">
        <w:rPr>
          <w:rStyle w:val="af6"/>
          <w:sz w:val="28"/>
          <w:szCs w:val="28"/>
        </w:rPr>
        <w:t xml:space="preserve">4. </w:t>
      </w:r>
      <w:proofErr w:type="spellStart"/>
      <w:r w:rsidRPr="00952477">
        <w:rPr>
          <w:rStyle w:val="af6"/>
          <w:sz w:val="28"/>
          <w:szCs w:val="28"/>
        </w:rPr>
        <w:t>Қызмет</w:t>
      </w:r>
      <w:proofErr w:type="spellEnd"/>
      <w:r w:rsidRPr="00952477">
        <w:rPr>
          <w:rStyle w:val="af6"/>
          <w:sz w:val="28"/>
          <w:szCs w:val="28"/>
        </w:rPr>
        <w:t xml:space="preserve"> </w:t>
      </w:r>
      <w:proofErr w:type="spellStart"/>
      <w:r w:rsidRPr="00952477">
        <w:rPr>
          <w:rStyle w:val="af6"/>
          <w:sz w:val="28"/>
          <w:szCs w:val="28"/>
        </w:rPr>
        <w:t>көрсетуге</w:t>
      </w:r>
      <w:proofErr w:type="spellEnd"/>
      <w:r w:rsidRPr="00952477">
        <w:rPr>
          <w:rStyle w:val="af6"/>
          <w:sz w:val="28"/>
          <w:szCs w:val="28"/>
        </w:rPr>
        <w:t xml:space="preserve"> </w:t>
      </w:r>
      <w:proofErr w:type="spellStart"/>
      <w:r w:rsidRPr="00952477">
        <w:rPr>
          <w:rStyle w:val="af6"/>
          <w:sz w:val="28"/>
          <w:szCs w:val="28"/>
        </w:rPr>
        <w:t>қойылатын</w:t>
      </w:r>
      <w:proofErr w:type="spellEnd"/>
      <w:r w:rsidRPr="00952477">
        <w:rPr>
          <w:rStyle w:val="af6"/>
          <w:sz w:val="28"/>
          <w:szCs w:val="28"/>
        </w:rPr>
        <w:t xml:space="preserve"> </w:t>
      </w:r>
      <w:proofErr w:type="spellStart"/>
      <w:r w:rsidRPr="00952477">
        <w:rPr>
          <w:rStyle w:val="af6"/>
          <w:sz w:val="28"/>
          <w:szCs w:val="28"/>
        </w:rPr>
        <w:t>талаптар</w:t>
      </w:r>
      <w:proofErr w:type="spellEnd"/>
    </w:p>
    <w:p w:rsidR="00952477" w:rsidRPr="00952477" w:rsidRDefault="00952477" w:rsidP="00952477">
      <w:pPr>
        <w:pStyle w:val="aff8"/>
        <w:spacing w:before="0" w:beforeAutospacing="0" w:after="0" w:afterAutospacing="0"/>
        <w:ind w:firstLine="567"/>
        <w:jc w:val="both"/>
        <w:rPr>
          <w:sz w:val="28"/>
          <w:szCs w:val="28"/>
        </w:rPr>
      </w:pPr>
      <w:proofErr w:type="spellStart"/>
      <w:r w:rsidRPr="00952477">
        <w:rPr>
          <w:sz w:val="28"/>
          <w:szCs w:val="28"/>
        </w:rPr>
        <w:t>Хабарландырулар</w:t>
      </w:r>
      <w:proofErr w:type="spellEnd"/>
      <w:r w:rsidRPr="00952477">
        <w:rPr>
          <w:sz w:val="28"/>
          <w:szCs w:val="28"/>
        </w:rPr>
        <w:t xml:space="preserve"> </w:t>
      </w:r>
      <w:proofErr w:type="spellStart"/>
      <w:r w:rsidRPr="00952477">
        <w:rPr>
          <w:sz w:val="28"/>
          <w:szCs w:val="28"/>
        </w:rPr>
        <w:t>Тапсырыс</w:t>
      </w:r>
      <w:proofErr w:type="spellEnd"/>
      <w:r w:rsidRPr="00952477">
        <w:rPr>
          <w:sz w:val="28"/>
          <w:szCs w:val="28"/>
        </w:rPr>
        <w:t xml:space="preserve"> </w:t>
      </w:r>
      <w:proofErr w:type="spellStart"/>
      <w:r w:rsidRPr="00952477">
        <w:rPr>
          <w:sz w:val="28"/>
          <w:szCs w:val="28"/>
        </w:rPr>
        <w:t>берушінің</w:t>
      </w:r>
      <w:proofErr w:type="spellEnd"/>
      <w:r w:rsidRPr="00952477">
        <w:rPr>
          <w:sz w:val="28"/>
          <w:szCs w:val="28"/>
        </w:rPr>
        <w:t xml:space="preserve"> </w:t>
      </w:r>
      <w:proofErr w:type="spellStart"/>
      <w:r w:rsidRPr="00952477">
        <w:rPr>
          <w:sz w:val="28"/>
          <w:szCs w:val="28"/>
        </w:rPr>
        <w:t>өтініміне</w:t>
      </w:r>
      <w:proofErr w:type="spellEnd"/>
      <w:r w:rsidRPr="00952477">
        <w:rPr>
          <w:sz w:val="28"/>
          <w:szCs w:val="28"/>
        </w:rPr>
        <w:t xml:space="preserve"> </w:t>
      </w:r>
      <w:proofErr w:type="spellStart"/>
      <w:r w:rsidRPr="00952477">
        <w:rPr>
          <w:sz w:val="28"/>
          <w:szCs w:val="28"/>
        </w:rPr>
        <w:t>сәйкес</w:t>
      </w:r>
      <w:proofErr w:type="spellEnd"/>
      <w:r w:rsidRPr="00952477">
        <w:rPr>
          <w:sz w:val="28"/>
          <w:szCs w:val="28"/>
        </w:rPr>
        <w:t xml:space="preserve"> </w:t>
      </w:r>
      <w:proofErr w:type="spellStart"/>
      <w:r w:rsidRPr="00952477">
        <w:rPr>
          <w:sz w:val="28"/>
          <w:szCs w:val="28"/>
        </w:rPr>
        <w:t>қазақ</w:t>
      </w:r>
      <w:proofErr w:type="spellEnd"/>
      <w:r w:rsidRPr="00952477">
        <w:rPr>
          <w:sz w:val="28"/>
          <w:szCs w:val="28"/>
        </w:rPr>
        <w:t xml:space="preserve"> </w:t>
      </w:r>
      <w:proofErr w:type="spellStart"/>
      <w:r w:rsidRPr="00952477">
        <w:rPr>
          <w:sz w:val="28"/>
          <w:szCs w:val="28"/>
        </w:rPr>
        <w:t>және</w:t>
      </w:r>
      <w:proofErr w:type="spellEnd"/>
      <w:r w:rsidRPr="00952477">
        <w:rPr>
          <w:sz w:val="28"/>
          <w:szCs w:val="28"/>
        </w:rPr>
        <w:t xml:space="preserve"> (</w:t>
      </w:r>
      <w:proofErr w:type="spellStart"/>
      <w:r w:rsidRPr="00952477">
        <w:rPr>
          <w:sz w:val="28"/>
          <w:szCs w:val="28"/>
        </w:rPr>
        <w:t>немесе</w:t>
      </w:r>
      <w:proofErr w:type="spellEnd"/>
      <w:r w:rsidRPr="00952477">
        <w:rPr>
          <w:sz w:val="28"/>
          <w:szCs w:val="28"/>
        </w:rPr>
        <w:t xml:space="preserve">) </w:t>
      </w:r>
      <w:proofErr w:type="spellStart"/>
      <w:r w:rsidRPr="00952477">
        <w:rPr>
          <w:sz w:val="28"/>
          <w:szCs w:val="28"/>
        </w:rPr>
        <w:t>орыс</w:t>
      </w:r>
      <w:proofErr w:type="spellEnd"/>
      <w:r w:rsidRPr="00952477">
        <w:rPr>
          <w:sz w:val="28"/>
          <w:szCs w:val="28"/>
        </w:rPr>
        <w:t xml:space="preserve"> </w:t>
      </w:r>
      <w:proofErr w:type="spellStart"/>
      <w:r w:rsidRPr="00952477">
        <w:rPr>
          <w:sz w:val="28"/>
          <w:szCs w:val="28"/>
        </w:rPr>
        <w:t>тілдерінде</w:t>
      </w:r>
      <w:proofErr w:type="spellEnd"/>
      <w:r w:rsidRPr="00952477">
        <w:rPr>
          <w:sz w:val="28"/>
          <w:szCs w:val="28"/>
        </w:rPr>
        <w:t xml:space="preserve"> </w:t>
      </w:r>
      <w:proofErr w:type="spellStart"/>
      <w:r w:rsidRPr="00952477">
        <w:rPr>
          <w:sz w:val="28"/>
          <w:szCs w:val="28"/>
        </w:rPr>
        <w:t>жарияланады</w:t>
      </w:r>
      <w:proofErr w:type="spellEnd"/>
      <w:r w:rsidRPr="00952477">
        <w:rPr>
          <w:sz w:val="28"/>
          <w:szCs w:val="28"/>
        </w:rPr>
        <w:t>.</w:t>
      </w:r>
    </w:p>
    <w:p w:rsidR="00952477" w:rsidRPr="00952477" w:rsidRDefault="00952477" w:rsidP="00952477">
      <w:pPr>
        <w:pStyle w:val="aff8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952477">
        <w:rPr>
          <w:sz w:val="28"/>
          <w:szCs w:val="28"/>
        </w:rPr>
        <w:t xml:space="preserve">Газет </w:t>
      </w:r>
      <w:proofErr w:type="spellStart"/>
      <w:r w:rsidRPr="00952477">
        <w:rPr>
          <w:sz w:val="28"/>
          <w:szCs w:val="28"/>
        </w:rPr>
        <w:t>Түркістан</w:t>
      </w:r>
      <w:proofErr w:type="spellEnd"/>
      <w:r w:rsidRPr="00952477">
        <w:rPr>
          <w:sz w:val="28"/>
          <w:szCs w:val="28"/>
        </w:rPr>
        <w:t xml:space="preserve"> </w:t>
      </w:r>
      <w:proofErr w:type="spellStart"/>
      <w:r w:rsidRPr="00952477">
        <w:rPr>
          <w:sz w:val="28"/>
          <w:szCs w:val="28"/>
        </w:rPr>
        <w:t>облысы</w:t>
      </w:r>
      <w:proofErr w:type="spellEnd"/>
      <w:r w:rsidRPr="00952477">
        <w:rPr>
          <w:sz w:val="28"/>
          <w:szCs w:val="28"/>
        </w:rPr>
        <w:t xml:space="preserve"> </w:t>
      </w:r>
      <w:proofErr w:type="spellStart"/>
      <w:r w:rsidRPr="00952477">
        <w:rPr>
          <w:sz w:val="28"/>
          <w:szCs w:val="28"/>
        </w:rPr>
        <w:t>Төлеби</w:t>
      </w:r>
      <w:proofErr w:type="spellEnd"/>
      <w:r w:rsidRPr="00952477">
        <w:rPr>
          <w:sz w:val="28"/>
          <w:szCs w:val="28"/>
        </w:rPr>
        <w:t xml:space="preserve"> </w:t>
      </w:r>
      <w:proofErr w:type="spellStart"/>
      <w:r w:rsidRPr="00952477">
        <w:rPr>
          <w:sz w:val="28"/>
          <w:szCs w:val="28"/>
        </w:rPr>
        <w:t>ауданының</w:t>
      </w:r>
      <w:proofErr w:type="spellEnd"/>
      <w:r w:rsidRPr="00952477">
        <w:rPr>
          <w:sz w:val="28"/>
          <w:szCs w:val="28"/>
        </w:rPr>
        <w:t xml:space="preserve"> </w:t>
      </w:r>
      <w:proofErr w:type="spellStart"/>
      <w:r w:rsidRPr="00952477">
        <w:rPr>
          <w:sz w:val="28"/>
          <w:szCs w:val="28"/>
        </w:rPr>
        <w:t>аумағында</w:t>
      </w:r>
      <w:proofErr w:type="spellEnd"/>
      <w:r w:rsidRPr="00952477">
        <w:rPr>
          <w:sz w:val="28"/>
          <w:szCs w:val="28"/>
        </w:rPr>
        <w:t xml:space="preserve"> </w:t>
      </w:r>
      <w:proofErr w:type="spellStart"/>
      <w:r w:rsidRPr="00952477">
        <w:rPr>
          <w:sz w:val="28"/>
          <w:szCs w:val="28"/>
        </w:rPr>
        <w:t>таратылуға</w:t>
      </w:r>
      <w:proofErr w:type="spellEnd"/>
      <w:r w:rsidRPr="00952477">
        <w:rPr>
          <w:sz w:val="28"/>
          <w:szCs w:val="28"/>
        </w:rPr>
        <w:t xml:space="preserve"> </w:t>
      </w:r>
      <w:proofErr w:type="spellStart"/>
      <w:r w:rsidRPr="00952477">
        <w:rPr>
          <w:sz w:val="28"/>
          <w:szCs w:val="28"/>
        </w:rPr>
        <w:t>тиіс</w:t>
      </w:r>
      <w:proofErr w:type="spellEnd"/>
      <w:r w:rsidRPr="00952477">
        <w:rPr>
          <w:sz w:val="28"/>
          <w:szCs w:val="28"/>
        </w:rPr>
        <w:t>.</w:t>
      </w:r>
    </w:p>
    <w:p w:rsidR="00952477" w:rsidRPr="00952477" w:rsidRDefault="00952477" w:rsidP="00952477">
      <w:pPr>
        <w:pStyle w:val="aff8"/>
        <w:spacing w:before="0" w:beforeAutospacing="0" w:after="0" w:afterAutospacing="0"/>
        <w:ind w:firstLine="567"/>
        <w:jc w:val="both"/>
        <w:rPr>
          <w:sz w:val="28"/>
          <w:szCs w:val="28"/>
        </w:rPr>
      </w:pPr>
      <w:proofErr w:type="spellStart"/>
      <w:r w:rsidRPr="00952477">
        <w:rPr>
          <w:sz w:val="28"/>
          <w:szCs w:val="28"/>
        </w:rPr>
        <w:t>Тапсырыс</w:t>
      </w:r>
      <w:proofErr w:type="spellEnd"/>
      <w:r w:rsidRPr="00952477">
        <w:rPr>
          <w:sz w:val="28"/>
          <w:szCs w:val="28"/>
        </w:rPr>
        <w:t xml:space="preserve"> </w:t>
      </w:r>
      <w:proofErr w:type="spellStart"/>
      <w:r w:rsidRPr="00952477">
        <w:rPr>
          <w:sz w:val="28"/>
          <w:szCs w:val="28"/>
        </w:rPr>
        <w:t>беруші</w:t>
      </w:r>
      <w:proofErr w:type="spellEnd"/>
      <w:r w:rsidRPr="00952477">
        <w:rPr>
          <w:sz w:val="28"/>
          <w:szCs w:val="28"/>
        </w:rPr>
        <w:t xml:space="preserve"> </w:t>
      </w:r>
      <w:proofErr w:type="spellStart"/>
      <w:r w:rsidRPr="00952477">
        <w:rPr>
          <w:sz w:val="28"/>
          <w:szCs w:val="28"/>
        </w:rPr>
        <w:t>хабарландыру</w:t>
      </w:r>
      <w:proofErr w:type="spellEnd"/>
      <w:r w:rsidRPr="00952477">
        <w:rPr>
          <w:sz w:val="28"/>
          <w:szCs w:val="28"/>
        </w:rPr>
        <w:t xml:space="preserve"> </w:t>
      </w:r>
      <w:proofErr w:type="spellStart"/>
      <w:r w:rsidRPr="00952477">
        <w:rPr>
          <w:sz w:val="28"/>
          <w:szCs w:val="28"/>
        </w:rPr>
        <w:t>мәтінін</w:t>
      </w:r>
      <w:proofErr w:type="spellEnd"/>
      <w:r w:rsidRPr="00952477">
        <w:rPr>
          <w:sz w:val="28"/>
          <w:szCs w:val="28"/>
        </w:rPr>
        <w:t xml:space="preserve"> </w:t>
      </w:r>
      <w:proofErr w:type="spellStart"/>
      <w:r w:rsidRPr="00952477">
        <w:rPr>
          <w:sz w:val="28"/>
          <w:szCs w:val="28"/>
        </w:rPr>
        <w:t>Өнім</w:t>
      </w:r>
      <w:proofErr w:type="spellEnd"/>
      <w:r w:rsidRPr="00952477">
        <w:rPr>
          <w:sz w:val="28"/>
          <w:szCs w:val="28"/>
        </w:rPr>
        <w:t xml:space="preserve"> </w:t>
      </w:r>
      <w:proofErr w:type="spellStart"/>
      <w:r w:rsidRPr="00952477">
        <w:rPr>
          <w:sz w:val="28"/>
          <w:szCs w:val="28"/>
        </w:rPr>
        <w:t>берушіге</w:t>
      </w:r>
      <w:proofErr w:type="spellEnd"/>
      <w:r w:rsidRPr="00952477">
        <w:rPr>
          <w:sz w:val="28"/>
          <w:szCs w:val="28"/>
        </w:rPr>
        <w:t xml:space="preserve"> </w:t>
      </w:r>
      <w:proofErr w:type="spellStart"/>
      <w:r w:rsidRPr="00952477">
        <w:rPr>
          <w:sz w:val="28"/>
          <w:szCs w:val="28"/>
        </w:rPr>
        <w:t>электрондық</w:t>
      </w:r>
      <w:proofErr w:type="spellEnd"/>
      <w:r w:rsidRPr="00952477">
        <w:rPr>
          <w:sz w:val="28"/>
          <w:szCs w:val="28"/>
        </w:rPr>
        <w:t xml:space="preserve"> </w:t>
      </w:r>
      <w:proofErr w:type="spellStart"/>
      <w:r w:rsidRPr="00952477">
        <w:rPr>
          <w:sz w:val="28"/>
          <w:szCs w:val="28"/>
        </w:rPr>
        <w:t>түрде</w:t>
      </w:r>
      <w:proofErr w:type="spellEnd"/>
      <w:r w:rsidRPr="00952477">
        <w:rPr>
          <w:sz w:val="28"/>
          <w:szCs w:val="28"/>
        </w:rPr>
        <w:t xml:space="preserve"> </w:t>
      </w:r>
      <w:proofErr w:type="spellStart"/>
      <w:r w:rsidRPr="00952477">
        <w:rPr>
          <w:sz w:val="28"/>
          <w:szCs w:val="28"/>
        </w:rPr>
        <w:t>ұсынады</w:t>
      </w:r>
      <w:proofErr w:type="spellEnd"/>
      <w:r w:rsidRPr="00952477">
        <w:rPr>
          <w:sz w:val="28"/>
          <w:szCs w:val="28"/>
        </w:rPr>
        <w:t xml:space="preserve">. </w:t>
      </w:r>
      <w:proofErr w:type="spellStart"/>
      <w:r w:rsidRPr="00952477">
        <w:rPr>
          <w:sz w:val="28"/>
          <w:szCs w:val="28"/>
        </w:rPr>
        <w:t>Өнім</w:t>
      </w:r>
      <w:proofErr w:type="spellEnd"/>
      <w:r w:rsidRPr="00952477">
        <w:rPr>
          <w:sz w:val="28"/>
          <w:szCs w:val="28"/>
        </w:rPr>
        <w:t xml:space="preserve"> </w:t>
      </w:r>
      <w:proofErr w:type="spellStart"/>
      <w:r w:rsidRPr="00952477">
        <w:rPr>
          <w:sz w:val="28"/>
          <w:szCs w:val="28"/>
        </w:rPr>
        <w:t>беруші</w:t>
      </w:r>
      <w:proofErr w:type="spellEnd"/>
      <w:r w:rsidRPr="00952477">
        <w:rPr>
          <w:sz w:val="28"/>
          <w:szCs w:val="28"/>
        </w:rPr>
        <w:t xml:space="preserve"> </w:t>
      </w:r>
      <w:proofErr w:type="spellStart"/>
      <w:r w:rsidRPr="00952477">
        <w:rPr>
          <w:sz w:val="28"/>
          <w:szCs w:val="28"/>
        </w:rPr>
        <w:t>мәтінді</w:t>
      </w:r>
      <w:proofErr w:type="spellEnd"/>
      <w:r w:rsidRPr="00952477">
        <w:rPr>
          <w:sz w:val="28"/>
          <w:szCs w:val="28"/>
        </w:rPr>
        <w:t xml:space="preserve"> </w:t>
      </w:r>
      <w:proofErr w:type="spellStart"/>
      <w:r w:rsidRPr="00952477">
        <w:rPr>
          <w:sz w:val="28"/>
          <w:szCs w:val="28"/>
        </w:rPr>
        <w:t>жариялауға</w:t>
      </w:r>
      <w:proofErr w:type="spellEnd"/>
      <w:r w:rsidRPr="00952477">
        <w:rPr>
          <w:sz w:val="28"/>
          <w:szCs w:val="28"/>
        </w:rPr>
        <w:t xml:space="preserve"> </w:t>
      </w:r>
      <w:proofErr w:type="spellStart"/>
      <w:r w:rsidRPr="00952477">
        <w:rPr>
          <w:sz w:val="28"/>
          <w:szCs w:val="28"/>
        </w:rPr>
        <w:t>дайындауды</w:t>
      </w:r>
      <w:proofErr w:type="spellEnd"/>
      <w:r w:rsidRPr="00952477">
        <w:rPr>
          <w:sz w:val="28"/>
          <w:szCs w:val="28"/>
        </w:rPr>
        <w:t xml:space="preserve">, </w:t>
      </w:r>
      <w:proofErr w:type="spellStart"/>
      <w:r w:rsidRPr="00952477">
        <w:rPr>
          <w:sz w:val="28"/>
          <w:szCs w:val="28"/>
        </w:rPr>
        <w:t>теруді</w:t>
      </w:r>
      <w:proofErr w:type="spellEnd"/>
      <w:r w:rsidRPr="00952477">
        <w:rPr>
          <w:sz w:val="28"/>
          <w:szCs w:val="28"/>
        </w:rPr>
        <w:t xml:space="preserve"> </w:t>
      </w:r>
      <w:proofErr w:type="spellStart"/>
      <w:r w:rsidRPr="00952477">
        <w:rPr>
          <w:sz w:val="28"/>
          <w:szCs w:val="28"/>
        </w:rPr>
        <w:t>және</w:t>
      </w:r>
      <w:proofErr w:type="spellEnd"/>
      <w:r w:rsidRPr="00952477">
        <w:rPr>
          <w:sz w:val="28"/>
          <w:szCs w:val="28"/>
        </w:rPr>
        <w:t xml:space="preserve"> </w:t>
      </w:r>
      <w:proofErr w:type="spellStart"/>
      <w:r w:rsidRPr="00952477">
        <w:rPr>
          <w:sz w:val="28"/>
          <w:szCs w:val="28"/>
        </w:rPr>
        <w:t>беттеуді</w:t>
      </w:r>
      <w:proofErr w:type="spellEnd"/>
      <w:r w:rsidRPr="00952477">
        <w:rPr>
          <w:sz w:val="28"/>
          <w:szCs w:val="28"/>
        </w:rPr>
        <w:t xml:space="preserve"> </w:t>
      </w:r>
      <w:proofErr w:type="spellStart"/>
      <w:r w:rsidRPr="00952477">
        <w:rPr>
          <w:sz w:val="28"/>
          <w:szCs w:val="28"/>
        </w:rPr>
        <w:t>қамтамасыз</w:t>
      </w:r>
      <w:proofErr w:type="spellEnd"/>
      <w:r w:rsidRPr="00952477">
        <w:rPr>
          <w:sz w:val="28"/>
          <w:szCs w:val="28"/>
        </w:rPr>
        <w:t xml:space="preserve"> </w:t>
      </w:r>
      <w:proofErr w:type="spellStart"/>
      <w:r w:rsidRPr="00952477">
        <w:rPr>
          <w:sz w:val="28"/>
          <w:szCs w:val="28"/>
        </w:rPr>
        <w:t>етеді</w:t>
      </w:r>
      <w:proofErr w:type="spellEnd"/>
      <w:r w:rsidRPr="00952477">
        <w:rPr>
          <w:sz w:val="28"/>
          <w:szCs w:val="28"/>
        </w:rPr>
        <w:t xml:space="preserve">. </w:t>
      </w:r>
      <w:proofErr w:type="spellStart"/>
      <w:r w:rsidRPr="00952477">
        <w:rPr>
          <w:sz w:val="28"/>
          <w:szCs w:val="28"/>
        </w:rPr>
        <w:t>Хабарландыру</w:t>
      </w:r>
      <w:proofErr w:type="spellEnd"/>
      <w:r w:rsidRPr="00952477">
        <w:rPr>
          <w:sz w:val="28"/>
          <w:szCs w:val="28"/>
        </w:rPr>
        <w:t xml:space="preserve"> </w:t>
      </w:r>
      <w:proofErr w:type="spellStart"/>
      <w:r w:rsidRPr="00952477">
        <w:rPr>
          <w:sz w:val="28"/>
          <w:szCs w:val="28"/>
        </w:rPr>
        <w:t>жарияланғанға</w:t>
      </w:r>
      <w:proofErr w:type="spellEnd"/>
      <w:r w:rsidRPr="00952477">
        <w:rPr>
          <w:sz w:val="28"/>
          <w:szCs w:val="28"/>
        </w:rPr>
        <w:t xml:space="preserve"> </w:t>
      </w:r>
      <w:proofErr w:type="spellStart"/>
      <w:r w:rsidRPr="00952477">
        <w:rPr>
          <w:sz w:val="28"/>
          <w:szCs w:val="28"/>
        </w:rPr>
        <w:t>дейін</w:t>
      </w:r>
      <w:proofErr w:type="spellEnd"/>
      <w:r w:rsidRPr="00952477">
        <w:rPr>
          <w:sz w:val="28"/>
          <w:szCs w:val="28"/>
        </w:rPr>
        <w:t xml:space="preserve"> </w:t>
      </w:r>
      <w:proofErr w:type="spellStart"/>
      <w:r w:rsidRPr="00952477">
        <w:rPr>
          <w:sz w:val="28"/>
          <w:szCs w:val="28"/>
        </w:rPr>
        <w:t>оның</w:t>
      </w:r>
      <w:proofErr w:type="spellEnd"/>
      <w:r w:rsidRPr="00952477">
        <w:rPr>
          <w:sz w:val="28"/>
          <w:szCs w:val="28"/>
        </w:rPr>
        <w:t xml:space="preserve"> </w:t>
      </w:r>
      <w:proofErr w:type="spellStart"/>
      <w:r w:rsidRPr="00952477">
        <w:rPr>
          <w:sz w:val="28"/>
          <w:szCs w:val="28"/>
        </w:rPr>
        <w:t>макеті</w:t>
      </w:r>
      <w:proofErr w:type="spellEnd"/>
      <w:r w:rsidRPr="00952477">
        <w:rPr>
          <w:sz w:val="28"/>
          <w:szCs w:val="28"/>
        </w:rPr>
        <w:t xml:space="preserve"> </w:t>
      </w:r>
      <w:proofErr w:type="spellStart"/>
      <w:r w:rsidRPr="00952477">
        <w:rPr>
          <w:sz w:val="28"/>
          <w:szCs w:val="28"/>
        </w:rPr>
        <w:t>Тапсырыс</w:t>
      </w:r>
      <w:proofErr w:type="spellEnd"/>
      <w:r w:rsidRPr="00952477">
        <w:rPr>
          <w:sz w:val="28"/>
          <w:szCs w:val="28"/>
        </w:rPr>
        <w:t xml:space="preserve"> </w:t>
      </w:r>
      <w:proofErr w:type="spellStart"/>
      <w:r w:rsidRPr="00952477">
        <w:rPr>
          <w:sz w:val="28"/>
          <w:szCs w:val="28"/>
        </w:rPr>
        <w:t>берушімен</w:t>
      </w:r>
      <w:proofErr w:type="spellEnd"/>
      <w:r w:rsidRPr="00952477">
        <w:rPr>
          <w:sz w:val="28"/>
          <w:szCs w:val="28"/>
        </w:rPr>
        <w:t xml:space="preserve"> </w:t>
      </w:r>
      <w:proofErr w:type="spellStart"/>
      <w:r w:rsidRPr="00952477">
        <w:rPr>
          <w:sz w:val="28"/>
          <w:szCs w:val="28"/>
        </w:rPr>
        <w:t>келісілуге</w:t>
      </w:r>
      <w:proofErr w:type="spellEnd"/>
      <w:r w:rsidRPr="00952477">
        <w:rPr>
          <w:sz w:val="28"/>
          <w:szCs w:val="28"/>
        </w:rPr>
        <w:t xml:space="preserve"> </w:t>
      </w:r>
      <w:proofErr w:type="spellStart"/>
      <w:r w:rsidRPr="00952477">
        <w:rPr>
          <w:sz w:val="28"/>
          <w:szCs w:val="28"/>
        </w:rPr>
        <w:t>тиіс</w:t>
      </w:r>
      <w:proofErr w:type="spellEnd"/>
      <w:r w:rsidRPr="00952477">
        <w:rPr>
          <w:sz w:val="28"/>
          <w:szCs w:val="28"/>
        </w:rPr>
        <w:t>.</w:t>
      </w:r>
    </w:p>
    <w:p w:rsidR="00952477" w:rsidRPr="00952477" w:rsidRDefault="00952477" w:rsidP="00952477">
      <w:pPr>
        <w:pStyle w:val="aff8"/>
        <w:spacing w:before="0" w:beforeAutospacing="0" w:after="0" w:afterAutospacing="0"/>
        <w:ind w:firstLine="567"/>
        <w:jc w:val="both"/>
        <w:rPr>
          <w:sz w:val="28"/>
          <w:szCs w:val="28"/>
        </w:rPr>
      </w:pPr>
      <w:proofErr w:type="spellStart"/>
      <w:r w:rsidRPr="00952477">
        <w:rPr>
          <w:sz w:val="28"/>
          <w:szCs w:val="28"/>
        </w:rPr>
        <w:t>Тапсырыс</w:t>
      </w:r>
      <w:proofErr w:type="spellEnd"/>
      <w:r w:rsidRPr="00952477">
        <w:rPr>
          <w:sz w:val="28"/>
          <w:szCs w:val="28"/>
        </w:rPr>
        <w:t xml:space="preserve"> </w:t>
      </w:r>
      <w:proofErr w:type="spellStart"/>
      <w:r w:rsidRPr="00952477">
        <w:rPr>
          <w:sz w:val="28"/>
          <w:szCs w:val="28"/>
        </w:rPr>
        <w:t>берушінің</w:t>
      </w:r>
      <w:proofErr w:type="spellEnd"/>
      <w:r w:rsidRPr="00952477">
        <w:rPr>
          <w:sz w:val="28"/>
          <w:szCs w:val="28"/>
        </w:rPr>
        <w:t xml:space="preserve"> </w:t>
      </w:r>
      <w:proofErr w:type="spellStart"/>
      <w:r w:rsidRPr="00952477">
        <w:rPr>
          <w:sz w:val="28"/>
          <w:szCs w:val="28"/>
        </w:rPr>
        <w:t>келісімінсіз</w:t>
      </w:r>
      <w:proofErr w:type="spellEnd"/>
      <w:r w:rsidRPr="00952477">
        <w:rPr>
          <w:sz w:val="28"/>
          <w:szCs w:val="28"/>
        </w:rPr>
        <w:t xml:space="preserve"> </w:t>
      </w:r>
      <w:proofErr w:type="spellStart"/>
      <w:r w:rsidRPr="00952477">
        <w:rPr>
          <w:sz w:val="28"/>
          <w:szCs w:val="28"/>
        </w:rPr>
        <w:t>мәтіннің</w:t>
      </w:r>
      <w:proofErr w:type="spellEnd"/>
      <w:r w:rsidRPr="00952477">
        <w:rPr>
          <w:sz w:val="28"/>
          <w:szCs w:val="28"/>
        </w:rPr>
        <w:t xml:space="preserve"> </w:t>
      </w:r>
      <w:proofErr w:type="spellStart"/>
      <w:r w:rsidRPr="00952477">
        <w:rPr>
          <w:sz w:val="28"/>
          <w:szCs w:val="28"/>
        </w:rPr>
        <w:t>мазмұнын</w:t>
      </w:r>
      <w:proofErr w:type="spellEnd"/>
      <w:r w:rsidRPr="00952477">
        <w:rPr>
          <w:sz w:val="28"/>
          <w:szCs w:val="28"/>
        </w:rPr>
        <w:t xml:space="preserve"> </w:t>
      </w:r>
      <w:proofErr w:type="spellStart"/>
      <w:r w:rsidRPr="00952477">
        <w:rPr>
          <w:sz w:val="28"/>
          <w:szCs w:val="28"/>
        </w:rPr>
        <w:t>өзгертуге</w:t>
      </w:r>
      <w:proofErr w:type="spellEnd"/>
      <w:r w:rsidRPr="00952477">
        <w:rPr>
          <w:sz w:val="28"/>
          <w:szCs w:val="28"/>
        </w:rPr>
        <w:t xml:space="preserve">, </w:t>
      </w:r>
      <w:proofErr w:type="spellStart"/>
      <w:r w:rsidRPr="00952477">
        <w:rPr>
          <w:sz w:val="28"/>
          <w:szCs w:val="28"/>
        </w:rPr>
        <w:t>қысқартуға</w:t>
      </w:r>
      <w:proofErr w:type="spellEnd"/>
      <w:r w:rsidRPr="00952477">
        <w:rPr>
          <w:sz w:val="28"/>
          <w:szCs w:val="28"/>
        </w:rPr>
        <w:t xml:space="preserve">, </w:t>
      </w:r>
      <w:proofErr w:type="spellStart"/>
      <w:r w:rsidRPr="00952477">
        <w:rPr>
          <w:sz w:val="28"/>
          <w:szCs w:val="28"/>
        </w:rPr>
        <w:t>толықтыруға</w:t>
      </w:r>
      <w:proofErr w:type="spellEnd"/>
      <w:r w:rsidRPr="00952477">
        <w:rPr>
          <w:sz w:val="28"/>
          <w:szCs w:val="28"/>
        </w:rPr>
        <w:t xml:space="preserve"> </w:t>
      </w:r>
      <w:proofErr w:type="spellStart"/>
      <w:r w:rsidRPr="00952477">
        <w:rPr>
          <w:sz w:val="28"/>
          <w:szCs w:val="28"/>
        </w:rPr>
        <w:t>немесе</w:t>
      </w:r>
      <w:proofErr w:type="spellEnd"/>
      <w:r w:rsidRPr="00952477">
        <w:rPr>
          <w:sz w:val="28"/>
          <w:szCs w:val="28"/>
        </w:rPr>
        <w:t xml:space="preserve"> </w:t>
      </w:r>
      <w:proofErr w:type="spellStart"/>
      <w:r w:rsidRPr="00952477">
        <w:rPr>
          <w:sz w:val="28"/>
          <w:szCs w:val="28"/>
        </w:rPr>
        <w:t>аударуға</w:t>
      </w:r>
      <w:proofErr w:type="spellEnd"/>
      <w:r w:rsidRPr="00952477">
        <w:rPr>
          <w:sz w:val="28"/>
          <w:szCs w:val="28"/>
        </w:rPr>
        <w:t xml:space="preserve"> </w:t>
      </w:r>
      <w:proofErr w:type="spellStart"/>
      <w:r w:rsidRPr="00952477">
        <w:rPr>
          <w:sz w:val="28"/>
          <w:szCs w:val="28"/>
        </w:rPr>
        <w:t>жол</w:t>
      </w:r>
      <w:proofErr w:type="spellEnd"/>
      <w:r w:rsidRPr="00952477">
        <w:rPr>
          <w:sz w:val="28"/>
          <w:szCs w:val="28"/>
        </w:rPr>
        <w:t xml:space="preserve"> </w:t>
      </w:r>
      <w:proofErr w:type="spellStart"/>
      <w:r w:rsidRPr="00952477">
        <w:rPr>
          <w:sz w:val="28"/>
          <w:szCs w:val="28"/>
        </w:rPr>
        <w:t>берілмейді</w:t>
      </w:r>
      <w:proofErr w:type="spellEnd"/>
      <w:r w:rsidRPr="00952477">
        <w:rPr>
          <w:sz w:val="28"/>
          <w:szCs w:val="28"/>
        </w:rPr>
        <w:t>.</w:t>
      </w:r>
    </w:p>
    <w:p w:rsidR="00952477" w:rsidRPr="00952477" w:rsidRDefault="00952477" w:rsidP="00952477">
      <w:pPr>
        <w:pStyle w:val="aff8"/>
        <w:spacing w:before="0" w:beforeAutospacing="0" w:after="0" w:afterAutospacing="0"/>
        <w:ind w:firstLine="567"/>
        <w:jc w:val="both"/>
        <w:rPr>
          <w:sz w:val="28"/>
          <w:szCs w:val="28"/>
        </w:rPr>
      </w:pPr>
      <w:proofErr w:type="spellStart"/>
      <w:r w:rsidRPr="00952477">
        <w:rPr>
          <w:sz w:val="28"/>
          <w:szCs w:val="28"/>
        </w:rPr>
        <w:t>Жарияланған</w:t>
      </w:r>
      <w:proofErr w:type="spellEnd"/>
      <w:r w:rsidRPr="00952477">
        <w:rPr>
          <w:sz w:val="28"/>
          <w:szCs w:val="28"/>
        </w:rPr>
        <w:t xml:space="preserve"> </w:t>
      </w:r>
      <w:proofErr w:type="spellStart"/>
      <w:r w:rsidRPr="00952477">
        <w:rPr>
          <w:sz w:val="28"/>
          <w:szCs w:val="28"/>
        </w:rPr>
        <w:t>хабарландырудың</w:t>
      </w:r>
      <w:proofErr w:type="spellEnd"/>
      <w:r w:rsidRPr="00952477">
        <w:rPr>
          <w:sz w:val="28"/>
          <w:szCs w:val="28"/>
        </w:rPr>
        <w:t xml:space="preserve"> </w:t>
      </w:r>
      <w:proofErr w:type="spellStart"/>
      <w:r w:rsidRPr="00952477">
        <w:rPr>
          <w:sz w:val="28"/>
          <w:szCs w:val="28"/>
        </w:rPr>
        <w:t>мәтіні</w:t>
      </w:r>
      <w:proofErr w:type="spellEnd"/>
      <w:r w:rsidRPr="00952477">
        <w:rPr>
          <w:sz w:val="28"/>
          <w:szCs w:val="28"/>
        </w:rPr>
        <w:t xml:space="preserve"> </w:t>
      </w:r>
      <w:proofErr w:type="spellStart"/>
      <w:r w:rsidRPr="00952477">
        <w:rPr>
          <w:sz w:val="28"/>
          <w:szCs w:val="28"/>
        </w:rPr>
        <w:t>келісілген</w:t>
      </w:r>
      <w:proofErr w:type="spellEnd"/>
      <w:r w:rsidRPr="00952477">
        <w:rPr>
          <w:sz w:val="28"/>
          <w:szCs w:val="28"/>
        </w:rPr>
        <w:t xml:space="preserve"> </w:t>
      </w:r>
      <w:proofErr w:type="spellStart"/>
      <w:r w:rsidRPr="00952477">
        <w:rPr>
          <w:sz w:val="28"/>
          <w:szCs w:val="28"/>
        </w:rPr>
        <w:t>макетке</w:t>
      </w:r>
      <w:proofErr w:type="spellEnd"/>
      <w:r w:rsidRPr="00952477">
        <w:rPr>
          <w:sz w:val="28"/>
          <w:szCs w:val="28"/>
        </w:rPr>
        <w:t xml:space="preserve"> </w:t>
      </w:r>
      <w:proofErr w:type="spellStart"/>
      <w:r w:rsidRPr="00952477">
        <w:rPr>
          <w:sz w:val="28"/>
          <w:szCs w:val="28"/>
        </w:rPr>
        <w:t>сәйкес</w:t>
      </w:r>
      <w:proofErr w:type="spellEnd"/>
      <w:r w:rsidRPr="00952477">
        <w:rPr>
          <w:sz w:val="28"/>
          <w:szCs w:val="28"/>
        </w:rPr>
        <w:t xml:space="preserve">, </w:t>
      </w:r>
      <w:proofErr w:type="spellStart"/>
      <w:r w:rsidRPr="00952477">
        <w:rPr>
          <w:sz w:val="28"/>
          <w:szCs w:val="28"/>
        </w:rPr>
        <w:t>анық</w:t>
      </w:r>
      <w:proofErr w:type="spellEnd"/>
      <w:r w:rsidRPr="00952477">
        <w:rPr>
          <w:sz w:val="28"/>
          <w:szCs w:val="28"/>
        </w:rPr>
        <w:t xml:space="preserve"> </w:t>
      </w:r>
      <w:proofErr w:type="spellStart"/>
      <w:r w:rsidRPr="00952477">
        <w:rPr>
          <w:sz w:val="28"/>
          <w:szCs w:val="28"/>
        </w:rPr>
        <w:t>әрі</w:t>
      </w:r>
      <w:proofErr w:type="spellEnd"/>
      <w:r w:rsidRPr="00952477">
        <w:rPr>
          <w:sz w:val="28"/>
          <w:szCs w:val="28"/>
        </w:rPr>
        <w:t xml:space="preserve"> </w:t>
      </w:r>
      <w:proofErr w:type="spellStart"/>
      <w:r w:rsidRPr="00952477">
        <w:rPr>
          <w:sz w:val="28"/>
          <w:szCs w:val="28"/>
        </w:rPr>
        <w:t>оқуға</w:t>
      </w:r>
      <w:proofErr w:type="spellEnd"/>
      <w:r w:rsidRPr="00952477">
        <w:rPr>
          <w:sz w:val="28"/>
          <w:szCs w:val="28"/>
        </w:rPr>
        <w:t xml:space="preserve"> </w:t>
      </w:r>
      <w:proofErr w:type="spellStart"/>
      <w:r w:rsidRPr="00952477">
        <w:rPr>
          <w:sz w:val="28"/>
          <w:szCs w:val="28"/>
        </w:rPr>
        <w:t>қолайлы</w:t>
      </w:r>
      <w:proofErr w:type="spellEnd"/>
      <w:r w:rsidRPr="00952477">
        <w:rPr>
          <w:sz w:val="28"/>
          <w:szCs w:val="28"/>
        </w:rPr>
        <w:t xml:space="preserve">, </w:t>
      </w:r>
      <w:proofErr w:type="spellStart"/>
      <w:r w:rsidRPr="00952477">
        <w:rPr>
          <w:sz w:val="28"/>
          <w:szCs w:val="28"/>
        </w:rPr>
        <w:t>баспа</w:t>
      </w:r>
      <w:proofErr w:type="spellEnd"/>
      <w:r w:rsidRPr="00952477">
        <w:rPr>
          <w:sz w:val="28"/>
          <w:szCs w:val="28"/>
        </w:rPr>
        <w:t xml:space="preserve"> </w:t>
      </w:r>
      <w:proofErr w:type="spellStart"/>
      <w:r w:rsidRPr="00952477">
        <w:rPr>
          <w:sz w:val="28"/>
          <w:szCs w:val="28"/>
        </w:rPr>
        <w:t>қателері</w:t>
      </w:r>
      <w:proofErr w:type="spellEnd"/>
      <w:r w:rsidRPr="00952477">
        <w:rPr>
          <w:sz w:val="28"/>
          <w:szCs w:val="28"/>
        </w:rPr>
        <w:t xml:space="preserve"> мен </w:t>
      </w:r>
      <w:proofErr w:type="spellStart"/>
      <w:r w:rsidRPr="00952477">
        <w:rPr>
          <w:sz w:val="28"/>
          <w:szCs w:val="28"/>
        </w:rPr>
        <w:t>мазмұндық</w:t>
      </w:r>
      <w:proofErr w:type="spellEnd"/>
      <w:r w:rsidRPr="00952477">
        <w:rPr>
          <w:sz w:val="28"/>
          <w:szCs w:val="28"/>
        </w:rPr>
        <w:t xml:space="preserve"> </w:t>
      </w:r>
      <w:proofErr w:type="spellStart"/>
      <w:r w:rsidRPr="00952477">
        <w:rPr>
          <w:sz w:val="28"/>
          <w:szCs w:val="28"/>
        </w:rPr>
        <w:t>бұрмалауларсыз</w:t>
      </w:r>
      <w:proofErr w:type="spellEnd"/>
      <w:r w:rsidRPr="00952477">
        <w:rPr>
          <w:sz w:val="28"/>
          <w:szCs w:val="28"/>
        </w:rPr>
        <w:t xml:space="preserve"> </w:t>
      </w:r>
      <w:proofErr w:type="spellStart"/>
      <w:r w:rsidRPr="00952477">
        <w:rPr>
          <w:sz w:val="28"/>
          <w:szCs w:val="28"/>
        </w:rPr>
        <w:t>болуға</w:t>
      </w:r>
      <w:proofErr w:type="spellEnd"/>
      <w:r w:rsidRPr="00952477">
        <w:rPr>
          <w:sz w:val="28"/>
          <w:szCs w:val="28"/>
        </w:rPr>
        <w:t xml:space="preserve"> </w:t>
      </w:r>
      <w:proofErr w:type="spellStart"/>
      <w:r w:rsidRPr="00952477">
        <w:rPr>
          <w:sz w:val="28"/>
          <w:szCs w:val="28"/>
        </w:rPr>
        <w:t>тиіс</w:t>
      </w:r>
      <w:proofErr w:type="spellEnd"/>
      <w:r w:rsidRPr="00952477">
        <w:rPr>
          <w:sz w:val="28"/>
          <w:szCs w:val="28"/>
        </w:rPr>
        <w:t>.</w:t>
      </w:r>
    </w:p>
    <w:p w:rsidR="00952477" w:rsidRPr="00952477" w:rsidRDefault="00952477" w:rsidP="00952477">
      <w:pPr>
        <w:pStyle w:val="aff8"/>
        <w:spacing w:before="0" w:beforeAutospacing="0" w:after="0" w:afterAutospacing="0"/>
        <w:ind w:firstLine="567"/>
        <w:jc w:val="both"/>
        <w:rPr>
          <w:sz w:val="28"/>
          <w:szCs w:val="28"/>
        </w:rPr>
      </w:pPr>
      <w:proofErr w:type="spellStart"/>
      <w:r w:rsidRPr="00952477">
        <w:rPr>
          <w:sz w:val="28"/>
          <w:szCs w:val="28"/>
        </w:rPr>
        <w:t>Әрбір</w:t>
      </w:r>
      <w:proofErr w:type="spellEnd"/>
      <w:r w:rsidRPr="00952477">
        <w:rPr>
          <w:sz w:val="28"/>
          <w:szCs w:val="28"/>
        </w:rPr>
        <w:t xml:space="preserve"> </w:t>
      </w:r>
      <w:proofErr w:type="spellStart"/>
      <w:r w:rsidRPr="00952477">
        <w:rPr>
          <w:sz w:val="28"/>
          <w:szCs w:val="28"/>
        </w:rPr>
        <w:t>хабарландырудың</w:t>
      </w:r>
      <w:proofErr w:type="spellEnd"/>
      <w:r w:rsidRPr="00952477">
        <w:rPr>
          <w:sz w:val="28"/>
          <w:szCs w:val="28"/>
        </w:rPr>
        <w:t xml:space="preserve"> </w:t>
      </w:r>
      <w:proofErr w:type="spellStart"/>
      <w:r w:rsidRPr="00952477">
        <w:rPr>
          <w:sz w:val="28"/>
          <w:szCs w:val="28"/>
        </w:rPr>
        <w:t>жарияланатын</w:t>
      </w:r>
      <w:proofErr w:type="spellEnd"/>
      <w:r w:rsidRPr="00952477">
        <w:rPr>
          <w:sz w:val="28"/>
          <w:szCs w:val="28"/>
        </w:rPr>
        <w:t xml:space="preserve"> </w:t>
      </w:r>
      <w:proofErr w:type="spellStart"/>
      <w:r w:rsidRPr="00952477">
        <w:rPr>
          <w:sz w:val="28"/>
          <w:szCs w:val="28"/>
        </w:rPr>
        <w:t>күні</w:t>
      </w:r>
      <w:proofErr w:type="spellEnd"/>
      <w:r w:rsidRPr="00952477">
        <w:rPr>
          <w:sz w:val="28"/>
          <w:szCs w:val="28"/>
        </w:rPr>
        <w:t xml:space="preserve">, </w:t>
      </w:r>
      <w:proofErr w:type="spellStart"/>
      <w:r w:rsidRPr="00952477">
        <w:rPr>
          <w:sz w:val="28"/>
          <w:szCs w:val="28"/>
        </w:rPr>
        <w:t>тілі</w:t>
      </w:r>
      <w:proofErr w:type="spellEnd"/>
      <w:r w:rsidRPr="00952477">
        <w:rPr>
          <w:sz w:val="28"/>
          <w:szCs w:val="28"/>
        </w:rPr>
        <w:t xml:space="preserve"> </w:t>
      </w:r>
      <w:proofErr w:type="spellStart"/>
      <w:r w:rsidRPr="00952477">
        <w:rPr>
          <w:sz w:val="28"/>
          <w:szCs w:val="28"/>
        </w:rPr>
        <w:t>және</w:t>
      </w:r>
      <w:proofErr w:type="spellEnd"/>
      <w:r w:rsidRPr="00952477">
        <w:rPr>
          <w:sz w:val="28"/>
          <w:szCs w:val="28"/>
        </w:rPr>
        <w:t xml:space="preserve"> </w:t>
      </w:r>
      <w:proofErr w:type="spellStart"/>
      <w:r w:rsidRPr="00952477">
        <w:rPr>
          <w:sz w:val="28"/>
          <w:szCs w:val="28"/>
        </w:rPr>
        <w:t>көлемі</w:t>
      </w:r>
      <w:proofErr w:type="spellEnd"/>
      <w:r w:rsidRPr="00952477">
        <w:rPr>
          <w:sz w:val="28"/>
          <w:szCs w:val="28"/>
        </w:rPr>
        <w:t xml:space="preserve"> </w:t>
      </w:r>
      <w:proofErr w:type="spellStart"/>
      <w:r w:rsidRPr="00952477">
        <w:rPr>
          <w:sz w:val="28"/>
          <w:szCs w:val="28"/>
        </w:rPr>
        <w:t>шартта</w:t>
      </w:r>
      <w:proofErr w:type="spellEnd"/>
      <w:r w:rsidRPr="00952477">
        <w:rPr>
          <w:sz w:val="28"/>
          <w:szCs w:val="28"/>
        </w:rPr>
        <w:t xml:space="preserve"> </w:t>
      </w:r>
      <w:proofErr w:type="spellStart"/>
      <w:r w:rsidRPr="00952477">
        <w:rPr>
          <w:sz w:val="28"/>
          <w:szCs w:val="28"/>
        </w:rPr>
        <w:t>көзделген</w:t>
      </w:r>
      <w:proofErr w:type="spellEnd"/>
      <w:r w:rsidRPr="00952477">
        <w:rPr>
          <w:sz w:val="28"/>
          <w:szCs w:val="28"/>
        </w:rPr>
        <w:t xml:space="preserve"> </w:t>
      </w:r>
      <w:proofErr w:type="spellStart"/>
      <w:r w:rsidRPr="00952477">
        <w:rPr>
          <w:sz w:val="28"/>
          <w:szCs w:val="28"/>
        </w:rPr>
        <w:t>қызмет</w:t>
      </w:r>
      <w:proofErr w:type="spellEnd"/>
      <w:r w:rsidRPr="00952477">
        <w:rPr>
          <w:sz w:val="28"/>
          <w:szCs w:val="28"/>
        </w:rPr>
        <w:t xml:space="preserve"> </w:t>
      </w:r>
      <w:proofErr w:type="spellStart"/>
      <w:r w:rsidRPr="00952477">
        <w:rPr>
          <w:sz w:val="28"/>
          <w:szCs w:val="28"/>
        </w:rPr>
        <w:t>көрсетудің</w:t>
      </w:r>
      <w:proofErr w:type="spellEnd"/>
      <w:r w:rsidRPr="00952477">
        <w:rPr>
          <w:sz w:val="28"/>
          <w:szCs w:val="28"/>
        </w:rPr>
        <w:t xml:space="preserve"> </w:t>
      </w:r>
      <w:proofErr w:type="spellStart"/>
      <w:r w:rsidRPr="00952477">
        <w:rPr>
          <w:sz w:val="28"/>
          <w:szCs w:val="28"/>
        </w:rPr>
        <w:t>жалпы</w:t>
      </w:r>
      <w:proofErr w:type="spellEnd"/>
      <w:r w:rsidRPr="00952477">
        <w:rPr>
          <w:sz w:val="28"/>
          <w:szCs w:val="28"/>
        </w:rPr>
        <w:t xml:space="preserve"> </w:t>
      </w:r>
      <w:proofErr w:type="spellStart"/>
      <w:r w:rsidRPr="00952477">
        <w:rPr>
          <w:sz w:val="28"/>
          <w:szCs w:val="28"/>
        </w:rPr>
        <w:t>көлемі</w:t>
      </w:r>
      <w:proofErr w:type="spellEnd"/>
      <w:r w:rsidRPr="00952477">
        <w:rPr>
          <w:sz w:val="28"/>
          <w:szCs w:val="28"/>
        </w:rPr>
        <w:t xml:space="preserve"> мен </w:t>
      </w:r>
      <w:proofErr w:type="spellStart"/>
      <w:r w:rsidRPr="00952477">
        <w:rPr>
          <w:sz w:val="28"/>
          <w:szCs w:val="28"/>
        </w:rPr>
        <w:t>мерзімі</w:t>
      </w:r>
      <w:proofErr w:type="spellEnd"/>
      <w:r w:rsidRPr="00952477">
        <w:rPr>
          <w:sz w:val="28"/>
          <w:szCs w:val="28"/>
        </w:rPr>
        <w:t xml:space="preserve"> </w:t>
      </w:r>
      <w:proofErr w:type="spellStart"/>
      <w:r w:rsidRPr="00952477">
        <w:rPr>
          <w:sz w:val="28"/>
          <w:szCs w:val="28"/>
        </w:rPr>
        <w:t>шегінде</w:t>
      </w:r>
      <w:proofErr w:type="spellEnd"/>
      <w:r w:rsidRPr="00952477">
        <w:rPr>
          <w:sz w:val="28"/>
          <w:szCs w:val="28"/>
        </w:rPr>
        <w:t xml:space="preserve"> </w:t>
      </w:r>
      <w:proofErr w:type="spellStart"/>
      <w:r w:rsidRPr="00952477">
        <w:rPr>
          <w:sz w:val="28"/>
          <w:szCs w:val="28"/>
        </w:rPr>
        <w:t>тараптармен</w:t>
      </w:r>
      <w:proofErr w:type="spellEnd"/>
      <w:r w:rsidRPr="00952477">
        <w:rPr>
          <w:sz w:val="28"/>
          <w:szCs w:val="28"/>
        </w:rPr>
        <w:t xml:space="preserve"> </w:t>
      </w:r>
      <w:proofErr w:type="spellStart"/>
      <w:r w:rsidRPr="00952477">
        <w:rPr>
          <w:sz w:val="28"/>
          <w:szCs w:val="28"/>
        </w:rPr>
        <w:t>келісіледі</w:t>
      </w:r>
      <w:proofErr w:type="spellEnd"/>
      <w:r w:rsidRPr="00952477">
        <w:rPr>
          <w:sz w:val="28"/>
          <w:szCs w:val="28"/>
        </w:rPr>
        <w:t>.</w:t>
      </w:r>
    </w:p>
    <w:p w:rsidR="00952477" w:rsidRPr="00952477" w:rsidRDefault="00952477" w:rsidP="00952477">
      <w:pPr>
        <w:pStyle w:val="aff8"/>
        <w:spacing w:before="0" w:beforeAutospacing="0" w:after="0" w:afterAutospacing="0"/>
        <w:ind w:firstLine="567"/>
        <w:jc w:val="both"/>
        <w:rPr>
          <w:sz w:val="28"/>
          <w:szCs w:val="28"/>
        </w:rPr>
      </w:pPr>
      <w:proofErr w:type="spellStart"/>
      <w:r w:rsidRPr="00952477">
        <w:rPr>
          <w:sz w:val="28"/>
          <w:szCs w:val="28"/>
        </w:rPr>
        <w:t>Өнім</w:t>
      </w:r>
      <w:proofErr w:type="spellEnd"/>
      <w:r w:rsidRPr="00952477">
        <w:rPr>
          <w:sz w:val="28"/>
          <w:szCs w:val="28"/>
        </w:rPr>
        <w:t xml:space="preserve"> </w:t>
      </w:r>
      <w:proofErr w:type="spellStart"/>
      <w:r w:rsidRPr="00952477">
        <w:rPr>
          <w:sz w:val="28"/>
          <w:szCs w:val="28"/>
        </w:rPr>
        <w:t>берушінің</w:t>
      </w:r>
      <w:proofErr w:type="spellEnd"/>
      <w:r w:rsidRPr="00952477">
        <w:rPr>
          <w:sz w:val="28"/>
          <w:szCs w:val="28"/>
        </w:rPr>
        <w:t xml:space="preserve"> </w:t>
      </w:r>
      <w:proofErr w:type="spellStart"/>
      <w:r w:rsidRPr="00952477">
        <w:rPr>
          <w:sz w:val="28"/>
          <w:szCs w:val="28"/>
        </w:rPr>
        <w:t>кінәсінен</w:t>
      </w:r>
      <w:proofErr w:type="spellEnd"/>
      <w:r w:rsidRPr="00952477">
        <w:rPr>
          <w:sz w:val="28"/>
          <w:szCs w:val="28"/>
        </w:rPr>
        <w:t xml:space="preserve"> </w:t>
      </w:r>
      <w:proofErr w:type="spellStart"/>
      <w:r w:rsidRPr="00952477">
        <w:rPr>
          <w:sz w:val="28"/>
          <w:szCs w:val="28"/>
        </w:rPr>
        <w:t>қателерге</w:t>
      </w:r>
      <w:proofErr w:type="spellEnd"/>
      <w:r w:rsidRPr="00952477">
        <w:rPr>
          <w:sz w:val="28"/>
          <w:szCs w:val="28"/>
        </w:rPr>
        <w:t xml:space="preserve"> </w:t>
      </w:r>
      <w:proofErr w:type="spellStart"/>
      <w:r w:rsidRPr="00952477">
        <w:rPr>
          <w:sz w:val="28"/>
          <w:szCs w:val="28"/>
        </w:rPr>
        <w:t>немесе</w:t>
      </w:r>
      <w:proofErr w:type="spellEnd"/>
      <w:r w:rsidRPr="00952477">
        <w:rPr>
          <w:sz w:val="28"/>
          <w:szCs w:val="28"/>
        </w:rPr>
        <w:t xml:space="preserve"> </w:t>
      </w:r>
      <w:proofErr w:type="spellStart"/>
      <w:r w:rsidRPr="00952477">
        <w:rPr>
          <w:sz w:val="28"/>
          <w:szCs w:val="28"/>
        </w:rPr>
        <w:t>келісілген</w:t>
      </w:r>
      <w:proofErr w:type="spellEnd"/>
      <w:r w:rsidRPr="00952477">
        <w:rPr>
          <w:sz w:val="28"/>
          <w:szCs w:val="28"/>
        </w:rPr>
        <w:t xml:space="preserve"> </w:t>
      </w:r>
      <w:proofErr w:type="spellStart"/>
      <w:r w:rsidRPr="00952477">
        <w:rPr>
          <w:sz w:val="28"/>
          <w:szCs w:val="28"/>
        </w:rPr>
        <w:t>макетке</w:t>
      </w:r>
      <w:proofErr w:type="spellEnd"/>
      <w:r w:rsidRPr="00952477">
        <w:rPr>
          <w:sz w:val="28"/>
          <w:szCs w:val="28"/>
        </w:rPr>
        <w:t xml:space="preserve"> </w:t>
      </w:r>
      <w:proofErr w:type="spellStart"/>
      <w:r w:rsidRPr="00952477">
        <w:rPr>
          <w:sz w:val="28"/>
          <w:szCs w:val="28"/>
        </w:rPr>
        <w:t>сәйкессіздіктерге</w:t>
      </w:r>
      <w:proofErr w:type="spellEnd"/>
      <w:r w:rsidRPr="00952477">
        <w:rPr>
          <w:sz w:val="28"/>
          <w:szCs w:val="28"/>
        </w:rPr>
        <w:t xml:space="preserve"> </w:t>
      </w:r>
      <w:proofErr w:type="spellStart"/>
      <w:r w:rsidRPr="00952477">
        <w:rPr>
          <w:sz w:val="28"/>
          <w:szCs w:val="28"/>
        </w:rPr>
        <w:t>жол</w:t>
      </w:r>
      <w:proofErr w:type="spellEnd"/>
      <w:r w:rsidRPr="00952477">
        <w:rPr>
          <w:sz w:val="28"/>
          <w:szCs w:val="28"/>
        </w:rPr>
        <w:t xml:space="preserve"> </w:t>
      </w:r>
      <w:proofErr w:type="spellStart"/>
      <w:r w:rsidRPr="00952477">
        <w:rPr>
          <w:sz w:val="28"/>
          <w:szCs w:val="28"/>
        </w:rPr>
        <w:t>берілген</w:t>
      </w:r>
      <w:proofErr w:type="spellEnd"/>
      <w:r w:rsidRPr="00952477">
        <w:rPr>
          <w:sz w:val="28"/>
          <w:szCs w:val="28"/>
        </w:rPr>
        <w:t xml:space="preserve"> </w:t>
      </w:r>
      <w:proofErr w:type="spellStart"/>
      <w:r w:rsidRPr="00952477">
        <w:rPr>
          <w:sz w:val="28"/>
          <w:szCs w:val="28"/>
        </w:rPr>
        <w:t>жағдайда</w:t>
      </w:r>
      <w:proofErr w:type="spellEnd"/>
      <w:r w:rsidRPr="00952477">
        <w:rPr>
          <w:sz w:val="28"/>
          <w:szCs w:val="28"/>
        </w:rPr>
        <w:t xml:space="preserve">, </w:t>
      </w:r>
      <w:proofErr w:type="spellStart"/>
      <w:r w:rsidRPr="00952477">
        <w:rPr>
          <w:sz w:val="28"/>
          <w:szCs w:val="28"/>
        </w:rPr>
        <w:t>Өнім</w:t>
      </w:r>
      <w:proofErr w:type="spellEnd"/>
      <w:r w:rsidRPr="00952477">
        <w:rPr>
          <w:sz w:val="28"/>
          <w:szCs w:val="28"/>
        </w:rPr>
        <w:t xml:space="preserve"> </w:t>
      </w:r>
      <w:proofErr w:type="spellStart"/>
      <w:r w:rsidRPr="00952477">
        <w:rPr>
          <w:sz w:val="28"/>
          <w:szCs w:val="28"/>
        </w:rPr>
        <w:t>беруші</w:t>
      </w:r>
      <w:proofErr w:type="spellEnd"/>
      <w:r w:rsidRPr="00952477">
        <w:rPr>
          <w:sz w:val="28"/>
          <w:szCs w:val="28"/>
        </w:rPr>
        <w:t xml:space="preserve"> </w:t>
      </w:r>
      <w:proofErr w:type="spellStart"/>
      <w:r w:rsidRPr="00952477">
        <w:rPr>
          <w:sz w:val="28"/>
          <w:szCs w:val="28"/>
        </w:rPr>
        <w:t>оларды</w:t>
      </w:r>
      <w:proofErr w:type="spellEnd"/>
      <w:r w:rsidRPr="00952477">
        <w:rPr>
          <w:sz w:val="28"/>
          <w:szCs w:val="28"/>
        </w:rPr>
        <w:t xml:space="preserve"> </w:t>
      </w:r>
      <w:proofErr w:type="spellStart"/>
      <w:r w:rsidRPr="00952477">
        <w:rPr>
          <w:sz w:val="28"/>
          <w:szCs w:val="28"/>
        </w:rPr>
        <w:t>түзетіп</w:t>
      </w:r>
      <w:proofErr w:type="spellEnd"/>
      <w:r w:rsidRPr="00952477">
        <w:rPr>
          <w:sz w:val="28"/>
          <w:szCs w:val="28"/>
        </w:rPr>
        <w:t xml:space="preserve">, </w:t>
      </w:r>
      <w:proofErr w:type="spellStart"/>
      <w:r w:rsidRPr="00952477">
        <w:rPr>
          <w:sz w:val="28"/>
          <w:szCs w:val="28"/>
        </w:rPr>
        <w:t>Тапсырыс</w:t>
      </w:r>
      <w:proofErr w:type="spellEnd"/>
      <w:r w:rsidRPr="00952477">
        <w:rPr>
          <w:sz w:val="28"/>
          <w:szCs w:val="28"/>
        </w:rPr>
        <w:t xml:space="preserve"> </w:t>
      </w:r>
      <w:proofErr w:type="spellStart"/>
      <w:r w:rsidRPr="00952477">
        <w:rPr>
          <w:sz w:val="28"/>
          <w:szCs w:val="28"/>
        </w:rPr>
        <w:t>берушімен</w:t>
      </w:r>
      <w:proofErr w:type="spellEnd"/>
      <w:r w:rsidRPr="00952477">
        <w:rPr>
          <w:sz w:val="28"/>
          <w:szCs w:val="28"/>
        </w:rPr>
        <w:t xml:space="preserve"> </w:t>
      </w:r>
      <w:proofErr w:type="spellStart"/>
      <w:r w:rsidRPr="00952477">
        <w:rPr>
          <w:sz w:val="28"/>
          <w:szCs w:val="28"/>
        </w:rPr>
        <w:t>келісілген</w:t>
      </w:r>
      <w:proofErr w:type="spellEnd"/>
      <w:r w:rsidRPr="00952477">
        <w:rPr>
          <w:sz w:val="28"/>
          <w:szCs w:val="28"/>
        </w:rPr>
        <w:t xml:space="preserve"> </w:t>
      </w:r>
      <w:proofErr w:type="spellStart"/>
      <w:r w:rsidRPr="00952477">
        <w:rPr>
          <w:sz w:val="28"/>
          <w:szCs w:val="28"/>
        </w:rPr>
        <w:t>газеттің</w:t>
      </w:r>
      <w:proofErr w:type="spellEnd"/>
      <w:r w:rsidRPr="00952477">
        <w:rPr>
          <w:sz w:val="28"/>
          <w:szCs w:val="28"/>
        </w:rPr>
        <w:t xml:space="preserve"> </w:t>
      </w:r>
      <w:proofErr w:type="spellStart"/>
      <w:r w:rsidRPr="00952477">
        <w:rPr>
          <w:sz w:val="28"/>
          <w:szCs w:val="28"/>
        </w:rPr>
        <w:t>ең</w:t>
      </w:r>
      <w:proofErr w:type="spellEnd"/>
      <w:r w:rsidRPr="00952477">
        <w:rPr>
          <w:sz w:val="28"/>
          <w:szCs w:val="28"/>
        </w:rPr>
        <w:t xml:space="preserve"> </w:t>
      </w:r>
      <w:proofErr w:type="spellStart"/>
      <w:r w:rsidRPr="00952477">
        <w:rPr>
          <w:sz w:val="28"/>
          <w:szCs w:val="28"/>
        </w:rPr>
        <w:t>жақын</w:t>
      </w:r>
      <w:proofErr w:type="spellEnd"/>
      <w:r w:rsidRPr="00952477">
        <w:rPr>
          <w:sz w:val="28"/>
          <w:szCs w:val="28"/>
        </w:rPr>
        <w:t xml:space="preserve"> </w:t>
      </w:r>
      <w:proofErr w:type="spellStart"/>
      <w:r w:rsidRPr="00952477">
        <w:rPr>
          <w:sz w:val="28"/>
          <w:szCs w:val="28"/>
        </w:rPr>
        <w:t>шығарылымында</w:t>
      </w:r>
      <w:proofErr w:type="spellEnd"/>
      <w:r w:rsidRPr="00952477">
        <w:rPr>
          <w:sz w:val="28"/>
          <w:szCs w:val="28"/>
        </w:rPr>
        <w:t xml:space="preserve"> </w:t>
      </w:r>
      <w:proofErr w:type="spellStart"/>
      <w:r w:rsidRPr="00952477">
        <w:rPr>
          <w:sz w:val="28"/>
          <w:szCs w:val="28"/>
        </w:rPr>
        <w:t>хабарландыруды</w:t>
      </w:r>
      <w:proofErr w:type="spellEnd"/>
      <w:r w:rsidRPr="00952477">
        <w:rPr>
          <w:sz w:val="28"/>
          <w:szCs w:val="28"/>
        </w:rPr>
        <w:t xml:space="preserve"> </w:t>
      </w:r>
      <w:proofErr w:type="spellStart"/>
      <w:r w:rsidRPr="00952477">
        <w:rPr>
          <w:sz w:val="28"/>
          <w:szCs w:val="28"/>
        </w:rPr>
        <w:t>өз</w:t>
      </w:r>
      <w:proofErr w:type="spellEnd"/>
      <w:r w:rsidRPr="00952477">
        <w:rPr>
          <w:sz w:val="28"/>
          <w:szCs w:val="28"/>
        </w:rPr>
        <w:t xml:space="preserve"> </w:t>
      </w:r>
      <w:proofErr w:type="spellStart"/>
      <w:r w:rsidRPr="00952477">
        <w:rPr>
          <w:sz w:val="28"/>
          <w:szCs w:val="28"/>
        </w:rPr>
        <w:t>қаражаты</w:t>
      </w:r>
      <w:proofErr w:type="spellEnd"/>
      <w:r w:rsidRPr="00952477">
        <w:rPr>
          <w:sz w:val="28"/>
          <w:szCs w:val="28"/>
        </w:rPr>
        <w:t xml:space="preserve"> </w:t>
      </w:r>
      <w:proofErr w:type="spellStart"/>
      <w:r w:rsidRPr="00952477">
        <w:rPr>
          <w:sz w:val="28"/>
          <w:szCs w:val="28"/>
        </w:rPr>
        <w:t>есебінен</w:t>
      </w:r>
      <w:proofErr w:type="spellEnd"/>
      <w:r w:rsidRPr="00952477">
        <w:rPr>
          <w:sz w:val="28"/>
          <w:szCs w:val="28"/>
        </w:rPr>
        <w:t xml:space="preserve"> </w:t>
      </w:r>
      <w:proofErr w:type="spellStart"/>
      <w:r w:rsidRPr="00952477">
        <w:rPr>
          <w:sz w:val="28"/>
          <w:szCs w:val="28"/>
        </w:rPr>
        <w:t>қайта</w:t>
      </w:r>
      <w:proofErr w:type="spellEnd"/>
      <w:r w:rsidRPr="00952477">
        <w:rPr>
          <w:sz w:val="28"/>
          <w:szCs w:val="28"/>
        </w:rPr>
        <w:t xml:space="preserve"> </w:t>
      </w:r>
      <w:proofErr w:type="spellStart"/>
      <w:r w:rsidRPr="00952477">
        <w:rPr>
          <w:sz w:val="28"/>
          <w:szCs w:val="28"/>
        </w:rPr>
        <w:t>жариялауды</w:t>
      </w:r>
      <w:proofErr w:type="spellEnd"/>
      <w:r w:rsidRPr="00952477">
        <w:rPr>
          <w:sz w:val="28"/>
          <w:szCs w:val="28"/>
        </w:rPr>
        <w:t xml:space="preserve"> </w:t>
      </w:r>
      <w:proofErr w:type="spellStart"/>
      <w:r w:rsidRPr="00952477">
        <w:rPr>
          <w:sz w:val="28"/>
          <w:szCs w:val="28"/>
        </w:rPr>
        <w:t>қамтамасыз</w:t>
      </w:r>
      <w:proofErr w:type="spellEnd"/>
      <w:r w:rsidRPr="00952477">
        <w:rPr>
          <w:sz w:val="28"/>
          <w:szCs w:val="28"/>
        </w:rPr>
        <w:t xml:space="preserve"> </w:t>
      </w:r>
      <w:proofErr w:type="spellStart"/>
      <w:r w:rsidRPr="00952477">
        <w:rPr>
          <w:sz w:val="28"/>
          <w:szCs w:val="28"/>
        </w:rPr>
        <w:t>етеді</w:t>
      </w:r>
      <w:proofErr w:type="spellEnd"/>
      <w:r w:rsidRPr="00952477">
        <w:rPr>
          <w:sz w:val="28"/>
          <w:szCs w:val="28"/>
        </w:rPr>
        <w:t>.</w:t>
      </w:r>
    </w:p>
    <w:p w:rsidR="00952477" w:rsidRPr="00952477" w:rsidRDefault="00952477" w:rsidP="00952477">
      <w:pPr>
        <w:pStyle w:val="aff8"/>
        <w:spacing w:before="0" w:beforeAutospacing="0" w:after="0" w:afterAutospacing="0"/>
        <w:ind w:firstLine="567"/>
        <w:jc w:val="both"/>
        <w:rPr>
          <w:sz w:val="28"/>
          <w:szCs w:val="28"/>
        </w:rPr>
      </w:pPr>
      <w:r>
        <w:rPr>
          <w:rStyle w:val="af6"/>
          <w:sz w:val="28"/>
          <w:szCs w:val="28"/>
          <w:lang w:val="kk-KZ"/>
        </w:rPr>
        <w:t>5</w:t>
      </w:r>
      <w:r w:rsidRPr="00952477">
        <w:rPr>
          <w:rStyle w:val="af6"/>
          <w:sz w:val="28"/>
          <w:szCs w:val="28"/>
        </w:rPr>
        <w:t xml:space="preserve">. </w:t>
      </w:r>
      <w:proofErr w:type="spellStart"/>
      <w:r w:rsidRPr="00952477">
        <w:rPr>
          <w:rStyle w:val="af6"/>
          <w:sz w:val="28"/>
          <w:szCs w:val="28"/>
        </w:rPr>
        <w:t>Қызметтің</w:t>
      </w:r>
      <w:proofErr w:type="spellEnd"/>
      <w:r w:rsidRPr="00952477">
        <w:rPr>
          <w:rStyle w:val="af6"/>
          <w:sz w:val="28"/>
          <w:szCs w:val="28"/>
        </w:rPr>
        <w:t xml:space="preserve"> </w:t>
      </w:r>
      <w:proofErr w:type="spellStart"/>
      <w:r w:rsidRPr="00952477">
        <w:rPr>
          <w:rStyle w:val="af6"/>
          <w:sz w:val="28"/>
          <w:szCs w:val="28"/>
        </w:rPr>
        <w:t>көрсетілгенін</w:t>
      </w:r>
      <w:proofErr w:type="spellEnd"/>
      <w:r w:rsidRPr="00952477">
        <w:rPr>
          <w:rStyle w:val="af6"/>
          <w:sz w:val="28"/>
          <w:szCs w:val="28"/>
        </w:rPr>
        <w:t xml:space="preserve"> </w:t>
      </w:r>
      <w:proofErr w:type="spellStart"/>
      <w:r w:rsidRPr="00952477">
        <w:rPr>
          <w:rStyle w:val="af6"/>
          <w:sz w:val="28"/>
          <w:szCs w:val="28"/>
        </w:rPr>
        <w:t>растау</w:t>
      </w:r>
      <w:proofErr w:type="spellEnd"/>
    </w:p>
    <w:p w:rsidR="00952477" w:rsidRPr="00952477" w:rsidRDefault="00952477" w:rsidP="00952477">
      <w:pPr>
        <w:pStyle w:val="aff8"/>
        <w:spacing w:before="0" w:beforeAutospacing="0" w:after="0" w:afterAutospacing="0"/>
        <w:ind w:firstLine="567"/>
        <w:jc w:val="both"/>
        <w:rPr>
          <w:sz w:val="28"/>
          <w:szCs w:val="28"/>
        </w:rPr>
      </w:pPr>
      <w:proofErr w:type="spellStart"/>
      <w:r w:rsidRPr="00952477">
        <w:rPr>
          <w:sz w:val="28"/>
          <w:szCs w:val="28"/>
        </w:rPr>
        <w:t>Әрбір</w:t>
      </w:r>
      <w:proofErr w:type="spellEnd"/>
      <w:r w:rsidRPr="00952477">
        <w:rPr>
          <w:sz w:val="28"/>
          <w:szCs w:val="28"/>
        </w:rPr>
        <w:t xml:space="preserve"> </w:t>
      </w:r>
      <w:proofErr w:type="spellStart"/>
      <w:r w:rsidRPr="00952477">
        <w:rPr>
          <w:sz w:val="28"/>
          <w:szCs w:val="28"/>
        </w:rPr>
        <w:t>жарияланым</w:t>
      </w:r>
      <w:proofErr w:type="spellEnd"/>
      <w:r w:rsidRPr="00952477">
        <w:rPr>
          <w:sz w:val="28"/>
          <w:szCs w:val="28"/>
        </w:rPr>
        <w:t xml:space="preserve"> </w:t>
      </w:r>
      <w:proofErr w:type="spellStart"/>
      <w:r w:rsidRPr="00952477">
        <w:rPr>
          <w:sz w:val="28"/>
          <w:szCs w:val="28"/>
        </w:rPr>
        <w:t>бойынша</w:t>
      </w:r>
      <w:proofErr w:type="spellEnd"/>
      <w:r w:rsidRPr="00952477">
        <w:rPr>
          <w:sz w:val="28"/>
          <w:szCs w:val="28"/>
        </w:rPr>
        <w:t xml:space="preserve"> </w:t>
      </w:r>
      <w:proofErr w:type="spellStart"/>
      <w:r w:rsidRPr="00952477">
        <w:rPr>
          <w:sz w:val="28"/>
          <w:szCs w:val="28"/>
        </w:rPr>
        <w:t>Өнім</w:t>
      </w:r>
      <w:proofErr w:type="spellEnd"/>
      <w:r w:rsidRPr="00952477">
        <w:rPr>
          <w:sz w:val="28"/>
          <w:szCs w:val="28"/>
        </w:rPr>
        <w:t xml:space="preserve"> </w:t>
      </w:r>
      <w:proofErr w:type="spellStart"/>
      <w:r w:rsidRPr="00952477">
        <w:rPr>
          <w:sz w:val="28"/>
          <w:szCs w:val="28"/>
        </w:rPr>
        <w:t>беруші</w:t>
      </w:r>
      <w:proofErr w:type="spellEnd"/>
      <w:r w:rsidRPr="00952477">
        <w:rPr>
          <w:sz w:val="28"/>
          <w:szCs w:val="28"/>
        </w:rPr>
        <w:t xml:space="preserve"> </w:t>
      </w:r>
      <w:proofErr w:type="spellStart"/>
      <w:r w:rsidRPr="00952477">
        <w:rPr>
          <w:sz w:val="28"/>
          <w:szCs w:val="28"/>
        </w:rPr>
        <w:t>Тапсырыс</w:t>
      </w:r>
      <w:proofErr w:type="spellEnd"/>
      <w:r w:rsidRPr="00952477">
        <w:rPr>
          <w:sz w:val="28"/>
          <w:szCs w:val="28"/>
        </w:rPr>
        <w:t xml:space="preserve"> </w:t>
      </w:r>
      <w:proofErr w:type="spellStart"/>
      <w:r w:rsidRPr="00952477">
        <w:rPr>
          <w:sz w:val="28"/>
          <w:szCs w:val="28"/>
        </w:rPr>
        <w:t>берушіге</w:t>
      </w:r>
      <w:proofErr w:type="spellEnd"/>
      <w:r w:rsidRPr="00952477">
        <w:rPr>
          <w:sz w:val="28"/>
          <w:szCs w:val="28"/>
        </w:rPr>
        <w:t>:</w:t>
      </w:r>
    </w:p>
    <w:p w:rsidR="00952477" w:rsidRPr="00952477" w:rsidRDefault="00952477" w:rsidP="00952477">
      <w:pPr>
        <w:pStyle w:val="aff8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952477">
        <w:rPr>
          <w:sz w:val="28"/>
          <w:szCs w:val="28"/>
        </w:rPr>
        <w:t xml:space="preserve">— </w:t>
      </w:r>
      <w:proofErr w:type="spellStart"/>
      <w:r w:rsidRPr="00952477">
        <w:rPr>
          <w:sz w:val="28"/>
          <w:szCs w:val="28"/>
        </w:rPr>
        <w:t>хабарландыру</w:t>
      </w:r>
      <w:proofErr w:type="spellEnd"/>
      <w:r w:rsidRPr="00952477">
        <w:rPr>
          <w:sz w:val="28"/>
          <w:szCs w:val="28"/>
        </w:rPr>
        <w:t xml:space="preserve"> </w:t>
      </w:r>
      <w:proofErr w:type="spellStart"/>
      <w:r w:rsidRPr="00952477">
        <w:rPr>
          <w:sz w:val="28"/>
          <w:szCs w:val="28"/>
        </w:rPr>
        <w:t>жарияланған</w:t>
      </w:r>
      <w:proofErr w:type="spellEnd"/>
      <w:r w:rsidRPr="00952477">
        <w:rPr>
          <w:sz w:val="28"/>
          <w:szCs w:val="28"/>
        </w:rPr>
        <w:t xml:space="preserve"> </w:t>
      </w:r>
      <w:proofErr w:type="spellStart"/>
      <w:r w:rsidRPr="00952477">
        <w:rPr>
          <w:sz w:val="28"/>
          <w:szCs w:val="28"/>
        </w:rPr>
        <w:t>газеттің</w:t>
      </w:r>
      <w:proofErr w:type="spellEnd"/>
      <w:r w:rsidRPr="00952477">
        <w:rPr>
          <w:sz w:val="28"/>
          <w:szCs w:val="28"/>
        </w:rPr>
        <w:t xml:space="preserve"> </w:t>
      </w:r>
      <w:proofErr w:type="spellStart"/>
      <w:r w:rsidRPr="00952477">
        <w:rPr>
          <w:sz w:val="28"/>
          <w:szCs w:val="28"/>
        </w:rPr>
        <w:t>кемінде</w:t>
      </w:r>
      <w:proofErr w:type="spellEnd"/>
      <w:r w:rsidRPr="00952477">
        <w:rPr>
          <w:sz w:val="28"/>
          <w:szCs w:val="28"/>
        </w:rPr>
        <w:t xml:space="preserve"> </w:t>
      </w:r>
      <w:proofErr w:type="spellStart"/>
      <w:r w:rsidRPr="00952477">
        <w:rPr>
          <w:sz w:val="28"/>
          <w:szCs w:val="28"/>
        </w:rPr>
        <w:t>бір</w:t>
      </w:r>
      <w:proofErr w:type="spellEnd"/>
      <w:r w:rsidRPr="00952477">
        <w:rPr>
          <w:sz w:val="28"/>
          <w:szCs w:val="28"/>
        </w:rPr>
        <w:t xml:space="preserve"> </w:t>
      </w:r>
      <w:proofErr w:type="spellStart"/>
      <w:r w:rsidRPr="00952477">
        <w:rPr>
          <w:sz w:val="28"/>
          <w:szCs w:val="28"/>
        </w:rPr>
        <w:t>данасын</w:t>
      </w:r>
      <w:proofErr w:type="spellEnd"/>
      <w:r w:rsidRPr="00952477">
        <w:rPr>
          <w:sz w:val="28"/>
          <w:szCs w:val="28"/>
        </w:rPr>
        <w:t>;</w:t>
      </w:r>
      <w:r w:rsidRPr="00952477">
        <w:rPr>
          <w:sz w:val="28"/>
          <w:szCs w:val="28"/>
        </w:rPr>
        <w:br/>
        <w:t xml:space="preserve">— </w:t>
      </w:r>
      <w:proofErr w:type="spellStart"/>
      <w:r w:rsidRPr="00952477">
        <w:rPr>
          <w:sz w:val="28"/>
          <w:szCs w:val="28"/>
        </w:rPr>
        <w:t>газеттің</w:t>
      </w:r>
      <w:proofErr w:type="spellEnd"/>
      <w:r w:rsidRPr="00952477">
        <w:rPr>
          <w:sz w:val="28"/>
          <w:szCs w:val="28"/>
        </w:rPr>
        <w:t xml:space="preserve"> </w:t>
      </w:r>
      <w:proofErr w:type="spellStart"/>
      <w:r w:rsidRPr="00952477">
        <w:rPr>
          <w:sz w:val="28"/>
          <w:szCs w:val="28"/>
        </w:rPr>
        <w:t>атауы</w:t>
      </w:r>
      <w:proofErr w:type="spellEnd"/>
      <w:r w:rsidRPr="00952477">
        <w:rPr>
          <w:sz w:val="28"/>
          <w:szCs w:val="28"/>
        </w:rPr>
        <w:t xml:space="preserve">, </w:t>
      </w:r>
      <w:proofErr w:type="spellStart"/>
      <w:r w:rsidRPr="00952477">
        <w:rPr>
          <w:sz w:val="28"/>
          <w:szCs w:val="28"/>
        </w:rPr>
        <w:t>шығарылым</w:t>
      </w:r>
      <w:proofErr w:type="spellEnd"/>
      <w:r w:rsidRPr="00952477">
        <w:rPr>
          <w:sz w:val="28"/>
          <w:szCs w:val="28"/>
        </w:rPr>
        <w:t xml:space="preserve"> </w:t>
      </w:r>
      <w:proofErr w:type="spellStart"/>
      <w:r w:rsidRPr="00952477">
        <w:rPr>
          <w:sz w:val="28"/>
          <w:szCs w:val="28"/>
        </w:rPr>
        <w:t>нөмірі</w:t>
      </w:r>
      <w:proofErr w:type="spellEnd"/>
      <w:r w:rsidRPr="00952477">
        <w:rPr>
          <w:sz w:val="28"/>
          <w:szCs w:val="28"/>
        </w:rPr>
        <w:t xml:space="preserve"> мен </w:t>
      </w:r>
      <w:proofErr w:type="spellStart"/>
      <w:r w:rsidRPr="00952477">
        <w:rPr>
          <w:sz w:val="28"/>
          <w:szCs w:val="28"/>
        </w:rPr>
        <w:t>күні</w:t>
      </w:r>
      <w:proofErr w:type="spellEnd"/>
      <w:r w:rsidRPr="00952477">
        <w:rPr>
          <w:sz w:val="28"/>
          <w:szCs w:val="28"/>
        </w:rPr>
        <w:t xml:space="preserve"> </w:t>
      </w:r>
      <w:proofErr w:type="spellStart"/>
      <w:r w:rsidRPr="00952477">
        <w:rPr>
          <w:sz w:val="28"/>
          <w:szCs w:val="28"/>
        </w:rPr>
        <w:t>көрсетілген</w:t>
      </w:r>
      <w:proofErr w:type="spellEnd"/>
      <w:r w:rsidRPr="00952477">
        <w:rPr>
          <w:sz w:val="28"/>
          <w:szCs w:val="28"/>
        </w:rPr>
        <w:t xml:space="preserve">, </w:t>
      </w:r>
      <w:proofErr w:type="spellStart"/>
      <w:r w:rsidRPr="00952477">
        <w:rPr>
          <w:sz w:val="28"/>
          <w:szCs w:val="28"/>
        </w:rPr>
        <w:t>хабарландыру</w:t>
      </w:r>
      <w:proofErr w:type="spellEnd"/>
      <w:r w:rsidRPr="00952477">
        <w:rPr>
          <w:sz w:val="28"/>
          <w:szCs w:val="28"/>
        </w:rPr>
        <w:t xml:space="preserve"> </w:t>
      </w:r>
      <w:proofErr w:type="spellStart"/>
      <w:r w:rsidRPr="00952477">
        <w:rPr>
          <w:sz w:val="28"/>
          <w:szCs w:val="28"/>
        </w:rPr>
        <w:t>орналастырылған</w:t>
      </w:r>
      <w:proofErr w:type="spellEnd"/>
      <w:r w:rsidRPr="00952477">
        <w:rPr>
          <w:sz w:val="28"/>
          <w:szCs w:val="28"/>
        </w:rPr>
        <w:t xml:space="preserve"> </w:t>
      </w:r>
      <w:proofErr w:type="spellStart"/>
      <w:r w:rsidRPr="00952477">
        <w:rPr>
          <w:sz w:val="28"/>
          <w:szCs w:val="28"/>
        </w:rPr>
        <w:t>беттің</w:t>
      </w:r>
      <w:proofErr w:type="spellEnd"/>
      <w:r w:rsidRPr="00952477">
        <w:rPr>
          <w:sz w:val="28"/>
          <w:szCs w:val="28"/>
        </w:rPr>
        <w:t xml:space="preserve"> </w:t>
      </w:r>
      <w:proofErr w:type="spellStart"/>
      <w:r w:rsidRPr="00952477">
        <w:rPr>
          <w:sz w:val="28"/>
          <w:szCs w:val="28"/>
        </w:rPr>
        <w:t>электрондық</w:t>
      </w:r>
      <w:proofErr w:type="spellEnd"/>
      <w:r w:rsidRPr="00952477">
        <w:rPr>
          <w:sz w:val="28"/>
          <w:szCs w:val="28"/>
        </w:rPr>
        <w:t xml:space="preserve"> </w:t>
      </w:r>
      <w:proofErr w:type="spellStart"/>
      <w:r w:rsidRPr="00952477">
        <w:rPr>
          <w:sz w:val="28"/>
          <w:szCs w:val="28"/>
        </w:rPr>
        <w:t>көшірмесін</w:t>
      </w:r>
      <w:proofErr w:type="spellEnd"/>
      <w:r w:rsidRPr="00952477">
        <w:rPr>
          <w:sz w:val="28"/>
          <w:szCs w:val="28"/>
        </w:rPr>
        <w:t>;</w:t>
      </w:r>
      <w:r w:rsidRPr="00952477">
        <w:rPr>
          <w:sz w:val="28"/>
          <w:szCs w:val="28"/>
        </w:rPr>
        <w:br/>
        <w:t xml:space="preserve">— </w:t>
      </w:r>
      <w:proofErr w:type="spellStart"/>
      <w:r w:rsidRPr="00952477">
        <w:rPr>
          <w:sz w:val="28"/>
          <w:szCs w:val="28"/>
        </w:rPr>
        <w:t>нақты</w:t>
      </w:r>
      <w:proofErr w:type="spellEnd"/>
      <w:r w:rsidRPr="00952477">
        <w:rPr>
          <w:sz w:val="28"/>
          <w:szCs w:val="28"/>
        </w:rPr>
        <w:t xml:space="preserve"> </w:t>
      </w:r>
      <w:proofErr w:type="spellStart"/>
      <w:r w:rsidRPr="00952477">
        <w:rPr>
          <w:sz w:val="28"/>
          <w:szCs w:val="28"/>
        </w:rPr>
        <w:t>жарияланған</w:t>
      </w:r>
      <w:proofErr w:type="spellEnd"/>
      <w:r w:rsidRPr="00952477">
        <w:rPr>
          <w:sz w:val="28"/>
          <w:szCs w:val="28"/>
        </w:rPr>
        <w:t xml:space="preserve"> </w:t>
      </w:r>
      <w:proofErr w:type="spellStart"/>
      <w:r w:rsidRPr="00952477">
        <w:rPr>
          <w:sz w:val="28"/>
          <w:szCs w:val="28"/>
        </w:rPr>
        <w:t>хабарландырулар</w:t>
      </w:r>
      <w:proofErr w:type="spellEnd"/>
      <w:r w:rsidRPr="00952477">
        <w:rPr>
          <w:sz w:val="28"/>
          <w:szCs w:val="28"/>
        </w:rPr>
        <w:t xml:space="preserve"> </w:t>
      </w:r>
      <w:proofErr w:type="spellStart"/>
      <w:r w:rsidRPr="00952477">
        <w:rPr>
          <w:sz w:val="28"/>
          <w:szCs w:val="28"/>
        </w:rPr>
        <w:t>көлемі</w:t>
      </w:r>
      <w:proofErr w:type="spellEnd"/>
      <w:r w:rsidRPr="00952477">
        <w:rPr>
          <w:sz w:val="28"/>
          <w:szCs w:val="28"/>
        </w:rPr>
        <w:t xml:space="preserve"> </w:t>
      </w:r>
      <w:proofErr w:type="spellStart"/>
      <w:r w:rsidRPr="00952477">
        <w:rPr>
          <w:sz w:val="28"/>
          <w:szCs w:val="28"/>
        </w:rPr>
        <w:t>көрсетілген</w:t>
      </w:r>
      <w:proofErr w:type="spellEnd"/>
      <w:r w:rsidRPr="00952477">
        <w:rPr>
          <w:sz w:val="28"/>
          <w:szCs w:val="28"/>
        </w:rPr>
        <w:t xml:space="preserve"> </w:t>
      </w:r>
      <w:proofErr w:type="spellStart"/>
      <w:r w:rsidRPr="00952477">
        <w:rPr>
          <w:sz w:val="28"/>
          <w:szCs w:val="28"/>
        </w:rPr>
        <w:t>қызметтер</w:t>
      </w:r>
      <w:proofErr w:type="spellEnd"/>
      <w:r w:rsidRPr="00952477">
        <w:rPr>
          <w:sz w:val="28"/>
          <w:szCs w:val="28"/>
        </w:rPr>
        <w:t xml:space="preserve"> </w:t>
      </w:r>
      <w:proofErr w:type="spellStart"/>
      <w:r w:rsidRPr="00952477">
        <w:rPr>
          <w:sz w:val="28"/>
          <w:szCs w:val="28"/>
        </w:rPr>
        <w:t>көрсету</w:t>
      </w:r>
      <w:proofErr w:type="spellEnd"/>
      <w:r w:rsidRPr="00952477">
        <w:rPr>
          <w:sz w:val="28"/>
          <w:szCs w:val="28"/>
        </w:rPr>
        <w:t xml:space="preserve"> </w:t>
      </w:r>
      <w:proofErr w:type="spellStart"/>
      <w:r w:rsidRPr="00952477">
        <w:rPr>
          <w:sz w:val="28"/>
          <w:szCs w:val="28"/>
        </w:rPr>
        <w:t>актісін</w:t>
      </w:r>
      <w:proofErr w:type="spellEnd"/>
      <w:r w:rsidRPr="00952477">
        <w:rPr>
          <w:sz w:val="28"/>
          <w:szCs w:val="28"/>
        </w:rPr>
        <w:t xml:space="preserve"> </w:t>
      </w:r>
      <w:proofErr w:type="spellStart"/>
      <w:r w:rsidRPr="00952477">
        <w:rPr>
          <w:sz w:val="28"/>
          <w:szCs w:val="28"/>
        </w:rPr>
        <w:t>ұсынады</w:t>
      </w:r>
      <w:proofErr w:type="spellEnd"/>
      <w:r w:rsidRPr="00952477">
        <w:rPr>
          <w:sz w:val="28"/>
          <w:szCs w:val="28"/>
        </w:rPr>
        <w:t>.</w:t>
      </w:r>
    </w:p>
    <w:p w:rsidR="00952477" w:rsidRPr="00952477" w:rsidRDefault="00952477" w:rsidP="00952477">
      <w:pPr>
        <w:pStyle w:val="aff8"/>
        <w:spacing w:before="0" w:beforeAutospacing="0" w:after="0" w:afterAutospacing="0"/>
        <w:ind w:firstLine="567"/>
        <w:jc w:val="both"/>
        <w:rPr>
          <w:sz w:val="28"/>
          <w:szCs w:val="28"/>
        </w:rPr>
      </w:pPr>
      <w:r>
        <w:rPr>
          <w:rStyle w:val="af6"/>
          <w:sz w:val="28"/>
          <w:szCs w:val="28"/>
          <w:lang w:val="kk-KZ"/>
        </w:rPr>
        <w:t>6</w:t>
      </w:r>
      <w:r w:rsidRPr="00952477">
        <w:rPr>
          <w:rStyle w:val="af6"/>
          <w:sz w:val="28"/>
          <w:szCs w:val="28"/>
        </w:rPr>
        <w:t xml:space="preserve">. </w:t>
      </w:r>
      <w:proofErr w:type="spellStart"/>
      <w:r w:rsidRPr="00952477">
        <w:rPr>
          <w:rStyle w:val="af6"/>
          <w:sz w:val="28"/>
          <w:szCs w:val="28"/>
        </w:rPr>
        <w:t>Қызмет</w:t>
      </w:r>
      <w:proofErr w:type="spellEnd"/>
      <w:r w:rsidRPr="00952477">
        <w:rPr>
          <w:rStyle w:val="af6"/>
          <w:sz w:val="28"/>
          <w:szCs w:val="28"/>
        </w:rPr>
        <w:t xml:space="preserve"> </w:t>
      </w:r>
      <w:proofErr w:type="spellStart"/>
      <w:r w:rsidRPr="00952477">
        <w:rPr>
          <w:rStyle w:val="af6"/>
          <w:sz w:val="28"/>
          <w:szCs w:val="28"/>
        </w:rPr>
        <w:t>құнына</w:t>
      </w:r>
      <w:proofErr w:type="spellEnd"/>
      <w:r w:rsidRPr="00952477">
        <w:rPr>
          <w:rStyle w:val="af6"/>
          <w:sz w:val="28"/>
          <w:szCs w:val="28"/>
        </w:rPr>
        <w:t xml:space="preserve"> </w:t>
      </w:r>
      <w:proofErr w:type="spellStart"/>
      <w:r w:rsidRPr="00952477">
        <w:rPr>
          <w:rStyle w:val="af6"/>
          <w:sz w:val="28"/>
          <w:szCs w:val="28"/>
        </w:rPr>
        <w:t>қойылатын</w:t>
      </w:r>
      <w:proofErr w:type="spellEnd"/>
      <w:r w:rsidRPr="00952477">
        <w:rPr>
          <w:rStyle w:val="af6"/>
          <w:sz w:val="28"/>
          <w:szCs w:val="28"/>
        </w:rPr>
        <w:t xml:space="preserve"> </w:t>
      </w:r>
      <w:proofErr w:type="spellStart"/>
      <w:r w:rsidRPr="00952477">
        <w:rPr>
          <w:rStyle w:val="af6"/>
          <w:sz w:val="28"/>
          <w:szCs w:val="28"/>
        </w:rPr>
        <w:t>талаптар</w:t>
      </w:r>
      <w:proofErr w:type="spellEnd"/>
    </w:p>
    <w:p w:rsidR="00952477" w:rsidRPr="00952477" w:rsidRDefault="00952477" w:rsidP="00952477">
      <w:pPr>
        <w:pStyle w:val="aff8"/>
        <w:spacing w:before="0" w:beforeAutospacing="0" w:after="0" w:afterAutospacing="0"/>
        <w:ind w:firstLine="567"/>
        <w:jc w:val="both"/>
        <w:rPr>
          <w:sz w:val="28"/>
          <w:szCs w:val="28"/>
        </w:rPr>
      </w:pPr>
      <w:proofErr w:type="spellStart"/>
      <w:r w:rsidRPr="00952477">
        <w:rPr>
          <w:sz w:val="28"/>
          <w:szCs w:val="28"/>
        </w:rPr>
        <w:t>Қызмет</w:t>
      </w:r>
      <w:proofErr w:type="spellEnd"/>
      <w:r w:rsidRPr="00952477">
        <w:rPr>
          <w:sz w:val="28"/>
          <w:szCs w:val="28"/>
        </w:rPr>
        <w:t xml:space="preserve"> </w:t>
      </w:r>
      <w:proofErr w:type="spellStart"/>
      <w:r w:rsidRPr="00952477">
        <w:rPr>
          <w:sz w:val="28"/>
          <w:szCs w:val="28"/>
        </w:rPr>
        <w:t>құнына</w:t>
      </w:r>
      <w:proofErr w:type="spellEnd"/>
      <w:r w:rsidRPr="00952477">
        <w:rPr>
          <w:sz w:val="28"/>
          <w:szCs w:val="28"/>
        </w:rPr>
        <w:t xml:space="preserve"> </w:t>
      </w:r>
      <w:proofErr w:type="spellStart"/>
      <w:r w:rsidRPr="00952477">
        <w:rPr>
          <w:sz w:val="28"/>
          <w:szCs w:val="28"/>
        </w:rPr>
        <w:t>макетті</w:t>
      </w:r>
      <w:proofErr w:type="spellEnd"/>
      <w:r w:rsidRPr="00952477">
        <w:rPr>
          <w:sz w:val="28"/>
          <w:szCs w:val="28"/>
        </w:rPr>
        <w:t xml:space="preserve"> </w:t>
      </w:r>
      <w:proofErr w:type="spellStart"/>
      <w:r w:rsidRPr="00952477">
        <w:rPr>
          <w:sz w:val="28"/>
          <w:szCs w:val="28"/>
        </w:rPr>
        <w:t>дайындау</w:t>
      </w:r>
      <w:proofErr w:type="spellEnd"/>
      <w:r w:rsidRPr="00952477">
        <w:rPr>
          <w:sz w:val="28"/>
          <w:szCs w:val="28"/>
        </w:rPr>
        <w:t xml:space="preserve">, </w:t>
      </w:r>
      <w:proofErr w:type="spellStart"/>
      <w:r w:rsidRPr="00952477">
        <w:rPr>
          <w:sz w:val="28"/>
          <w:szCs w:val="28"/>
        </w:rPr>
        <w:t>мәтінді</w:t>
      </w:r>
      <w:proofErr w:type="spellEnd"/>
      <w:r w:rsidRPr="00952477">
        <w:rPr>
          <w:sz w:val="28"/>
          <w:szCs w:val="28"/>
        </w:rPr>
        <w:t xml:space="preserve"> </w:t>
      </w:r>
      <w:proofErr w:type="spellStart"/>
      <w:r w:rsidRPr="00952477">
        <w:rPr>
          <w:sz w:val="28"/>
          <w:szCs w:val="28"/>
        </w:rPr>
        <w:t>теру</w:t>
      </w:r>
      <w:proofErr w:type="spellEnd"/>
      <w:r w:rsidRPr="00952477">
        <w:rPr>
          <w:sz w:val="28"/>
          <w:szCs w:val="28"/>
        </w:rPr>
        <w:t xml:space="preserve">, </w:t>
      </w:r>
      <w:proofErr w:type="spellStart"/>
      <w:r w:rsidRPr="00952477">
        <w:rPr>
          <w:sz w:val="28"/>
          <w:szCs w:val="28"/>
        </w:rPr>
        <w:t>беттеу</w:t>
      </w:r>
      <w:proofErr w:type="spellEnd"/>
      <w:r w:rsidRPr="00952477">
        <w:rPr>
          <w:sz w:val="28"/>
          <w:szCs w:val="28"/>
        </w:rPr>
        <w:t xml:space="preserve">, </w:t>
      </w:r>
      <w:proofErr w:type="spellStart"/>
      <w:r w:rsidRPr="00952477">
        <w:rPr>
          <w:sz w:val="28"/>
          <w:szCs w:val="28"/>
        </w:rPr>
        <w:t>жариялау</w:t>
      </w:r>
      <w:proofErr w:type="spellEnd"/>
      <w:r w:rsidRPr="00952477">
        <w:rPr>
          <w:sz w:val="28"/>
          <w:szCs w:val="28"/>
        </w:rPr>
        <w:t xml:space="preserve">, </w:t>
      </w:r>
      <w:proofErr w:type="spellStart"/>
      <w:r w:rsidRPr="00952477">
        <w:rPr>
          <w:sz w:val="28"/>
          <w:szCs w:val="28"/>
        </w:rPr>
        <w:t>растайтын</w:t>
      </w:r>
      <w:proofErr w:type="spellEnd"/>
      <w:r w:rsidRPr="00952477">
        <w:rPr>
          <w:sz w:val="28"/>
          <w:szCs w:val="28"/>
        </w:rPr>
        <w:t xml:space="preserve"> </w:t>
      </w:r>
      <w:proofErr w:type="spellStart"/>
      <w:r w:rsidRPr="00952477">
        <w:rPr>
          <w:sz w:val="28"/>
          <w:szCs w:val="28"/>
        </w:rPr>
        <w:t>материалдарды</w:t>
      </w:r>
      <w:proofErr w:type="spellEnd"/>
      <w:r w:rsidRPr="00952477">
        <w:rPr>
          <w:sz w:val="28"/>
          <w:szCs w:val="28"/>
        </w:rPr>
        <w:t xml:space="preserve"> </w:t>
      </w:r>
      <w:proofErr w:type="spellStart"/>
      <w:r w:rsidRPr="00952477">
        <w:rPr>
          <w:sz w:val="28"/>
          <w:szCs w:val="28"/>
        </w:rPr>
        <w:t>ұсыну</w:t>
      </w:r>
      <w:proofErr w:type="spellEnd"/>
      <w:r w:rsidRPr="00952477">
        <w:rPr>
          <w:sz w:val="28"/>
          <w:szCs w:val="28"/>
        </w:rPr>
        <w:t xml:space="preserve"> </w:t>
      </w:r>
      <w:proofErr w:type="spellStart"/>
      <w:r w:rsidRPr="00952477">
        <w:rPr>
          <w:sz w:val="28"/>
          <w:szCs w:val="28"/>
        </w:rPr>
        <w:t>және</w:t>
      </w:r>
      <w:proofErr w:type="spellEnd"/>
      <w:r w:rsidRPr="00952477">
        <w:rPr>
          <w:sz w:val="28"/>
          <w:szCs w:val="28"/>
        </w:rPr>
        <w:t xml:space="preserve"> </w:t>
      </w:r>
      <w:proofErr w:type="spellStart"/>
      <w:r w:rsidRPr="00952477">
        <w:rPr>
          <w:sz w:val="28"/>
          <w:szCs w:val="28"/>
        </w:rPr>
        <w:t>Өнім</w:t>
      </w:r>
      <w:proofErr w:type="spellEnd"/>
      <w:r w:rsidRPr="00952477">
        <w:rPr>
          <w:sz w:val="28"/>
          <w:szCs w:val="28"/>
        </w:rPr>
        <w:t xml:space="preserve"> </w:t>
      </w:r>
      <w:proofErr w:type="spellStart"/>
      <w:r w:rsidRPr="00952477">
        <w:rPr>
          <w:sz w:val="28"/>
          <w:szCs w:val="28"/>
        </w:rPr>
        <w:t>берушінің</w:t>
      </w:r>
      <w:proofErr w:type="spellEnd"/>
      <w:r w:rsidRPr="00952477">
        <w:rPr>
          <w:sz w:val="28"/>
          <w:szCs w:val="28"/>
        </w:rPr>
        <w:t xml:space="preserve"> </w:t>
      </w:r>
      <w:proofErr w:type="spellStart"/>
      <w:r w:rsidRPr="00952477">
        <w:rPr>
          <w:sz w:val="28"/>
          <w:szCs w:val="28"/>
        </w:rPr>
        <w:t>қызмет</w:t>
      </w:r>
      <w:proofErr w:type="spellEnd"/>
      <w:r w:rsidRPr="00952477">
        <w:rPr>
          <w:sz w:val="28"/>
          <w:szCs w:val="28"/>
        </w:rPr>
        <w:t xml:space="preserve"> </w:t>
      </w:r>
      <w:proofErr w:type="spellStart"/>
      <w:r w:rsidRPr="00952477">
        <w:rPr>
          <w:sz w:val="28"/>
          <w:szCs w:val="28"/>
        </w:rPr>
        <w:t>көрсетуге</w:t>
      </w:r>
      <w:proofErr w:type="spellEnd"/>
      <w:r w:rsidRPr="00952477">
        <w:rPr>
          <w:sz w:val="28"/>
          <w:szCs w:val="28"/>
        </w:rPr>
        <w:t xml:space="preserve"> </w:t>
      </w:r>
      <w:proofErr w:type="spellStart"/>
      <w:r w:rsidRPr="00952477">
        <w:rPr>
          <w:sz w:val="28"/>
          <w:szCs w:val="28"/>
        </w:rPr>
        <w:t>байланысты</w:t>
      </w:r>
      <w:proofErr w:type="spellEnd"/>
      <w:r w:rsidRPr="00952477">
        <w:rPr>
          <w:sz w:val="28"/>
          <w:szCs w:val="28"/>
        </w:rPr>
        <w:t xml:space="preserve"> </w:t>
      </w:r>
      <w:proofErr w:type="spellStart"/>
      <w:r w:rsidRPr="00952477">
        <w:rPr>
          <w:sz w:val="28"/>
          <w:szCs w:val="28"/>
        </w:rPr>
        <w:t>барлық</w:t>
      </w:r>
      <w:proofErr w:type="spellEnd"/>
      <w:r w:rsidRPr="00952477">
        <w:rPr>
          <w:sz w:val="28"/>
          <w:szCs w:val="28"/>
        </w:rPr>
        <w:t xml:space="preserve"> </w:t>
      </w:r>
      <w:proofErr w:type="spellStart"/>
      <w:r w:rsidRPr="00952477">
        <w:rPr>
          <w:sz w:val="28"/>
          <w:szCs w:val="28"/>
        </w:rPr>
        <w:t>ілеспе</w:t>
      </w:r>
      <w:proofErr w:type="spellEnd"/>
      <w:r w:rsidRPr="00952477">
        <w:rPr>
          <w:sz w:val="28"/>
          <w:szCs w:val="28"/>
        </w:rPr>
        <w:t xml:space="preserve"> </w:t>
      </w:r>
      <w:proofErr w:type="spellStart"/>
      <w:r w:rsidRPr="00952477">
        <w:rPr>
          <w:sz w:val="28"/>
          <w:szCs w:val="28"/>
        </w:rPr>
        <w:t>шығыстары</w:t>
      </w:r>
      <w:proofErr w:type="spellEnd"/>
      <w:r w:rsidRPr="00952477">
        <w:rPr>
          <w:sz w:val="28"/>
          <w:szCs w:val="28"/>
        </w:rPr>
        <w:t xml:space="preserve"> </w:t>
      </w:r>
      <w:proofErr w:type="spellStart"/>
      <w:r w:rsidRPr="00952477">
        <w:rPr>
          <w:sz w:val="28"/>
          <w:szCs w:val="28"/>
        </w:rPr>
        <w:t>кіреді</w:t>
      </w:r>
      <w:proofErr w:type="spellEnd"/>
      <w:r w:rsidRPr="00952477">
        <w:rPr>
          <w:sz w:val="28"/>
          <w:szCs w:val="28"/>
        </w:rPr>
        <w:t>.</w:t>
      </w:r>
    </w:p>
    <w:p w:rsidR="00915EF5" w:rsidRPr="0084124C" w:rsidRDefault="0084124C" w:rsidP="0084124C">
      <w:pPr>
        <w:spacing w:after="0" w:line="240" w:lineRule="auto"/>
        <w:ind w:firstLine="567"/>
        <w:jc w:val="center"/>
        <w:rPr>
          <w:b/>
          <w:sz w:val="28"/>
          <w:szCs w:val="28"/>
          <w:lang w:val="ru-RU"/>
        </w:rPr>
      </w:pPr>
      <w:r w:rsidRPr="00952477">
        <w:rPr>
          <w:sz w:val="28"/>
          <w:szCs w:val="28"/>
          <w:lang w:val="ru-RU"/>
        </w:rPr>
        <w:br w:type="page"/>
      </w:r>
      <w:r w:rsidR="00915EF5" w:rsidRPr="0084124C">
        <w:rPr>
          <w:b/>
          <w:sz w:val="28"/>
          <w:szCs w:val="28"/>
          <w:lang w:val="ru-RU"/>
        </w:rPr>
        <w:lastRenderedPageBreak/>
        <w:t>ТЕХНИЧЕСКАЯ СПЕЦИФИКАЦИЯ</w:t>
      </w:r>
    </w:p>
    <w:p w:rsidR="00915EF5" w:rsidRPr="0084124C" w:rsidRDefault="00915EF5" w:rsidP="0084124C">
      <w:pPr>
        <w:spacing w:after="0" w:line="240" w:lineRule="auto"/>
        <w:ind w:firstLine="567"/>
        <w:jc w:val="center"/>
        <w:rPr>
          <w:b/>
          <w:sz w:val="28"/>
          <w:szCs w:val="28"/>
          <w:lang w:val="ru-RU"/>
        </w:rPr>
      </w:pPr>
      <w:r w:rsidRPr="0084124C">
        <w:rPr>
          <w:b/>
          <w:sz w:val="28"/>
          <w:szCs w:val="28"/>
          <w:lang w:val="ru-RU"/>
        </w:rPr>
        <w:t>на оказание услуг по</w:t>
      </w:r>
      <w:r w:rsidR="0084124C">
        <w:rPr>
          <w:b/>
          <w:sz w:val="28"/>
          <w:szCs w:val="28"/>
          <w:lang w:val="ru-RU"/>
        </w:rPr>
        <w:t xml:space="preserve"> размещению объявлений в газете</w:t>
      </w:r>
    </w:p>
    <w:p w:rsidR="00915EF5" w:rsidRPr="0084124C" w:rsidRDefault="0084124C" w:rsidP="0084124C">
      <w:pPr>
        <w:spacing w:after="0" w:line="240" w:lineRule="auto"/>
        <w:ind w:firstLine="567"/>
        <w:jc w:val="both"/>
        <w:rPr>
          <w:b/>
          <w:sz w:val="28"/>
          <w:szCs w:val="28"/>
          <w:lang w:val="ru-RU"/>
        </w:rPr>
      </w:pPr>
      <w:r w:rsidRPr="0084124C">
        <w:rPr>
          <w:b/>
          <w:sz w:val="28"/>
          <w:szCs w:val="28"/>
          <w:lang w:val="ru-RU"/>
        </w:rPr>
        <w:t>1. Наименование услуги</w:t>
      </w:r>
    </w:p>
    <w:p w:rsidR="00915EF5" w:rsidRPr="00915EF5" w:rsidRDefault="00915EF5" w:rsidP="0084124C">
      <w:pPr>
        <w:spacing w:after="0" w:line="240" w:lineRule="auto"/>
        <w:ind w:firstLine="567"/>
        <w:jc w:val="both"/>
        <w:rPr>
          <w:sz w:val="28"/>
          <w:szCs w:val="28"/>
          <w:lang w:val="ru-RU"/>
        </w:rPr>
      </w:pPr>
      <w:r w:rsidRPr="00915EF5">
        <w:rPr>
          <w:sz w:val="28"/>
          <w:szCs w:val="28"/>
          <w:lang w:val="ru-RU"/>
        </w:rPr>
        <w:t>Услуги по размещению объявлений в периодиче</w:t>
      </w:r>
      <w:r w:rsidR="0084124C">
        <w:rPr>
          <w:sz w:val="28"/>
          <w:szCs w:val="28"/>
          <w:lang w:val="ru-RU"/>
        </w:rPr>
        <w:t>ском печатном издании (газете).</w:t>
      </w:r>
    </w:p>
    <w:p w:rsidR="00915EF5" w:rsidRPr="0084124C" w:rsidRDefault="0084124C" w:rsidP="0084124C">
      <w:pPr>
        <w:spacing w:after="0" w:line="240" w:lineRule="auto"/>
        <w:ind w:firstLine="567"/>
        <w:jc w:val="both"/>
        <w:rPr>
          <w:b/>
          <w:sz w:val="28"/>
          <w:szCs w:val="28"/>
          <w:lang w:val="ru-RU"/>
        </w:rPr>
      </w:pPr>
      <w:r w:rsidRPr="0084124C">
        <w:rPr>
          <w:b/>
          <w:sz w:val="28"/>
          <w:szCs w:val="28"/>
          <w:lang w:val="ru-RU"/>
        </w:rPr>
        <w:t>2. Заказчик</w:t>
      </w:r>
    </w:p>
    <w:p w:rsidR="00915EF5" w:rsidRPr="00915EF5" w:rsidRDefault="00915EF5" w:rsidP="0084124C">
      <w:pPr>
        <w:spacing w:after="0" w:line="240" w:lineRule="auto"/>
        <w:ind w:firstLine="567"/>
        <w:jc w:val="both"/>
        <w:rPr>
          <w:sz w:val="28"/>
          <w:szCs w:val="28"/>
          <w:lang w:val="ru-RU"/>
        </w:rPr>
      </w:pPr>
      <w:r w:rsidRPr="00915EF5">
        <w:rPr>
          <w:sz w:val="28"/>
          <w:szCs w:val="28"/>
          <w:lang w:val="ru-RU"/>
        </w:rPr>
        <w:t>Государственное учреждение «Отдел строительства, архитектуры и градостро</w:t>
      </w:r>
      <w:r w:rsidR="0084124C">
        <w:rPr>
          <w:sz w:val="28"/>
          <w:szCs w:val="28"/>
          <w:lang w:val="ru-RU"/>
        </w:rPr>
        <w:t xml:space="preserve">ительства </w:t>
      </w:r>
      <w:proofErr w:type="spellStart"/>
      <w:r w:rsidR="0084124C">
        <w:rPr>
          <w:sz w:val="28"/>
          <w:szCs w:val="28"/>
          <w:lang w:val="ru-RU"/>
        </w:rPr>
        <w:t>Толебийского</w:t>
      </w:r>
      <w:proofErr w:type="spellEnd"/>
      <w:r w:rsidR="0084124C">
        <w:rPr>
          <w:sz w:val="28"/>
          <w:szCs w:val="28"/>
          <w:lang w:val="ru-RU"/>
        </w:rPr>
        <w:t xml:space="preserve"> района».</w:t>
      </w:r>
    </w:p>
    <w:p w:rsidR="00915EF5" w:rsidRPr="0084124C" w:rsidRDefault="0084124C" w:rsidP="0084124C">
      <w:pPr>
        <w:spacing w:after="0" w:line="240" w:lineRule="auto"/>
        <w:ind w:firstLine="567"/>
        <w:jc w:val="both"/>
        <w:rPr>
          <w:b/>
          <w:sz w:val="28"/>
          <w:szCs w:val="28"/>
          <w:lang w:val="ru-RU"/>
        </w:rPr>
      </w:pPr>
      <w:r w:rsidRPr="0084124C">
        <w:rPr>
          <w:b/>
          <w:sz w:val="28"/>
          <w:szCs w:val="28"/>
          <w:lang w:val="ru-RU"/>
        </w:rPr>
        <w:t>3. Описание услуги</w:t>
      </w:r>
    </w:p>
    <w:p w:rsidR="00915EF5" w:rsidRPr="00915EF5" w:rsidRDefault="00915EF5" w:rsidP="0084124C">
      <w:pPr>
        <w:spacing w:after="0" w:line="240" w:lineRule="auto"/>
        <w:ind w:firstLine="567"/>
        <w:jc w:val="both"/>
        <w:rPr>
          <w:sz w:val="28"/>
          <w:szCs w:val="28"/>
          <w:lang w:val="ru-RU"/>
        </w:rPr>
      </w:pPr>
      <w:r w:rsidRPr="00915EF5">
        <w:rPr>
          <w:sz w:val="28"/>
          <w:szCs w:val="28"/>
          <w:lang w:val="ru-RU"/>
        </w:rPr>
        <w:t>Публикация в газете официальных объявлений и информационных сообщений, касающихся деятельности Заказчика, на основании предо</w:t>
      </w:r>
      <w:r w:rsidR="0084124C">
        <w:rPr>
          <w:sz w:val="28"/>
          <w:szCs w:val="28"/>
          <w:lang w:val="ru-RU"/>
        </w:rPr>
        <w:t>ставленных им текстов и заявок.</w:t>
      </w:r>
    </w:p>
    <w:p w:rsidR="00915EF5" w:rsidRPr="0084124C" w:rsidRDefault="00915EF5" w:rsidP="0084124C">
      <w:pPr>
        <w:spacing w:after="0" w:line="240" w:lineRule="auto"/>
        <w:ind w:firstLine="567"/>
        <w:jc w:val="both"/>
        <w:rPr>
          <w:b/>
          <w:sz w:val="28"/>
          <w:szCs w:val="28"/>
          <w:lang w:val="ru-RU"/>
        </w:rPr>
      </w:pPr>
      <w:r w:rsidRPr="0084124C">
        <w:rPr>
          <w:b/>
          <w:sz w:val="28"/>
          <w:szCs w:val="28"/>
          <w:lang w:val="ru-RU"/>
        </w:rPr>
        <w:t>4. Требования</w:t>
      </w:r>
      <w:r w:rsidR="0084124C" w:rsidRPr="0084124C">
        <w:rPr>
          <w:b/>
          <w:sz w:val="28"/>
          <w:szCs w:val="28"/>
          <w:lang w:val="ru-RU"/>
        </w:rPr>
        <w:t xml:space="preserve"> к оказанию услуг</w:t>
      </w:r>
    </w:p>
    <w:p w:rsidR="00915EF5" w:rsidRPr="00915EF5" w:rsidRDefault="00915EF5" w:rsidP="0084124C">
      <w:pPr>
        <w:spacing w:after="0" w:line="240" w:lineRule="auto"/>
        <w:ind w:firstLine="567"/>
        <w:jc w:val="both"/>
        <w:rPr>
          <w:sz w:val="28"/>
          <w:szCs w:val="28"/>
          <w:lang w:val="ru-RU"/>
        </w:rPr>
      </w:pPr>
      <w:r w:rsidRPr="00915EF5">
        <w:rPr>
          <w:sz w:val="28"/>
          <w:szCs w:val="28"/>
          <w:lang w:val="ru-RU"/>
        </w:rPr>
        <w:t>Объявления публикуются на казахском и (или) русском языках в со</w:t>
      </w:r>
      <w:r w:rsidR="0084124C">
        <w:rPr>
          <w:sz w:val="28"/>
          <w:szCs w:val="28"/>
          <w:lang w:val="ru-RU"/>
        </w:rPr>
        <w:t>ответствии с заявкой Заказчика.</w:t>
      </w:r>
    </w:p>
    <w:p w:rsidR="00915EF5" w:rsidRPr="00915EF5" w:rsidRDefault="00915EF5" w:rsidP="0084124C">
      <w:pPr>
        <w:spacing w:after="0" w:line="240" w:lineRule="auto"/>
        <w:ind w:firstLine="567"/>
        <w:jc w:val="both"/>
        <w:rPr>
          <w:sz w:val="28"/>
          <w:szCs w:val="28"/>
          <w:lang w:val="ru-RU"/>
        </w:rPr>
      </w:pPr>
      <w:r w:rsidRPr="00915EF5">
        <w:rPr>
          <w:sz w:val="28"/>
          <w:szCs w:val="28"/>
          <w:lang w:val="ru-RU"/>
        </w:rPr>
        <w:t xml:space="preserve">Газета должна распространяться на территории </w:t>
      </w:r>
      <w:proofErr w:type="spellStart"/>
      <w:r w:rsidRPr="00915EF5">
        <w:rPr>
          <w:sz w:val="28"/>
          <w:szCs w:val="28"/>
          <w:lang w:val="ru-RU"/>
        </w:rPr>
        <w:t>Толебийског</w:t>
      </w:r>
      <w:r w:rsidR="0084124C">
        <w:rPr>
          <w:sz w:val="28"/>
          <w:szCs w:val="28"/>
          <w:lang w:val="ru-RU"/>
        </w:rPr>
        <w:t>о</w:t>
      </w:r>
      <w:proofErr w:type="spellEnd"/>
      <w:r w:rsidR="0084124C">
        <w:rPr>
          <w:sz w:val="28"/>
          <w:szCs w:val="28"/>
          <w:lang w:val="ru-RU"/>
        </w:rPr>
        <w:t xml:space="preserve"> района Туркестанской области.</w:t>
      </w:r>
    </w:p>
    <w:p w:rsidR="00915EF5" w:rsidRPr="00915EF5" w:rsidRDefault="00915EF5" w:rsidP="0084124C">
      <w:pPr>
        <w:spacing w:after="0" w:line="240" w:lineRule="auto"/>
        <w:ind w:firstLine="567"/>
        <w:jc w:val="both"/>
        <w:rPr>
          <w:sz w:val="28"/>
          <w:szCs w:val="28"/>
          <w:lang w:val="ru-RU"/>
        </w:rPr>
      </w:pPr>
      <w:r w:rsidRPr="00915EF5">
        <w:rPr>
          <w:sz w:val="28"/>
          <w:szCs w:val="28"/>
          <w:lang w:val="ru-RU"/>
        </w:rPr>
        <w:t>Заказчик предоставляет Поставщику текст объявления в электронном виде. Поставщик обеспечивает подготовку текста к публикации, набор и верстку. До публикации объявления его макет подл</w:t>
      </w:r>
      <w:r w:rsidR="0084124C">
        <w:rPr>
          <w:sz w:val="28"/>
          <w:szCs w:val="28"/>
          <w:lang w:val="ru-RU"/>
        </w:rPr>
        <w:t>ежит согласованию с Заказчиком.</w:t>
      </w:r>
    </w:p>
    <w:p w:rsidR="00915EF5" w:rsidRPr="00915EF5" w:rsidRDefault="00915EF5" w:rsidP="0084124C">
      <w:pPr>
        <w:spacing w:after="0" w:line="240" w:lineRule="auto"/>
        <w:ind w:firstLine="567"/>
        <w:jc w:val="both"/>
        <w:rPr>
          <w:sz w:val="28"/>
          <w:szCs w:val="28"/>
          <w:lang w:val="ru-RU"/>
        </w:rPr>
      </w:pPr>
      <w:r w:rsidRPr="00915EF5">
        <w:rPr>
          <w:sz w:val="28"/>
          <w:szCs w:val="28"/>
          <w:lang w:val="ru-RU"/>
        </w:rPr>
        <w:t>Изменение содержания текста, его сокращение, дополнение или перевод без согласован</w:t>
      </w:r>
      <w:r w:rsidR="0084124C">
        <w:rPr>
          <w:sz w:val="28"/>
          <w:szCs w:val="28"/>
          <w:lang w:val="ru-RU"/>
        </w:rPr>
        <w:t>ия с Заказчиком не допускаются.</w:t>
      </w:r>
    </w:p>
    <w:p w:rsidR="00915EF5" w:rsidRPr="00915EF5" w:rsidRDefault="00915EF5" w:rsidP="0084124C">
      <w:pPr>
        <w:spacing w:after="0" w:line="240" w:lineRule="auto"/>
        <w:ind w:firstLine="567"/>
        <w:jc w:val="both"/>
        <w:rPr>
          <w:sz w:val="28"/>
          <w:szCs w:val="28"/>
          <w:lang w:val="ru-RU"/>
        </w:rPr>
      </w:pPr>
      <w:r w:rsidRPr="00915EF5">
        <w:rPr>
          <w:sz w:val="28"/>
          <w:szCs w:val="28"/>
          <w:lang w:val="ru-RU"/>
        </w:rPr>
        <w:t>Текст опубликованного объявления должен соответствовать согласованному макету, быть четким и удобочитаемым, не содержать опечаток и смысловых</w:t>
      </w:r>
      <w:r w:rsidR="0084124C">
        <w:rPr>
          <w:sz w:val="28"/>
          <w:szCs w:val="28"/>
          <w:lang w:val="ru-RU"/>
        </w:rPr>
        <w:t xml:space="preserve"> искажений.</w:t>
      </w:r>
    </w:p>
    <w:p w:rsidR="00915EF5" w:rsidRPr="00915EF5" w:rsidRDefault="00915EF5" w:rsidP="0084124C">
      <w:pPr>
        <w:spacing w:after="0" w:line="240" w:lineRule="auto"/>
        <w:ind w:firstLine="567"/>
        <w:jc w:val="both"/>
        <w:rPr>
          <w:sz w:val="28"/>
          <w:szCs w:val="28"/>
          <w:lang w:val="ru-RU"/>
        </w:rPr>
      </w:pPr>
      <w:r w:rsidRPr="00915EF5">
        <w:rPr>
          <w:sz w:val="28"/>
          <w:szCs w:val="28"/>
          <w:lang w:val="ru-RU"/>
        </w:rPr>
        <w:t>Дата публикации, язык и объем каждого объявления согласовываются сторонами в пределах общего объема и срока оказания ус</w:t>
      </w:r>
      <w:r w:rsidR="0084124C">
        <w:rPr>
          <w:sz w:val="28"/>
          <w:szCs w:val="28"/>
          <w:lang w:val="ru-RU"/>
        </w:rPr>
        <w:t>луг, предусмотренных договором.</w:t>
      </w:r>
    </w:p>
    <w:p w:rsidR="00915EF5" w:rsidRPr="00915EF5" w:rsidRDefault="00915EF5" w:rsidP="0084124C">
      <w:pPr>
        <w:spacing w:after="0" w:line="240" w:lineRule="auto"/>
        <w:ind w:firstLine="567"/>
        <w:jc w:val="both"/>
        <w:rPr>
          <w:sz w:val="28"/>
          <w:szCs w:val="28"/>
          <w:lang w:val="ru-RU"/>
        </w:rPr>
      </w:pPr>
      <w:r w:rsidRPr="00915EF5">
        <w:rPr>
          <w:sz w:val="28"/>
          <w:szCs w:val="28"/>
          <w:lang w:val="ru-RU"/>
        </w:rPr>
        <w:t>В случае допущения по вине Поставщика ошибок или несоответствий согласованному макету Поставщик обеспечивает их исправление и повторную публикацию объявления за свой счет в ближайшем выпуске газе</w:t>
      </w:r>
      <w:r w:rsidR="0084124C">
        <w:rPr>
          <w:sz w:val="28"/>
          <w:szCs w:val="28"/>
          <w:lang w:val="ru-RU"/>
        </w:rPr>
        <w:t>ты, согласованном с Заказчиком.</w:t>
      </w:r>
    </w:p>
    <w:p w:rsidR="00915EF5" w:rsidRPr="0084124C" w:rsidRDefault="0084124C" w:rsidP="0084124C">
      <w:pPr>
        <w:spacing w:after="0" w:line="240" w:lineRule="auto"/>
        <w:ind w:firstLine="567"/>
        <w:jc w:val="both"/>
        <w:rPr>
          <w:b/>
          <w:sz w:val="28"/>
          <w:szCs w:val="28"/>
          <w:lang w:val="ru-RU"/>
        </w:rPr>
      </w:pPr>
      <w:r w:rsidRPr="0084124C">
        <w:rPr>
          <w:b/>
          <w:sz w:val="28"/>
          <w:szCs w:val="28"/>
          <w:lang w:val="ru-RU"/>
        </w:rPr>
        <w:t>5. Подтверждение оказания услуг</w:t>
      </w:r>
    </w:p>
    <w:p w:rsidR="00915EF5" w:rsidRPr="00915EF5" w:rsidRDefault="00915EF5" w:rsidP="0084124C">
      <w:pPr>
        <w:spacing w:after="0" w:line="240" w:lineRule="auto"/>
        <w:ind w:firstLine="567"/>
        <w:jc w:val="both"/>
        <w:rPr>
          <w:sz w:val="28"/>
          <w:szCs w:val="28"/>
          <w:lang w:val="ru-RU"/>
        </w:rPr>
      </w:pPr>
      <w:r w:rsidRPr="00915EF5">
        <w:rPr>
          <w:sz w:val="28"/>
          <w:szCs w:val="28"/>
          <w:lang w:val="ru-RU"/>
        </w:rPr>
        <w:t>По каждой публикации Пос</w:t>
      </w:r>
      <w:r w:rsidR="0084124C">
        <w:rPr>
          <w:sz w:val="28"/>
          <w:szCs w:val="28"/>
          <w:lang w:val="ru-RU"/>
        </w:rPr>
        <w:t>тавщик предоставляет Заказчику:</w:t>
      </w:r>
    </w:p>
    <w:p w:rsidR="00915EF5" w:rsidRPr="00915EF5" w:rsidRDefault="00915EF5" w:rsidP="0084124C">
      <w:pPr>
        <w:spacing w:after="0" w:line="240" w:lineRule="auto"/>
        <w:ind w:firstLine="567"/>
        <w:jc w:val="both"/>
        <w:rPr>
          <w:sz w:val="28"/>
          <w:szCs w:val="28"/>
          <w:lang w:val="ru-RU"/>
        </w:rPr>
      </w:pPr>
      <w:r w:rsidRPr="00915EF5">
        <w:rPr>
          <w:sz w:val="28"/>
          <w:szCs w:val="28"/>
          <w:lang w:val="ru-RU"/>
        </w:rPr>
        <w:t>— не менее одного экземпляра газеты с опубликованным объявлением;</w:t>
      </w:r>
    </w:p>
    <w:p w:rsidR="00915EF5" w:rsidRPr="00915EF5" w:rsidRDefault="00915EF5" w:rsidP="0084124C">
      <w:pPr>
        <w:spacing w:after="0" w:line="240" w:lineRule="auto"/>
        <w:ind w:firstLine="567"/>
        <w:jc w:val="both"/>
        <w:rPr>
          <w:sz w:val="28"/>
          <w:szCs w:val="28"/>
          <w:lang w:val="ru-RU"/>
        </w:rPr>
      </w:pPr>
      <w:r w:rsidRPr="00915EF5">
        <w:rPr>
          <w:sz w:val="28"/>
          <w:szCs w:val="28"/>
          <w:lang w:val="ru-RU"/>
        </w:rPr>
        <w:t>— электронную копию страницы с размещенным объявлением с указанием наименования газеты, номера и даты выпуска;</w:t>
      </w:r>
    </w:p>
    <w:p w:rsidR="00915EF5" w:rsidRPr="00915EF5" w:rsidRDefault="00915EF5" w:rsidP="0084124C">
      <w:pPr>
        <w:spacing w:after="0" w:line="240" w:lineRule="auto"/>
        <w:ind w:firstLine="567"/>
        <w:jc w:val="both"/>
        <w:rPr>
          <w:sz w:val="28"/>
          <w:szCs w:val="28"/>
          <w:lang w:val="ru-RU"/>
        </w:rPr>
      </w:pPr>
      <w:r w:rsidRPr="00915EF5">
        <w:rPr>
          <w:sz w:val="28"/>
          <w:szCs w:val="28"/>
          <w:lang w:val="ru-RU"/>
        </w:rPr>
        <w:t>— акт оказанных услуг с указанием фактического об</w:t>
      </w:r>
      <w:r w:rsidR="0084124C">
        <w:rPr>
          <w:sz w:val="28"/>
          <w:szCs w:val="28"/>
          <w:lang w:val="ru-RU"/>
        </w:rPr>
        <w:t>ъема опубликованных объявлений.</w:t>
      </w:r>
    </w:p>
    <w:p w:rsidR="0084124C" w:rsidRDefault="00915EF5" w:rsidP="0084124C">
      <w:pPr>
        <w:spacing w:after="0" w:line="240" w:lineRule="auto"/>
        <w:ind w:firstLine="567"/>
        <w:jc w:val="both"/>
        <w:rPr>
          <w:sz w:val="28"/>
          <w:szCs w:val="28"/>
          <w:lang w:val="ru-RU"/>
        </w:rPr>
      </w:pPr>
      <w:r w:rsidRPr="0084124C">
        <w:rPr>
          <w:b/>
          <w:sz w:val="28"/>
          <w:szCs w:val="28"/>
          <w:lang w:val="ru-RU"/>
        </w:rPr>
        <w:t>6. Требования к стоимости услуг</w:t>
      </w:r>
    </w:p>
    <w:p w:rsidR="00FE0D1D" w:rsidRPr="00952477" w:rsidRDefault="00915EF5" w:rsidP="0084124C">
      <w:pPr>
        <w:spacing w:after="0" w:line="240" w:lineRule="auto"/>
        <w:ind w:firstLine="567"/>
        <w:jc w:val="both"/>
        <w:rPr>
          <w:sz w:val="28"/>
          <w:szCs w:val="28"/>
          <w:lang w:val="ru-RU"/>
        </w:rPr>
      </w:pPr>
      <w:bookmarkStart w:id="0" w:name="_GoBack"/>
      <w:bookmarkEnd w:id="0"/>
      <w:r w:rsidRPr="00915EF5">
        <w:rPr>
          <w:sz w:val="28"/>
          <w:szCs w:val="28"/>
          <w:lang w:val="ru-RU"/>
        </w:rPr>
        <w:t>Стоимость услуг включает подготовку макета, набор текста, верстку, публикацию, предоставление подтверждающих материалов и все сопутствующие расходы Поставщика, связанные с оказанием услуг.</w:t>
      </w:r>
    </w:p>
    <w:p w:rsidR="001830EE" w:rsidRPr="001830EE" w:rsidRDefault="001830EE" w:rsidP="00482A29">
      <w:pPr>
        <w:pStyle w:val="1"/>
        <w:rPr>
          <w:rFonts w:cs="Times New Roman"/>
          <w:lang w:val="ru-RU" w:eastAsia="ru-RU"/>
        </w:rPr>
      </w:pPr>
    </w:p>
    <w:p w:rsidR="001830EE" w:rsidRPr="001830EE" w:rsidRDefault="001830EE">
      <w:pPr>
        <w:rPr>
          <w:lang w:val="ru-RU"/>
        </w:rPr>
      </w:pPr>
    </w:p>
    <w:sectPr w:rsidR="001830EE" w:rsidRPr="001830EE" w:rsidSect="00034616">
      <w:pgSz w:w="12240" w:h="15840"/>
      <w:pgMar w:top="936" w:right="1152" w:bottom="936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7730"/>
    <w:rsid w:val="00034616"/>
    <w:rsid w:val="0006063C"/>
    <w:rsid w:val="0015074B"/>
    <w:rsid w:val="001830EE"/>
    <w:rsid w:val="0029639D"/>
    <w:rsid w:val="00326F90"/>
    <w:rsid w:val="00482A29"/>
    <w:rsid w:val="0084124C"/>
    <w:rsid w:val="00915EF5"/>
    <w:rsid w:val="00952477"/>
    <w:rsid w:val="00AA1D8D"/>
    <w:rsid w:val="00B47730"/>
    <w:rsid w:val="00CB0664"/>
    <w:rsid w:val="00F86640"/>
    <w:rsid w:val="00FC693F"/>
    <w:rsid w:val="00FE0D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4D64CD9"/>
  <w14:defaultImageDpi w14:val="300"/>
  <w15:docId w15:val="{C3419C9A-388E-46F9-87C9-B19D9F8032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1">
    <w:name w:val="Normal"/>
    <w:qFormat/>
    <w:rsid w:val="00FC693F"/>
    <w:pPr>
      <w:spacing w:after="100" w:line="252" w:lineRule="auto"/>
    </w:pPr>
    <w:rPr>
      <w:rFonts w:ascii="Times New Roman" w:hAnsi="Times New Roman"/>
      <w:color w:val="000000"/>
    </w:rPr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180"/>
      <w:outlineLvl w:val="0"/>
    </w:pPr>
    <w:rPr>
      <w:rFonts w:eastAsia="Times New Roman" w:cstheme="majorBidi"/>
      <w:b/>
      <w:bCs/>
      <w:sz w:val="24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/>
      <w:outlineLvl w:val="1"/>
    </w:pPr>
    <w:rPr>
      <w:rFonts w:eastAsia="Times New Roman" w:cstheme="majorBidi"/>
      <w:b/>
      <w:bCs/>
      <w:sz w:val="24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ий колонтитул Знак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ий колонтитул Знак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contextualSpacing/>
    </w:pPr>
    <w:rPr>
      <w:rFonts w:eastAsia="Times New Roman" w:cstheme="majorBidi"/>
      <w:spacing w:val="5"/>
      <w:kern w:val="28"/>
      <w:sz w:val="32"/>
      <w:szCs w:val="52"/>
    </w:rPr>
  </w:style>
  <w:style w:type="character" w:customStyle="1" w:styleId="ab">
    <w:name w:val="Заголовок Знак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Подзаголовок Знак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Основной текст Знак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Основной текст 2 Знак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Текст макроса Знак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27">
    <w:name w:val="Quote"/>
    <w:basedOn w:val="a1"/>
    <w:next w:val="a1"/>
    <w:link w:val="28"/>
    <w:uiPriority w:val="29"/>
    <w:qFormat/>
    <w:rsid w:val="00FC693F"/>
    <w:rPr>
      <w:i/>
      <w:iCs/>
      <w:color w:val="000000" w:themeColor="text1"/>
    </w:rPr>
  </w:style>
  <w:style w:type="character" w:customStyle="1" w:styleId="28">
    <w:name w:val="Цитата 2 Знак"/>
    <w:basedOn w:val="a2"/>
    <w:link w:val="27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5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6">
    <w:name w:val="Strong"/>
    <w:basedOn w:val="a2"/>
    <w:uiPriority w:val="22"/>
    <w:qFormat/>
    <w:rsid w:val="00FC693F"/>
    <w:rPr>
      <w:b/>
      <w:bCs/>
    </w:rPr>
  </w:style>
  <w:style w:type="character" w:styleId="af7">
    <w:name w:val="Emphasis"/>
    <w:basedOn w:val="a2"/>
    <w:uiPriority w:val="20"/>
    <w:qFormat/>
    <w:rsid w:val="00FC693F"/>
    <w:rPr>
      <w:i/>
      <w:iCs/>
    </w:rPr>
  </w:style>
  <w:style w:type="paragraph" w:styleId="af8">
    <w:name w:val="Intense Quote"/>
    <w:basedOn w:val="a1"/>
    <w:next w:val="a1"/>
    <w:link w:val="af9"/>
    <w:uiPriority w:val="30"/>
    <w:qFormat/>
    <w:rsid w:val="00FC693F"/>
    <w:pP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9">
    <w:name w:val="Выделенная цитата Знак"/>
    <w:basedOn w:val="a2"/>
    <w:link w:val="af8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b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c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d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e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0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1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2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3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4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5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6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7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codex-docx-previewtitle">
    <w:name w:val="codex-docx-preview_title"/>
    <w:basedOn w:val="a1"/>
    <w:rsid w:val="001830EE"/>
    <w:pPr>
      <w:spacing w:before="100" w:beforeAutospacing="1" w:afterAutospacing="1" w:line="240" w:lineRule="auto"/>
    </w:pPr>
    <w:rPr>
      <w:rFonts w:eastAsia="Times New Roman" w:cs="Times New Roman"/>
      <w:color w:val="auto"/>
      <w:sz w:val="24"/>
      <w:szCs w:val="24"/>
      <w:lang w:val="ru-RU" w:eastAsia="ru-RU"/>
    </w:rPr>
  </w:style>
  <w:style w:type="paragraph" w:styleId="aff8">
    <w:name w:val="Normal (Web)"/>
    <w:basedOn w:val="a1"/>
    <w:uiPriority w:val="99"/>
    <w:semiHidden/>
    <w:unhideWhenUsed/>
    <w:rsid w:val="001830EE"/>
    <w:pPr>
      <w:spacing w:before="100" w:beforeAutospacing="1" w:afterAutospacing="1" w:line="240" w:lineRule="auto"/>
    </w:pPr>
    <w:rPr>
      <w:rFonts w:eastAsia="Times New Roman" w:cs="Times New Roman"/>
      <w:color w:val="auto"/>
      <w:sz w:val="24"/>
      <w:szCs w:val="24"/>
      <w:lang w:val="ru-RU" w:eastAsia="ru-RU"/>
    </w:rPr>
  </w:style>
  <w:style w:type="paragraph" w:customStyle="1" w:styleId="codex-docx-previewheading1">
    <w:name w:val="codex-docx-preview_heading1"/>
    <w:basedOn w:val="a1"/>
    <w:rsid w:val="001830EE"/>
    <w:pPr>
      <w:spacing w:before="100" w:beforeAutospacing="1" w:afterAutospacing="1" w:line="240" w:lineRule="auto"/>
    </w:pPr>
    <w:rPr>
      <w:rFonts w:eastAsia="Times New Roman" w:cs="Times New Roman"/>
      <w:color w:val="auto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10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24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34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7F89DBA-0A47-42E7-B996-CEE4A3FC53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3</Pages>
  <Words>633</Words>
  <Characters>3613</Characters>
  <Application>Microsoft Office Word</Application>
  <DocSecurity>0</DocSecurity>
  <Lines>30</Lines>
  <Paragraphs>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4238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User</cp:lastModifiedBy>
  <cp:revision>5</cp:revision>
  <dcterms:created xsi:type="dcterms:W3CDTF">2026-10-09T05:09:00Z</dcterms:created>
  <dcterms:modified xsi:type="dcterms:W3CDTF">2026-10-09T05:19:00Z</dcterms:modified>
  <cp:category/>
</cp:coreProperties>
</file>