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EF8" w:rsidRPr="00EB3A04" w:rsidRDefault="00EB3A04">
      <w:pPr>
        <w:jc w:val="center"/>
        <w:rPr>
          <w:lang w:val="ru-RU"/>
        </w:rPr>
      </w:pPr>
      <w:r w:rsidRPr="00EB3A04">
        <w:rPr>
          <w:b/>
          <w:sz w:val="28"/>
          <w:lang w:val="ru-RU"/>
        </w:rPr>
        <w:t>ТЕХНИЧЕСКАЯ СПЕЦИФИКАЦИЯ</w:t>
      </w:r>
      <w:r w:rsidRPr="00EB3A04">
        <w:rPr>
          <w:b/>
          <w:sz w:val="28"/>
          <w:lang w:val="ru-RU"/>
        </w:rPr>
        <w:br/>
        <w:t>на оказание услуг по очистке и промывке канализационных сетей</w:t>
      </w:r>
    </w:p>
    <w:p w:rsidR="00697EF8" w:rsidRPr="00EB3A04" w:rsidRDefault="00EB3A04">
      <w:pPr>
        <w:jc w:val="center"/>
        <w:rPr>
          <w:lang w:val="ru-RU"/>
        </w:rPr>
      </w:pPr>
      <w:r w:rsidRPr="00EB3A04">
        <w:rPr>
          <w:i/>
          <w:lang w:val="ru-RU"/>
        </w:rPr>
        <w:t>Объект: Здание государственного коммунального казенного предприятия «Детский сад</w:t>
      </w:r>
      <w:r>
        <w:rPr>
          <w:i/>
          <w:lang w:val="ru-RU"/>
        </w:rPr>
        <w:t xml:space="preserve"> №61 Шолпан</w:t>
      </w:r>
      <w:r w:rsidRPr="00EB3A04">
        <w:rPr>
          <w:i/>
          <w:lang w:val="ru-RU"/>
        </w:rPr>
        <w:t>»</w:t>
      </w:r>
    </w:p>
    <w:p w:rsidR="00697EF8" w:rsidRPr="00EB3A04" w:rsidRDefault="00EB3A04">
      <w:pPr>
        <w:spacing w:before="240" w:after="80"/>
        <w:rPr>
          <w:lang w:val="ru-RU"/>
        </w:rPr>
      </w:pPr>
      <w:r w:rsidRPr="00EB3A04">
        <w:rPr>
          <w:b/>
          <w:sz w:val="24"/>
          <w:lang w:val="ru-RU"/>
        </w:rPr>
        <w:t>1. Наименование и объем оказываемых услуг</w:t>
      </w:r>
    </w:p>
    <w:p w:rsidR="00697EF8" w:rsidRPr="00EB3A04" w:rsidRDefault="00EB3A04">
      <w:pPr>
        <w:spacing w:after="120"/>
        <w:rPr>
          <w:lang w:val="ru-RU"/>
        </w:rPr>
      </w:pPr>
      <w:r w:rsidRPr="00EB3A04">
        <w:rPr>
          <w:lang w:val="ru-RU"/>
        </w:rPr>
        <w:t xml:space="preserve">1.1. Наименование услуг: Услуги по </w:t>
      </w:r>
      <w:r w:rsidRPr="00EB3A04">
        <w:rPr>
          <w:lang w:val="ru-RU"/>
        </w:rPr>
        <w:t>комплексной очистке, промывке и дезинфекции внутренней и наружной системы канализации.</w:t>
      </w:r>
      <w:r w:rsidRPr="00EB3A04">
        <w:rPr>
          <w:lang w:val="ru-RU"/>
        </w:rPr>
        <w:br/>
        <w:t>1.2. Место оказания услуг: Служебные, бытовые, кухонные помещения здания Детского сада и прилегающая территория до первого смотрового колодца.</w:t>
      </w:r>
      <w:r w:rsidRPr="00EB3A04">
        <w:rPr>
          <w:lang w:val="ru-RU"/>
        </w:rPr>
        <w:br/>
        <w:t>1.3. Периодичность: Планов</w:t>
      </w:r>
      <w:r w:rsidRPr="00EB3A04">
        <w:rPr>
          <w:lang w:val="ru-RU"/>
        </w:rPr>
        <w:t>ое обслуживание (2 раза в год — весна/осень) и экстренное устранение аварийных засоров по заявке Заказчика.</w:t>
      </w:r>
    </w:p>
    <w:p w:rsidR="00697EF8" w:rsidRPr="00EB3A04" w:rsidRDefault="00EB3A04">
      <w:pPr>
        <w:spacing w:before="240" w:after="80"/>
        <w:rPr>
          <w:lang w:val="ru-RU"/>
        </w:rPr>
      </w:pPr>
      <w:r w:rsidRPr="00EB3A04">
        <w:rPr>
          <w:b/>
          <w:sz w:val="24"/>
          <w:lang w:val="ru-RU"/>
        </w:rPr>
        <w:t>2. Технические требования к выполнению работ</w:t>
      </w:r>
    </w:p>
    <w:p w:rsidR="00697EF8" w:rsidRPr="00EB3A04" w:rsidRDefault="00EB3A04">
      <w:pPr>
        <w:spacing w:after="120"/>
        <w:rPr>
          <w:lang w:val="ru-RU"/>
        </w:rPr>
      </w:pPr>
      <w:r w:rsidRPr="00EB3A04">
        <w:rPr>
          <w:lang w:val="ru-RU"/>
        </w:rPr>
        <w:t xml:space="preserve">2.1. Способы очистки: Комбинированный метод (гидродинамическая промывка под высоким давлением не менее </w:t>
      </w:r>
      <w:r w:rsidRPr="00EB3A04">
        <w:rPr>
          <w:lang w:val="ru-RU"/>
        </w:rPr>
        <w:t>150 бар и механическая прочистка спиральными машинами).</w:t>
      </w:r>
      <w:r w:rsidRPr="00EB3A04">
        <w:rPr>
          <w:lang w:val="ru-RU"/>
        </w:rPr>
        <w:br/>
        <w:t>2.2. Требования к участкам сети:</w:t>
      </w:r>
      <w:r w:rsidRPr="00EB3A04">
        <w:rPr>
          <w:lang w:val="ru-RU"/>
        </w:rPr>
        <w:br/>
        <w:t xml:space="preserve">  • Кухонный блок и столовая: Полное удаление жировых отложений с применением безопасных сертифицированных биопрепаратов и горячей воды.</w:t>
      </w:r>
      <w:r w:rsidRPr="00EB3A04">
        <w:rPr>
          <w:lang w:val="ru-RU"/>
        </w:rPr>
        <w:br/>
        <w:t xml:space="preserve">  • Санузлы и прачечные: Очист</w:t>
      </w:r>
      <w:r w:rsidRPr="00EB3A04">
        <w:rPr>
          <w:lang w:val="ru-RU"/>
        </w:rPr>
        <w:t>ка от бытовых засоров, известкового налета и солевых отложений.</w:t>
      </w:r>
      <w:r w:rsidRPr="00EB3A04">
        <w:rPr>
          <w:lang w:val="ru-RU"/>
        </w:rPr>
        <w:br/>
        <w:t xml:space="preserve">  • Выпуски и наружные колодцы: Откачка иловых наслоений, очистка лотков колодцев от твердого мусора.</w:t>
      </w:r>
      <w:r w:rsidRPr="00EB3A04">
        <w:rPr>
          <w:lang w:val="ru-RU"/>
        </w:rPr>
        <w:br/>
        <w:t xml:space="preserve">2.3. По окончании работ Исполнитель обязан провести </w:t>
      </w:r>
      <w:proofErr w:type="spellStart"/>
      <w:r w:rsidRPr="00EB3A04">
        <w:rPr>
          <w:lang w:val="ru-RU"/>
        </w:rPr>
        <w:t>видеодиагностику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телеинспекцию</w:t>
      </w:r>
      <w:proofErr w:type="spellEnd"/>
      <w:r w:rsidRPr="00EB3A04">
        <w:rPr>
          <w:lang w:val="ru-RU"/>
        </w:rPr>
        <w:t>) пробл</w:t>
      </w:r>
      <w:r w:rsidRPr="00EB3A04">
        <w:rPr>
          <w:lang w:val="ru-RU"/>
        </w:rPr>
        <w:t>емных участков трубопровода для подтверждения качества очистки.</w:t>
      </w:r>
    </w:p>
    <w:p w:rsidR="00697EF8" w:rsidRPr="00EB3A04" w:rsidRDefault="00EB3A04">
      <w:pPr>
        <w:spacing w:before="240" w:after="80"/>
        <w:rPr>
          <w:lang w:val="ru-RU"/>
        </w:rPr>
      </w:pPr>
      <w:r w:rsidRPr="00EB3A04">
        <w:rPr>
          <w:b/>
          <w:sz w:val="24"/>
          <w:lang w:val="ru-RU"/>
        </w:rPr>
        <w:t>3. Требования к безопасности и санитарии (Специфика детского сада)</w:t>
      </w:r>
    </w:p>
    <w:p w:rsidR="00697EF8" w:rsidRPr="00EB3A04" w:rsidRDefault="00EB3A04">
      <w:pPr>
        <w:spacing w:after="120"/>
        <w:rPr>
          <w:lang w:val="ru-RU"/>
        </w:rPr>
      </w:pPr>
      <w:r w:rsidRPr="00EB3A04">
        <w:rPr>
          <w:lang w:val="ru-RU"/>
        </w:rPr>
        <w:t xml:space="preserve">3.1. Безопасность материалов: Все применяемые химические средства, </w:t>
      </w:r>
      <w:proofErr w:type="spellStart"/>
      <w:r w:rsidRPr="00EB3A04">
        <w:rPr>
          <w:lang w:val="ru-RU"/>
        </w:rPr>
        <w:t>дезинфектанты</w:t>
      </w:r>
      <w:proofErr w:type="spellEnd"/>
      <w:r w:rsidRPr="00EB3A04">
        <w:rPr>
          <w:lang w:val="ru-RU"/>
        </w:rPr>
        <w:t xml:space="preserve"> и биопрепараты должны иметь свидетельства о </w:t>
      </w:r>
      <w:r w:rsidRPr="00EB3A04">
        <w:rPr>
          <w:lang w:val="ru-RU"/>
        </w:rPr>
        <w:t>государственной регистрации и быть разрешены к применению в детских дошкольных учреждениях.</w:t>
      </w:r>
      <w:r w:rsidRPr="00EB3A04">
        <w:rPr>
          <w:lang w:val="ru-RU"/>
        </w:rPr>
        <w:br/>
        <w:t>3.2. График проведения работ: Шумные, гидродинамические и потенциально опасные работы должны проводиться строго во время отсутствия детей в группах (тихий час с 13:</w:t>
      </w:r>
      <w:r w:rsidRPr="00EB3A04">
        <w:rPr>
          <w:lang w:val="ru-RU"/>
        </w:rPr>
        <w:t>00 до 15:00, либо в вечернее время после 18:30, либо в выходные дни) по согласованию с администрацией.</w:t>
      </w:r>
      <w:r w:rsidRPr="00EB3A04">
        <w:rPr>
          <w:lang w:val="ru-RU"/>
        </w:rPr>
        <w:br/>
        <w:t>3.3. Персонал Исполнителя: Рабочие должны иметь санитарные книжки с актуальными отметками о прохождении медицинского осмотра. Персонал обязан соблюдать п</w:t>
      </w:r>
      <w:r w:rsidRPr="00EB3A04">
        <w:rPr>
          <w:lang w:val="ru-RU"/>
        </w:rPr>
        <w:t>равила техники безопасности при работе в колодцах (СНиП РК) и быть обеспечен чистой спецодеждой.</w:t>
      </w:r>
      <w:r w:rsidRPr="00EB3A04">
        <w:rPr>
          <w:lang w:val="ru-RU"/>
        </w:rPr>
        <w:br/>
        <w:t xml:space="preserve">3.4. Экология: Вывоз и утилизация ЖБО и жировых отложений должны </w:t>
      </w:r>
      <w:r w:rsidRPr="00EB3A04">
        <w:rPr>
          <w:lang w:val="ru-RU"/>
        </w:rPr>
        <w:lastRenderedPageBreak/>
        <w:t>осуществляться на специализированные сливные станции в соответствии с Экологическим кодексом Р</w:t>
      </w:r>
      <w:r w:rsidRPr="00EB3A04">
        <w:rPr>
          <w:lang w:val="ru-RU"/>
        </w:rPr>
        <w:t>К. Слив отходов на рельеф местности или в ливневую канализацию категорически запрещен.</w:t>
      </w:r>
    </w:p>
    <w:p w:rsidR="00697EF8" w:rsidRPr="00EB3A04" w:rsidRDefault="00EB3A04">
      <w:pPr>
        <w:spacing w:before="240" w:after="80"/>
        <w:rPr>
          <w:lang w:val="ru-RU"/>
        </w:rPr>
      </w:pPr>
      <w:r w:rsidRPr="00EB3A04">
        <w:rPr>
          <w:b/>
          <w:sz w:val="24"/>
          <w:lang w:val="ru-RU"/>
        </w:rPr>
        <w:t>4. Сроки и условия реагирования при авариях</w:t>
      </w:r>
    </w:p>
    <w:p w:rsidR="00697EF8" w:rsidRPr="00EB3A04" w:rsidRDefault="00EB3A04">
      <w:pPr>
        <w:spacing w:after="120"/>
        <w:rPr>
          <w:lang w:val="ru-RU"/>
        </w:rPr>
      </w:pPr>
      <w:r w:rsidRPr="00EB3A04">
        <w:rPr>
          <w:lang w:val="ru-RU"/>
        </w:rPr>
        <w:t>4.1. При возникновении аварийного засора Исполнитель обязан прибыть на объект в течение 2 (двух) часов с момента получения те</w:t>
      </w:r>
      <w:r w:rsidRPr="00EB3A04">
        <w:rPr>
          <w:lang w:val="ru-RU"/>
        </w:rPr>
        <w:t>лефонной или электронной заявки.</w:t>
      </w:r>
      <w:r w:rsidRPr="00EB3A04">
        <w:rPr>
          <w:lang w:val="ru-RU"/>
        </w:rPr>
        <w:br/>
        <w:t>4.2. Аварийные работы выполняются круглосуточно, включая выходные и праздничные дни.</w:t>
      </w:r>
      <w:r w:rsidRPr="00EB3A04">
        <w:rPr>
          <w:lang w:val="ru-RU"/>
        </w:rPr>
        <w:br/>
        <w:t>4.3. Время локализации и устранения аварийного засора не должно превышать 3 часов с момента прибытия бригады.</w:t>
      </w:r>
    </w:p>
    <w:p w:rsidR="00697EF8" w:rsidRPr="00EB3A04" w:rsidRDefault="00EB3A04">
      <w:pPr>
        <w:spacing w:before="240" w:after="80"/>
        <w:rPr>
          <w:lang w:val="ru-RU"/>
        </w:rPr>
      </w:pPr>
      <w:r w:rsidRPr="00EB3A04">
        <w:rPr>
          <w:b/>
          <w:sz w:val="24"/>
          <w:lang w:val="ru-RU"/>
        </w:rPr>
        <w:t>5. Порядок приемки и гаранти</w:t>
      </w:r>
      <w:r w:rsidRPr="00EB3A04">
        <w:rPr>
          <w:b/>
          <w:sz w:val="24"/>
          <w:lang w:val="ru-RU"/>
        </w:rPr>
        <w:t>и</w:t>
      </w:r>
    </w:p>
    <w:p w:rsidR="00697EF8" w:rsidRDefault="00EB3A04">
      <w:pPr>
        <w:spacing w:after="120"/>
        <w:rPr>
          <w:lang w:val="ru-RU"/>
        </w:rPr>
      </w:pPr>
      <w:r w:rsidRPr="00EB3A04">
        <w:rPr>
          <w:lang w:val="ru-RU"/>
        </w:rPr>
        <w:t xml:space="preserve">5.1. Приемка оказанных услуг оформляется двусторонним Актом оказанных услуг и Актом выполненных работ (форма З-2) с приложением видеоотчета </w:t>
      </w:r>
      <w:proofErr w:type="spellStart"/>
      <w:r w:rsidRPr="00EB3A04">
        <w:rPr>
          <w:lang w:val="ru-RU"/>
        </w:rPr>
        <w:t>телеинспекции</w:t>
      </w:r>
      <w:proofErr w:type="spellEnd"/>
      <w:r w:rsidRPr="00EB3A04">
        <w:rPr>
          <w:lang w:val="ru-RU"/>
        </w:rPr>
        <w:t xml:space="preserve"> (при необходимости).</w:t>
      </w:r>
      <w:r w:rsidRPr="00EB3A04">
        <w:rPr>
          <w:lang w:val="ru-RU"/>
        </w:rPr>
        <w:br/>
        <w:t>5.2. Гарантийный срок на плановые участки сети после гидродинамической промывки</w:t>
      </w:r>
      <w:r w:rsidRPr="00EB3A04">
        <w:rPr>
          <w:lang w:val="ru-RU"/>
        </w:rPr>
        <w:t xml:space="preserve"> должен составлять не менее 6 (шести) месяцев со дня подписания акта приемки при условии соблюдения правил эксплуатации со стороны Детского сада.</w:t>
      </w:r>
    </w:p>
    <w:p w:rsidR="00EB3A04" w:rsidRDefault="00EB3A04">
      <w:pPr>
        <w:spacing w:after="120"/>
        <w:rPr>
          <w:lang w:val="ru-RU"/>
        </w:rPr>
      </w:pPr>
    </w:p>
    <w:p w:rsidR="00EB3A04" w:rsidRDefault="00EB3A04">
      <w:pPr>
        <w:spacing w:after="120"/>
        <w:rPr>
          <w:lang w:val="ru-RU"/>
        </w:rPr>
      </w:pP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>ТЕХНИКАЛЫҚ ЕРЕКШЕЛІК</w:t>
      </w:r>
    </w:p>
    <w:p w:rsidR="00EB3A04" w:rsidRPr="00EB3A04" w:rsidRDefault="00EB3A04" w:rsidP="00EB3A04">
      <w:pPr>
        <w:spacing w:after="120"/>
        <w:rPr>
          <w:lang w:val="ru-RU"/>
        </w:rPr>
      </w:pPr>
      <w:proofErr w:type="spellStart"/>
      <w:r w:rsidRPr="00EB3A04">
        <w:rPr>
          <w:lang w:val="ru-RU"/>
        </w:rPr>
        <w:t>кәріз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желілерін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жуу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қызметтерін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көрсетуге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Объект: «№ 61 Шолпан </w:t>
      </w:r>
      <w:proofErr w:type="spellStart"/>
      <w:r w:rsidRPr="00EB3A04">
        <w:rPr>
          <w:lang w:val="ru-RU"/>
        </w:rPr>
        <w:t>балабақшасы</w:t>
      </w:r>
      <w:proofErr w:type="spellEnd"/>
      <w:r w:rsidRPr="00EB3A04">
        <w:rPr>
          <w:lang w:val="ru-RU"/>
        </w:rPr>
        <w:t xml:space="preserve">» </w:t>
      </w:r>
      <w:proofErr w:type="spellStart"/>
      <w:r w:rsidRPr="00EB3A04">
        <w:rPr>
          <w:lang w:val="ru-RU"/>
        </w:rPr>
        <w:t>мемлекеттік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коммуналдық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қазыналық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кәсіпорнының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ғимараты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1, </w:t>
      </w:r>
      <w:proofErr w:type="spellStart"/>
      <w:r w:rsidRPr="00EB3A04">
        <w:rPr>
          <w:lang w:val="ru-RU"/>
        </w:rPr>
        <w:t>Көрсетілетін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қызметтердің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атауы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көлемі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1.1, </w:t>
      </w:r>
      <w:proofErr w:type="spellStart"/>
      <w:r w:rsidRPr="00EB3A04">
        <w:rPr>
          <w:lang w:val="ru-RU"/>
        </w:rPr>
        <w:t>Қызметтердің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атауы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Кәріздің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ішкі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сыртқы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жүйесін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кешенді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жуу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дезинфекциялау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жөніндегі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қызметтер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1.2, </w:t>
      </w:r>
      <w:proofErr w:type="spellStart"/>
      <w:r w:rsidRPr="00EB3A04">
        <w:rPr>
          <w:lang w:val="ru-RU"/>
        </w:rPr>
        <w:t>Қызмет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көрсету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орны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Балабақша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ғимаратының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қызметтік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тұрмыстық</w:t>
      </w:r>
      <w:proofErr w:type="spellEnd"/>
      <w:r w:rsidRPr="00EB3A04">
        <w:rPr>
          <w:lang w:val="ru-RU"/>
        </w:rPr>
        <w:t xml:space="preserve">, ас </w:t>
      </w:r>
      <w:proofErr w:type="spellStart"/>
      <w:r w:rsidRPr="00EB3A04">
        <w:rPr>
          <w:lang w:val="ru-RU"/>
        </w:rPr>
        <w:t>үй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үй-жайлары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бірінші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қарау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құдығына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дейінгі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іргелес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аумақ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1.3, </w:t>
      </w:r>
      <w:proofErr w:type="spellStart"/>
      <w:r w:rsidRPr="00EB3A04">
        <w:rPr>
          <w:lang w:val="ru-RU"/>
        </w:rPr>
        <w:t>Кезеңділігі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Тапсырыс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берушінің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өтінімі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бойынша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жоспарлы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көрсету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жылына</w:t>
      </w:r>
      <w:proofErr w:type="spellEnd"/>
      <w:r w:rsidRPr="00EB3A04">
        <w:rPr>
          <w:lang w:val="ru-RU"/>
        </w:rPr>
        <w:t xml:space="preserve"> 2 </w:t>
      </w:r>
      <w:proofErr w:type="spellStart"/>
      <w:r w:rsidRPr="00EB3A04">
        <w:rPr>
          <w:lang w:val="ru-RU"/>
        </w:rPr>
        <w:t>рет</w:t>
      </w:r>
      <w:proofErr w:type="spellEnd"/>
      <w:r w:rsidRPr="00EB3A04">
        <w:rPr>
          <w:lang w:val="ru-RU"/>
        </w:rPr>
        <w:t xml:space="preserve"> - </w:t>
      </w:r>
      <w:proofErr w:type="spellStart"/>
      <w:r w:rsidRPr="00EB3A04">
        <w:rPr>
          <w:lang w:val="ru-RU"/>
        </w:rPr>
        <w:t>көктем</w:t>
      </w:r>
      <w:proofErr w:type="spellEnd"/>
      <w:r w:rsidRPr="00EB3A04">
        <w:rPr>
          <w:lang w:val="ru-RU"/>
        </w:rPr>
        <w:t>/</w:t>
      </w:r>
      <w:proofErr w:type="spellStart"/>
      <w:r w:rsidRPr="00EB3A04">
        <w:rPr>
          <w:lang w:val="ru-RU"/>
        </w:rPr>
        <w:t>күз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авариялық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бітелулерді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шұғыл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жою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2, </w:t>
      </w:r>
      <w:proofErr w:type="spellStart"/>
      <w:r w:rsidRPr="00EB3A04">
        <w:rPr>
          <w:lang w:val="ru-RU"/>
        </w:rPr>
        <w:t>Жұмыстарды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орындауға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қойылатын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техникалық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талаптар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2.1,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тәсілдері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Құрамдастырылған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әдіс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жоғары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қысыммен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кемінде</w:t>
      </w:r>
      <w:proofErr w:type="spellEnd"/>
      <w:r w:rsidRPr="00EB3A04">
        <w:rPr>
          <w:lang w:val="ru-RU"/>
        </w:rPr>
        <w:t xml:space="preserve"> 150 бар </w:t>
      </w:r>
      <w:proofErr w:type="spellStart"/>
      <w:r w:rsidRPr="00EB3A04">
        <w:rPr>
          <w:lang w:val="ru-RU"/>
        </w:rPr>
        <w:t>гидродинамикалық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жуу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спиральді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машиналармен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механикалық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>).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2.2, </w:t>
      </w:r>
      <w:proofErr w:type="spellStart"/>
      <w:r w:rsidRPr="00EB3A04">
        <w:rPr>
          <w:lang w:val="ru-RU"/>
        </w:rPr>
        <w:t>Желі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учаскелеріне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қойылатын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талаптар</w:t>
      </w:r>
      <w:proofErr w:type="spellEnd"/>
      <w:r w:rsidRPr="00EB3A04">
        <w:rPr>
          <w:lang w:val="ru-RU"/>
        </w:rPr>
        <w:t>: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lastRenderedPageBreak/>
        <w:t xml:space="preserve">  • Ас </w:t>
      </w:r>
      <w:proofErr w:type="spellStart"/>
      <w:r w:rsidRPr="00EB3A04">
        <w:rPr>
          <w:lang w:val="ru-RU"/>
        </w:rPr>
        <w:t>үй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блогы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асхана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қауіпсіз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сертификатталған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биопрепараттар</w:t>
      </w:r>
      <w:proofErr w:type="spellEnd"/>
      <w:r w:rsidRPr="00EB3A04">
        <w:rPr>
          <w:lang w:val="ru-RU"/>
        </w:rPr>
        <w:t xml:space="preserve"> мен </w:t>
      </w:r>
      <w:proofErr w:type="spellStart"/>
      <w:r w:rsidRPr="00EB3A04">
        <w:rPr>
          <w:lang w:val="ru-RU"/>
        </w:rPr>
        <w:t>ыстық</w:t>
      </w:r>
      <w:proofErr w:type="spellEnd"/>
      <w:r w:rsidRPr="00EB3A04">
        <w:rPr>
          <w:lang w:val="ru-RU"/>
        </w:rPr>
        <w:t xml:space="preserve"> суды </w:t>
      </w:r>
      <w:proofErr w:type="spellStart"/>
      <w:r w:rsidRPr="00EB3A04">
        <w:rPr>
          <w:lang w:val="ru-RU"/>
        </w:rPr>
        <w:t>қолдана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отырып</w:t>
      </w:r>
      <w:proofErr w:type="spellEnd"/>
      <w:r w:rsidRPr="00EB3A04">
        <w:rPr>
          <w:lang w:val="ru-RU"/>
        </w:rPr>
        <w:t xml:space="preserve">, май </w:t>
      </w:r>
      <w:proofErr w:type="spellStart"/>
      <w:r w:rsidRPr="00EB3A04">
        <w:rPr>
          <w:lang w:val="ru-RU"/>
        </w:rPr>
        <w:t>қалдықтарын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толық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жою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  • </w:t>
      </w:r>
      <w:proofErr w:type="spellStart"/>
      <w:r w:rsidRPr="00EB3A04">
        <w:rPr>
          <w:lang w:val="ru-RU"/>
        </w:rPr>
        <w:t>Санитарлық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тораптар</w:t>
      </w:r>
      <w:proofErr w:type="spellEnd"/>
      <w:r w:rsidRPr="00EB3A04">
        <w:rPr>
          <w:lang w:val="ru-RU"/>
        </w:rPr>
        <w:t xml:space="preserve"> мен </w:t>
      </w:r>
      <w:proofErr w:type="spellStart"/>
      <w:r w:rsidRPr="00EB3A04">
        <w:rPr>
          <w:lang w:val="ru-RU"/>
        </w:rPr>
        <w:t>кір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жуатын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орындар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Тұрмыстық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қоқыстардан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әкті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тұздан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тұз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шөгінділерінен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тазарту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  • </w:t>
      </w:r>
      <w:proofErr w:type="spellStart"/>
      <w:r w:rsidRPr="00EB3A04">
        <w:rPr>
          <w:lang w:val="ru-RU"/>
        </w:rPr>
        <w:t>Шығару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сыртқы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құдықтар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Тұнба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қабаттарын</w:t>
      </w:r>
      <w:proofErr w:type="spellEnd"/>
      <w:r w:rsidRPr="00EB3A04">
        <w:rPr>
          <w:lang w:val="ru-RU"/>
        </w:rPr>
        <w:t xml:space="preserve"> сору, </w:t>
      </w:r>
      <w:proofErr w:type="spellStart"/>
      <w:r w:rsidRPr="00EB3A04">
        <w:rPr>
          <w:lang w:val="ru-RU"/>
        </w:rPr>
        <w:t>құдықтардың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науаларын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қатты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қоқыстан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2.3, </w:t>
      </w:r>
      <w:proofErr w:type="spellStart"/>
      <w:r w:rsidRPr="00EB3A04">
        <w:rPr>
          <w:lang w:val="ru-RU"/>
        </w:rPr>
        <w:t>Жұмыс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аяқталғаннан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кейін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Орындаушы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тазалау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сапасын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растау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үшін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құбырдың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проблемалы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учаскелеріне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бейнедиагностика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телеинспекция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жүргізуге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міндетті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3, </w:t>
      </w:r>
      <w:proofErr w:type="spellStart"/>
      <w:r w:rsidRPr="00EB3A04">
        <w:rPr>
          <w:lang w:val="ru-RU"/>
        </w:rPr>
        <w:t>Қауіпсіздік</w:t>
      </w:r>
      <w:proofErr w:type="spellEnd"/>
      <w:r w:rsidRPr="00EB3A04">
        <w:rPr>
          <w:lang w:val="ru-RU"/>
        </w:rPr>
        <w:t xml:space="preserve"> пен </w:t>
      </w:r>
      <w:proofErr w:type="spellStart"/>
      <w:r w:rsidRPr="00EB3A04">
        <w:rPr>
          <w:lang w:val="ru-RU"/>
        </w:rPr>
        <w:t>санитарияға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қойылатын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талаптар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Балабақшаның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ерекшелігі</w:t>
      </w:r>
      <w:proofErr w:type="spellEnd"/>
      <w:r w:rsidRPr="00EB3A04">
        <w:rPr>
          <w:lang w:val="ru-RU"/>
        </w:rPr>
        <w:t>)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3.1, </w:t>
      </w:r>
      <w:proofErr w:type="spellStart"/>
      <w:r w:rsidRPr="00EB3A04">
        <w:rPr>
          <w:lang w:val="ru-RU"/>
        </w:rPr>
        <w:t>Материалдардың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қауiпсiздiгi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Барлық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қолданылатын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химиялық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заттардың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дезинфектанттардың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биопрепараттардың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мемлекеттiк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тiркеу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туралы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куәлiктерi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болуы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мектепке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дейiнгi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балалар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мекемелерiнде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қолдануға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рұқсат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етiлуi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тиiс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3.2, </w:t>
      </w:r>
      <w:proofErr w:type="spellStart"/>
      <w:r w:rsidRPr="00EB3A04">
        <w:rPr>
          <w:lang w:val="ru-RU"/>
        </w:rPr>
        <w:t>Жұмыстарды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жүргiзу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кестесi</w:t>
      </w:r>
      <w:proofErr w:type="spellEnd"/>
      <w:r w:rsidRPr="00EB3A04">
        <w:rPr>
          <w:lang w:val="ru-RU"/>
        </w:rPr>
        <w:t xml:space="preserve">: </w:t>
      </w:r>
      <w:proofErr w:type="spellStart"/>
      <w:r w:rsidRPr="00EB3A04">
        <w:rPr>
          <w:lang w:val="ru-RU"/>
        </w:rPr>
        <w:t>Шулы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гидродинамикалық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ықтимал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қауiптi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жұмыстар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қатаң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түрде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балалар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топтарда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болмаған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уақытта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тыныш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сағат</w:t>
      </w:r>
      <w:proofErr w:type="spellEnd"/>
      <w:r w:rsidRPr="00EB3A04">
        <w:rPr>
          <w:lang w:val="ru-RU"/>
        </w:rPr>
        <w:t xml:space="preserve"> 13: 00-ден 15: 00-ге </w:t>
      </w:r>
      <w:proofErr w:type="spellStart"/>
      <w:r w:rsidRPr="00EB3A04">
        <w:rPr>
          <w:lang w:val="ru-RU"/>
        </w:rPr>
        <w:t>дейiн</w:t>
      </w:r>
      <w:proofErr w:type="spellEnd"/>
      <w:r w:rsidRPr="00EB3A04">
        <w:rPr>
          <w:lang w:val="ru-RU"/>
        </w:rPr>
        <w:t xml:space="preserve">, не </w:t>
      </w:r>
      <w:proofErr w:type="spellStart"/>
      <w:r w:rsidRPr="00EB3A04">
        <w:rPr>
          <w:lang w:val="ru-RU"/>
        </w:rPr>
        <w:t>кешкi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уақытта</w:t>
      </w:r>
      <w:proofErr w:type="spellEnd"/>
      <w:r w:rsidRPr="00EB3A04">
        <w:rPr>
          <w:lang w:val="ru-RU"/>
        </w:rPr>
        <w:t xml:space="preserve"> 18: 30-дан </w:t>
      </w:r>
      <w:proofErr w:type="spellStart"/>
      <w:r w:rsidRPr="00EB3A04">
        <w:rPr>
          <w:lang w:val="ru-RU"/>
        </w:rPr>
        <w:t>кейiн</w:t>
      </w:r>
      <w:proofErr w:type="spellEnd"/>
      <w:r w:rsidRPr="00EB3A04">
        <w:rPr>
          <w:lang w:val="ru-RU"/>
        </w:rPr>
        <w:t xml:space="preserve">, не </w:t>
      </w:r>
      <w:proofErr w:type="spellStart"/>
      <w:r w:rsidRPr="00EB3A04">
        <w:rPr>
          <w:lang w:val="ru-RU"/>
        </w:rPr>
        <w:t>демалыс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күндерi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әкiмшiлiктiң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келiсiмiмен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жүргiзiлуi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тиiс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3.3, </w:t>
      </w:r>
      <w:proofErr w:type="spellStart"/>
      <w:r w:rsidRPr="00EB3A04">
        <w:rPr>
          <w:lang w:val="ru-RU"/>
        </w:rPr>
        <w:t>Орындаушының</w:t>
      </w:r>
      <w:proofErr w:type="spellEnd"/>
      <w:r w:rsidRPr="00EB3A04">
        <w:rPr>
          <w:lang w:val="ru-RU"/>
        </w:rPr>
        <w:t xml:space="preserve"> персоналы: </w:t>
      </w:r>
      <w:proofErr w:type="spellStart"/>
      <w:r w:rsidRPr="00EB3A04">
        <w:rPr>
          <w:lang w:val="ru-RU"/>
        </w:rPr>
        <w:t>Жұмысшылардың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медициналық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тексеруден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өткені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туралы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өзекті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белгілері</w:t>
      </w:r>
      <w:proofErr w:type="spellEnd"/>
      <w:r w:rsidRPr="00EB3A04">
        <w:rPr>
          <w:lang w:val="ru-RU"/>
        </w:rPr>
        <w:t xml:space="preserve"> бар </w:t>
      </w:r>
      <w:proofErr w:type="spellStart"/>
      <w:r w:rsidRPr="00EB3A04">
        <w:rPr>
          <w:lang w:val="ru-RU"/>
        </w:rPr>
        <w:t>санитариялық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кітапшалары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болуы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тиіс</w:t>
      </w:r>
      <w:proofErr w:type="spellEnd"/>
      <w:r w:rsidRPr="00EB3A04">
        <w:rPr>
          <w:lang w:val="ru-RU"/>
        </w:rPr>
        <w:t xml:space="preserve">. Персонал </w:t>
      </w:r>
      <w:proofErr w:type="spellStart"/>
      <w:r w:rsidRPr="00EB3A04">
        <w:rPr>
          <w:lang w:val="ru-RU"/>
        </w:rPr>
        <w:t>құдықтарда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жұмыс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істеу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кезінде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қауіпсіздік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техникасы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ережелерін</w:t>
      </w:r>
      <w:proofErr w:type="spellEnd"/>
      <w:r w:rsidRPr="00EB3A04">
        <w:rPr>
          <w:lang w:val="ru-RU"/>
        </w:rPr>
        <w:t xml:space="preserve"> (ҚР </w:t>
      </w:r>
      <w:proofErr w:type="spellStart"/>
      <w:r w:rsidRPr="00EB3A04">
        <w:rPr>
          <w:lang w:val="ru-RU"/>
        </w:rPr>
        <w:t>ҚНжЕ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сақтауға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таза </w:t>
      </w:r>
      <w:proofErr w:type="spellStart"/>
      <w:r w:rsidRPr="00EB3A04">
        <w:rPr>
          <w:lang w:val="ru-RU"/>
        </w:rPr>
        <w:t>арнайы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киіммен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қамтамасыз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етілуге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міндетті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3.4, Экология: ТҚҚ мен май </w:t>
      </w:r>
      <w:proofErr w:type="spellStart"/>
      <w:r w:rsidRPr="00EB3A04">
        <w:rPr>
          <w:lang w:val="ru-RU"/>
        </w:rPr>
        <w:t>шөгінділерін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шығару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кәдеге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жарату</w:t>
      </w:r>
      <w:proofErr w:type="spellEnd"/>
      <w:r w:rsidRPr="00EB3A04">
        <w:rPr>
          <w:lang w:val="ru-RU"/>
        </w:rPr>
        <w:t xml:space="preserve"> ҚР </w:t>
      </w:r>
      <w:proofErr w:type="spellStart"/>
      <w:r w:rsidRPr="00EB3A04">
        <w:rPr>
          <w:lang w:val="ru-RU"/>
        </w:rPr>
        <w:t>Экологиялық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кодексіне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сәйкес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мамандандырылған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құю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станцияларына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жүзеге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асырылуы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тиіс</w:t>
      </w:r>
      <w:proofErr w:type="spellEnd"/>
      <w:r w:rsidRPr="00EB3A04">
        <w:rPr>
          <w:lang w:val="ru-RU"/>
        </w:rPr>
        <w:t xml:space="preserve">. </w:t>
      </w:r>
      <w:proofErr w:type="spellStart"/>
      <w:r w:rsidRPr="00EB3A04">
        <w:rPr>
          <w:lang w:val="ru-RU"/>
        </w:rPr>
        <w:t>Қалдықтарды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жер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бедеріне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немесе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нөсер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кәрізіне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төгуге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қатаң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тыйым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салынады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4, </w:t>
      </w:r>
      <w:proofErr w:type="spellStart"/>
      <w:r w:rsidRPr="00EB3A04">
        <w:rPr>
          <w:lang w:val="ru-RU"/>
        </w:rPr>
        <w:t>Авариялар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кезінде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ден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қою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мерзімдері</w:t>
      </w:r>
      <w:proofErr w:type="spellEnd"/>
      <w:r w:rsidRPr="00EB3A04">
        <w:rPr>
          <w:lang w:val="ru-RU"/>
        </w:rPr>
        <w:t xml:space="preserve"> мен </w:t>
      </w:r>
      <w:proofErr w:type="spellStart"/>
      <w:r w:rsidRPr="00EB3A04">
        <w:rPr>
          <w:lang w:val="ru-RU"/>
        </w:rPr>
        <w:t>шарттары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4.1, </w:t>
      </w:r>
      <w:proofErr w:type="spellStart"/>
      <w:r w:rsidRPr="00EB3A04">
        <w:rPr>
          <w:lang w:val="ru-RU"/>
        </w:rPr>
        <w:t>Авариялық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бітеу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туындаған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кезде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Орындаушы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объектіге</w:t>
      </w:r>
      <w:proofErr w:type="spellEnd"/>
      <w:r w:rsidRPr="00EB3A04">
        <w:rPr>
          <w:lang w:val="ru-RU"/>
        </w:rPr>
        <w:t xml:space="preserve"> телефон </w:t>
      </w:r>
      <w:proofErr w:type="spellStart"/>
      <w:r w:rsidRPr="00EB3A04">
        <w:rPr>
          <w:lang w:val="ru-RU"/>
        </w:rPr>
        <w:t>немесе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электрондық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өтінімді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сәттен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бастап</w:t>
      </w:r>
      <w:proofErr w:type="spellEnd"/>
      <w:r w:rsidRPr="00EB3A04">
        <w:rPr>
          <w:lang w:val="ru-RU"/>
        </w:rPr>
        <w:t xml:space="preserve"> 2 (</w:t>
      </w:r>
      <w:proofErr w:type="spellStart"/>
      <w:r w:rsidRPr="00EB3A04">
        <w:rPr>
          <w:lang w:val="ru-RU"/>
        </w:rPr>
        <w:t>екі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сағат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ішінде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келуге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міндетті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4.2, </w:t>
      </w:r>
      <w:proofErr w:type="spellStart"/>
      <w:r w:rsidRPr="00EB3A04">
        <w:rPr>
          <w:lang w:val="ru-RU"/>
        </w:rPr>
        <w:t>Авариялық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жұмыстар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демалыс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мереке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күндерін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қоса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алғанда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тәулік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бойы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орындалады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4.3, </w:t>
      </w:r>
      <w:proofErr w:type="spellStart"/>
      <w:r w:rsidRPr="00EB3A04">
        <w:rPr>
          <w:lang w:val="ru-RU"/>
        </w:rPr>
        <w:t>Авариялық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тығындарды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оқшаулау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жою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уақыты</w:t>
      </w:r>
      <w:proofErr w:type="spellEnd"/>
      <w:r w:rsidRPr="00EB3A04">
        <w:rPr>
          <w:lang w:val="ru-RU"/>
        </w:rPr>
        <w:t xml:space="preserve"> бригада </w:t>
      </w:r>
      <w:proofErr w:type="spellStart"/>
      <w:r w:rsidRPr="00EB3A04">
        <w:rPr>
          <w:lang w:val="ru-RU"/>
        </w:rPr>
        <w:t>келген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сәттен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бастап</w:t>
      </w:r>
      <w:proofErr w:type="spellEnd"/>
      <w:r w:rsidRPr="00EB3A04">
        <w:rPr>
          <w:lang w:val="ru-RU"/>
        </w:rPr>
        <w:t xml:space="preserve"> 3 </w:t>
      </w:r>
      <w:proofErr w:type="spellStart"/>
      <w:r w:rsidRPr="00EB3A04">
        <w:rPr>
          <w:lang w:val="ru-RU"/>
        </w:rPr>
        <w:t>сағаттан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аспауы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тиіс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5, </w:t>
      </w:r>
      <w:proofErr w:type="spellStart"/>
      <w:r w:rsidRPr="00EB3A04">
        <w:rPr>
          <w:lang w:val="ru-RU"/>
        </w:rPr>
        <w:t>Қабылдау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тәртібі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кепілдіктер</w:t>
      </w:r>
      <w:proofErr w:type="spellEnd"/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t xml:space="preserve">5.1, </w:t>
      </w:r>
      <w:proofErr w:type="spellStart"/>
      <w:r w:rsidRPr="00EB3A04">
        <w:rPr>
          <w:lang w:val="ru-RU"/>
        </w:rPr>
        <w:t>Көрсетілген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қызметтерді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қабылдау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телеинспекцияның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бейне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есебін</w:t>
      </w:r>
      <w:proofErr w:type="spellEnd"/>
      <w:r w:rsidRPr="00EB3A04">
        <w:rPr>
          <w:lang w:val="ru-RU"/>
        </w:rPr>
        <w:t xml:space="preserve"> (</w:t>
      </w:r>
      <w:proofErr w:type="spellStart"/>
      <w:r w:rsidRPr="00EB3A04">
        <w:rPr>
          <w:lang w:val="ru-RU"/>
        </w:rPr>
        <w:t>қажет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болған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жағдайда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қоса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бере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отырып</w:t>
      </w:r>
      <w:proofErr w:type="spellEnd"/>
      <w:r w:rsidRPr="00EB3A04">
        <w:rPr>
          <w:lang w:val="ru-RU"/>
        </w:rPr>
        <w:t xml:space="preserve">, </w:t>
      </w:r>
      <w:proofErr w:type="spellStart"/>
      <w:r w:rsidRPr="00EB3A04">
        <w:rPr>
          <w:lang w:val="ru-RU"/>
        </w:rPr>
        <w:t>екі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жақты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Көрсетілген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қызметтер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актісімен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және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Орындалған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жұмыстар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актісімен</w:t>
      </w:r>
      <w:proofErr w:type="spellEnd"/>
      <w:r w:rsidRPr="00EB3A04">
        <w:rPr>
          <w:lang w:val="ru-RU"/>
        </w:rPr>
        <w:t xml:space="preserve"> (З-2 </w:t>
      </w:r>
      <w:proofErr w:type="spellStart"/>
      <w:r w:rsidRPr="00EB3A04">
        <w:rPr>
          <w:lang w:val="ru-RU"/>
        </w:rPr>
        <w:t>нысаны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ресімделеді</w:t>
      </w:r>
      <w:proofErr w:type="spellEnd"/>
      <w:r w:rsidRPr="00EB3A04">
        <w:rPr>
          <w:lang w:val="ru-RU"/>
        </w:rPr>
        <w:t>.</w:t>
      </w:r>
    </w:p>
    <w:p w:rsidR="00EB3A04" w:rsidRPr="00EB3A04" w:rsidRDefault="00EB3A04" w:rsidP="00EB3A04">
      <w:pPr>
        <w:spacing w:after="120"/>
        <w:rPr>
          <w:lang w:val="ru-RU"/>
        </w:rPr>
      </w:pPr>
      <w:r w:rsidRPr="00EB3A04">
        <w:rPr>
          <w:lang w:val="ru-RU"/>
        </w:rPr>
        <w:lastRenderedPageBreak/>
        <w:t xml:space="preserve">5.2, </w:t>
      </w:r>
      <w:proofErr w:type="spellStart"/>
      <w:r w:rsidRPr="00EB3A04">
        <w:rPr>
          <w:lang w:val="ru-RU"/>
        </w:rPr>
        <w:t>Гидродинамикалық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жуудан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кейін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желінің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жоспарлы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учаскелеріне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кепілдік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мерзімі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Балабақшаның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тарапынан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пайдалану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ережелерін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сақтау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шартымен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қабылдау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актісіне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қол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қойылған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күннен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бастап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кемінде</w:t>
      </w:r>
      <w:proofErr w:type="spellEnd"/>
      <w:r w:rsidRPr="00EB3A04">
        <w:rPr>
          <w:lang w:val="ru-RU"/>
        </w:rPr>
        <w:t xml:space="preserve"> 6 (</w:t>
      </w:r>
      <w:proofErr w:type="spellStart"/>
      <w:r w:rsidRPr="00EB3A04">
        <w:rPr>
          <w:lang w:val="ru-RU"/>
        </w:rPr>
        <w:t>алты</w:t>
      </w:r>
      <w:proofErr w:type="spellEnd"/>
      <w:r w:rsidRPr="00EB3A04">
        <w:rPr>
          <w:lang w:val="ru-RU"/>
        </w:rPr>
        <w:t xml:space="preserve">) </w:t>
      </w:r>
      <w:proofErr w:type="spellStart"/>
      <w:r w:rsidRPr="00EB3A04">
        <w:rPr>
          <w:lang w:val="ru-RU"/>
        </w:rPr>
        <w:t>айды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құрауы</w:t>
      </w:r>
      <w:proofErr w:type="spellEnd"/>
      <w:r w:rsidRPr="00EB3A04">
        <w:rPr>
          <w:lang w:val="ru-RU"/>
        </w:rPr>
        <w:t xml:space="preserve"> </w:t>
      </w:r>
      <w:proofErr w:type="spellStart"/>
      <w:r w:rsidRPr="00EB3A04">
        <w:rPr>
          <w:lang w:val="ru-RU"/>
        </w:rPr>
        <w:t>тиіс</w:t>
      </w:r>
      <w:proofErr w:type="spellEnd"/>
      <w:r w:rsidRPr="00EB3A04">
        <w:rPr>
          <w:lang w:val="ru-RU"/>
        </w:rPr>
        <w:t>.</w:t>
      </w:r>
      <w:bookmarkStart w:id="0" w:name="_GoBack"/>
      <w:bookmarkEnd w:id="0"/>
    </w:p>
    <w:sectPr w:rsidR="00EB3A04" w:rsidRPr="00EB3A0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97EF8"/>
    <w:rsid w:val="00AA1D8D"/>
    <w:rsid w:val="00B47730"/>
    <w:rsid w:val="00CB0664"/>
    <w:rsid w:val="00EB3A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DE8429"/>
  <w14:defaultImageDpi w14:val="300"/>
  <w15:docId w15:val="{B64D0F45-EADF-41F5-80C9-D10D00EC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2EADC5-5332-4FE5-ABD2-929F4F54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 </cp:lastModifiedBy>
  <cp:revision>3</cp:revision>
  <dcterms:created xsi:type="dcterms:W3CDTF">2013-12-23T23:15:00Z</dcterms:created>
  <dcterms:modified xsi:type="dcterms:W3CDTF">2026-10-13T21:28:00Z</dcterms:modified>
  <cp:category/>
</cp:coreProperties>
</file>