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007" w:rsidRPr="00843FF1" w:rsidRDefault="00A67007" w:rsidP="00A67007">
      <w:pPr>
        <w:spacing w:after="0" w:line="240" w:lineRule="auto"/>
        <w:jc w:val="center"/>
        <w:outlineLvl w:val="0"/>
        <w:rPr>
          <w:rFonts w:eastAsia="Times New Roman" w:cs="Times New Roman"/>
          <w:b/>
          <w:bCs/>
          <w:kern w:val="36"/>
          <w:szCs w:val="28"/>
          <w:lang w:val="ru-RU"/>
        </w:rPr>
      </w:pPr>
    </w:p>
    <w:p w:rsidR="00A67007" w:rsidRPr="00843FF1" w:rsidRDefault="00A67007" w:rsidP="00A67007">
      <w:pPr>
        <w:spacing w:after="0" w:line="240" w:lineRule="auto"/>
        <w:jc w:val="center"/>
        <w:rPr>
          <w:rFonts w:eastAsia="Times New Roman" w:cs="Times New Roman"/>
          <w:szCs w:val="28"/>
          <w:lang w:val="ru-RU"/>
        </w:rPr>
      </w:pPr>
      <w:r w:rsidRPr="00843FF1">
        <w:rPr>
          <w:rFonts w:eastAsia="Times New Roman" w:cs="Times New Roman"/>
          <w:b/>
          <w:bCs/>
          <w:szCs w:val="28"/>
          <w:lang w:val="ru-RU"/>
        </w:rPr>
        <w:t>Техническая спецификация на поверку теплосчётчика</w:t>
      </w:r>
      <w:r w:rsidRPr="00843FF1">
        <w:rPr>
          <w:rFonts w:eastAsia="Times New Roman" w:cs="Times New Roman"/>
          <w:b/>
          <w:bCs/>
          <w:szCs w:val="28"/>
          <w:lang w:val="ru-RU"/>
        </w:rPr>
        <w:br/>
        <w:t xml:space="preserve">на объектах СПЧ-1 УЧС г. </w:t>
      </w:r>
      <w:proofErr w:type="spellStart"/>
      <w:r w:rsidRPr="00843FF1">
        <w:rPr>
          <w:rFonts w:eastAsia="Times New Roman" w:cs="Times New Roman"/>
          <w:b/>
          <w:bCs/>
          <w:szCs w:val="28"/>
          <w:lang w:val="ru-RU"/>
        </w:rPr>
        <w:t>Костаная</w:t>
      </w:r>
      <w:proofErr w:type="spellEnd"/>
      <w:r w:rsidRPr="00843FF1">
        <w:rPr>
          <w:rFonts w:eastAsia="Times New Roman" w:cs="Times New Roman"/>
          <w:b/>
          <w:bCs/>
          <w:szCs w:val="28"/>
          <w:lang w:val="ru-RU"/>
        </w:rPr>
        <w:t xml:space="preserve"> ГУ «ДЧС </w:t>
      </w:r>
      <w:proofErr w:type="spellStart"/>
      <w:r w:rsidRPr="00843FF1">
        <w:rPr>
          <w:rFonts w:eastAsia="Times New Roman" w:cs="Times New Roman"/>
          <w:b/>
          <w:bCs/>
          <w:szCs w:val="28"/>
          <w:lang w:val="ru-RU"/>
        </w:rPr>
        <w:t>Костанайской</w:t>
      </w:r>
      <w:proofErr w:type="spellEnd"/>
      <w:r w:rsidRPr="00843FF1">
        <w:rPr>
          <w:rFonts w:eastAsia="Times New Roman" w:cs="Times New Roman"/>
          <w:b/>
          <w:bCs/>
          <w:szCs w:val="28"/>
          <w:lang w:val="ru-RU"/>
        </w:rPr>
        <w:t xml:space="preserve"> области МЧС Республики Казахстан</w:t>
      </w:r>
    </w:p>
    <w:p w:rsidR="00A67007" w:rsidRPr="00843FF1" w:rsidRDefault="00A67007" w:rsidP="00A67007">
      <w:pPr>
        <w:spacing w:after="0" w:line="240" w:lineRule="auto"/>
        <w:rPr>
          <w:rFonts w:eastAsia="Times New Roman" w:cs="Times New Roman"/>
          <w:b/>
          <w:bCs/>
          <w:szCs w:val="28"/>
          <w:lang w:val="ru-RU"/>
        </w:rPr>
      </w:pPr>
    </w:p>
    <w:p w:rsidR="00A67007" w:rsidRPr="00843FF1" w:rsidRDefault="00A67007" w:rsidP="00935BED">
      <w:pPr>
        <w:spacing w:after="0" w:line="240" w:lineRule="auto"/>
        <w:ind w:firstLine="720"/>
        <w:rPr>
          <w:rFonts w:eastAsia="Times New Roman" w:cs="Times New Roman"/>
          <w:szCs w:val="28"/>
          <w:lang w:val="ru-RU"/>
        </w:rPr>
      </w:pPr>
      <w:r w:rsidRPr="00843FF1">
        <w:rPr>
          <w:rFonts w:eastAsia="Times New Roman" w:cs="Times New Roman"/>
          <w:b/>
          <w:bCs/>
          <w:szCs w:val="28"/>
          <w:lang w:val="ru-RU"/>
        </w:rPr>
        <w:t>Наименование услуги:</w:t>
      </w:r>
      <w:r w:rsidR="00935BED" w:rsidRPr="00843FF1">
        <w:rPr>
          <w:rFonts w:eastAsia="Times New Roman" w:cs="Times New Roman"/>
          <w:szCs w:val="28"/>
          <w:lang w:val="ru-RU"/>
        </w:rPr>
        <w:t xml:space="preserve"> </w:t>
      </w:r>
      <w:r w:rsidRPr="00843FF1">
        <w:rPr>
          <w:rFonts w:eastAsia="Times New Roman" w:cs="Times New Roman"/>
          <w:szCs w:val="28"/>
          <w:lang w:val="ru-RU"/>
        </w:rPr>
        <w:t>Поверка теплосчётчика ЭМИР-ПРАМЕР Ду50 в полной комплектации.</w:t>
      </w:r>
    </w:p>
    <w:p w:rsidR="00A67007" w:rsidRPr="00843FF1" w:rsidRDefault="00A67007" w:rsidP="00935BED">
      <w:pPr>
        <w:spacing w:after="0" w:line="240" w:lineRule="auto"/>
        <w:ind w:firstLine="720"/>
        <w:rPr>
          <w:rFonts w:eastAsia="Times New Roman" w:cs="Times New Roman"/>
          <w:szCs w:val="28"/>
          <w:lang w:val="ru-RU"/>
        </w:rPr>
      </w:pPr>
      <w:r w:rsidRPr="00843FF1">
        <w:rPr>
          <w:rFonts w:eastAsia="Times New Roman" w:cs="Times New Roman"/>
          <w:b/>
          <w:bCs/>
          <w:szCs w:val="28"/>
          <w:lang w:val="ru-RU"/>
        </w:rPr>
        <w:t>Количество:</w:t>
      </w:r>
      <w:r w:rsidR="00935BED" w:rsidRPr="00843FF1">
        <w:rPr>
          <w:rFonts w:eastAsia="Times New Roman" w:cs="Times New Roman"/>
          <w:szCs w:val="28"/>
          <w:lang w:val="ru-RU"/>
        </w:rPr>
        <w:t xml:space="preserve"> </w:t>
      </w:r>
      <w:r w:rsidR="00843FF1" w:rsidRPr="00843FF1">
        <w:rPr>
          <w:rFonts w:eastAsia="Times New Roman" w:cs="Times New Roman"/>
          <w:szCs w:val="28"/>
          <w:lang w:val="ru-RU"/>
        </w:rPr>
        <w:t>1</w:t>
      </w:r>
      <w:r w:rsidRPr="00843FF1">
        <w:rPr>
          <w:rFonts w:eastAsia="Times New Roman" w:cs="Times New Roman"/>
          <w:szCs w:val="28"/>
          <w:lang w:val="ru-RU"/>
        </w:rPr>
        <w:t xml:space="preserve"> комплект.</w:t>
      </w:r>
    </w:p>
    <w:p w:rsidR="00A67007" w:rsidRPr="00843FF1" w:rsidRDefault="00A67007" w:rsidP="00A67007">
      <w:pPr>
        <w:spacing w:after="0" w:line="240" w:lineRule="auto"/>
        <w:rPr>
          <w:rFonts w:eastAsia="Times New Roman" w:cs="Times New Roman"/>
          <w:szCs w:val="28"/>
          <w:lang w:val="ru-RU"/>
        </w:rPr>
      </w:pPr>
      <w:r w:rsidRPr="00843FF1">
        <w:rPr>
          <w:rFonts w:eastAsia="Times New Roman" w:cs="Times New Roman"/>
          <w:b/>
          <w:bCs/>
          <w:szCs w:val="28"/>
          <w:lang w:val="ru-RU"/>
        </w:rPr>
        <w:t>Состав одного комплекта:</w:t>
      </w:r>
    </w:p>
    <w:p w:rsidR="00A67007" w:rsidRPr="00843FF1" w:rsidRDefault="00A67007" w:rsidP="00A67007">
      <w:pPr>
        <w:numPr>
          <w:ilvl w:val="0"/>
          <w:numId w:val="14"/>
        </w:numPr>
        <w:spacing w:after="0" w:line="240" w:lineRule="auto"/>
        <w:rPr>
          <w:rFonts w:eastAsia="Times New Roman" w:cs="Times New Roman"/>
          <w:szCs w:val="28"/>
          <w:lang w:val="ru-RU"/>
        </w:rPr>
      </w:pPr>
      <w:r w:rsidRPr="00843FF1">
        <w:rPr>
          <w:rFonts w:eastAsia="Times New Roman" w:cs="Times New Roman"/>
          <w:szCs w:val="28"/>
          <w:lang w:val="ru-RU"/>
        </w:rPr>
        <w:t xml:space="preserve">устройство учёта тепловой энергии ЭМИР-ПРАМЕР — </w:t>
      </w:r>
      <w:r w:rsidR="00843FF1" w:rsidRPr="00843FF1">
        <w:rPr>
          <w:rFonts w:eastAsia="Times New Roman" w:cs="Times New Roman"/>
          <w:szCs w:val="28"/>
          <w:lang w:val="ru-RU"/>
        </w:rPr>
        <w:t>1</w:t>
      </w:r>
      <w:r w:rsidRPr="00843FF1">
        <w:rPr>
          <w:rFonts w:eastAsia="Times New Roman" w:cs="Times New Roman"/>
          <w:szCs w:val="28"/>
          <w:lang w:val="ru-RU"/>
        </w:rPr>
        <w:t xml:space="preserve"> шт.;</w:t>
      </w:r>
    </w:p>
    <w:p w:rsidR="00A67007" w:rsidRPr="00843FF1" w:rsidRDefault="00A67007" w:rsidP="00A67007">
      <w:pPr>
        <w:numPr>
          <w:ilvl w:val="0"/>
          <w:numId w:val="14"/>
        </w:numPr>
        <w:spacing w:after="0" w:line="240" w:lineRule="auto"/>
        <w:rPr>
          <w:rFonts w:eastAsia="Times New Roman" w:cs="Times New Roman"/>
          <w:szCs w:val="28"/>
          <w:lang w:val="ru-RU"/>
        </w:rPr>
      </w:pPr>
      <w:r w:rsidRPr="00843FF1">
        <w:rPr>
          <w:rFonts w:eastAsia="Times New Roman" w:cs="Times New Roman"/>
          <w:szCs w:val="28"/>
          <w:lang w:val="ru-RU"/>
        </w:rPr>
        <w:t xml:space="preserve">преобразователи расхода Ду50 — </w:t>
      </w:r>
      <w:r w:rsidR="00843FF1" w:rsidRPr="00843FF1">
        <w:rPr>
          <w:rFonts w:eastAsia="Times New Roman" w:cs="Times New Roman"/>
          <w:szCs w:val="28"/>
          <w:lang w:val="ru-RU"/>
        </w:rPr>
        <w:t>2</w:t>
      </w:r>
      <w:r w:rsidRPr="00843FF1">
        <w:rPr>
          <w:rFonts w:eastAsia="Times New Roman" w:cs="Times New Roman"/>
          <w:szCs w:val="28"/>
          <w:lang w:val="ru-RU"/>
        </w:rPr>
        <w:t xml:space="preserve"> шт.;</w:t>
      </w:r>
    </w:p>
    <w:p w:rsidR="00A67007" w:rsidRPr="00843FF1" w:rsidRDefault="00A67007" w:rsidP="00A67007">
      <w:pPr>
        <w:numPr>
          <w:ilvl w:val="0"/>
          <w:numId w:val="14"/>
        </w:numPr>
        <w:spacing w:after="0" w:line="240" w:lineRule="auto"/>
        <w:rPr>
          <w:rFonts w:eastAsia="Times New Roman" w:cs="Times New Roman"/>
          <w:szCs w:val="28"/>
          <w:lang w:val="ru-RU"/>
        </w:rPr>
      </w:pPr>
      <w:proofErr w:type="spellStart"/>
      <w:r w:rsidRPr="00843FF1">
        <w:rPr>
          <w:rFonts w:eastAsia="Times New Roman" w:cs="Times New Roman"/>
          <w:szCs w:val="28"/>
          <w:lang w:val="ru-RU"/>
        </w:rPr>
        <w:t>термопреобразователи</w:t>
      </w:r>
      <w:proofErr w:type="spellEnd"/>
      <w:r w:rsidRPr="00843FF1">
        <w:rPr>
          <w:rFonts w:eastAsia="Times New Roman" w:cs="Times New Roman"/>
          <w:szCs w:val="28"/>
          <w:lang w:val="ru-RU"/>
        </w:rPr>
        <w:t xml:space="preserve"> сопротивления — </w:t>
      </w:r>
      <w:r w:rsidR="00843FF1" w:rsidRPr="00843FF1">
        <w:rPr>
          <w:rFonts w:eastAsia="Times New Roman" w:cs="Times New Roman"/>
          <w:szCs w:val="28"/>
          <w:lang w:val="ru-RU"/>
        </w:rPr>
        <w:t>2</w:t>
      </w:r>
      <w:r w:rsidRPr="00843FF1">
        <w:rPr>
          <w:rFonts w:eastAsia="Times New Roman" w:cs="Times New Roman"/>
          <w:szCs w:val="28"/>
          <w:lang w:val="ru-RU"/>
        </w:rPr>
        <w:t xml:space="preserve"> шт.;</w:t>
      </w:r>
    </w:p>
    <w:p w:rsidR="00A67007" w:rsidRPr="00843FF1" w:rsidRDefault="00A67007" w:rsidP="00A67007">
      <w:pPr>
        <w:numPr>
          <w:ilvl w:val="0"/>
          <w:numId w:val="14"/>
        </w:numPr>
        <w:spacing w:after="0" w:line="240" w:lineRule="auto"/>
        <w:rPr>
          <w:rFonts w:eastAsia="Times New Roman" w:cs="Times New Roman"/>
          <w:szCs w:val="28"/>
          <w:lang w:val="ru-RU"/>
        </w:rPr>
      </w:pPr>
      <w:r w:rsidRPr="00843FF1">
        <w:rPr>
          <w:rFonts w:eastAsia="Times New Roman" w:cs="Times New Roman"/>
          <w:szCs w:val="28"/>
          <w:lang w:val="ru-RU"/>
        </w:rPr>
        <w:t>другие комплектующие, входящие в комплект в соответствии с паспортом и эксплуатационной документацией теплосчётчика.</w:t>
      </w:r>
    </w:p>
    <w:p w:rsidR="00A67007" w:rsidRPr="00843FF1" w:rsidRDefault="00A67007" w:rsidP="00A67007">
      <w:pPr>
        <w:spacing w:after="0" w:line="240" w:lineRule="auto"/>
        <w:rPr>
          <w:rFonts w:eastAsia="Times New Roman" w:cs="Times New Roman"/>
          <w:szCs w:val="28"/>
          <w:lang w:val="ru-RU"/>
        </w:rPr>
      </w:pPr>
      <w:r w:rsidRPr="00843FF1">
        <w:rPr>
          <w:rFonts w:eastAsia="Times New Roman" w:cs="Times New Roman"/>
          <w:b/>
          <w:bCs/>
          <w:szCs w:val="28"/>
          <w:lang w:val="ru-RU"/>
        </w:rPr>
        <w:t>Требования к выполнению работ:</w:t>
      </w:r>
    </w:p>
    <w:p w:rsidR="00A67007" w:rsidRPr="00843FF1" w:rsidRDefault="00A67007" w:rsidP="00A67007">
      <w:pPr>
        <w:numPr>
          <w:ilvl w:val="0"/>
          <w:numId w:val="15"/>
        </w:numPr>
        <w:spacing w:after="0" w:line="240" w:lineRule="auto"/>
        <w:rPr>
          <w:rFonts w:eastAsia="Times New Roman" w:cs="Times New Roman"/>
          <w:szCs w:val="28"/>
          <w:lang w:val="ru-RU"/>
        </w:rPr>
      </w:pPr>
      <w:r w:rsidRPr="00843FF1">
        <w:rPr>
          <w:rFonts w:eastAsia="Times New Roman" w:cs="Times New Roman"/>
          <w:szCs w:val="28"/>
          <w:lang w:val="ru-RU"/>
        </w:rPr>
        <w:t>Поверка всех средств измерений, входящих в полную комплектацию теплосчётчика.</w:t>
      </w:r>
    </w:p>
    <w:p w:rsidR="00A67007" w:rsidRPr="00843FF1" w:rsidRDefault="00A67007" w:rsidP="00A67007">
      <w:pPr>
        <w:numPr>
          <w:ilvl w:val="0"/>
          <w:numId w:val="15"/>
        </w:numPr>
        <w:spacing w:after="0" w:line="240" w:lineRule="auto"/>
        <w:rPr>
          <w:rFonts w:eastAsia="Times New Roman" w:cs="Times New Roman"/>
          <w:szCs w:val="28"/>
          <w:lang w:val="ru-RU"/>
        </w:rPr>
      </w:pPr>
      <w:r w:rsidRPr="00843FF1">
        <w:rPr>
          <w:rFonts w:eastAsia="Times New Roman" w:cs="Times New Roman"/>
          <w:szCs w:val="28"/>
          <w:lang w:val="ru-RU"/>
        </w:rPr>
        <w:t>Проверка метрологических характеристик приборов на соответствие требованиям нормативной и эксплуатационной документации изготовителя.</w:t>
      </w:r>
    </w:p>
    <w:p w:rsidR="00A67007" w:rsidRPr="00843FF1" w:rsidRDefault="00A67007" w:rsidP="00A67007">
      <w:pPr>
        <w:numPr>
          <w:ilvl w:val="0"/>
          <w:numId w:val="15"/>
        </w:numPr>
        <w:spacing w:after="0" w:line="240" w:lineRule="auto"/>
        <w:rPr>
          <w:rFonts w:eastAsia="Times New Roman" w:cs="Times New Roman"/>
          <w:szCs w:val="28"/>
          <w:lang w:val="ru-RU"/>
        </w:rPr>
      </w:pPr>
      <w:r w:rsidRPr="00843FF1">
        <w:rPr>
          <w:rFonts w:eastAsia="Times New Roman" w:cs="Times New Roman"/>
          <w:szCs w:val="28"/>
          <w:lang w:val="ru-RU"/>
        </w:rPr>
        <w:t xml:space="preserve">Проверка исправности и работоспособности устройства учёта тепловой энергии, преобразователей расхода и </w:t>
      </w:r>
      <w:proofErr w:type="spellStart"/>
      <w:r w:rsidRPr="00843FF1">
        <w:rPr>
          <w:rFonts w:eastAsia="Times New Roman" w:cs="Times New Roman"/>
          <w:szCs w:val="28"/>
          <w:lang w:val="ru-RU"/>
        </w:rPr>
        <w:t>термопреобразователей</w:t>
      </w:r>
      <w:proofErr w:type="spellEnd"/>
      <w:r w:rsidRPr="00843FF1">
        <w:rPr>
          <w:rFonts w:eastAsia="Times New Roman" w:cs="Times New Roman"/>
          <w:szCs w:val="28"/>
          <w:lang w:val="ru-RU"/>
        </w:rPr>
        <w:t>.</w:t>
      </w:r>
    </w:p>
    <w:p w:rsidR="00A67007" w:rsidRPr="00843FF1" w:rsidRDefault="00A67007" w:rsidP="00A67007">
      <w:pPr>
        <w:numPr>
          <w:ilvl w:val="0"/>
          <w:numId w:val="15"/>
        </w:numPr>
        <w:spacing w:after="0" w:line="240" w:lineRule="auto"/>
        <w:rPr>
          <w:rFonts w:eastAsia="Times New Roman" w:cs="Times New Roman"/>
          <w:szCs w:val="28"/>
          <w:lang w:val="ru-RU"/>
        </w:rPr>
      </w:pPr>
      <w:r w:rsidRPr="00843FF1">
        <w:rPr>
          <w:rFonts w:eastAsia="Times New Roman" w:cs="Times New Roman"/>
          <w:szCs w:val="28"/>
          <w:lang w:val="ru-RU"/>
        </w:rPr>
        <w:t>Выполнение работ в соответствии с действующими нормативными документами Республики Казахстан и утверждённой методикой поверки.</w:t>
      </w:r>
    </w:p>
    <w:p w:rsidR="00A67007" w:rsidRPr="00843FF1" w:rsidRDefault="00A67007" w:rsidP="00A67007">
      <w:pPr>
        <w:numPr>
          <w:ilvl w:val="0"/>
          <w:numId w:val="15"/>
        </w:numPr>
        <w:spacing w:after="0" w:line="240" w:lineRule="auto"/>
        <w:rPr>
          <w:rFonts w:eastAsia="Times New Roman" w:cs="Times New Roman"/>
          <w:szCs w:val="28"/>
          <w:lang w:val="ru-RU"/>
        </w:rPr>
      </w:pPr>
      <w:r w:rsidRPr="00843FF1">
        <w:rPr>
          <w:rFonts w:eastAsia="Times New Roman" w:cs="Times New Roman"/>
          <w:szCs w:val="28"/>
          <w:lang w:val="ru-RU"/>
        </w:rPr>
        <w:t>По результатам поверки оформление соответствующих документов, подтверждающих прохождение поверки каждого элемента комплекта.</w:t>
      </w:r>
    </w:p>
    <w:p w:rsidR="00935BED" w:rsidRPr="00843FF1" w:rsidRDefault="00935BED" w:rsidP="00935BED">
      <w:pPr>
        <w:spacing w:after="0" w:line="240" w:lineRule="auto"/>
        <w:ind w:firstLine="360"/>
        <w:rPr>
          <w:rFonts w:eastAsia="Times New Roman" w:cs="Times New Roman"/>
          <w:b/>
          <w:bCs/>
          <w:szCs w:val="28"/>
          <w:lang w:val="ru-RU"/>
        </w:rPr>
      </w:pPr>
      <w:r w:rsidRPr="00843FF1">
        <w:rPr>
          <w:rFonts w:eastAsia="Times New Roman" w:cs="Times New Roman"/>
          <w:b/>
          <w:bCs/>
          <w:szCs w:val="28"/>
          <w:lang w:val="ru-RU"/>
        </w:rPr>
        <w:t>Порядок проведения поверки и монтажа теплосчетчиков</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В случае если на период проведения поверки Заказчик подключен к системе городского теплоснабжения, Исполнитель производит установку имитаторов расходомеров на период проведения поверочных работ.</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Перед проведением поверки Исполнитель осуществляет подготовку приборной продукции, в том числе:</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очистку внешних поверхностей теплосчетчиков от пыли и иных загрязнений;</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промывку проточной части приборов от ржавчины, накипи и иных отложений;</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удаление установленных прокладок;</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проверку состояния литиевой батареи и таймера;</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при необходимости — замену литиевой батареи и/или иных элементов, требующих замены.</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Поверка теплосчетчиков проводится с оформлением соответствующих документов о результатах поверки. Сертификат (свидетельство) о поверке оформляется на каждый компонент теплосчетчика отдельно, в соответствии с требованиями действующего законодательства и нормативно-технической документации.</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После завершения поверки Исполнитель осуществляет:</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монтаж теплосчетчиков на штатные места установки;</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lastRenderedPageBreak/>
        <w:t xml:space="preserve">    * настройку теплосчетчиков в комплекте непосредственно на месте эксплуатации;</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проверку корректности совместной работы всех комплектующих;</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    * сдачу смонтированного и настроенного узла учета в эксплуатацию инспектору теплоснабжающей организации.</w:t>
      </w:r>
    </w:p>
    <w:p w:rsidR="00935BED" w:rsidRPr="00843FF1" w:rsidRDefault="00935BED" w:rsidP="00935BED">
      <w:pPr>
        <w:spacing w:after="0" w:line="240" w:lineRule="auto"/>
        <w:ind w:firstLine="360"/>
        <w:rPr>
          <w:rFonts w:eastAsia="Times New Roman" w:cs="Times New Roman"/>
          <w:szCs w:val="28"/>
          <w:lang w:val="ru-RU"/>
        </w:rPr>
      </w:pPr>
      <w:r w:rsidRPr="00843FF1">
        <w:rPr>
          <w:rFonts w:eastAsia="Times New Roman" w:cs="Times New Roman"/>
          <w:szCs w:val="28"/>
          <w:lang w:val="ru-RU"/>
        </w:rPr>
        <w:t xml:space="preserve">При проведении поверочных работ в период </w:t>
      </w:r>
      <w:proofErr w:type="spellStart"/>
      <w:r w:rsidRPr="00843FF1">
        <w:rPr>
          <w:rFonts w:eastAsia="Times New Roman" w:cs="Times New Roman"/>
          <w:szCs w:val="28"/>
          <w:lang w:val="ru-RU"/>
        </w:rPr>
        <w:t>межотопительного</w:t>
      </w:r>
      <w:proofErr w:type="spellEnd"/>
      <w:r w:rsidRPr="00843FF1">
        <w:rPr>
          <w:rFonts w:eastAsia="Times New Roman" w:cs="Times New Roman"/>
          <w:szCs w:val="28"/>
          <w:lang w:val="ru-RU"/>
        </w:rPr>
        <w:t xml:space="preserve"> сезона с сентября по май Исполнитель несет материальную ответственность за некорректную работу комплектующих теплосчетчиков, признанных пригодными к эксплуатации по результатам поверки, при их первичном запуске с использованием теплоносителя.</w:t>
      </w:r>
    </w:p>
    <w:p w:rsidR="00A67007" w:rsidRPr="00843FF1" w:rsidRDefault="00A67007" w:rsidP="00A67007">
      <w:pPr>
        <w:spacing w:after="0" w:line="240" w:lineRule="auto"/>
        <w:ind w:firstLine="360"/>
        <w:rPr>
          <w:rFonts w:eastAsia="Times New Roman" w:cs="Times New Roman"/>
          <w:szCs w:val="28"/>
          <w:lang w:val="ru-RU"/>
        </w:rPr>
      </w:pPr>
      <w:r w:rsidRPr="00843FF1">
        <w:rPr>
          <w:rFonts w:eastAsia="Times New Roman" w:cs="Times New Roman"/>
          <w:b/>
          <w:bCs/>
          <w:szCs w:val="28"/>
          <w:lang w:val="ru-RU"/>
        </w:rPr>
        <w:t>Результат оказания услуги:</w:t>
      </w:r>
    </w:p>
    <w:p w:rsidR="00A67007" w:rsidRPr="00843FF1" w:rsidRDefault="00A67007" w:rsidP="00A67007">
      <w:pPr>
        <w:numPr>
          <w:ilvl w:val="0"/>
          <w:numId w:val="16"/>
        </w:numPr>
        <w:spacing w:after="0" w:line="240" w:lineRule="auto"/>
        <w:rPr>
          <w:rFonts w:eastAsia="Times New Roman" w:cs="Times New Roman"/>
          <w:szCs w:val="28"/>
          <w:lang w:val="ru-RU"/>
        </w:rPr>
      </w:pPr>
      <w:r w:rsidRPr="00843FF1">
        <w:rPr>
          <w:rFonts w:eastAsia="Times New Roman" w:cs="Times New Roman"/>
          <w:szCs w:val="28"/>
          <w:lang w:val="ru-RU"/>
        </w:rPr>
        <w:t>свидетельство/сертификат о поверке либо иной соответствующий документ, предусмотренный законодательством Республики Казахстан;</w:t>
      </w:r>
    </w:p>
    <w:p w:rsidR="00A67007" w:rsidRPr="00843FF1" w:rsidRDefault="00A67007" w:rsidP="00A67007">
      <w:pPr>
        <w:numPr>
          <w:ilvl w:val="0"/>
          <w:numId w:val="16"/>
        </w:numPr>
        <w:spacing w:after="0" w:line="240" w:lineRule="auto"/>
        <w:rPr>
          <w:rFonts w:eastAsia="Times New Roman" w:cs="Times New Roman"/>
          <w:szCs w:val="28"/>
          <w:lang w:val="ru-RU"/>
        </w:rPr>
      </w:pPr>
      <w:r w:rsidRPr="00843FF1">
        <w:rPr>
          <w:rFonts w:eastAsia="Times New Roman" w:cs="Times New Roman"/>
          <w:szCs w:val="28"/>
          <w:lang w:val="ru-RU"/>
        </w:rPr>
        <w:t>при необходимости — протокол поверки;</w:t>
      </w:r>
    </w:p>
    <w:p w:rsidR="00A67007" w:rsidRPr="00843FF1" w:rsidRDefault="00A67007" w:rsidP="00A67007">
      <w:pPr>
        <w:numPr>
          <w:ilvl w:val="0"/>
          <w:numId w:val="16"/>
        </w:numPr>
        <w:spacing w:after="0" w:line="240" w:lineRule="auto"/>
        <w:rPr>
          <w:rFonts w:eastAsia="Times New Roman" w:cs="Times New Roman"/>
          <w:szCs w:val="28"/>
          <w:lang w:val="ru-RU"/>
        </w:rPr>
      </w:pPr>
      <w:r w:rsidRPr="00843FF1">
        <w:rPr>
          <w:rFonts w:eastAsia="Times New Roman" w:cs="Times New Roman"/>
          <w:szCs w:val="28"/>
          <w:lang w:val="ru-RU"/>
        </w:rPr>
        <w:t>нанесение знака поверки/идентификационного знака в случае его применения;</w:t>
      </w:r>
    </w:p>
    <w:p w:rsidR="00A67007" w:rsidRPr="00843FF1" w:rsidRDefault="00A67007" w:rsidP="00A67007">
      <w:pPr>
        <w:numPr>
          <w:ilvl w:val="0"/>
          <w:numId w:val="16"/>
        </w:numPr>
        <w:spacing w:after="0" w:line="240" w:lineRule="auto"/>
        <w:rPr>
          <w:rFonts w:eastAsia="Times New Roman" w:cs="Times New Roman"/>
          <w:szCs w:val="28"/>
          <w:lang w:val="ru-RU"/>
        </w:rPr>
      </w:pPr>
      <w:r w:rsidRPr="00843FF1">
        <w:rPr>
          <w:rFonts w:eastAsia="Times New Roman" w:cs="Times New Roman"/>
          <w:szCs w:val="28"/>
          <w:lang w:val="ru-RU"/>
        </w:rPr>
        <w:t>заключение о пригодности теплосчётчика к дальнейшей эксплуатации.</w:t>
      </w:r>
    </w:p>
    <w:p w:rsidR="00A67007" w:rsidRPr="00843FF1" w:rsidRDefault="00A67007" w:rsidP="00843FF1">
      <w:pPr>
        <w:spacing w:after="0" w:line="240" w:lineRule="auto"/>
        <w:ind w:left="360"/>
        <w:rPr>
          <w:rFonts w:eastAsia="Times New Roman" w:cs="Times New Roman"/>
          <w:szCs w:val="28"/>
          <w:lang w:val="ru-RU"/>
        </w:rPr>
      </w:pPr>
      <w:r w:rsidRPr="00843FF1">
        <w:rPr>
          <w:rFonts w:eastAsia="Times New Roman" w:cs="Times New Roman"/>
          <w:b/>
          <w:bCs/>
          <w:szCs w:val="28"/>
          <w:lang w:val="ru-RU"/>
        </w:rPr>
        <w:t>Гарантия:</w:t>
      </w:r>
    </w:p>
    <w:p w:rsidR="00A67007" w:rsidRDefault="00A67007" w:rsidP="005377A6">
      <w:pPr>
        <w:spacing w:after="0" w:line="240" w:lineRule="auto"/>
        <w:ind w:firstLine="360"/>
        <w:rPr>
          <w:rFonts w:eastAsia="Times New Roman" w:cs="Times New Roman"/>
          <w:szCs w:val="28"/>
        </w:rPr>
      </w:pPr>
      <w:r w:rsidRPr="00843FF1">
        <w:rPr>
          <w:rFonts w:eastAsia="Times New Roman" w:cs="Times New Roman"/>
          <w:szCs w:val="28"/>
          <w:lang w:val="ru-RU"/>
        </w:rPr>
        <w:t>Исполнитель гарантирует достоверность результатов поверки и соответствие оформленных документов требованиям законодательства Республики Казахстан.</w:t>
      </w:r>
      <w:r w:rsidR="00843FF1">
        <w:rPr>
          <w:rFonts w:eastAsia="Times New Roman" w:cs="Times New Roman"/>
          <w:szCs w:val="28"/>
          <w:lang w:val="ru-RU"/>
        </w:rPr>
        <w:t xml:space="preserve"> </w:t>
      </w:r>
      <w:r w:rsidR="005377A6">
        <w:rPr>
          <w:rFonts w:eastAsia="Times New Roman" w:cs="Times New Roman"/>
          <w:szCs w:val="28"/>
          <w:lang w:val="ru-RU"/>
        </w:rPr>
        <w:t>Гарантия н</w:t>
      </w:r>
      <w:r w:rsidR="00843FF1">
        <w:rPr>
          <w:rFonts w:eastAsia="Times New Roman" w:cs="Times New Roman"/>
          <w:szCs w:val="28"/>
          <w:lang w:val="ru-RU"/>
        </w:rPr>
        <w:t>а выполненные работы 12 месяцев со дня подписания акта о выполненных работах.</w:t>
      </w:r>
    </w:p>
    <w:p w:rsidR="00F7145E" w:rsidRPr="00835F3F" w:rsidRDefault="00F7145E" w:rsidP="00F7145E">
      <w:pPr>
        <w:spacing w:after="0" w:line="240" w:lineRule="auto"/>
        <w:rPr>
          <w:rFonts w:eastAsia="Times New Roman" w:cs="Times New Roman"/>
          <w:szCs w:val="28"/>
          <w:lang w:val="ru-RU"/>
        </w:rPr>
      </w:pPr>
      <w:r w:rsidRPr="00835F3F">
        <w:rPr>
          <w:rFonts w:eastAsia="Times New Roman" w:cs="Times New Roman"/>
          <w:b/>
          <w:szCs w:val="28"/>
          <w:lang w:val="ru-RU"/>
        </w:rPr>
        <w:t xml:space="preserve">    Срок оказания услуг:</w:t>
      </w:r>
      <w:r>
        <w:rPr>
          <w:rFonts w:eastAsia="Times New Roman" w:cs="Times New Roman"/>
          <w:szCs w:val="28"/>
          <w:lang w:val="ru-RU"/>
        </w:rPr>
        <w:t xml:space="preserve"> 16 календарных дней со дня регистрации договора в органах Казначейства.</w:t>
      </w:r>
    </w:p>
    <w:p w:rsidR="004E0C9A" w:rsidRPr="00843FF1" w:rsidRDefault="00F7145E" w:rsidP="00F7145E">
      <w:pPr>
        <w:spacing w:after="0" w:line="240" w:lineRule="auto"/>
        <w:ind w:firstLine="360"/>
        <w:rPr>
          <w:rFonts w:cs="Times New Roman"/>
          <w:b/>
          <w:szCs w:val="28"/>
          <w:lang w:val="ru-RU"/>
        </w:rPr>
      </w:pPr>
      <w:r>
        <w:rPr>
          <w:rFonts w:eastAsia="Times New Roman" w:cs="Times New Roman"/>
          <w:b/>
          <w:bCs/>
          <w:szCs w:val="28"/>
          <w:lang w:val="ru-RU"/>
        </w:rPr>
        <w:t>Место выполнения работ</w:t>
      </w:r>
      <w:r w:rsidRPr="00843FF1">
        <w:rPr>
          <w:rFonts w:eastAsia="Times New Roman" w:cs="Times New Roman"/>
          <w:b/>
          <w:bCs/>
          <w:szCs w:val="28"/>
          <w:lang w:val="ru-RU"/>
        </w:rPr>
        <w:t>:</w:t>
      </w:r>
      <w:r w:rsidRPr="00F7145E">
        <w:rPr>
          <w:rFonts w:eastAsia="Times New Roman" w:cs="Times New Roman"/>
          <w:b/>
          <w:bCs/>
          <w:szCs w:val="28"/>
          <w:lang w:val="ru-RU"/>
        </w:rPr>
        <w:t xml:space="preserve"> </w:t>
      </w:r>
      <w:r>
        <w:rPr>
          <w:rFonts w:eastAsia="Times New Roman" w:cs="Times New Roman"/>
          <w:szCs w:val="28"/>
          <w:lang w:val="ru-RU"/>
        </w:rPr>
        <w:t xml:space="preserve">г. </w:t>
      </w:r>
      <w:proofErr w:type="spellStart"/>
      <w:r>
        <w:rPr>
          <w:rFonts w:eastAsia="Times New Roman" w:cs="Times New Roman"/>
          <w:szCs w:val="28"/>
          <w:lang w:val="ru-RU"/>
        </w:rPr>
        <w:t>Костаная</w:t>
      </w:r>
      <w:proofErr w:type="spellEnd"/>
      <w:r>
        <w:rPr>
          <w:rFonts w:eastAsia="Times New Roman" w:cs="Times New Roman"/>
          <w:szCs w:val="28"/>
          <w:lang w:val="ru-RU"/>
        </w:rPr>
        <w:t>, проспект</w:t>
      </w:r>
      <w:r w:rsidRPr="00843FF1">
        <w:rPr>
          <w:rFonts w:eastAsia="Times New Roman" w:cs="Times New Roman"/>
          <w:szCs w:val="28"/>
          <w:lang w:val="ru-RU"/>
        </w:rPr>
        <w:t xml:space="preserve"> </w:t>
      </w:r>
      <w:proofErr w:type="spellStart"/>
      <w:r w:rsidRPr="00843FF1">
        <w:rPr>
          <w:rFonts w:eastAsia="Times New Roman" w:cs="Times New Roman"/>
          <w:szCs w:val="28"/>
          <w:lang w:val="ru-RU"/>
        </w:rPr>
        <w:t>Кобыланды</w:t>
      </w:r>
      <w:proofErr w:type="spellEnd"/>
      <w:r w:rsidRPr="00843FF1">
        <w:rPr>
          <w:rFonts w:eastAsia="Times New Roman" w:cs="Times New Roman"/>
          <w:szCs w:val="28"/>
          <w:lang w:val="ru-RU"/>
        </w:rPr>
        <w:t xml:space="preserve"> батыра, 19;</w:t>
      </w:r>
      <w:r w:rsidRPr="00843FF1">
        <w:rPr>
          <w:rFonts w:eastAsia="Times New Roman" w:cs="Times New Roman"/>
          <w:szCs w:val="28"/>
          <w:lang w:val="ru-RU"/>
        </w:rPr>
        <w:br/>
      </w:r>
    </w:p>
    <w:p w:rsidR="00A67007" w:rsidRPr="00843FF1" w:rsidRDefault="00A67007" w:rsidP="00A67007">
      <w:pPr>
        <w:spacing w:after="0" w:line="240" w:lineRule="auto"/>
        <w:rPr>
          <w:rFonts w:cs="Times New Roman"/>
          <w:b/>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F7145E" w:rsidRDefault="00F7145E" w:rsidP="00F7145E">
      <w:pPr>
        <w:pStyle w:val="a9"/>
        <w:ind w:left="4962"/>
        <w:rPr>
          <w:rFonts w:ascii="Times New Roman" w:eastAsia="Times New Roman" w:hAnsi="Times New Roman" w:cs="Times New Roman"/>
          <w:b/>
          <w:sz w:val="28"/>
          <w:szCs w:val="28"/>
          <w:lang w:val="ru-RU"/>
        </w:rPr>
      </w:pPr>
    </w:p>
    <w:p w:rsidR="00F7145E" w:rsidRPr="00C800CF" w:rsidRDefault="00F7145E" w:rsidP="00F7145E">
      <w:pPr>
        <w:spacing w:after="0" w:line="240" w:lineRule="auto"/>
        <w:rPr>
          <w:rFonts w:cs="Times New Roman"/>
          <w:szCs w:val="28"/>
          <w:lang w:val="kk-KZ"/>
        </w:rPr>
      </w:pPr>
    </w:p>
    <w:p w:rsidR="00F7145E" w:rsidRPr="00C800CF" w:rsidRDefault="00F7145E" w:rsidP="00F7145E">
      <w:pPr>
        <w:spacing w:after="0" w:line="240" w:lineRule="auto"/>
        <w:ind w:left="708"/>
        <w:jc w:val="center"/>
        <w:rPr>
          <w:rFonts w:eastAsia="Times New Roman" w:cs="Times New Roman"/>
          <w:szCs w:val="28"/>
          <w:lang w:val="kk-KZ"/>
        </w:rPr>
      </w:pPr>
      <w:bookmarkStart w:id="0" w:name="_Hlk240380873"/>
      <w:r w:rsidRPr="00C800CF">
        <w:rPr>
          <w:rFonts w:cs="Times New Roman"/>
          <w:b/>
          <w:szCs w:val="28"/>
          <w:lang w:val="kk-KZ"/>
        </w:rPr>
        <w:lastRenderedPageBreak/>
        <w:t>«</w:t>
      </w:r>
      <w:bookmarkEnd w:id="0"/>
      <w:r w:rsidRPr="00C800CF">
        <w:rPr>
          <w:rFonts w:cs="Times New Roman"/>
          <w:b/>
          <w:szCs w:val="28"/>
          <w:lang w:val="kk-KZ"/>
        </w:rPr>
        <w:t xml:space="preserve">Қазақстан Республикасы ТЖМ Қостанай облысының ТЖД» ММ </w:t>
      </w:r>
      <w:r w:rsidRPr="00C800CF">
        <w:rPr>
          <w:rFonts w:eastAsia="Times New Roman" w:cs="Times New Roman"/>
          <w:b/>
          <w:bCs/>
          <w:szCs w:val="28"/>
          <w:lang w:val="kk-KZ"/>
        </w:rPr>
        <w:t>Костанай қ. ТЖБ 1-МӨСБ жылу есептегішін салыстырып тексеруге арналған техникалық ерекшелік</w:t>
      </w:r>
    </w:p>
    <w:p w:rsidR="00F7145E" w:rsidRPr="00C800CF" w:rsidRDefault="00F7145E" w:rsidP="00F7145E">
      <w:pPr>
        <w:spacing w:after="0" w:line="240" w:lineRule="auto"/>
        <w:rPr>
          <w:rFonts w:eastAsia="Times New Roman" w:cs="Times New Roman"/>
          <w:b/>
          <w:bCs/>
          <w:szCs w:val="28"/>
          <w:lang w:val="kk-KZ"/>
        </w:rPr>
      </w:pPr>
    </w:p>
    <w:p w:rsidR="00F7145E" w:rsidRPr="00C800CF" w:rsidRDefault="00F7145E" w:rsidP="00F7145E">
      <w:pPr>
        <w:spacing w:after="0" w:line="240" w:lineRule="auto"/>
        <w:ind w:firstLine="708"/>
        <w:rPr>
          <w:rFonts w:eastAsia="Times New Roman" w:cs="Times New Roman"/>
          <w:szCs w:val="28"/>
          <w:lang w:val="kk-KZ"/>
        </w:rPr>
      </w:pPr>
      <w:r w:rsidRPr="00C800CF">
        <w:rPr>
          <w:rFonts w:eastAsia="Times New Roman" w:cs="Times New Roman"/>
          <w:b/>
          <w:bCs/>
          <w:szCs w:val="28"/>
          <w:lang w:val="kk-KZ"/>
        </w:rPr>
        <w:t>Қызмет атауы:</w:t>
      </w:r>
      <w:r w:rsidRPr="00C800CF">
        <w:rPr>
          <w:rFonts w:eastAsia="Times New Roman" w:cs="Times New Roman"/>
          <w:szCs w:val="28"/>
          <w:lang w:val="kk-KZ"/>
        </w:rPr>
        <w:t xml:space="preserve"> ЭМИР-ПРАМЕР Ду50 жылу есептегішін толық жиынтықта салыстырып тексеру.</w:t>
      </w:r>
    </w:p>
    <w:p w:rsidR="00F7145E" w:rsidRPr="00C800CF" w:rsidRDefault="00F7145E" w:rsidP="00F7145E">
      <w:pPr>
        <w:spacing w:after="0" w:line="240" w:lineRule="auto"/>
        <w:ind w:firstLine="708"/>
        <w:rPr>
          <w:rFonts w:eastAsia="Times New Roman" w:cs="Times New Roman"/>
          <w:szCs w:val="28"/>
          <w:lang w:val="kk-KZ"/>
        </w:rPr>
      </w:pPr>
      <w:r w:rsidRPr="00C800CF">
        <w:rPr>
          <w:rFonts w:eastAsia="Times New Roman" w:cs="Times New Roman"/>
          <w:b/>
          <w:bCs/>
          <w:szCs w:val="28"/>
          <w:lang w:val="kk-KZ"/>
        </w:rPr>
        <w:t>Саны:</w:t>
      </w:r>
      <w:r w:rsidRPr="00C800CF">
        <w:rPr>
          <w:rFonts w:eastAsia="Times New Roman" w:cs="Times New Roman"/>
          <w:szCs w:val="28"/>
          <w:lang w:val="kk-KZ"/>
        </w:rPr>
        <w:t xml:space="preserve"> 1 жиынтық.</w:t>
      </w:r>
    </w:p>
    <w:p w:rsidR="00F7145E" w:rsidRPr="00C800CF" w:rsidRDefault="00F7145E" w:rsidP="00F7145E">
      <w:pPr>
        <w:spacing w:after="0" w:line="240" w:lineRule="auto"/>
        <w:ind w:firstLine="360"/>
        <w:rPr>
          <w:rFonts w:eastAsia="Times New Roman" w:cs="Times New Roman"/>
          <w:szCs w:val="28"/>
          <w:lang w:val="kk-KZ"/>
        </w:rPr>
      </w:pPr>
      <w:r w:rsidRPr="00C800CF">
        <w:rPr>
          <w:rFonts w:eastAsia="Times New Roman" w:cs="Times New Roman"/>
          <w:b/>
          <w:bCs/>
          <w:szCs w:val="28"/>
          <w:lang w:val="kk-KZ"/>
        </w:rPr>
        <w:t>Бір жиынтықтың құрамы:</w:t>
      </w:r>
    </w:p>
    <w:p w:rsidR="00F7145E" w:rsidRPr="00F7145E" w:rsidRDefault="00F7145E" w:rsidP="00F7145E">
      <w:pPr>
        <w:numPr>
          <w:ilvl w:val="0"/>
          <w:numId w:val="17"/>
        </w:numPr>
        <w:spacing w:after="0" w:line="240" w:lineRule="auto"/>
        <w:rPr>
          <w:rFonts w:eastAsia="Times New Roman" w:cs="Times New Roman"/>
          <w:szCs w:val="28"/>
          <w:lang w:val="ru-RU"/>
        </w:rPr>
      </w:pPr>
      <w:r w:rsidRPr="00F7145E">
        <w:rPr>
          <w:rFonts w:eastAsia="Times New Roman" w:cs="Times New Roman"/>
          <w:szCs w:val="28"/>
          <w:lang w:val="ru-RU"/>
        </w:rPr>
        <w:t xml:space="preserve">ЭМИР-ПРАМЕР </w:t>
      </w:r>
      <w:proofErr w:type="spellStart"/>
      <w:r w:rsidRPr="00F7145E">
        <w:rPr>
          <w:rFonts w:eastAsia="Times New Roman" w:cs="Times New Roman"/>
          <w:szCs w:val="28"/>
          <w:lang w:val="ru-RU"/>
        </w:rPr>
        <w:t>жылу</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есептеуіш</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құрылғысы</w:t>
      </w:r>
      <w:proofErr w:type="spellEnd"/>
      <w:r w:rsidRPr="00F7145E">
        <w:rPr>
          <w:rFonts w:eastAsia="Times New Roman" w:cs="Times New Roman"/>
          <w:szCs w:val="28"/>
          <w:lang w:val="ru-RU"/>
        </w:rPr>
        <w:t xml:space="preserve"> — 1 </w:t>
      </w:r>
      <w:proofErr w:type="gramStart"/>
      <w:r w:rsidRPr="00F7145E">
        <w:rPr>
          <w:rFonts w:eastAsia="Times New Roman" w:cs="Times New Roman"/>
          <w:szCs w:val="28"/>
          <w:lang w:val="ru-RU"/>
        </w:rPr>
        <w:t>дана</w:t>
      </w:r>
      <w:proofErr w:type="gramEnd"/>
      <w:r w:rsidRPr="00F7145E">
        <w:rPr>
          <w:rFonts w:eastAsia="Times New Roman" w:cs="Times New Roman"/>
          <w:szCs w:val="28"/>
          <w:lang w:val="ru-RU"/>
        </w:rPr>
        <w:t>;</w:t>
      </w:r>
    </w:p>
    <w:p w:rsidR="00F7145E" w:rsidRPr="00C800CF" w:rsidRDefault="00F7145E" w:rsidP="00F7145E">
      <w:pPr>
        <w:numPr>
          <w:ilvl w:val="0"/>
          <w:numId w:val="17"/>
        </w:numPr>
        <w:spacing w:after="0" w:line="240" w:lineRule="auto"/>
        <w:rPr>
          <w:rFonts w:eastAsia="Times New Roman" w:cs="Times New Roman"/>
          <w:szCs w:val="28"/>
        </w:rPr>
      </w:pPr>
      <w:r w:rsidRPr="00C800CF">
        <w:rPr>
          <w:rFonts w:eastAsia="Times New Roman" w:cs="Times New Roman"/>
          <w:szCs w:val="28"/>
        </w:rPr>
        <w:t xml:space="preserve">Ду50 </w:t>
      </w:r>
      <w:proofErr w:type="spellStart"/>
      <w:r w:rsidRPr="00C800CF">
        <w:rPr>
          <w:rFonts w:eastAsia="Times New Roman" w:cs="Times New Roman"/>
          <w:szCs w:val="28"/>
        </w:rPr>
        <w:t>шығын</w:t>
      </w:r>
      <w:proofErr w:type="spellEnd"/>
      <w:r w:rsidRPr="00C800CF">
        <w:rPr>
          <w:rFonts w:eastAsia="Times New Roman" w:cs="Times New Roman"/>
          <w:szCs w:val="28"/>
        </w:rPr>
        <w:t xml:space="preserve"> </w:t>
      </w:r>
      <w:proofErr w:type="spellStart"/>
      <w:r w:rsidRPr="00C800CF">
        <w:rPr>
          <w:rFonts w:eastAsia="Times New Roman" w:cs="Times New Roman"/>
          <w:szCs w:val="28"/>
        </w:rPr>
        <w:t>түрлендіргіштері</w:t>
      </w:r>
      <w:proofErr w:type="spellEnd"/>
      <w:r w:rsidRPr="00C800CF">
        <w:rPr>
          <w:rFonts w:eastAsia="Times New Roman" w:cs="Times New Roman"/>
          <w:szCs w:val="28"/>
        </w:rPr>
        <w:t xml:space="preserve"> - 2 </w:t>
      </w:r>
      <w:proofErr w:type="spellStart"/>
      <w:r w:rsidRPr="00C800CF">
        <w:rPr>
          <w:rFonts w:eastAsia="Times New Roman" w:cs="Times New Roman"/>
          <w:szCs w:val="28"/>
        </w:rPr>
        <w:t>дана</w:t>
      </w:r>
      <w:proofErr w:type="spellEnd"/>
      <w:r w:rsidRPr="00C800CF">
        <w:rPr>
          <w:rFonts w:eastAsia="Times New Roman" w:cs="Times New Roman"/>
          <w:szCs w:val="28"/>
        </w:rPr>
        <w:t>;</w:t>
      </w:r>
    </w:p>
    <w:p w:rsidR="00F7145E" w:rsidRPr="00C800CF" w:rsidRDefault="00F7145E" w:rsidP="00F7145E">
      <w:pPr>
        <w:numPr>
          <w:ilvl w:val="0"/>
          <w:numId w:val="17"/>
        </w:numPr>
        <w:spacing w:after="0" w:line="240" w:lineRule="auto"/>
        <w:rPr>
          <w:rFonts w:eastAsia="Times New Roman" w:cs="Times New Roman"/>
          <w:szCs w:val="28"/>
        </w:rPr>
      </w:pPr>
      <w:proofErr w:type="spellStart"/>
      <w:r w:rsidRPr="00C800CF">
        <w:rPr>
          <w:rFonts w:eastAsia="Times New Roman" w:cs="Times New Roman"/>
          <w:szCs w:val="28"/>
        </w:rPr>
        <w:t>кедергі</w:t>
      </w:r>
      <w:proofErr w:type="spellEnd"/>
      <w:r w:rsidRPr="00C800CF">
        <w:rPr>
          <w:rFonts w:eastAsia="Times New Roman" w:cs="Times New Roman"/>
          <w:szCs w:val="28"/>
        </w:rPr>
        <w:t xml:space="preserve"> </w:t>
      </w:r>
      <w:proofErr w:type="spellStart"/>
      <w:r w:rsidRPr="00C800CF">
        <w:rPr>
          <w:rFonts w:eastAsia="Times New Roman" w:cs="Times New Roman"/>
          <w:szCs w:val="28"/>
        </w:rPr>
        <w:t>термотүрлендіргіштері</w:t>
      </w:r>
      <w:proofErr w:type="spellEnd"/>
      <w:r w:rsidRPr="00C800CF">
        <w:rPr>
          <w:rFonts w:eastAsia="Times New Roman" w:cs="Times New Roman"/>
          <w:szCs w:val="28"/>
        </w:rPr>
        <w:t xml:space="preserve"> - 2 </w:t>
      </w:r>
      <w:proofErr w:type="spellStart"/>
      <w:r w:rsidRPr="00C800CF">
        <w:rPr>
          <w:rFonts w:eastAsia="Times New Roman" w:cs="Times New Roman"/>
          <w:szCs w:val="28"/>
        </w:rPr>
        <w:t>дана</w:t>
      </w:r>
      <w:proofErr w:type="spellEnd"/>
      <w:r w:rsidRPr="00C800CF">
        <w:rPr>
          <w:rFonts w:eastAsia="Times New Roman" w:cs="Times New Roman"/>
          <w:szCs w:val="28"/>
        </w:rPr>
        <w:t>;</w:t>
      </w:r>
    </w:p>
    <w:p w:rsidR="00F7145E" w:rsidRPr="00C800CF" w:rsidRDefault="00F7145E" w:rsidP="00F7145E">
      <w:pPr>
        <w:numPr>
          <w:ilvl w:val="0"/>
          <w:numId w:val="17"/>
        </w:numPr>
        <w:spacing w:after="0" w:line="240" w:lineRule="auto"/>
        <w:rPr>
          <w:rFonts w:eastAsia="Times New Roman" w:cs="Times New Roman"/>
          <w:szCs w:val="28"/>
        </w:rPr>
      </w:pPr>
      <w:proofErr w:type="spellStart"/>
      <w:proofErr w:type="gramStart"/>
      <w:r w:rsidRPr="00C800CF">
        <w:rPr>
          <w:rFonts w:eastAsia="Times New Roman" w:cs="Times New Roman"/>
          <w:szCs w:val="28"/>
        </w:rPr>
        <w:t>жылу</w:t>
      </w:r>
      <w:proofErr w:type="spellEnd"/>
      <w:proofErr w:type="gramEnd"/>
      <w:r w:rsidRPr="00C800CF">
        <w:rPr>
          <w:rFonts w:eastAsia="Times New Roman" w:cs="Times New Roman"/>
          <w:szCs w:val="28"/>
        </w:rPr>
        <w:t xml:space="preserve"> </w:t>
      </w:r>
      <w:proofErr w:type="spellStart"/>
      <w:r w:rsidRPr="00C800CF">
        <w:rPr>
          <w:rFonts w:eastAsia="Times New Roman" w:cs="Times New Roman"/>
          <w:szCs w:val="28"/>
        </w:rPr>
        <w:t>есептегіштің</w:t>
      </w:r>
      <w:proofErr w:type="spellEnd"/>
      <w:r w:rsidRPr="00C800CF">
        <w:rPr>
          <w:rFonts w:eastAsia="Times New Roman" w:cs="Times New Roman"/>
          <w:szCs w:val="28"/>
        </w:rPr>
        <w:t xml:space="preserve"> </w:t>
      </w:r>
      <w:proofErr w:type="spellStart"/>
      <w:r w:rsidRPr="00C800CF">
        <w:rPr>
          <w:rFonts w:eastAsia="Times New Roman" w:cs="Times New Roman"/>
          <w:szCs w:val="28"/>
        </w:rPr>
        <w:t>паспорты</w:t>
      </w:r>
      <w:proofErr w:type="spellEnd"/>
      <w:r w:rsidRPr="00C800CF">
        <w:rPr>
          <w:rFonts w:eastAsia="Times New Roman" w:cs="Times New Roman"/>
          <w:szCs w:val="28"/>
        </w:rPr>
        <w:t xml:space="preserve"> </w:t>
      </w:r>
      <w:proofErr w:type="spellStart"/>
      <w:r w:rsidRPr="00C800CF">
        <w:rPr>
          <w:rFonts w:eastAsia="Times New Roman" w:cs="Times New Roman"/>
          <w:szCs w:val="28"/>
        </w:rPr>
        <w:t>мен</w:t>
      </w:r>
      <w:proofErr w:type="spellEnd"/>
      <w:r w:rsidRPr="00C800CF">
        <w:rPr>
          <w:rFonts w:eastAsia="Times New Roman" w:cs="Times New Roman"/>
          <w:szCs w:val="28"/>
        </w:rPr>
        <w:t xml:space="preserve"> </w:t>
      </w:r>
      <w:proofErr w:type="spellStart"/>
      <w:r w:rsidRPr="00C800CF">
        <w:rPr>
          <w:rFonts w:eastAsia="Times New Roman" w:cs="Times New Roman"/>
          <w:szCs w:val="28"/>
        </w:rPr>
        <w:t>пайдалану</w:t>
      </w:r>
      <w:proofErr w:type="spellEnd"/>
      <w:r w:rsidRPr="00C800CF">
        <w:rPr>
          <w:rFonts w:eastAsia="Times New Roman" w:cs="Times New Roman"/>
          <w:szCs w:val="28"/>
        </w:rPr>
        <w:t xml:space="preserve"> </w:t>
      </w:r>
      <w:proofErr w:type="spellStart"/>
      <w:r w:rsidRPr="00C800CF">
        <w:rPr>
          <w:rFonts w:eastAsia="Times New Roman" w:cs="Times New Roman"/>
          <w:szCs w:val="28"/>
        </w:rPr>
        <w:t>құжаттамасына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сәйкес</w:t>
      </w:r>
      <w:proofErr w:type="spellEnd"/>
      <w:r w:rsidRPr="00C800CF">
        <w:rPr>
          <w:rFonts w:eastAsia="Times New Roman" w:cs="Times New Roman"/>
          <w:szCs w:val="28"/>
        </w:rPr>
        <w:t xml:space="preserve"> </w:t>
      </w:r>
      <w:proofErr w:type="spellStart"/>
      <w:r w:rsidRPr="00C800CF">
        <w:rPr>
          <w:rFonts w:eastAsia="Times New Roman" w:cs="Times New Roman"/>
          <w:szCs w:val="28"/>
        </w:rPr>
        <w:t>жиынтыққа</w:t>
      </w:r>
      <w:proofErr w:type="spellEnd"/>
      <w:r w:rsidRPr="00C800CF">
        <w:rPr>
          <w:rFonts w:eastAsia="Times New Roman" w:cs="Times New Roman"/>
          <w:szCs w:val="28"/>
        </w:rPr>
        <w:t xml:space="preserve"> </w:t>
      </w:r>
      <w:proofErr w:type="spellStart"/>
      <w:r w:rsidRPr="00C800CF">
        <w:rPr>
          <w:rFonts w:eastAsia="Times New Roman" w:cs="Times New Roman"/>
          <w:szCs w:val="28"/>
        </w:rPr>
        <w:t>кіретін</w:t>
      </w:r>
      <w:proofErr w:type="spellEnd"/>
      <w:r w:rsidRPr="00C800CF">
        <w:rPr>
          <w:rFonts w:eastAsia="Times New Roman" w:cs="Times New Roman"/>
          <w:szCs w:val="28"/>
        </w:rPr>
        <w:t xml:space="preserve"> </w:t>
      </w:r>
      <w:proofErr w:type="spellStart"/>
      <w:r w:rsidRPr="00C800CF">
        <w:rPr>
          <w:rFonts w:eastAsia="Times New Roman" w:cs="Times New Roman"/>
          <w:szCs w:val="28"/>
        </w:rPr>
        <w:t>басқа</w:t>
      </w:r>
      <w:proofErr w:type="spellEnd"/>
      <w:r w:rsidRPr="00C800CF">
        <w:rPr>
          <w:rFonts w:eastAsia="Times New Roman" w:cs="Times New Roman"/>
          <w:szCs w:val="28"/>
        </w:rPr>
        <w:t xml:space="preserve"> </w:t>
      </w:r>
      <w:proofErr w:type="spellStart"/>
      <w:r w:rsidRPr="00C800CF">
        <w:rPr>
          <w:rFonts w:eastAsia="Times New Roman" w:cs="Times New Roman"/>
          <w:szCs w:val="28"/>
        </w:rPr>
        <w:t>да</w:t>
      </w:r>
      <w:proofErr w:type="spellEnd"/>
      <w:r w:rsidRPr="00C800CF">
        <w:rPr>
          <w:rFonts w:eastAsia="Times New Roman" w:cs="Times New Roman"/>
          <w:szCs w:val="28"/>
        </w:rPr>
        <w:t xml:space="preserve"> </w:t>
      </w:r>
      <w:proofErr w:type="spellStart"/>
      <w:r w:rsidRPr="00C800CF">
        <w:rPr>
          <w:rFonts w:eastAsia="Times New Roman" w:cs="Times New Roman"/>
          <w:szCs w:val="28"/>
        </w:rPr>
        <w:t>құрамдас</w:t>
      </w:r>
      <w:proofErr w:type="spellEnd"/>
      <w:r w:rsidRPr="00C800CF">
        <w:rPr>
          <w:rFonts w:eastAsia="Times New Roman" w:cs="Times New Roman"/>
          <w:szCs w:val="28"/>
        </w:rPr>
        <w:t xml:space="preserve"> </w:t>
      </w:r>
      <w:proofErr w:type="spellStart"/>
      <w:r w:rsidRPr="00C800CF">
        <w:rPr>
          <w:rFonts w:eastAsia="Times New Roman" w:cs="Times New Roman"/>
          <w:szCs w:val="28"/>
        </w:rPr>
        <w:t>бөліктер</w:t>
      </w:r>
      <w:proofErr w:type="spellEnd"/>
      <w:r w:rsidRPr="00C800CF">
        <w:rPr>
          <w:rFonts w:eastAsia="Times New Roman" w:cs="Times New Roman"/>
          <w:szCs w:val="28"/>
        </w:rPr>
        <w:t>.</w:t>
      </w:r>
    </w:p>
    <w:p w:rsidR="00F7145E" w:rsidRPr="00C800CF" w:rsidRDefault="00F7145E" w:rsidP="00F7145E">
      <w:pPr>
        <w:spacing w:after="0" w:line="240" w:lineRule="auto"/>
        <w:rPr>
          <w:rFonts w:eastAsia="Times New Roman" w:cs="Times New Roman"/>
          <w:szCs w:val="28"/>
        </w:rPr>
      </w:pPr>
      <w:proofErr w:type="spellStart"/>
      <w:r w:rsidRPr="00C800CF">
        <w:rPr>
          <w:rFonts w:eastAsia="Times New Roman" w:cs="Times New Roman"/>
          <w:b/>
          <w:bCs/>
          <w:szCs w:val="28"/>
        </w:rPr>
        <w:t>Жұмыстарды</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орындауға</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қойылатын</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талаптар</w:t>
      </w:r>
      <w:proofErr w:type="spellEnd"/>
      <w:r w:rsidRPr="00C800CF">
        <w:rPr>
          <w:rFonts w:eastAsia="Times New Roman" w:cs="Times New Roman"/>
          <w:b/>
          <w:bCs/>
          <w:szCs w:val="28"/>
        </w:rPr>
        <w:t>:</w:t>
      </w:r>
    </w:p>
    <w:p w:rsidR="00F7145E" w:rsidRPr="00C800CF" w:rsidRDefault="00F7145E" w:rsidP="00F7145E">
      <w:pPr>
        <w:numPr>
          <w:ilvl w:val="0"/>
          <w:numId w:val="18"/>
        </w:numPr>
        <w:spacing w:after="0" w:line="240" w:lineRule="auto"/>
        <w:rPr>
          <w:rFonts w:eastAsia="Times New Roman" w:cs="Times New Roman"/>
          <w:szCs w:val="28"/>
        </w:rPr>
      </w:pP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есептегіштің</w:t>
      </w:r>
      <w:proofErr w:type="spellEnd"/>
      <w:r w:rsidRPr="00C800CF">
        <w:rPr>
          <w:rFonts w:eastAsia="Times New Roman" w:cs="Times New Roman"/>
          <w:szCs w:val="28"/>
        </w:rPr>
        <w:t xml:space="preserve"> </w:t>
      </w:r>
      <w:proofErr w:type="spellStart"/>
      <w:r w:rsidRPr="00C800CF">
        <w:rPr>
          <w:rFonts w:eastAsia="Times New Roman" w:cs="Times New Roman"/>
          <w:szCs w:val="28"/>
        </w:rPr>
        <w:t>толық</w:t>
      </w:r>
      <w:proofErr w:type="spellEnd"/>
      <w:r w:rsidRPr="00C800CF">
        <w:rPr>
          <w:rFonts w:eastAsia="Times New Roman" w:cs="Times New Roman"/>
          <w:szCs w:val="28"/>
        </w:rPr>
        <w:t xml:space="preserve"> </w:t>
      </w:r>
      <w:proofErr w:type="spellStart"/>
      <w:r w:rsidRPr="00C800CF">
        <w:rPr>
          <w:rFonts w:eastAsia="Times New Roman" w:cs="Times New Roman"/>
          <w:szCs w:val="28"/>
        </w:rPr>
        <w:t>жиынтығына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кіретін</w:t>
      </w:r>
      <w:proofErr w:type="spellEnd"/>
      <w:r w:rsidRPr="00C800CF">
        <w:rPr>
          <w:rFonts w:eastAsia="Times New Roman" w:cs="Times New Roman"/>
          <w:szCs w:val="28"/>
        </w:rPr>
        <w:t xml:space="preserve"> </w:t>
      </w:r>
      <w:proofErr w:type="spellStart"/>
      <w:r w:rsidRPr="00C800CF">
        <w:rPr>
          <w:rFonts w:eastAsia="Times New Roman" w:cs="Times New Roman"/>
          <w:szCs w:val="28"/>
        </w:rPr>
        <w:t>барлық</w:t>
      </w:r>
      <w:proofErr w:type="spellEnd"/>
      <w:r w:rsidRPr="00C800CF">
        <w:rPr>
          <w:rFonts w:eastAsia="Times New Roman" w:cs="Times New Roman"/>
          <w:szCs w:val="28"/>
        </w:rPr>
        <w:t xml:space="preserve"> </w:t>
      </w:r>
      <w:proofErr w:type="spellStart"/>
      <w:r w:rsidRPr="00C800CF">
        <w:rPr>
          <w:rFonts w:eastAsia="Times New Roman" w:cs="Times New Roman"/>
          <w:szCs w:val="28"/>
        </w:rPr>
        <w:t>өлшем</w:t>
      </w:r>
      <w:proofErr w:type="spellEnd"/>
      <w:r w:rsidRPr="00C800CF">
        <w:rPr>
          <w:rFonts w:eastAsia="Times New Roman" w:cs="Times New Roman"/>
          <w:szCs w:val="28"/>
        </w:rPr>
        <w:t xml:space="preserve"> </w:t>
      </w:r>
      <w:proofErr w:type="spellStart"/>
      <w:r w:rsidRPr="00C800CF">
        <w:rPr>
          <w:rFonts w:eastAsia="Times New Roman" w:cs="Times New Roman"/>
          <w:szCs w:val="28"/>
        </w:rPr>
        <w:t>құралдарын</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w:t>
      </w:r>
    </w:p>
    <w:p w:rsidR="00F7145E" w:rsidRPr="00C800CF" w:rsidRDefault="00F7145E" w:rsidP="00F7145E">
      <w:pPr>
        <w:numPr>
          <w:ilvl w:val="0"/>
          <w:numId w:val="18"/>
        </w:numPr>
        <w:spacing w:after="0" w:line="240" w:lineRule="auto"/>
        <w:rPr>
          <w:rFonts w:eastAsia="Times New Roman" w:cs="Times New Roman"/>
          <w:szCs w:val="28"/>
        </w:rPr>
      </w:pPr>
      <w:proofErr w:type="spellStart"/>
      <w:r w:rsidRPr="00C800CF">
        <w:rPr>
          <w:rFonts w:eastAsia="Times New Roman" w:cs="Times New Roman"/>
          <w:szCs w:val="28"/>
        </w:rPr>
        <w:t>Аспаптардың</w:t>
      </w:r>
      <w:proofErr w:type="spellEnd"/>
      <w:r w:rsidRPr="00C800CF">
        <w:rPr>
          <w:rFonts w:eastAsia="Times New Roman" w:cs="Times New Roman"/>
          <w:szCs w:val="28"/>
        </w:rPr>
        <w:t xml:space="preserve"> </w:t>
      </w:r>
      <w:proofErr w:type="spellStart"/>
      <w:r w:rsidRPr="00C800CF">
        <w:rPr>
          <w:rFonts w:eastAsia="Times New Roman" w:cs="Times New Roman"/>
          <w:szCs w:val="28"/>
        </w:rPr>
        <w:t>метрологиялық</w:t>
      </w:r>
      <w:proofErr w:type="spellEnd"/>
      <w:r w:rsidRPr="00C800CF">
        <w:rPr>
          <w:rFonts w:eastAsia="Times New Roman" w:cs="Times New Roman"/>
          <w:szCs w:val="28"/>
        </w:rPr>
        <w:t xml:space="preserve"> </w:t>
      </w:r>
      <w:proofErr w:type="spellStart"/>
      <w:r w:rsidRPr="00C800CF">
        <w:rPr>
          <w:rFonts w:eastAsia="Times New Roman" w:cs="Times New Roman"/>
          <w:szCs w:val="28"/>
        </w:rPr>
        <w:t>сипаттамаларын</w:t>
      </w:r>
      <w:proofErr w:type="spellEnd"/>
      <w:r w:rsidRPr="00C800CF">
        <w:rPr>
          <w:rFonts w:eastAsia="Times New Roman" w:cs="Times New Roman"/>
          <w:szCs w:val="28"/>
        </w:rPr>
        <w:t xml:space="preserve"> </w:t>
      </w:r>
      <w:proofErr w:type="spellStart"/>
      <w:r w:rsidRPr="00C800CF">
        <w:rPr>
          <w:rFonts w:eastAsia="Times New Roman" w:cs="Times New Roman"/>
          <w:szCs w:val="28"/>
        </w:rPr>
        <w:t>дайындаушының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нормативтік</w:t>
      </w:r>
      <w:proofErr w:type="spell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 xml:space="preserve"> </w:t>
      </w:r>
      <w:proofErr w:type="spellStart"/>
      <w:r w:rsidRPr="00C800CF">
        <w:rPr>
          <w:rFonts w:eastAsia="Times New Roman" w:cs="Times New Roman"/>
          <w:szCs w:val="28"/>
        </w:rPr>
        <w:t>пайдалану</w:t>
      </w:r>
      <w:proofErr w:type="spellEnd"/>
      <w:r w:rsidRPr="00C800CF">
        <w:rPr>
          <w:rFonts w:eastAsia="Times New Roman" w:cs="Times New Roman"/>
          <w:szCs w:val="28"/>
        </w:rPr>
        <w:t xml:space="preserve"> </w:t>
      </w:r>
      <w:proofErr w:type="spellStart"/>
      <w:r w:rsidRPr="00C800CF">
        <w:rPr>
          <w:rFonts w:eastAsia="Times New Roman" w:cs="Times New Roman"/>
          <w:szCs w:val="28"/>
        </w:rPr>
        <w:t>құжаттамасының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талаптарына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сәйкестігіне</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w:t>
      </w:r>
    </w:p>
    <w:p w:rsidR="00F7145E" w:rsidRPr="00C800CF" w:rsidRDefault="00F7145E" w:rsidP="00F7145E">
      <w:pPr>
        <w:numPr>
          <w:ilvl w:val="0"/>
          <w:numId w:val="18"/>
        </w:numPr>
        <w:spacing w:after="0" w:line="240" w:lineRule="auto"/>
        <w:rPr>
          <w:rFonts w:eastAsia="Times New Roman" w:cs="Times New Roman"/>
          <w:szCs w:val="28"/>
        </w:rPr>
      </w:pP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есептеуіш</w:t>
      </w:r>
      <w:proofErr w:type="spellEnd"/>
      <w:r w:rsidRPr="00C800CF">
        <w:rPr>
          <w:rFonts w:eastAsia="Times New Roman" w:cs="Times New Roman"/>
          <w:szCs w:val="28"/>
        </w:rPr>
        <w:t xml:space="preserve"> </w:t>
      </w:r>
      <w:proofErr w:type="spellStart"/>
      <w:r w:rsidRPr="00C800CF">
        <w:rPr>
          <w:rFonts w:eastAsia="Times New Roman" w:cs="Times New Roman"/>
          <w:szCs w:val="28"/>
        </w:rPr>
        <w:t>құрылғысының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шығын</w:t>
      </w:r>
      <w:proofErr w:type="spellEnd"/>
      <w:r w:rsidRPr="00C800CF">
        <w:rPr>
          <w:rFonts w:eastAsia="Times New Roman" w:cs="Times New Roman"/>
          <w:szCs w:val="28"/>
        </w:rPr>
        <w:t xml:space="preserve"> </w:t>
      </w:r>
      <w:proofErr w:type="spellStart"/>
      <w:r w:rsidRPr="00C800CF">
        <w:rPr>
          <w:rFonts w:eastAsia="Times New Roman" w:cs="Times New Roman"/>
          <w:szCs w:val="28"/>
        </w:rPr>
        <w:t>түрлендіргіштерінің</w:t>
      </w:r>
      <w:proofErr w:type="spell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 xml:space="preserve"> </w:t>
      </w:r>
      <w:proofErr w:type="spellStart"/>
      <w:r w:rsidRPr="00C800CF">
        <w:rPr>
          <w:rFonts w:eastAsia="Times New Roman" w:cs="Times New Roman"/>
          <w:szCs w:val="28"/>
        </w:rPr>
        <w:t>термотүрлендіргіштердің</w:t>
      </w:r>
      <w:proofErr w:type="spellEnd"/>
      <w:r w:rsidRPr="00C800CF">
        <w:rPr>
          <w:rFonts w:eastAsia="Times New Roman" w:cs="Times New Roman"/>
          <w:szCs w:val="28"/>
        </w:rPr>
        <w:t xml:space="preserve"> </w:t>
      </w:r>
      <w:proofErr w:type="spellStart"/>
      <w:r w:rsidRPr="00C800CF">
        <w:rPr>
          <w:rFonts w:eastAsia="Times New Roman" w:cs="Times New Roman"/>
          <w:szCs w:val="28"/>
        </w:rPr>
        <w:t>жарамдылығы</w:t>
      </w:r>
      <w:proofErr w:type="spellEnd"/>
      <w:r w:rsidRPr="00C800CF">
        <w:rPr>
          <w:rFonts w:eastAsia="Times New Roman" w:cs="Times New Roman"/>
          <w:szCs w:val="28"/>
        </w:rPr>
        <w:t xml:space="preserve"> </w:t>
      </w:r>
      <w:proofErr w:type="spellStart"/>
      <w:r w:rsidRPr="00C800CF">
        <w:rPr>
          <w:rFonts w:eastAsia="Times New Roman" w:cs="Times New Roman"/>
          <w:szCs w:val="28"/>
        </w:rPr>
        <w:t>мен</w:t>
      </w:r>
      <w:proofErr w:type="spellEnd"/>
      <w:r w:rsidRPr="00C800CF">
        <w:rPr>
          <w:rFonts w:eastAsia="Times New Roman" w:cs="Times New Roman"/>
          <w:szCs w:val="28"/>
        </w:rPr>
        <w:t xml:space="preserve"> </w:t>
      </w:r>
      <w:proofErr w:type="spellStart"/>
      <w:r w:rsidRPr="00C800CF">
        <w:rPr>
          <w:rFonts w:eastAsia="Times New Roman" w:cs="Times New Roman"/>
          <w:szCs w:val="28"/>
        </w:rPr>
        <w:t>жұмысқа</w:t>
      </w:r>
      <w:proofErr w:type="spellEnd"/>
      <w:r w:rsidRPr="00C800CF">
        <w:rPr>
          <w:rFonts w:eastAsia="Times New Roman" w:cs="Times New Roman"/>
          <w:szCs w:val="28"/>
        </w:rPr>
        <w:t xml:space="preserve"> </w:t>
      </w:r>
      <w:proofErr w:type="spellStart"/>
      <w:r w:rsidRPr="00C800CF">
        <w:rPr>
          <w:rFonts w:eastAsia="Times New Roman" w:cs="Times New Roman"/>
          <w:szCs w:val="28"/>
        </w:rPr>
        <w:t>қабілеттілігін</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w:t>
      </w:r>
    </w:p>
    <w:p w:rsidR="00F7145E" w:rsidRPr="00C800CF" w:rsidRDefault="00F7145E" w:rsidP="00F7145E">
      <w:pPr>
        <w:numPr>
          <w:ilvl w:val="0"/>
          <w:numId w:val="18"/>
        </w:numPr>
        <w:spacing w:after="0" w:line="240" w:lineRule="auto"/>
        <w:rPr>
          <w:rFonts w:eastAsia="Times New Roman" w:cs="Times New Roman"/>
          <w:szCs w:val="28"/>
        </w:rPr>
      </w:pPr>
      <w:proofErr w:type="spellStart"/>
      <w:r w:rsidRPr="00C800CF">
        <w:rPr>
          <w:rFonts w:eastAsia="Times New Roman" w:cs="Times New Roman"/>
          <w:szCs w:val="28"/>
        </w:rPr>
        <w:t>Жұмыстарды</w:t>
      </w:r>
      <w:proofErr w:type="spellEnd"/>
      <w:r w:rsidRPr="00C800CF">
        <w:rPr>
          <w:rFonts w:eastAsia="Times New Roman" w:cs="Times New Roman"/>
          <w:szCs w:val="28"/>
        </w:rPr>
        <w:t xml:space="preserve"> </w:t>
      </w:r>
      <w:proofErr w:type="spellStart"/>
      <w:r w:rsidRPr="00C800CF">
        <w:rPr>
          <w:rFonts w:eastAsia="Times New Roman" w:cs="Times New Roman"/>
          <w:szCs w:val="28"/>
        </w:rPr>
        <w:t>Қазақстан</w:t>
      </w:r>
      <w:proofErr w:type="spellEnd"/>
      <w:r w:rsidRPr="00C800CF">
        <w:rPr>
          <w:rFonts w:eastAsia="Times New Roman" w:cs="Times New Roman"/>
          <w:szCs w:val="28"/>
        </w:rPr>
        <w:t xml:space="preserve"> </w:t>
      </w:r>
      <w:proofErr w:type="spellStart"/>
      <w:r w:rsidRPr="00C800CF">
        <w:rPr>
          <w:rFonts w:eastAsia="Times New Roman" w:cs="Times New Roman"/>
          <w:szCs w:val="28"/>
        </w:rPr>
        <w:t>Республикасының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қолданыстағы</w:t>
      </w:r>
      <w:proofErr w:type="spellEnd"/>
      <w:r w:rsidRPr="00C800CF">
        <w:rPr>
          <w:rFonts w:eastAsia="Times New Roman" w:cs="Times New Roman"/>
          <w:szCs w:val="28"/>
        </w:rPr>
        <w:t xml:space="preserve"> </w:t>
      </w:r>
      <w:proofErr w:type="spellStart"/>
      <w:r w:rsidRPr="00C800CF">
        <w:rPr>
          <w:rFonts w:eastAsia="Times New Roman" w:cs="Times New Roman"/>
          <w:szCs w:val="28"/>
        </w:rPr>
        <w:t>нормативтік</w:t>
      </w:r>
      <w:proofErr w:type="spellEnd"/>
      <w:r w:rsidRPr="00C800CF">
        <w:rPr>
          <w:rFonts w:eastAsia="Times New Roman" w:cs="Times New Roman"/>
          <w:szCs w:val="28"/>
        </w:rPr>
        <w:t xml:space="preserve"> </w:t>
      </w:r>
      <w:proofErr w:type="spellStart"/>
      <w:r w:rsidRPr="00C800CF">
        <w:rPr>
          <w:rFonts w:eastAsia="Times New Roman" w:cs="Times New Roman"/>
          <w:szCs w:val="28"/>
        </w:rPr>
        <w:t>құжаттарына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 xml:space="preserve"> </w:t>
      </w:r>
      <w:proofErr w:type="spellStart"/>
      <w:r w:rsidRPr="00C800CF">
        <w:rPr>
          <w:rFonts w:eastAsia="Times New Roman" w:cs="Times New Roman"/>
          <w:szCs w:val="28"/>
        </w:rPr>
        <w:t>бекітілген</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әдістемесіне</w:t>
      </w:r>
      <w:proofErr w:type="spellEnd"/>
      <w:r w:rsidRPr="00C800CF">
        <w:rPr>
          <w:rFonts w:eastAsia="Times New Roman" w:cs="Times New Roman"/>
          <w:szCs w:val="28"/>
        </w:rPr>
        <w:t xml:space="preserve"> </w:t>
      </w:r>
      <w:proofErr w:type="spellStart"/>
      <w:r w:rsidRPr="00C800CF">
        <w:rPr>
          <w:rFonts w:eastAsia="Times New Roman" w:cs="Times New Roman"/>
          <w:szCs w:val="28"/>
        </w:rPr>
        <w:t>сәйкес</w:t>
      </w:r>
      <w:proofErr w:type="spellEnd"/>
      <w:r w:rsidRPr="00C800CF">
        <w:rPr>
          <w:rFonts w:eastAsia="Times New Roman" w:cs="Times New Roman"/>
          <w:szCs w:val="28"/>
        </w:rPr>
        <w:t xml:space="preserve"> </w:t>
      </w:r>
      <w:proofErr w:type="spellStart"/>
      <w:r w:rsidRPr="00C800CF">
        <w:rPr>
          <w:rFonts w:eastAsia="Times New Roman" w:cs="Times New Roman"/>
          <w:szCs w:val="28"/>
        </w:rPr>
        <w:t>орындау</w:t>
      </w:r>
      <w:proofErr w:type="spellEnd"/>
      <w:r w:rsidRPr="00C800CF">
        <w:rPr>
          <w:rFonts w:eastAsia="Times New Roman" w:cs="Times New Roman"/>
          <w:szCs w:val="28"/>
        </w:rPr>
        <w:t>.</w:t>
      </w:r>
    </w:p>
    <w:p w:rsidR="00F7145E" w:rsidRPr="00C800CF" w:rsidRDefault="00F7145E" w:rsidP="00F7145E">
      <w:pPr>
        <w:numPr>
          <w:ilvl w:val="0"/>
          <w:numId w:val="18"/>
        </w:numPr>
        <w:spacing w:after="0" w:line="240" w:lineRule="auto"/>
        <w:rPr>
          <w:rFonts w:eastAsia="Times New Roman" w:cs="Times New Roman"/>
          <w:szCs w:val="28"/>
        </w:rPr>
      </w:pP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нәтижелері</w:t>
      </w:r>
      <w:proofErr w:type="spellEnd"/>
      <w:r w:rsidRPr="00C800CF">
        <w:rPr>
          <w:rFonts w:eastAsia="Times New Roman" w:cs="Times New Roman"/>
          <w:szCs w:val="28"/>
        </w:rPr>
        <w:t xml:space="preserve"> </w:t>
      </w:r>
      <w:proofErr w:type="spellStart"/>
      <w:r w:rsidRPr="00C800CF">
        <w:rPr>
          <w:rFonts w:eastAsia="Times New Roman" w:cs="Times New Roman"/>
          <w:szCs w:val="28"/>
        </w:rPr>
        <w:t>бойынша</w:t>
      </w:r>
      <w:proofErr w:type="spellEnd"/>
      <w:r w:rsidRPr="00C800CF">
        <w:rPr>
          <w:rFonts w:eastAsia="Times New Roman" w:cs="Times New Roman"/>
          <w:szCs w:val="28"/>
        </w:rPr>
        <w:t xml:space="preserve"> </w:t>
      </w:r>
      <w:proofErr w:type="spellStart"/>
      <w:r w:rsidRPr="00C800CF">
        <w:rPr>
          <w:rFonts w:eastAsia="Times New Roman" w:cs="Times New Roman"/>
          <w:szCs w:val="28"/>
        </w:rPr>
        <w:t>жиынтықтың</w:t>
      </w:r>
      <w:proofErr w:type="spellEnd"/>
      <w:r w:rsidRPr="00C800CF">
        <w:rPr>
          <w:rFonts w:eastAsia="Times New Roman" w:cs="Times New Roman"/>
          <w:szCs w:val="28"/>
        </w:rPr>
        <w:t xml:space="preserve"> </w:t>
      </w:r>
      <w:proofErr w:type="spellStart"/>
      <w:r w:rsidRPr="00C800CF">
        <w:rPr>
          <w:rFonts w:eastAsia="Times New Roman" w:cs="Times New Roman"/>
          <w:szCs w:val="28"/>
        </w:rPr>
        <w:t>әрбір</w:t>
      </w:r>
      <w:proofErr w:type="spellEnd"/>
      <w:r w:rsidRPr="00C800CF">
        <w:rPr>
          <w:rFonts w:eastAsia="Times New Roman" w:cs="Times New Roman"/>
          <w:szCs w:val="28"/>
        </w:rPr>
        <w:t xml:space="preserve"> </w:t>
      </w:r>
      <w:proofErr w:type="spellStart"/>
      <w:r w:rsidRPr="00C800CF">
        <w:rPr>
          <w:rFonts w:eastAsia="Times New Roman" w:cs="Times New Roman"/>
          <w:szCs w:val="28"/>
        </w:rPr>
        <w:t>элементінің</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тексеруден</w:t>
      </w:r>
      <w:proofErr w:type="spellEnd"/>
      <w:r w:rsidRPr="00C800CF">
        <w:rPr>
          <w:rFonts w:eastAsia="Times New Roman" w:cs="Times New Roman"/>
          <w:szCs w:val="28"/>
        </w:rPr>
        <w:t xml:space="preserve"> </w:t>
      </w:r>
      <w:proofErr w:type="spellStart"/>
      <w:r w:rsidRPr="00C800CF">
        <w:rPr>
          <w:rFonts w:eastAsia="Times New Roman" w:cs="Times New Roman"/>
          <w:szCs w:val="28"/>
        </w:rPr>
        <w:t>өткенін</w:t>
      </w:r>
      <w:proofErr w:type="spellEnd"/>
      <w:r w:rsidRPr="00C800CF">
        <w:rPr>
          <w:rFonts w:eastAsia="Times New Roman" w:cs="Times New Roman"/>
          <w:szCs w:val="28"/>
        </w:rPr>
        <w:t xml:space="preserve"> </w:t>
      </w:r>
      <w:proofErr w:type="spellStart"/>
      <w:r w:rsidRPr="00C800CF">
        <w:rPr>
          <w:rFonts w:eastAsia="Times New Roman" w:cs="Times New Roman"/>
          <w:szCs w:val="28"/>
        </w:rPr>
        <w:t>растайтын</w:t>
      </w:r>
      <w:proofErr w:type="spellEnd"/>
      <w:r w:rsidRPr="00C800CF">
        <w:rPr>
          <w:rFonts w:eastAsia="Times New Roman" w:cs="Times New Roman"/>
          <w:szCs w:val="28"/>
        </w:rPr>
        <w:t xml:space="preserve"> </w:t>
      </w:r>
      <w:proofErr w:type="spellStart"/>
      <w:r w:rsidRPr="00C800CF">
        <w:rPr>
          <w:rFonts w:eastAsia="Times New Roman" w:cs="Times New Roman"/>
          <w:szCs w:val="28"/>
        </w:rPr>
        <w:t>тиісті</w:t>
      </w:r>
      <w:proofErr w:type="spellEnd"/>
      <w:r w:rsidRPr="00C800CF">
        <w:rPr>
          <w:rFonts w:eastAsia="Times New Roman" w:cs="Times New Roman"/>
          <w:szCs w:val="28"/>
        </w:rPr>
        <w:t xml:space="preserve"> </w:t>
      </w:r>
      <w:proofErr w:type="spellStart"/>
      <w:r w:rsidRPr="00C800CF">
        <w:rPr>
          <w:rFonts w:eastAsia="Times New Roman" w:cs="Times New Roman"/>
          <w:szCs w:val="28"/>
        </w:rPr>
        <w:t>құжаттарды</w:t>
      </w:r>
      <w:proofErr w:type="spellEnd"/>
      <w:r w:rsidRPr="00C800CF">
        <w:rPr>
          <w:rFonts w:eastAsia="Times New Roman" w:cs="Times New Roman"/>
          <w:szCs w:val="28"/>
        </w:rPr>
        <w:t xml:space="preserve"> </w:t>
      </w:r>
      <w:proofErr w:type="spellStart"/>
      <w:r w:rsidRPr="00C800CF">
        <w:rPr>
          <w:rFonts w:eastAsia="Times New Roman" w:cs="Times New Roman"/>
          <w:szCs w:val="28"/>
        </w:rPr>
        <w:t>рәсімдеу</w:t>
      </w:r>
      <w:proofErr w:type="spellEnd"/>
      <w:r w:rsidRPr="00C800CF">
        <w:rPr>
          <w:rFonts w:eastAsia="Times New Roman" w:cs="Times New Roman"/>
          <w:szCs w:val="28"/>
        </w:rPr>
        <w:t>.</w:t>
      </w:r>
    </w:p>
    <w:p w:rsidR="00F7145E" w:rsidRPr="00C800CF" w:rsidRDefault="00F7145E" w:rsidP="00F7145E">
      <w:pPr>
        <w:spacing w:after="0" w:line="240" w:lineRule="auto"/>
        <w:ind w:firstLine="360"/>
        <w:rPr>
          <w:rFonts w:eastAsia="Times New Roman" w:cs="Times New Roman"/>
          <w:szCs w:val="28"/>
        </w:rPr>
      </w:pPr>
      <w:proofErr w:type="spellStart"/>
      <w:r w:rsidRPr="00C800CF">
        <w:rPr>
          <w:rFonts w:eastAsia="Times New Roman" w:cs="Times New Roman"/>
          <w:b/>
          <w:bCs/>
          <w:szCs w:val="28"/>
        </w:rPr>
        <w:t>Жылу</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есептегіштерін</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салыстырып</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тексеру</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және</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монтаждау</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тәртібі</w:t>
      </w:r>
      <w:proofErr w:type="spellEnd"/>
    </w:p>
    <w:p w:rsidR="00F7145E" w:rsidRPr="00C800CF" w:rsidRDefault="00F7145E" w:rsidP="00F7145E">
      <w:pPr>
        <w:spacing w:after="0" w:line="240" w:lineRule="auto"/>
        <w:rPr>
          <w:rFonts w:eastAsia="Times New Roman" w:cs="Times New Roman"/>
          <w:szCs w:val="28"/>
        </w:rPr>
      </w:pPr>
      <w:proofErr w:type="spellStart"/>
      <w:proofErr w:type="gramStart"/>
      <w:r w:rsidRPr="00C800CF">
        <w:rPr>
          <w:rFonts w:eastAsia="Times New Roman" w:cs="Times New Roman"/>
          <w:szCs w:val="28"/>
        </w:rPr>
        <w:t>Егер</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жүргізу</w:t>
      </w:r>
      <w:proofErr w:type="spellEnd"/>
      <w:r w:rsidRPr="00C800CF">
        <w:rPr>
          <w:rFonts w:eastAsia="Times New Roman" w:cs="Times New Roman"/>
          <w:szCs w:val="28"/>
        </w:rPr>
        <w:t xml:space="preserve"> </w:t>
      </w:r>
      <w:proofErr w:type="spellStart"/>
      <w:r w:rsidRPr="00C800CF">
        <w:rPr>
          <w:rFonts w:eastAsia="Times New Roman" w:cs="Times New Roman"/>
          <w:szCs w:val="28"/>
        </w:rPr>
        <w:t>кезеңінде</w:t>
      </w:r>
      <w:proofErr w:type="spellEnd"/>
      <w:r w:rsidRPr="00C800CF">
        <w:rPr>
          <w:rFonts w:eastAsia="Times New Roman" w:cs="Times New Roman"/>
          <w:szCs w:val="28"/>
        </w:rPr>
        <w:t xml:space="preserve"> </w:t>
      </w:r>
      <w:proofErr w:type="spellStart"/>
      <w:r w:rsidRPr="00C800CF">
        <w:rPr>
          <w:rFonts w:eastAsia="Times New Roman" w:cs="Times New Roman"/>
          <w:szCs w:val="28"/>
        </w:rPr>
        <w:t>Тапсырыс</w:t>
      </w:r>
      <w:proofErr w:type="spellEnd"/>
      <w:r w:rsidRPr="00C800CF">
        <w:rPr>
          <w:rFonts w:eastAsia="Times New Roman" w:cs="Times New Roman"/>
          <w:szCs w:val="28"/>
        </w:rPr>
        <w:t xml:space="preserve"> </w:t>
      </w:r>
      <w:proofErr w:type="spellStart"/>
      <w:r w:rsidRPr="00C800CF">
        <w:rPr>
          <w:rFonts w:eastAsia="Times New Roman" w:cs="Times New Roman"/>
          <w:szCs w:val="28"/>
        </w:rPr>
        <w:t>беруші</w:t>
      </w:r>
      <w:proofErr w:type="spellEnd"/>
      <w:r w:rsidRPr="00C800CF">
        <w:rPr>
          <w:rFonts w:eastAsia="Times New Roman" w:cs="Times New Roman"/>
          <w:szCs w:val="28"/>
        </w:rPr>
        <w:t xml:space="preserve"> </w:t>
      </w:r>
      <w:proofErr w:type="spellStart"/>
      <w:r w:rsidRPr="00C800CF">
        <w:rPr>
          <w:rFonts w:eastAsia="Times New Roman" w:cs="Times New Roman"/>
          <w:szCs w:val="28"/>
        </w:rPr>
        <w:t>қалалық</w:t>
      </w:r>
      <w:proofErr w:type="spellEnd"/>
      <w:r w:rsidRPr="00C800CF">
        <w:rPr>
          <w:rFonts w:eastAsia="Times New Roman" w:cs="Times New Roman"/>
          <w:szCs w:val="28"/>
        </w:rPr>
        <w:t xml:space="preserve"> </w:t>
      </w:r>
      <w:proofErr w:type="spellStart"/>
      <w:r w:rsidRPr="00C800CF">
        <w:rPr>
          <w:rFonts w:eastAsia="Times New Roman" w:cs="Times New Roman"/>
          <w:szCs w:val="28"/>
        </w:rPr>
        <w:t>жылумен</w:t>
      </w:r>
      <w:proofErr w:type="spellEnd"/>
      <w:r w:rsidRPr="00C800CF">
        <w:rPr>
          <w:rFonts w:eastAsia="Times New Roman" w:cs="Times New Roman"/>
          <w:szCs w:val="28"/>
        </w:rPr>
        <w:t xml:space="preserve"> </w:t>
      </w:r>
      <w:proofErr w:type="spellStart"/>
      <w:r w:rsidRPr="00C800CF">
        <w:rPr>
          <w:rFonts w:eastAsia="Times New Roman" w:cs="Times New Roman"/>
          <w:szCs w:val="28"/>
        </w:rPr>
        <w:t>жабдықтау</w:t>
      </w:r>
      <w:proofErr w:type="spellEnd"/>
      <w:r w:rsidRPr="00C800CF">
        <w:rPr>
          <w:rFonts w:eastAsia="Times New Roman" w:cs="Times New Roman"/>
          <w:szCs w:val="28"/>
        </w:rPr>
        <w:t xml:space="preserve"> </w:t>
      </w:r>
      <w:proofErr w:type="spellStart"/>
      <w:r w:rsidRPr="00C800CF">
        <w:rPr>
          <w:rFonts w:eastAsia="Times New Roman" w:cs="Times New Roman"/>
          <w:szCs w:val="28"/>
        </w:rPr>
        <w:t>жүйесіне</w:t>
      </w:r>
      <w:proofErr w:type="spellEnd"/>
      <w:r w:rsidRPr="00C800CF">
        <w:rPr>
          <w:rFonts w:eastAsia="Times New Roman" w:cs="Times New Roman"/>
          <w:szCs w:val="28"/>
        </w:rPr>
        <w:t xml:space="preserve"> </w:t>
      </w:r>
      <w:proofErr w:type="spellStart"/>
      <w:r w:rsidRPr="00C800CF">
        <w:rPr>
          <w:rFonts w:eastAsia="Times New Roman" w:cs="Times New Roman"/>
          <w:szCs w:val="28"/>
        </w:rPr>
        <w:t>қосылған</w:t>
      </w:r>
      <w:proofErr w:type="spellEnd"/>
      <w:r w:rsidRPr="00C800CF">
        <w:rPr>
          <w:rFonts w:eastAsia="Times New Roman" w:cs="Times New Roman"/>
          <w:szCs w:val="28"/>
        </w:rPr>
        <w:t xml:space="preserve"> </w:t>
      </w:r>
      <w:proofErr w:type="spellStart"/>
      <w:r w:rsidRPr="00C800CF">
        <w:rPr>
          <w:rFonts w:eastAsia="Times New Roman" w:cs="Times New Roman"/>
          <w:szCs w:val="28"/>
        </w:rPr>
        <w:t>болса</w:t>
      </w:r>
      <w:proofErr w:type="spellEnd"/>
      <w:r w:rsidRPr="00C800CF">
        <w:rPr>
          <w:rFonts w:eastAsia="Times New Roman" w:cs="Times New Roman"/>
          <w:szCs w:val="28"/>
        </w:rPr>
        <w:t xml:space="preserve">, </w:t>
      </w:r>
      <w:proofErr w:type="spellStart"/>
      <w:r w:rsidRPr="00C800CF">
        <w:rPr>
          <w:rFonts w:eastAsia="Times New Roman" w:cs="Times New Roman"/>
          <w:szCs w:val="28"/>
        </w:rPr>
        <w:t>Орындаушы</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жұмыстары</w:t>
      </w:r>
      <w:proofErr w:type="spellEnd"/>
      <w:r w:rsidRPr="00C800CF">
        <w:rPr>
          <w:rFonts w:eastAsia="Times New Roman" w:cs="Times New Roman"/>
          <w:szCs w:val="28"/>
        </w:rPr>
        <w:t xml:space="preserve"> </w:t>
      </w:r>
      <w:proofErr w:type="spellStart"/>
      <w:r w:rsidRPr="00C800CF">
        <w:rPr>
          <w:rFonts w:eastAsia="Times New Roman" w:cs="Times New Roman"/>
          <w:szCs w:val="28"/>
        </w:rPr>
        <w:t>жүргізілетін</w:t>
      </w:r>
      <w:proofErr w:type="spellEnd"/>
      <w:r w:rsidRPr="00C800CF">
        <w:rPr>
          <w:rFonts w:eastAsia="Times New Roman" w:cs="Times New Roman"/>
          <w:szCs w:val="28"/>
        </w:rPr>
        <w:t xml:space="preserve"> </w:t>
      </w:r>
      <w:proofErr w:type="spellStart"/>
      <w:r w:rsidRPr="00C800CF">
        <w:rPr>
          <w:rFonts w:eastAsia="Times New Roman" w:cs="Times New Roman"/>
          <w:szCs w:val="28"/>
        </w:rPr>
        <w:t>кезеңге</w:t>
      </w:r>
      <w:proofErr w:type="spellEnd"/>
      <w:r w:rsidRPr="00C800CF">
        <w:rPr>
          <w:rFonts w:eastAsia="Times New Roman" w:cs="Times New Roman"/>
          <w:szCs w:val="28"/>
        </w:rPr>
        <w:t xml:space="preserve"> </w:t>
      </w:r>
      <w:proofErr w:type="spellStart"/>
      <w:r w:rsidRPr="00C800CF">
        <w:rPr>
          <w:rFonts w:eastAsia="Times New Roman" w:cs="Times New Roman"/>
          <w:szCs w:val="28"/>
        </w:rPr>
        <w:t>шығын</w:t>
      </w:r>
      <w:proofErr w:type="spellEnd"/>
      <w:r w:rsidRPr="00C800CF">
        <w:rPr>
          <w:rFonts w:eastAsia="Times New Roman" w:cs="Times New Roman"/>
          <w:szCs w:val="28"/>
        </w:rPr>
        <w:t xml:space="preserve"> </w:t>
      </w:r>
      <w:proofErr w:type="spellStart"/>
      <w:r w:rsidRPr="00C800CF">
        <w:rPr>
          <w:rFonts w:eastAsia="Times New Roman" w:cs="Times New Roman"/>
          <w:szCs w:val="28"/>
        </w:rPr>
        <w:t>өлшегіштердің</w:t>
      </w:r>
      <w:proofErr w:type="spellEnd"/>
      <w:r w:rsidRPr="00C800CF">
        <w:rPr>
          <w:rFonts w:eastAsia="Times New Roman" w:cs="Times New Roman"/>
          <w:szCs w:val="28"/>
        </w:rPr>
        <w:t xml:space="preserve"> </w:t>
      </w:r>
      <w:proofErr w:type="spellStart"/>
      <w:r w:rsidRPr="00C800CF">
        <w:rPr>
          <w:rFonts w:eastAsia="Times New Roman" w:cs="Times New Roman"/>
          <w:szCs w:val="28"/>
        </w:rPr>
        <w:t>имитаторларын</w:t>
      </w:r>
      <w:proofErr w:type="spellEnd"/>
      <w:r w:rsidRPr="00C800CF">
        <w:rPr>
          <w:rFonts w:eastAsia="Times New Roman" w:cs="Times New Roman"/>
          <w:szCs w:val="28"/>
        </w:rPr>
        <w:t xml:space="preserve"> </w:t>
      </w:r>
      <w:proofErr w:type="spellStart"/>
      <w:r w:rsidRPr="00C800CF">
        <w:rPr>
          <w:rFonts w:eastAsia="Times New Roman" w:cs="Times New Roman"/>
          <w:szCs w:val="28"/>
        </w:rPr>
        <w:t>орнатады</w:t>
      </w:r>
      <w:proofErr w:type="spellEnd"/>
      <w:r w:rsidRPr="00C800CF">
        <w:rPr>
          <w:rFonts w:eastAsia="Times New Roman" w:cs="Times New Roman"/>
          <w:szCs w:val="28"/>
        </w:rPr>
        <w:t>.</w:t>
      </w:r>
      <w:proofErr w:type="gramEnd"/>
    </w:p>
    <w:p w:rsidR="00F7145E" w:rsidRPr="00C800CF" w:rsidRDefault="00F7145E" w:rsidP="00F7145E">
      <w:pPr>
        <w:spacing w:after="0" w:line="240" w:lineRule="auto"/>
        <w:rPr>
          <w:rFonts w:eastAsia="Times New Roman" w:cs="Times New Roman"/>
          <w:szCs w:val="28"/>
        </w:rPr>
      </w:pP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тексеруді</w:t>
      </w:r>
      <w:proofErr w:type="spellEnd"/>
      <w:r w:rsidRPr="00C800CF">
        <w:rPr>
          <w:rFonts w:eastAsia="Times New Roman" w:cs="Times New Roman"/>
          <w:szCs w:val="28"/>
        </w:rPr>
        <w:t xml:space="preserve"> </w:t>
      </w:r>
      <w:proofErr w:type="spellStart"/>
      <w:r w:rsidRPr="00C800CF">
        <w:rPr>
          <w:rFonts w:eastAsia="Times New Roman" w:cs="Times New Roman"/>
          <w:szCs w:val="28"/>
        </w:rPr>
        <w:t>жүргізу</w:t>
      </w:r>
      <w:proofErr w:type="spellEnd"/>
      <w:r w:rsidRPr="00C800CF">
        <w:rPr>
          <w:rFonts w:eastAsia="Times New Roman" w:cs="Times New Roman"/>
          <w:szCs w:val="28"/>
        </w:rPr>
        <w:t xml:space="preserve"> </w:t>
      </w:r>
      <w:proofErr w:type="spellStart"/>
      <w:r w:rsidRPr="00C800CF">
        <w:rPr>
          <w:rFonts w:eastAsia="Times New Roman" w:cs="Times New Roman"/>
          <w:szCs w:val="28"/>
        </w:rPr>
        <w:t>алдында</w:t>
      </w:r>
      <w:proofErr w:type="spellEnd"/>
      <w:r w:rsidRPr="00C800CF">
        <w:rPr>
          <w:rFonts w:eastAsia="Times New Roman" w:cs="Times New Roman"/>
          <w:szCs w:val="28"/>
        </w:rPr>
        <w:t xml:space="preserve"> </w:t>
      </w:r>
      <w:proofErr w:type="spellStart"/>
      <w:r w:rsidRPr="00C800CF">
        <w:rPr>
          <w:rFonts w:eastAsia="Times New Roman" w:cs="Times New Roman"/>
          <w:szCs w:val="28"/>
        </w:rPr>
        <w:t>Орындаушы</w:t>
      </w:r>
      <w:proofErr w:type="spellEnd"/>
      <w:r w:rsidRPr="00C800CF">
        <w:rPr>
          <w:rFonts w:eastAsia="Times New Roman" w:cs="Times New Roman"/>
          <w:szCs w:val="28"/>
        </w:rPr>
        <w:t xml:space="preserve"> </w:t>
      </w:r>
      <w:proofErr w:type="spellStart"/>
      <w:r w:rsidRPr="00C800CF">
        <w:rPr>
          <w:rFonts w:eastAsia="Times New Roman" w:cs="Times New Roman"/>
          <w:szCs w:val="28"/>
        </w:rPr>
        <w:t>аспаптарды</w:t>
      </w:r>
      <w:proofErr w:type="spellEnd"/>
      <w:r w:rsidRPr="00C800CF">
        <w:rPr>
          <w:rFonts w:eastAsia="Times New Roman" w:cs="Times New Roman"/>
          <w:szCs w:val="28"/>
        </w:rPr>
        <w:t xml:space="preserve"> </w:t>
      </w:r>
      <w:proofErr w:type="spellStart"/>
      <w:r w:rsidRPr="00C800CF">
        <w:rPr>
          <w:rFonts w:eastAsia="Times New Roman" w:cs="Times New Roman"/>
          <w:szCs w:val="28"/>
        </w:rPr>
        <w:t>дайындау</w:t>
      </w:r>
      <w:proofErr w:type="spellEnd"/>
      <w:r w:rsidRPr="00C800CF">
        <w:rPr>
          <w:rFonts w:eastAsia="Times New Roman" w:cs="Times New Roman"/>
          <w:szCs w:val="28"/>
        </w:rPr>
        <w:t xml:space="preserve"> </w:t>
      </w:r>
      <w:proofErr w:type="spellStart"/>
      <w:r w:rsidRPr="00C800CF">
        <w:rPr>
          <w:rFonts w:eastAsia="Times New Roman" w:cs="Times New Roman"/>
          <w:szCs w:val="28"/>
        </w:rPr>
        <w:t>жұмыстарын</w:t>
      </w:r>
      <w:proofErr w:type="spellEnd"/>
      <w:r w:rsidRPr="00C800CF">
        <w:rPr>
          <w:rFonts w:eastAsia="Times New Roman" w:cs="Times New Roman"/>
          <w:szCs w:val="28"/>
        </w:rPr>
        <w:t xml:space="preserve">, </w:t>
      </w:r>
      <w:proofErr w:type="spellStart"/>
      <w:r w:rsidRPr="00C800CF">
        <w:rPr>
          <w:rFonts w:eastAsia="Times New Roman" w:cs="Times New Roman"/>
          <w:szCs w:val="28"/>
        </w:rPr>
        <w:t>оның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ішінде</w:t>
      </w:r>
      <w:proofErr w:type="spellEnd"/>
      <w:r w:rsidRPr="00C800CF">
        <w:rPr>
          <w:rFonts w:eastAsia="Times New Roman" w:cs="Times New Roman"/>
          <w:szCs w:val="28"/>
        </w:rPr>
        <w:t>:</w:t>
      </w:r>
    </w:p>
    <w:p w:rsidR="00F7145E" w:rsidRPr="00C800CF" w:rsidRDefault="00F7145E" w:rsidP="00F7145E">
      <w:pPr>
        <w:numPr>
          <w:ilvl w:val="0"/>
          <w:numId w:val="20"/>
        </w:numPr>
        <w:spacing w:after="0" w:line="240" w:lineRule="auto"/>
        <w:rPr>
          <w:rFonts w:eastAsia="Times New Roman" w:cs="Times New Roman"/>
          <w:szCs w:val="28"/>
        </w:rPr>
      </w:pP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есептегіштердің</w:t>
      </w:r>
      <w:proofErr w:type="spellEnd"/>
      <w:r w:rsidRPr="00C800CF">
        <w:rPr>
          <w:rFonts w:eastAsia="Times New Roman" w:cs="Times New Roman"/>
          <w:szCs w:val="28"/>
        </w:rPr>
        <w:t xml:space="preserve"> </w:t>
      </w:r>
      <w:proofErr w:type="spellStart"/>
      <w:r w:rsidRPr="00C800CF">
        <w:rPr>
          <w:rFonts w:eastAsia="Times New Roman" w:cs="Times New Roman"/>
          <w:szCs w:val="28"/>
        </w:rPr>
        <w:t>сыртқы</w:t>
      </w:r>
      <w:proofErr w:type="spellEnd"/>
      <w:r w:rsidRPr="00C800CF">
        <w:rPr>
          <w:rFonts w:eastAsia="Times New Roman" w:cs="Times New Roman"/>
          <w:szCs w:val="28"/>
        </w:rPr>
        <w:t xml:space="preserve"> </w:t>
      </w:r>
      <w:proofErr w:type="spellStart"/>
      <w:r w:rsidRPr="00C800CF">
        <w:rPr>
          <w:rFonts w:eastAsia="Times New Roman" w:cs="Times New Roman"/>
          <w:szCs w:val="28"/>
        </w:rPr>
        <w:t>беттерін</w:t>
      </w:r>
      <w:proofErr w:type="spellEnd"/>
      <w:r w:rsidRPr="00C800CF">
        <w:rPr>
          <w:rFonts w:eastAsia="Times New Roman" w:cs="Times New Roman"/>
          <w:szCs w:val="28"/>
        </w:rPr>
        <w:t xml:space="preserve"> </w:t>
      </w:r>
      <w:proofErr w:type="spellStart"/>
      <w:r w:rsidRPr="00C800CF">
        <w:rPr>
          <w:rFonts w:eastAsia="Times New Roman" w:cs="Times New Roman"/>
          <w:szCs w:val="28"/>
        </w:rPr>
        <w:t>шаңнан</w:t>
      </w:r>
      <w:proofErr w:type="spell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 xml:space="preserve"> </w:t>
      </w:r>
      <w:proofErr w:type="spellStart"/>
      <w:r w:rsidRPr="00C800CF">
        <w:rPr>
          <w:rFonts w:eastAsia="Times New Roman" w:cs="Times New Roman"/>
          <w:szCs w:val="28"/>
        </w:rPr>
        <w:t>басқа</w:t>
      </w:r>
      <w:proofErr w:type="spellEnd"/>
      <w:r w:rsidRPr="00C800CF">
        <w:rPr>
          <w:rFonts w:eastAsia="Times New Roman" w:cs="Times New Roman"/>
          <w:szCs w:val="28"/>
        </w:rPr>
        <w:t xml:space="preserve"> </w:t>
      </w:r>
      <w:proofErr w:type="spellStart"/>
      <w:r w:rsidRPr="00C800CF">
        <w:rPr>
          <w:rFonts w:eastAsia="Times New Roman" w:cs="Times New Roman"/>
          <w:szCs w:val="28"/>
        </w:rPr>
        <w:t>да</w:t>
      </w:r>
      <w:proofErr w:type="spellEnd"/>
      <w:r w:rsidRPr="00C800CF">
        <w:rPr>
          <w:rFonts w:eastAsia="Times New Roman" w:cs="Times New Roman"/>
          <w:szCs w:val="28"/>
        </w:rPr>
        <w:t xml:space="preserve"> </w:t>
      </w:r>
      <w:proofErr w:type="spellStart"/>
      <w:r w:rsidRPr="00C800CF">
        <w:rPr>
          <w:rFonts w:eastAsia="Times New Roman" w:cs="Times New Roman"/>
          <w:szCs w:val="28"/>
        </w:rPr>
        <w:t>ластанулардан</w:t>
      </w:r>
      <w:proofErr w:type="spellEnd"/>
      <w:r w:rsidRPr="00C800CF">
        <w:rPr>
          <w:rFonts w:eastAsia="Times New Roman" w:cs="Times New Roman"/>
          <w:szCs w:val="28"/>
        </w:rPr>
        <w:t xml:space="preserve"> </w:t>
      </w:r>
      <w:proofErr w:type="spellStart"/>
      <w:r w:rsidRPr="00C800CF">
        <w:rPr>
          <w:rFonts w:eastAsia="Times New Roman" w:cs="Times New Roman"/>
          <w:szCs w:val="28"/>
        </w:rPr>
        <w:t>тазалауды</w:t>
      </w:r>
      <w:proofErr w:type="spellEnd"/>
      <w:r w:rsidRPr="00C800CF">
        <w:rPr>
          <w:rFonts w:eastAsia="Times New Roman" w:cs="Times New Roman"/>
          <w:szCs w:val="28"/>
        </w:rPr>
        <w:t>;</w:t>
      </w:r>
    </w:p>
    <w:p w:rsidR="00F7145E" w:rsidRPr="00C800CF" w:rsidRDefault="00F7145E" w:rsidP="00F7145E">
      <w:pPr>
        <w:numPr>
          <w:ilvl w:val="0"/>
          <w:numId w:val="20"/>
        </w:numPr>
        <w:spacing w:after="0" w:line="240" w:lineRule="auto"/>
        <w:rPr>
          <w:rFonts w:eastAsia="Times New Roman" w:cs="Times New Roman"/>
          <w:szCs w:val="28"/>
        </w:rPr>
      </w:pPr>
      <w:proofErr w:type="spellStart"/>
      <w:r w:rsidRPr="00C800CF">
        <w:rPr>
          <w:rFonts w:eastAsia="Times New Roman" w:cs="Times New Roman"/>
          <w:szCs w:val="28"/>
        </w:rPr>
        <w:t>аспаптардың</w:t>
      </w:r>
      <w:proofErr w:type="spellEnd"/>
      <w:r w:rsidRPr="00C800CF">
        <w:rPr>
          <w:rFonts w:eastAsia="Times New Roman" w:cs="Times New Roman"/>
          <w:szCs w:val="28"/>
        </w:rPr>
        <w:t xml:space="preserve"> </w:t>
      </w:r>
      <w:proofErr w:type="spellStart"/>
      <w:r w:rsidRPr="00C800CF">
        <w:rPr>
          <w:rFonts w:eastAsia="Times New Roman" w:cs="Times New Roman"/>
          <w:szCs w:val="28"/>
        </w:rPr>
        <w:t>ағын</w:t>
      </w:r>
      <w:proofErr w:type="spellEnd"/>
      <w:r w:rsidRPr="00C800CF">
        <w:rPr>
          <w:rFonts w:eastAsia="Times New Roman" w:cs="Times New Roman"/>
          <w:szCs w:val="28"/>
        </w:rPr>
        <w:t xml:space="preserve"> </w:t>
      </w:r>
      <w:proofErr w:type="spellStart"/>
      <w:r w:rsidRPr="00C800CF">
        <w:rPr>
          <w:rFonts w:eastAsia="Times New Roman" w:cs="Times New Roman"/>
          <w:szCs w:val="28"/>
        </w:rPr>
        <w:t>өтетін</w:t>
      </w:r>
      <w:proofErr w:type="spellEnd"/>
      <w:r w:rsidRPr="00C800CF">
        <w:rPr>
          <w:rFonts w:eastAsia="Times New Roman" w:cs="Times New Roman"/>
          <w:szCs w:val="28"/>
        </w:rPr>
        <w:t xml:space="preserve"> </w:t>
      </w:r>
      <w:proofErr w:type="spellStart"/>
      <w:r w:rsidRPr="00C800CF">
        <w:rPr>
          <w:rFonts w:eastAsia="Times New Roman" w:cs="Times New Roman"/>
          <w:szCs w:val="28"/>
        </w:rPr>
        <w:t>бөлігін</w:t>
      </w:r>
      <w:proofErr w:type="spellEnd"/>
      <w:r w:rsidRPr="00C800CF">
        <w:rPr>
          <w:rFonts w:eastAsia="Times New Roman" w:cs="Times New Roman"/>
          <w:szCs w:val="28"/>
        </w:rPr>
        <w:t xml:space="preserve"> </w:t>
      </w:r>
      <w:proofErr w:type="spellStart"/>
      <w:r w:rsidRPr="00C800CF">
        <w:rPr>
          <w:rFonts w:eastAsia="Times New Roman" w:cs="Times New Roman"/>
          <w:szCs w:val="28"/>
        </w:rPr>
        <w:t>тоттан</w:t>
      </w:r>
      <w:proofErr w:type="spellEnd"/>
      <w:r w:rsidRPr="00C800CF">
        <w:rPr>
          <w:rFonts w:eastAsia="Times New Roman" w:cs="Times New Roman"/>
          <w:szCs w:val="28"/>
        </w:rPr>
        <w:t xml:space="preserve">, </w:t>
      </w:r>
      <w:proofErr w:type="spellStart"/>
      <w:r w:rsidRPr="00C800CF">
        <w:rPr>
          <w:rFonts w:eastAsia="Times New Roman" w:cs="Times New Roman"/>
          <w:szCs w:val="28"/>
        </w:rPr>
        <w:t>қақтан</w:t>
      </w:r>
      <w:proofErr w:type="spell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 xml:space="preserve"> </w:t>
      </w:r>
      <w:proofErr w:type="spellStart"/>
      <w:r w:rsidRPr="00C800CF">
        <w:rPr>
          <w:rFonts w:eastAsia="Times New Roman" w:cs="Times New Roman"/>
          <w:szCs w:val="28"/>
        </w:rPr>
        <w:t>басқа</w:t>
      </w:r>
      <w:proofErr w:type="spellEnd"/>
      <w:r w:rsidRPr="00C800CF">
        <w:rPr>
          <w:rFonts w:eastAsia="Times New Roman" w:cs="Times New Roman"/>
          <w:szCs w:val="28"/>
        </w:rPr>
        <w:t xml:space="preserve"> </w:t>
      </w:r>
      <w:proofErr w:type="spellStart"/>
      <w:r w:rsidRPr="00C800CF">
        <w:rPr>
          <w:rFonts w:eastAsia="Times New Roman" w:cs="Times New Roman"/>
          <w:szCs w:val="28"/>
        </w:rPr>
        <w:t>да</w:t>
      </w:r>
      <w:proofErr w:type="spellEnd"/>
      <w:r w:rsidRPr="00C800CF">
        <w:rPr>
          <w:rFonts w:eastAsia="Times New Roman" w:cs="Times New Roman"/>
          <w:szCs w:val="28"/>
        </w:rPr>
        <w:t xml:space="preserve"> </w:t>
      </w:r>
      <w:proofErr w:type="spellStart"/>
      <w:r w:rsidRPr="00C800CF">
        <w:rPr>
          <w:rFonts w:eastAsia="Times New Roman" w:cs="Times New Roman"/>
          <w:szCs w:val="28"/>
        </w:rPr>
        <w:t>шөгінділерден</w:t>
      </w:r>
      <w:proofErr w:type="spellEnd"/>
      <w:r w:rsidRPr="00C800CF">
        <w:rPr>
          <w:rFonts w:eastAsia="Times New Roman" w:cs="Times New Roman"/>
          <w:szCs w:val="28"/>
        </w:rPr>
        <w:t xml:space="preserve"> </w:t>
      </w:r>
      <w:proofErr w:type="spellStart"/>
      <w:r w:rsidRPr="00C800CF">
        <w:rPr>
          <w:rFonts w:eastAsia="Times New Roman" w:cs="Times New Roman"/>
          <w:szCs w:val="28"/>
        </w:rPr>
        <w:t>жууды</w:t>
      </w:r>
      <w:proofErr w:type="spellEnd"/>
      <w:r w:rsidRPr="00C800CF">
        <w:rPr>
          <w:rFonts w:eastAsia="Times New Roman" w:cs="Times New Roman"/>
          <w:szCs w:val="28"/>
        </w:rPr>
        <w:t>;</w:t>
      </w:r>
    </w:p>
    <w:p w:rsidR="00F7145E" w:rsidRPr="00C800CF" w:rsidRDefault="00F7145E" w:rsidP="00F7145E">
      <w:pPr>
        <w:numPr>
          <w:ilvl w:val="0"/>
          <w:numId w:val="20"/>
        </w:numPr>
        <w:spacing w:after="0" w:line="240" w:lineRule="auto"/>
        <w:rPr>
          <w:rFonts w:eastAsia="Times New Roman" w:cs="Times New Roman"/>
          <w:szCs w:val="28"/>
        </w:rPr>
      </w:pPr>
      <w:proofErr w:type="spellStart"/>
      <w:r w:rsidRPr="00C800CF">
        <w:rPr>
          <w:rFonts w:eastAsia="Times New Roman" w:cs="Times New Roman"/>
          <w:szCs w:val="28"/>
        </w:rPr>
        <w:t>орнатылған</w:t>
      </w:r>
      <w:proofErr w:type="spellEnd"/>
      <w:r w:rsidRPr="00C800CF">
        <w:rPr>
          <w:rFonts w:eastAsia="Times New Roman" w:cs="Times New Roman"/>
          <w:szCs w:val="28"/>
        </w:rPr>
        <w:t xml:space="preserve"> </w:t>
      </w:r>
      <w:proofErr w:type="spellStart"/>
      <w:r w:rsidRPr="00C800CF">
        <w:rPr>
          <w:rFonts w:eastAsia="Times New Roman" w:cs="Times New Roman"/>
          <w:szCs w:val="28"/>
        </w:rPr>
        <w:t>төсемдерді</w:t>
      </w:r>
      <w:proofErr w:type="spellEnd"/>
      <w:r w:rsidRPr="00C800CF">
        <w:rPr>
          <w:rFonts w:eastAsia="Times New Roman" w:cs="Times New Roman"/>
          <w:szCs w:val="28"/>
        </w:rPr>
        <w:t xml:space="preserve"> </w:t>
      </w:r>
      <w:proofErr w:type="spellStart"/>
      <w:r w:rsidRPr="00C800CF">
        <w:rPr>
          <w:rFonts w:eastAsia="Times New Roman" w:cs="Times New Roman"/>
          <w:szCs w:val="28"/>
        </w:rPr>
        <w:t>алып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тастауды</w:t>
      </w:r>
      <w:proofErr w:type="spellEnd"/>
      <w:r w:rsidRPr="00C800CF">
        <w:rPr>
          <w:rFonts w:eastAsia="Times New Roman" w:cs="Times New Roman"/>
          <w:szCs w:val="28"/>
        </w:rPr>
        <w:t>;</w:t>
      </w:r>
    </w:p>
    <w:p w:rsidR="00F7145E" w:rsidRPr="00C800CF" w:rsidRDefault="00F7145E" w:rsidP="00F7145E">
      <w:pPr>
        <w:numPr>
          <w:ilvl w:val="0"/>
          <w:numId w:val="20"/>
        </w:numPr>
        <w:spacing w:after="0" w:line="240" w:lineRule="auto"/>
        <w:rPr>
          <w:rFonts w:eastAsia="Times New Roman" w:cs="Times New Roman"/>
          <w:szCs w:val="28"/>
        </w:rPr>
      </w:pPr>
      <w:proofErr w:type="spellStart"/>
      <w:r w:rsidRPr="00C800CF">
        <w:rPr>
          <w:rFonts w:eastAsia="Times New Roman" w:cs="Times New Roman"/>
          <w:szCs w:val="28"/>
        </w:rPr>
        <w:t>литий</w:t>
      </w:r>
      <w:proofErr w:type="spellEnd"/>
      <w:r w:rsidRPr="00C800CF">
        <w:rPr>
          <w:rFonts w:eastAsia="Times New Roman" w:cs="Times New Roman"/>
          <w:szCs w:val="28"/>
        </w:rPr>
        <w:t xml:space="preserve"> </w:t>
      </w:r>
      <w:proofErr w:type="spellStart"/>
      <w:r w:rsidRPr="00C800CF">
        <w:rPr>
          <w:rFonts w:eastAsia="Times New Roman" w:cs="Times New Roman"/>
          <w:szCs w:val="28"/>
        </w:rPr>
        <w:t>батареясының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 xml:space="preserve"> </w:t>
      </w:r>
      <w:proofErr w:type="spellStart"/>
      <w:r w:rsidRPr="00C800CF">
        <w:rPr>
          <w:rFonts w:eastAsia="Times New Roman" w:cs="Times New Roman"/>
          <w:szCs w:val="28"/>
        </w:rPr>
        <w:t>таймердің</w:t>
      </w:r>
      <w:proofErr w:type="spellEnd"/>
      <w:r w:rsidRPr="00C800CF">
        <w:rPr>
          <w:rFonts w:eastAsia="Times New Roman" w:cs="Times New Roman"/>
          <w:szCs w:val="28"/>
        </w:rPr>
        <w:t xml:space="preserve"> </w:t>
      </w:r>
      <w:proofErr w:type="spellStart"/>
      <w:r w:rsidRPr="00C800CF">
        <w:rPr>
          <w:rFonts w:eastAsia="Times New Roman" w:cs="Times New Roman"/>
          <w:szCs w:val="28"/>
        </w:rPr>
        <w:t>жай-күйін</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тексеруді</w:t>
      </w:r>
      <w:proofErr w:type="spellEnd"/>
      <w:r w:rsidRPr="00C800CF">
        <w:rPr>
          <w:rFonts w:eastAsia="Times New Roman" w:cs="Times New Roman"/>
          <w:szCs w:val="28"/>
        </w:rPr>
        <w:t>;</w:t>
      </w:r>
    </w:p>
    <w:p w:rsidR="00F7145E" w:rsidRPr="00C800CF" w:rsidRDefault="00F7145E" w:rsidP="00F7145E">
      <w:pPr>
        <w:numPr>
          <w:ilvl w:val="0"/>
          <w:numId w:val="20"/>
        </w:numPr>
        <w:spacing w:after="0" w:line="240" w:lineRule="auto"/>
        <w:rPr>
          <w:rFonts w:eastAsia="Times New Roman" w:cs="Times New Roman"/>
          <w:szCs w:val="28"/>
        </w:rPr>
      </w:pPr>
      <w:proofErr w:type="spellStart"/>
      <w:proofErr w:type="gramStart"/>
      <w:r w:rsidRPr="00C800CF">
        <w:rPr>
          <w:rFonts w:eastAsia="Times New Roman" w:cs="Times New Roman"/>
          <w:szCs w:val="28"/>
        </w:rPr>
        <w:t>қажет</w:t>
      </w:r>
      <w:proofErr w:type="spellEnd"/>
      <w:proofErr w:type="gramEnd"/>
      <w:r w:rsidRPr="00C800CF">
        <w:rPr>
          <w:rFonts w:eastAsia="Times New Roman" w:cs="Times New Roman"/>
          <w:szCs w:val="28"/>
        </w:rPr>
        <w:t xml:space="preserve"> </w:t>
      </w:r>
      <w:proofErr w:type="spellStart"/>
      <w:r w:rsidRPr="00C800CF">
        <w:rPr>
          <w:rFonts w:eastAsia="Times New Roman" w:cs="Times New Roman"/>
          <w:szCs w:val="28"/>
        </w:rPr>
        <w:t>болған</w:t>
      </w:r>
      <w:proofErr w:type="spellEnd"/>
      <w:r w:rsidRPr="00C800CF">
        <w:rPr>
          <w:rFonts w:eastAsia="Times New Roman" w:cs="Times New Roman"/>
          <w:szCs w:val="28"/>
        </w:rPr>
        <w:t xml:space="preserve"> </w:t>
      </w:r>
      <w:proofErr w:type="spellStart"/>
      <w:r w:rsidRPr="00C800CF">
        <w:rPr>
          <w:rFonts w:eastAsia="Times New Roman" w:cs="Times New Roman"/>
          <w:szCs w:val="28"/>
        </w:rPr>
        <w:t>жағдайда</w:t>
      </w:r>
      <w:proofErr w:type="spellEnd"/>
      <w:r w:rsidRPr="00C800CF">
        <w:rPr>
          <w:rFonts w:eastAsia="Times New Roman" w:cs="Times New Roman"/>
          <w:szCs w:val="28"/>
        </w:rPr>
        <w:t xml:space="preserve"> </w:t>
      </w:r>
      <w:proofErr w:type="spellStart"/>
      <w:r w:rsidRPr="00C800CF">
        <w:rPr>
          <w:rFonts w:eastAsia="Times New Roman" w:cs="Times New Roman"/>
          <w:szCs w:val="28"/>
        </w:rPr>
        <w:t>литий</w:t>
      </w:r>
      <w:proofErr w:type="spellEnd"/>
      <w:r w:rsidRPr="00C800CF">
        <w:rPr>
          <w:rFonts w:eastAsia="Times New Roman" w:cs="Times New Roman"/>
          <w:szCs w:val="28"/>
        </w:rPr>
        <w:t xml:space="preserve"> </w:t>
      </w:r>
      <w:proofErr w:type="spellStart"/>
      <w:r w:rsidRPr="00C800CF">
        <w:rPr>
          <w:rFonts w:eastAsia="Times New Roman" w:cs="Times New Roman"/>
          <w:szCs w:val="28"/>
        </w:rPr>
        <w:t>батареясын</w:t>
      </w:r>
      <w:proofErr w:type="spell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w:t>
      </w:r>
      <w:proofErr w:type="spellStart"/>
      <w:r w:rsidRPr="00C800CF">
        <w:rPr>
          <w:rFonts w:eastAsia="Times New Roman" w:cs="Times New Roman"/>
          <w:szCs w:val="28"/>
        </w:rPr>
        <w:t>немесе</w:t>
      </w:r>
      <w:proofErr w:type="spellEnd"/>
      <w:r w:rsidRPr="00C800CF">
        <w:rPr>
          <w:rFonts w:eastAsia="Times New Roman" w:cs="Times New Roman"/>
          <w:szCs w:val="28"/>
        </w:rPr>
        <w:t xml:space="preserve"> </w:t>
      </w:r>
      <w:proofErr w:type="spellStart"/>
      <w:r w:rsidRPr="00C800CF">
        <w:rPr>
          <w:rFonts w:eastAsia="Times New Roman" w:cs="Times New Roman"/>
          <w:szCs w:val="28"/>
        </w:rPr>
        <w:t>ауыстыруды</w:t>
      </w:r>
      <w:proofErr w:type="spellEnd"/>
      <w:r w:rsidRPr="00C800CF">
        <w:rPr>
          <w:rFonts w:eastAsia="Times New Roman" w:cs="Times New Roman"/>
          <w:szCs w:val="28"/>
        </w:rPr>
        <w:t xml:space="preserve"> </w:t>
      </w:r>
      <w:proofErr w:type="spellStart"/>
      <w:r w:rsidRPr="00C800CF">
        <w:rPr>
          <w:rFonts w:eastAsia="Times New Roman" w:cs="Times New Roman"/>
          <w:szCs w:val="28"/>
        </w:rPr>
        <w:t>талап</w:t>
      </w:r>
      <w:proofErr w:type="spellEnd"/>
      <w:r w:rsidRPr="00C800CF">
        <w:rPr>
          <w:rFonts w:eastAsia="Times New Roman" w:cs="Times New Roman"/>
          <w:szCs w:val="28"/>
        </w:rPr>
        <w:t xml:space="preserve"> </w:t>
      </w:r>
      <w:proofErr w:type="spellStart"/>
      <w:r w:rsidRPr="00C800CF">
        <w:rPr>
          <w:rFonts w:eastAsia="Times New Roman" w:cs="Times New Roman"/>
          <w:szCs w:val="28"/>
        </w:rPr>
        <w:t>ететін</w:t>
      </w:r>
      <w:proofErr w:type="spellEnd"/>
      <w:r w:rsidRPr="00C800CF">
        <w:rPr>
          <w:rFonts w:eastAsia="Times New Roman" w:cs="Times New Roman"/>
          <w:szCs w:val="28"/>
        </w:rPr>
        <w:t xml:space="preserve"> </w:t>
      </w:r>
      <w:proofErr w:type="spellStart"/>
      <w:r w:rsidRPr="00C800CF">
        <w:rPr>
          <w:rFonts w:eastAsia="Times New Roman" w:cs="Times New Roman"/>
          <w:szCs w:val="28"/>
        </w:rPr>
        <w:t>басқа</w:t>
      </w:r>
      <w:proofErr w:type="spellEnd"/>
      <w:r w:rsidRPr="00C800CF">
        <w:rPr>
          <w:rFonts w:eastAsia="Times New Roman" w:cs="Times New Roman"/>
          <w:szCs w:val="28"/>
        </w:rPr>
        <w:t xml:space="preserve"> </w:t>
      </w:r>
      <w:proofErr w:type="spellStart"/>
      <w:r w:rsidRPr="00C800CF">
        <w:rPr>
          <w:rFonts w:eastAsia="Times New Roman" w:cs="Times New Roman"/>
          <w:szCs w:val="28"/>
        </w:rPr>
        <w:t>да</w:t>
      </w:r>
      <w:proofErr w:type="spellEnd"/>
      <w:r w:rsidRPr="00C800CF">
        <w:rPr>
          <w:rFonts w:eastAsia="Times New Roman" w:cs="Times New Roman"/>
          <w:szCs w:val="28"/>
        </w:rPr>
        <w:t xml:space="preserve"> </w:t>
      </w:r>
      <w:proofErr w:type="spellStart"/>
      <w:r w:rsidRPr="00C800CF">
        <w:rPr>
          <w:rFonts w:eastAsia="Times New Roman" w:cs="Times New Roman"/>
          <w:szCs w:val="28"/>
        </w:rPr>
        <w:t>элементтерді</w:t>
      </w:r>
      <w:proofErr w:type="spellEnd"/>
      <w:r w:rsidRPr="00C800CF">
        <w:rPr>
          <w:rFonts w:eastAsia="Times New Roman" w:cs="Times New Roman"/>
          <w:szCs w:val="28"/>
        </w:rPr>
        <w:t xml:space="preserve"> </w:t>
      </w:r>
      <w:proofErr w:type="spellStart"/>
      <w:r w:rsidRPr="00C800CF">
        <w:rPr>
          <w:rFonts w:eastAsia="Times New Roman" w:cs="Times New Roman"/>
          <w:szCs w:val="28"/>
        </w:rPr>
        <w:t>ауыстыруды</w:t>
      </w:r>
      <w:proofErr w:type="spellEnd"/>
      <w:r w:rsidRPr="00C800CF">
        <w:rPr>
          <w:rFonts w:eastAsia="Times New Roman" w:cs="Times New Roman"/>
          <w:szCs w:val="28"/>
        </w:rPr>
        <w:t xml:space="preserve"> </w:t>
      </w:r>
      <w:proofErr w:type="spellStart"/>
      <w:r w:rsidRPr="00C800CF">
        <w:rPr>
          <w:rFonts w:eastAsia="Times New Roman" w:cs="Times New Roman"/>
          <w:szCs w:val="28"/>
        </w:rPr>
        <w:t>жүзеге</w:t>
      </w:r>
      <w:proofErr w:type="spellEnd"/>
      <w:r w:rsidRPr="00C800CF">
        <w:rPr>
          <w:rFonts w:eastAsia="Times New Roman" w:cs="Times New Roman"/>
          <w:szCs w:val="28"/>
        </w:rPr>
        <w:t xml:space="preserve"> </w:t>
      </w:r>
      <w:proofErr w:type="spellStart"/>
      <w:r w:rsidRPr="00C800CF">
        <w:rPr>
          <w:rFonts w:eastAsia="Times New Roman" w:cs="Times New Roman"/>
          <w:szCs w:val="28"/>
        </w:rPr>
        <w:t>асырады</w:t>
      </w:r>
      <w:proofErr w:type="spellEnd"/>
      <w:r w:rsidRPr="00C800CF">
        <w:rPr>
          <w:rFonts w:eastAsia="Times New Roman" w:cs="Times New Roman"/>
          <w:szCs w:val="28"/>
        </w:rPr>
        <w:t>.</w:t>
      </w:r>
    </w:p>
    <w:p w:rsidR="00F7145E" w:rsidRPr="00C800CF" w:rsidRDefault="00F7145E" w:rsidP="00F7145E">
      <w:pPr>
        <w:spacing w:after="0" w:line="240" w:lineRule="auto"/>
        <w:rPr>
          <w:rFonts w:eastAsia="Times New Roman" w:cs="Times New Roman"/>
          <w:szCs w:val="28"/>
        </w:rPr>
      </w:pPr>
      <w:proofErr w:type="spellStart"/>
      <w:proofErr w:type="gram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есептегіштерін</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нәтижелері</w:t>
      </w:r>
      <w:proofErr w:type="spellEnd"/>
      <w:r w:rsidRPr="00C800CF">
        <w:rPr>
          <w:rFonts w:eastAsia="Times New Roman" w:cs="Times New Roman"/>
          <w:szCs w:val="28"/>
        </w:rPr>
        <w:t xml:space="preserve"> </w:t>
      </w:r>
      <w:proofErr w:type="spellStart"/>
      <w:r w:rsidRPr="00C800CF">
        <w:rPr>
          <w:rFonts w:eastAsia="Times New Roman" w:cs="Times New Roman"/>
          <w:szCs w:val="28"/>
        </w:rPr>
        <w:t>бойынша</w:t>
      </w:r>
      <w:proofErr w:type="spellEnd"/>
      <w:r w:rsidRPr="00C800CF">
        <w:rPr>
          <w:rFonts w:eastAsia="Times New Roman" w:cs="Times New Roman"/>
          <w:szCs w:val="28"/>
        </w:rPr>
        <w:t xml:space="preserve"> </w:t>
      </w:r>
      <w:proofErr w:type="spellStart"/>
      <w:r w:rsidRPr="00C800CF">
        <w:rPr>
          <w:rFonts w:eastAsia="Times New Roman" w:cs="Times New Roman"/>
          <w:szCs w:val="28"/>
        </w:rPr>
        <w:t>тиісті</w:t>
      </w:r>
      <w:proofErr w:type="spellEnd"/>
      <w:r w:rsidRPr="00C800CF">
        <w:rPr>
          <w:rFonts w:eastAsia="Times New Roman" w:cs="Times New Roman"/>
          <w:szCs w:val="28"/>
        </w:rPr>
        <w:t xml:space="preserve"> </w:t>
      </w:r>
      <w:proofErr w:type="spellStart"/>
      <w:r w:rsidRPr="00C800CF">
        <w:rPr>
          <w:rFonts w:eastAsia="Times New Roman" w:cs="Times New Roman"/>
          <w:szCs w:val="28"/>
        </w:rPr>
        <w:t>құжаттарды</w:t>
      </w:r>
      <w:proofErr w:type="spellEnd"/>
      <w:r w:rsidRPr="00C800CF">
        <w:rPr>
          <w:rFonts w:eastAsia="Times New Roman" w:cs="Times New Roman"/>
          <w:szCs w:val="28"/>
        </w:rPr>
        <w:t xml:space="preserve"> </w:t>
      </w:r>
      <w:proofErr w:type="spellStart"/>
      <w:r w:rsidRPr="00C800CF">
        <w:rPr>
          <w:rFonts w:eastAsia="Times New Roman" w:cs="Times New Roman"/>
          <w:szCs w:val="28"/>
        </w:rPr>
        <w:t>рәсімдей</w:t>
      </w:r>
      <w:proofErr w:type="spellEnd"/>
      <w:r w:rsidRPr="00C800CF">
        <w:rPr>
          <w:rFonts w:eastAsia="Times New Roman" w:cs="Times New Roman"/>
          <w:szCs w:val="28"/>
        </w:rPr>
        <w:t xml:space="preserve"> </w:t>
      </w:r>
      <w:proofErr w:type="spellStart"/>
      <w:r w:rsidRPr="00C800CF">
        <w:rPr>
          <w:rFonts w:eastAsia="Times New Roman" w:cs="Times New Roman"/>
          <w:szCs w:val="28"/>
        </w:rPr>
        <w:t>отырып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жүргізіледі</w:t>
      </w:r>
      <w:proofErr w:type="spellEnd"/>
      <w:r w:rsidRPr="00C800CF">
        <w:rPr>
          <w:rFonts w:eastAsia="Times New Roman" w:cs="Times New Roman"/>
          <w:szCs w:val="28"/>
        </w:rPr>
        <w:t>.</w:t>
      </w:r>
      <w:proofErr w:type="gramEnd"/>
      <w:r w:rsidRPr="00C800CF">
        <w:rPr>
          <w:rFonts w:eastAsia="Times New Roman" w:cs="Times New Roman"/>
          <w:szCs w:val="28"/>
        </w:rPr>
        <w:t xml:space="preserve"> </w:t>
      </w:r>
      <w:proofErr w:type="spellStart"/>
      <w:proofErr w:type="gram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туралы</w:t>
      </w:r>
      <w:proofErr w:type="spellEnd"/>
      <w:r w:rsidRPr="00C800CF">
        <w:rPr>
          <w:rFonts w:eastAsia="Times New Roman" w:cs="Times New Roman"/>
          <w:szCs w:val="28"/>
        </w:rPr>
        <w:t xml:space="preserve"> </w:t>
      </w:r>
      <w:proofErr w:type="spellStart"/>
      <w:r w:rsidRPr="00C800CF">
        <w:rPr>
          <w:rFonts w:eastAsia="Times New Roman" w:cs="Times New Roman"/>
          <w:szCs w:val="28"/>
        </w:rPr>
        <w:t>сертификат</w:t>
      </w:r>
      <w:proofErr w:type="spellEnd"/>
      <w:r w:rsidRPr="00C800CF">
        <w:rPr>
          <w:rFonts w:eastAsia="Times New Roman" w:cs="Times New Roman"/>
          <w:szCs w:val="28"/>
        </w:rPr>
        <w:t xml:space="preserve"> (</w:t>
      </w:r>
      <w:proofErr w:type="spellStart"/>
      <w:r w:rsidRPr="00C800CF">
        <w:rPr>
          <w:rFonts w:eastAsia="Times New Roman" w:cs="Times New Roman"/>
          <w:szCs w:val="28"/>
        </w:rPr>
        <w:t>куәлік</w:t>
      </w:r>
      <w:proofErr w:type="spellEnd"/>
      <w:r w:rsidRPr="00C800CF">
        <w:rPr>
          <w:rFonts w:eastAsia="Times New Roman" w:cs="Times New Roman"/>
          <w:szCs w:val="28"/>
        </w:rPr>
        <w:t xml:space="preserve">) </w:t>
      </w:r>
      <w:proofErr w:type="spellStart"/>
      <w:r w:rsidRPr="00C800CF">
        <w:rPr>
          <w:rFonts w:eastAsia="Times New Roman" w:cs="Times New Roman"/>
          <w:szCs w:val="28"/>
        </w:rPr>
        <w:t>қолданыстағы</w:t>
      </w:r>
      <w:proofErr w:type="spellEnd"/>
      <w:r w:rsidRPr="00C800CF">
        <w:rPr>
          <w:rFonts w:eastAsia="Times New Roman" w:cs="Times New Roman"/>
          <w:szCs w:val="28"/>
        </w:rPr>
        <w:t xml:space="preserve"> </w:t>
      </w:r>
      <w:proofErr w:type="spellStart"/>
      <w:r w:rsidRPr="00C800CF">
        <w:rPr>
          <w:rFonts w:eastAsia="Times New Roman" w:cs="Times New Roman"/>
          <w:szCs w:val="28"/>
        </w:rPr>
        <w:t>заңнама</w:t>
      </w:r>
      <w:proofErr w:type="spellEnd"/>
      <w:r w:rsidRPr="00C800CF">
        <w:rPr>
          <w:rFonts w:eastAsia="Times New Roman" w:cs="Times New Roman"/>
          <w:szCs w:val="28"/>
        </w:rPr>
        <w:t xml:space="preserve"> </w:t>
      </w:r>
      <w:proofErr w:type="spellStart"/>
      <w:r w:rsidRPr="00C800CF">
        <w:rPr>
          <w:rFonts w:eastAsia="Times New Roman" w:cs="Times New Roman"/>
          <w:szCs w:val="28"/>
        </w:rPr>
        <w:t>мен</w:t>
      </w:r>
      <w:proofErr w:type="spellEnd"/>
      <w:r w:rsidRPr="00C800CF">
        <w:rPr>
          <w:rFonts w:eastAsia="Times New Roman" w:cs="Times New Roman"/>
          <w:szCs w:val="28"/>
        </w:rPr>
        <w:t xml:space="preserve"> </w:t>
      </w:r>
      <w:proofErr w:type="spellStart"/>
      <w:r w:rsidRPr="00C800CF">
        <w:rPr>
          <w:rFonts w:eastAsia="Times New Roman" w:cs="Times New Roman"/>
          <w:szCs w:val="28"/>
        </w:rPr>
        <w:t>нормативтік-техникалық</w:t>
      </w:r>
      <w:proofErr w:type="spellEnd"/>
      <w:r w:rsidRPr="00C800CF">
        <w:rPr>
          <w:rFonts w:eastAsia="Times New Roman" w:cs="Times New Roman"/>
          <w:szCs w:val="28"/>
        </w:rPr>
        <w:t xml:space="preserve"> </w:t>
      </w:r>
      <w:proofErr w:type="spellStart"/>
      <w:r w:rsidRPr="00C800CF">
        <w:rPr>
          <w:rFonts w:eastAsia="Times New Roman" w:cs="Times New Roman"/>
          <w:szCs w:val="28"/>
        </w:rPr>
        <w:t>құжаттаманың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талаптарына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сәйкес</w:t>
      </w:r>
      <w:proofErr w:type="spellEnd"/>
      <w:r w:rsidRPr="00C800CF">
        <w:rPr>
          <w:rFonts w:eastAsia="Times New Roman" w:cs="Times New Roman"/>
          <w:szCs w:val="28"/>
        </w:rPr>
        <w:t xml:space="preserve"> </w:t>
      </w: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есептегіштің</w:t>
      </w:r>
      <w:proofErr w:type="spellEnd"/>
      <w:r w:rsidRPr="00C800CF">
        <w:rPr>
          <w:rFonts w:eastAsia="Times New Roman" w:cs="Times New Roman"/>
          <w:szCs w:val="28"/>
        </w:rPr>
        <w:t xml:space="preserve"> </w:t>
      </w:r>
      <w:proofErr w:type="spellStart"/>
      <w:r w:rsidRPr="00C800CF">
        <w:rPr>
          <w:rFonts w:eastAsia="Times New Roman" w:cs="Times New Roman"/>
          <w:szCs w:val="28"/>
        </w:rPr>
        <w:t>әрбір</w:t>
      </w:r>
      <w:proofErr w:type="spellEnd"/>
      <w:r w:rsidRPr="00C800CF">
        <w:rPr>
          <w:rFonts w:eastAsia="Times New Roman" w:cs="Times New Roman"/>
          <w:szCs w:val="28"/>
        </w:rPr>
        <w:t xml:space="preserve"> </w:t>
      </w:r>
      <w:proofErr w:type="spellStart"/>
      <w:r w:rsidRPr="00C800CF">
        <w:rPr>
          <w:rFonts w:eastAsia="Times New Roman" w:cs="Times New Roman"/>
          <w:szCs w:val="28"/>
        </w:rPr>
        <w:t>компонентіне</w:t>
      </w:r>
      <w:proofErr w:type="spellEnd"/>
      <w:r w:rsidRPr="00C800CF">
        <w:rPr>
          <w:rFonts w:eastAsia="Times New Roman" w:cs="Times New Roman"/>
          <w:szCs w:val="28"/>
        </w:rPr>
        <w:t xml:space="preserve"> </w:t>
      </w:r>
      <w:proofErr w:type="spellStart"/>
      <w:r w:rsidRPr="00C800CF">
        <w:rPr>
          <w:rFonts w:eastAsia="Times New Roman" w:cs="Times New Roman"/>
          <w:szCs w:val="28"/>
        </w:rPr>
        <w:t>жеке-жеке</w:t>
      </w:r>
      <w:proofErr w:type="spellEnd"/>
      <w:r w:rsidRPr="00C800CF">
        <w:rPr>
          <w:rFonts w:eastAsia="Times New Roman" w:cs="Times New Roman"/>
          <w:szCs w:val="28"/>
        </w:rPr>
        <w:t xml:space="preserve"> </w:t>
      </w:r>
      <w:proofErr w:type="spellStart"/>
      <w:r w:rsidRPr="00C800CF">
        <w:rPr>
          <w:rFonts w:eastAsia="Times New Roman" w:cs="Times New Roman"/>
          <w:szCs w:val="28"/>
        </w:rPr>
        <w:t>рәсімделеді</w:t>
      </w:r>
      <w:proofErr w:type="spellEnd"/>
      <w:r w:rsidRPr="00C800CF">
        <w:rPr>
          <w:rFonts w:eastAsia="Times New Roman" w:cs="Times New Roman"/>
          <w:szCs w:val="28"/>
        </w:rPr>
        <w:t>.</w:t>
      </w:r>
      <w:proofErr w:type="gramEnd"/>
    </w:p>
    <w:p w:rsidR="00F7145E" w:rsidRPr="00C800CF" w:rsidRDefault="00F7145E" w:rsidP="00F7145E">
      <w:pPr>
        <w:spacing w:after="0" w:line="240" w:lineRule="auto"/>
        <w:rPr>
          <w:rFonts w:eastAsia="Times New Roman" w:cs="Times New Roman"/>
          <w:b/>
          <w:szCs w:val="28"/>
        </w:rPr>
      </w:pPr>
      <w:proofErr w:type="spellStart"/>
      <w:r w:rsidRPr="00C800CF">
        <w:rPr>
          <w:rFonts w:eastAsia="Times New Roman" w:cs="Times New Roman"/>
          <w:b/>
          <w:szCs w:val="28"/>
        </w:rPr>
        <w:lastRenderedPageBreak/>
        <w:t>Салыстырып</w:t>
      </w:r>
      <w:proofErr w:type="spellEnd"/>
      <w:r w:rsidRPr="00C800CF">
        <w:rPr>
          <w:rFonts w:eastAsia="Times New Roman" w:cs="Times New Roman"/>
          <w:b/>
          <w:szCs w:val="28"/>
        </w:rPr>
        <w:t xml:space="preserve"> </w:t>
      </w:r>
      <w:proofErr w:type="spellStart"/>
      <w:r w:rsidRPr="00C800CF">
        <w:rPr>
          <w:rFonts w:eastAsia="Times New Roman" w:cs="Times New Roman"/>
          <w:b/>
          <w:szCs w:val="28"/>
        </w:rPr>
        <w:t>тексеру</w:t>
      </w:r>
      <w:proofErr w:type="spellEnd"/>
      <w:r w:rsidRPr="00C800CF">
        <w:rPr>
          <w:rFonts w:eastAsia="Times New Roman" w:cs="Times New Roman"/>
          <w:b/>
          <w:szCs w:val="28"/>
        </w:rPr>
        <w:t xml:space="preserve"> </w:t>
      </w:r>
      <w:proofErr w:type="spellStart"/>
      <w:r w:rsidRPr="00C800CF">
        <w:rPr>
          <w:rFonts w:eastAsia="Times New Roman" w:cs="Times New Roman"/>
          <w:b/>
          <w:szCs w:val="28"/>
        </w:rPr>
        <w:t>аяқталғаннан</w:t>
      </w:r>
      <w:proofErr w:type="spellEnd"/>
      <w:r w:rsidRPr="00C800CF">
        <w:rPr>
          <w:rFonts w:eastAsia="Times New Roman" w:cs="Times New Roman"/>
          <w:b/>
          <w:szCs w:val="28"/>
        </w:rPr>
        <w:t xml:space="preserve"> </w:t>
      </w:r>
      <w:proofErr w:type="spellStart"/>
      <w:r w:rsidRPr="00C800CF">
        <w:rPr>
          <w:rFonts w:eastAsia="Times New Roman" w:cs="Times New Roman"/>
          <w:b/>
          <w:szCs w:val="28"/>
        </w:rPr>
        <w:t>кейін</w:t>
      </w:r>
      <w:proofErr w:type="spellEnd"/>
      <w:r w:rsidRPr="00C800CF">
        <w:rPr>
          <w:rFonts w:eastAsia="Times New Roman" w:cs="Times New Roman"/>
          <w:b/>
          <w:szCs w:val="28"/>
        </w:rPr>
        <w:t xml:space="preserve"> </w:t>
      </w:r>
      <w:proofErr w:type="spellStart"/>
      <w:r w:rsidRPr="00C800CF">
        <w:rPr>
          <w:rFonts w:eastAsia="Times New Roman" w:cs="Times New Roman"/>
          <w:b/>
          <w:szCs w:val="28"/>
        </w:rPr>
        <w:t>Орындаушы</w:t>
      </w:r>
      <w:proofErr w:type="spellEnd"/>
      <w:r w:rsidRPr="00C800CF">
        <w:rPr>
          <w:rFonts w:eastAsia="Times New Roman" w:cs="Times New Roman"/>
          <w:b/>
          <w:szCs w:val="28"/>
        </w:rPr>
        <w:t>:</w:t>
      </w:r>
    </w:p>
    <w:p w:rsidR="00F7145E" w:rsidRPr="00C800CF" w:rsidRDefault="00F7145E" w:rsidP="00F7145E">
      <w:pPr>
        <w:numPr>
          <w:ilvl w:val="0"/>
          <w:numId w:val="21"/>
        </w:numPr>
        <w:spacing w:after="0" w:line="240" w:lineRule="auto"/>
        <w:rPr>
          <w:rFonts w:eastAsia="Times New Roman" w:cs="Times New Roman"/>
          <w:szCs w:val="28"/>
        </w:rPr>
      </w:pP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есептегіштерін</w:t>
      </w:r>
      <w:proofErr w:type="spellEnd"/>
      <w:r w:rsidRPr="00C800CF">
        <w:rPr>
          <w:rFonts w:eastAsia="Times New Roman" w:cs="Times New Roman"/>
          <w:szCs w:val="28"/>
        </w:rPr>
        <w:t xml:space="preserve"> </w:t>
      </w:r>
      <w:proofErr w:type="spellStart"/>
      <w:r w:rsidRPr="00C800CF">
        <w:rPr>
          <w:rFonts w:eastAsia="Times New Roman" w:cs="Times New Roman"/>
          <w:szCs w:val="28"/>
        </w:rPr>
        <w:t>штаттық</w:t>
      </w:r>
      <w:proofErr w:type="spellEnd"/>
      <w:r w:rsidRPr="00C800CF">
        <w:rPr>
          <w:rFonts w:eastAsia="Times New Roman" w:cs="Times New Roman"/>
          <w:szCs w:val="28"/>
        </w:rPr>
        <w:t xml:space="preserve"> </w:t>
      </w:r>
      <w:proofErr w:type="spellStart"/>
      <w:r w:rsidRPr="00C800CF">
        <w:rPr>
          <w:rFonts w:eastAsia="Times New Roman" w:cs="Times New Roman"/>
          <w:szCs w:val="28"/>
        </w:rPr>
        <w:t>орнату</w:t>
      </w:r>
      <w:proofErr w:type="spellEnd"/>
      <w:r w:rsidRPr="00C800CF">
        <w:rPr>
          <w:rFonts w:eastAsia="Times New Roman" w:cs="Times New Roman"/>
          <w:szCs w:val="28"/>
        </w:rPr>
        <w:t xml:space="preserve"> </w:t>
      </w:r>
      <w:proofErr w:type="spellStart"/>
      <w:r w:rsidRPr="00C800CF">
        <w:rPr>
          <w:rFonts w:eastAsia="Times New Roman" w:cs="Times New Roman"/>
          <w:szCs w:val="28"/>
        </w:rPr>
        <w:t>орындарына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монтаждауды</w:t>
      </w:r>
      <w:proofErr w:type="spellEnd"/>
      <w:r w:rsidRPr="00C800CF">
        <w:rPr>
          <w:rFonts w:eastAsia="Times New Roman" w:cs="Times New Roman"/>
          <w:szCs w:val="28"/>
        </w:rPr>
        <w:t>;</w:t>
      </w:r>
    </w:p>
    <w:p w:rsidR="00F7145E" w:rsidRPr="00C800CF" w:rsidRDefault="00F7145E" w:rsidP="00F7145E">
      <w:pPr>
        <w:numPr>
          <w:ilvl w:val="0"/>
          <w:numId w:val="21"/>
        </w:numPr>
        <w:spacing w:after="0" w:line="240" w:lineRule="auto"/>
        <w:rPr>
          <w:rFonts w:eastAsia="Times New Roman" w:cs="Times New Roman"/>
          <w:szCs w:val="28"/>
        </w:rPr>
      </w:pP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есептегіштерін</w:t>
      </w:r>
      <w:proofErr w:type="spellEnd"/>
      <w:r w:rsidRPr="00C800CF">
        <w:rPr>
          <w:rFonts w:eastAsia="Times New Roman" w:cs="Times New Roman"/>
          <w:szCs w:val="28"/>
        </w:rPr>
        <w:t xml:space="preserve"> </w:t>
      </w:r>
      <w:proofErr w:type="spellStart"/>
      <w:r w:rsidRPr="00C800CF">
        <w:rPr>
          <w:rFonts w:eastAsia="Times New Roman" w:cs="Times New Roman"/>
          <w:szCs w:val="28"/>
        </w:rPr>
        <w:t>жиынтықта</w:t>
      </w:r>
      <w:proofErr w:type="spellEnd"/>
      <w:r w:rsidRPr="00C800CF">
        <w:rPr>
          <w:rFonts w:eastAsia="Times New Roman" w:cs="Times New Roman"/>
          <w:szCs w:val="28"/>
        </w:rPr>
        <w:t xml:space="preserve"> </w:t>
      </w:r>
      <w:proofErr w:type="spellStart"/>
      <w:r w:rsidRPr="00C800CF">
        <w:rPr>
          <w:rFonts w:eastAsia="Times New Roman" w:cs="Times New Roman"/>
          <w:szCs w:val="28"/>
        </w:rPr>
        <w:t>тікелей</w:t>
      </w:r>
      <w:proofErr w:type="spellEnd"/>
      <w:r w:rsidRPr="00C800CF">
        <w:rPr>
          <w:rFonts w:eastAsia="Times New Roman" w:cs="Times New Roman"/>
          <w:szCs w:val="28"/>
        </w:rPr>
        <w:t xml:space="preserve"> </w:t>
      </w:r>
      <w:proofErr w:type="spellStart"/>
      <w:r w:rsidRPr="00C800CF">
        <w:rPr>
          <w:rFonts w:eastAsia="Times New Roman" w:cs="Times New Roman"/>
          <w:szCs w:val="28"/>
        </w:rPr>
        <w:t>пайдалану</w:t>
      </w:r>
      <w:proofErr w:type="spellEnd"/>
      <w:r w:rsidRPr="00C800CF">
        <w:rPr>
          <w:rFonts w:eastAsia="Times New Roman" w:cs="Times New Roman"/>
          <w:szCs w:val="28"/>
        </w:rPr>
        <w:t xml:space="preserve"> </w:t>
      </w:r>
      <w:proofErr w:type="spellStart"/>
      <w:r w:rsidRPr="00C800CF">
        <w:rPr>
          <w:rFonts w:eastAsia="Times New Roman" w:cs="Times New Roman"/>
          <w:szCs w:val="28"/>
        </w:rPr>
        <w:t>орнында</w:t>
      </w:r>
      <w:proofErr w:type="spellEnd"/>
      <w:r w:rsidRPr="00C800CF">
        <w:rPr>
          <w:rFonts w:eastAsia="Times New Roman" w:cs="Times New Roman"/>
          <w:szCs w:val="28"/>
        </w:rPr>
        <w:t xml:space="preserve"> </w:t>
      </w:r>
      <w:proofErr w:type="spellStart"/>
      <w:r w:rsidRPr="00C800CF">
        <w:rPr>
          <w:rFonts w:eastAsia="Times New Roman" w:cs="Times New Roman"/>
          <w:szCs w:val="28"/>
        </w:rPr>
        <w:t>баптауды</w:t>
      </w:r>
      <w:proofErr w:type="spellEnd"/>
      <w:r w:rsidRPr="00C800CF">
        <w:rPr>
          <w:rFonts w:eastAsia="Times New Roman" w:cs="Times New Roman"/>
          <w:szCs w:val="28"/>
        </w:rPr>
        <w:t>;</w:t>
      </w:r>
    </w:p>
    <w:p w:rsidR="00F7145E" w:rsidRPr="00C800CF" w:rsidRDefault="00F7145E" w:rsidP="00F7145E">
      <w:pPr>
        <w:numPr>
          <w:ilvl w:val="0"/>
          <w:numId w:val="21"/>
        </w:numPr>
        <w:spacing w:after="0" w:line="240" w:lineRule="auto"/>
        <w:rPr>
          <w:rFonts w:eastAsia="Times New Roman" w:cs="Times New Roman"/>
          <w:szCs w:val="28"/>
        </w:rPr>
      </w:pPr>
      <w:proofErr w:type="spellStart"/>
      <w:r w:rsidRPr="00C800CF">
        <w:rPr>
          <w:rFonts w:eastAsia="Times New Roman" w:cs="Times New Roman"/>
          <w:szCs w:val="28"/>
        </w:rPr>
        <w:t>барлық</w:t>
      </w:r>
      <w:proofErr w:type="spellEnd"/>
      <w:r w:rsidRPr="00C800CF">
        <w:rPr>
          <w:rFonts w:eastAsia="Times New Roman" w:cs="Times New Roman"/>
          <w:szCs w:val="28"/>
        </w:rPr>
        <w:t xml:space="preserve"> </w:t>
      </w:r>
      <w:proofErr w:type="spellStart"/>
      <w:r w:rsidRPr="00C800CF">
        <w:rPr>
          <w:rFonts w:eastAsia="Times New Roman" w:cs="Times New Roman"/>
          <w:szCs w:val="28"/>
        </w:rPr>
        <w:t>жиынтықтаушы</w:t>
      </w:r>
      <w:proofErr w:type="spellEnd"/>
      <w:r w:rsidRPr="00C800CF">
        <w:rPr>
          <w:rFonts w:eastAsia="Times New Roman" w:cs="Times New Roman"/>
          <w:szCs w:val="28"/>
        </w:rPr>
        <w:t xml:space="preserve"> </w:t>
      </w:r>
      <w:proofErr w:type="spellStart"/>
      <w:r w:rsidRPr="00C800CF">
        <w:rPr>
          <w:rFonts w:eastAsia="Times New Roman" w:cs="Times New Roman"/>
          <w:szCs w:val="28"/>
        </w:rPr>
        <w:t>бөліктердің</w:t>
      </w:r>
      <w:proofErr w:type="spellEnd"/>
      <w:r w:rsidRPr="00C800CF">
        <w:rPr>
          <w:rFonts w:eastAsia="Times New Roman" w:cs="Times New Roman"/>
          <w:szCs w:val="28"/>
        </w:rPr>
        <w:t xml:space="preserve"> </w:t>
      </w:r>
      <w:proofErr w:type="spellStart"/>
      <w:r w:rsidRPr="00C800CF">
        <w:rPr>
          <w:rFonts w:eastAsia="Times New Roman" w:cs="Times New Roman"/>
          <w:szCs w:val="28"/>
        </w:rPr>
        <w:t>бірлесіп</w:t>
      </w:r>
      <w:proofErr w:type="spellEnd"/>
      <w:r w:rsidRPr="00C800CF">
        <w:rPr>
          <w:rFonts w:eastAsia="Times New Roman" w:cs="Times New Roman"/>
          <w:szCs w:val="28"/>
        </w:rPr>
        <w:t xml:space="preserve"> </w:t>
      </w:r>
      <w:proofErr w:type="spellStart"/>
      <w:r w:rsidRPr="00C800CF">
        <w:rPr>
          <w:rFonts w:eastAsia="Times New Roman" w:cs="Times New Roman"/>
          <w:szCs w:val="28"/>
        </w:rPr>
        <w:t>жұмыс</w:t>
      </w:r>
      <w:proofErr w:type="spellEnd"/>
      <w:r w:rsidRPr="00C800CF">
        <w:rPr>
          <w:rFonts w:eastAsia="Times New Roman" w:cs="Times New Roman"/>
          <w:szCs w:val="28"/>
        </w:rPr>
        <w:t xml:space="preserve"> </w:t>
      </w:r>
      <w:proofErr w:type="spellStart"/>
      <w:r w:rsidRPr="00C800CF">
        <w:rPr>
          <w:rFonts w:eastAsia="Times New Roman" w:cs="Times New Roman"/>
          <w:szCs w:val="28"/>
        </w:rPr>
        <w:t>істеуінің</w:t>
      </w:r>
      <w:proofErr w:type="spellEnd"/>
      <w:r w:rsidRPr="00C800CF">
        <w:rPr>
          <w:rFonts w:eastAsia="Times New Roman" w:cs="Times New Roman"/>
          <w:szCs w:val="28"/>
        </w:rPr>
        <w:t xml:space="preserve"> </w:t>
      </w:r>
      <w:proofErr w:type="spellStart"/>
      <w:r w:rsidRPr="00C800CF">
        <w:rPr>
          <w:rFonts w:eastAsia="Times New Roman" w:cs="Times New Roman"/>
          <w:szCs w:val="28"/>
        </w:rPr>
        <w:t>дұрыстығын</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тексеруді</w:t>
      </w:r>
      <w:proofErr w:type="spellEnd"/>
      <w:r w:rsidRPr="00C800CF">
        <w:rPr>
          <w:rFonts w:eastAsia="Times New Roman" w:cs="Times New Roman"/>
          <w:szCs w:val="28"/>
        </w:rPr>
        <w:t>;</w:t>
      </w:r>
    </w:p>
    <w:p w:rsidR="00F7145E" w:rsidRPr="00C800CF" w:rsidRDefault="00F7145E" w:rsidP="00F7145E">
      <w:pPr>
        <w:numPr>
          <w:ilvl w:val="0"/>
          <w:numId w:val="21"/>
        </w:numPr>
        <w:spacing w:after="0" w:line="240" w:lineRule="auto"/>
        <w:rPr>
          <w:rFonts w:eastAsia="Times New Roman" w:cs="Times New Roman"/>
          <w:szCs w:val="28"/>
        </w:rPr>
      </w:pPr>
      <w:proofErr w:type="spellStart"/>
      <w:proofErr w:type="gramStart"/>
      <w:r w:rsidRPr="00C800CF">
        <w:rPr>
          <w:rFonts w:eastAsia="Times New Roman" w:cs="Times New Roman"/>
          <w:szCs w:val="28"/>
        </w:rPr>
        <w:t>монтаждалған</w:t>
      </w:r>
      <w:proofErr w:type="spellEnd"/>
      <w:proofErr w:type="gramEnd"/>
      <w:r w:rsidRPr="00C800CF">
        <w:rPr>
          <w:rFonts w:eastAsia="Times New Roman" w:cs="Times New Roman"/>
          <w:szCs w:val="28"/>
        </w:rPr>
        <w:t xml:space="preserve"> </w:t>
      </w:r>
      <w:proofErr w:type="spellStart"/>
      <w:r w:rsidRPr="00C800CF">
        <w:rPr>
          <w:rFonts w:eastAsia="Times New Roman" w:cs="Times New Roman"/>
          <w:szCs w:val="28"/>
        </w:rPr>
        <w:t>және</w:t>
      </w:r>
      <w:proofErr w:type="spellEnd"/>
      <w:r w:rsidRPr="00C800CF">
        <w:rPr>
          <w:rFonts w:eastAsia="Times New Roman" w:cs="Times New Roman"/>
          <w:szCs w:val="28"/>
        </w:rPr>
        <w:t xml:space="preserve"> </w:t>
      </w:r>
      <w:proofErr w:type="spellStart"/>
      <w:r w:rsidRPr="00C800CF">
        <w:rPr>
          <w:rFonts w:eastAsia="Times New Roman" w:cs="Times New Roman"/>
          <w:szCs w:val="28"/>
        </w:rPr>
        <w:t>бапталған</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есепке</w:t>
      </w:r>
      <w:proofErr w:type="spellEnd"/>
      <w:r w:rsidRPr="00C800CF">
        <w:rPr>
          <w:rFonts w:eastAsia="Times New Roman" w:cs="Times New Roman"/>
          <w:szCs w:val="28"/>
        </w:rPr>
        <w:t xml:space="preserve"> </w:t>
      </w:r>
      <w:proofErr w:type="spellStart"/>
      <w:r w:rsidRPr="00C800CF">
        <w:rPr>
          <w:rFonts w:eastAsia="Times New Roman" w:cs="Times New Roman"/>
          <w:szCs w:val="28"/>
        </w:rPr>
        <w:t>алу</w:t>
      </w:r>
      <w:proofErr w:type="spellEnd"/>
      <w:r w:rsidRPr="00C800CF">
        <w:rPr>
          <w:rFonts w:eastAsia="Times New Roman" w:cs="Times New Roman"/>
          <w:szCs w:val="28"/>
        </w:rPr>
        <w:t xml:space="preserve"> </w:t>
      </w:r>
      <w:proofErr w:type="spellStart"/>
      <w:r w:rsidRPr="00C800CF">
        <w:rPr>
          <w:rFonts w:eastAsia="Times New Roman" w:cs="Times New Roman"/>
          <w:szCs w:val="28"/>
        </w:rPr>
        <w:t>торабын</w:t>
      </w:r>
      <w:proofErr w:type="spellEnd"/>
      <w:r w:rsidRPr="00C800CF">
        <w:rPr>
          <w:rFonts w:eastAsia="Times New Roman" w:cs="Times New Roman"/>
          <w:szCs w:val="28"/>
        </w:rPr>
        <w:t xml:space="preserve"> </w:t>
      </w:r>
      <w:proofErr w:type="spellStart"/>
      <w:r w:rsidRPr="00C800CF">
        <w:rPr>
          <w:rFonts w:eastAsia="Times New Roman" w:cs="Times New Roman"/>
          <w:szCs w:val="28"/>
        </w:rPr>
        <w:t>жылумен</w:t>
      </w:r>
      <w:proofErr w:type="spellEnd"/>
      <w:r w:rsidRPr="00C800CF">
        <w:rPr>
          <w:rFonts w:eastAsia="Times New Roman" w:cs="Times New Roman"/>
          <w:szCs w:val="28"/>
        </w:rPr>
        <w:t xml:space="preserve"> </w:t>
      </w:r>
      <w:proofErr w:type="spellStart"/>
      <w:r w:rsidRPr="00C800CF">
        <w:rPr>
          <w:rFonts w:eastAsia="Times New Roman" w:cs="Times New Roman"/>
          <w:szCs w:val="28"/>
        </w:rPr>
        <w:t>жабдықтау</w:t>
      </w:r>
      <w:proofErr w:type="spellEnd"/>
      <w:r w:rsidRPr="00C800CF">
        <w:rPr>
          <w:rFonts w:eastAsia="Times New Roman" w:cs="Times New Roman"/>
          <w:szCs w:val="28"/>
        </w:rPr>
        <w:t xml:space="preserve"> </w:t>
      </w:r>
      <w:proofErr w:type="spellStart"/>
      <w:r w:rsidRPr="00C800CF">
        <w:rPr>
          <w:rFonts w:eastAsia="Times New Roman" w:cs="Times New Roman"/>
          <w:szCs w:val="28"/>
        </w:rPr>
        <w:t>ұйымының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инспекторына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пайдалануға</w:t>
      </w:r>
      <w:proofErr w:type="spellEnd"/>
      <w:r w:rsidRPr="00C800CF">
        <w:rPr>
          <w:rFonts w:eastAsia="Times New Roman" w:cs="Times New Roman"/>
          <w:szCs w:val="28"/>
        </w:rPr>
        <w:t xml:space="preserve"> </w:t>
      </w:r>
      <w:proofErr w:type="spellStart"/>
      <w:r w:rsidRPr="00C800CF">
        <w:rPr>
          <w:rFonts w:eastAsia="Times New Roman" w:cs="Times New Roman"/>
          <w:szCs w:val="28"/>
        </w:rPr>
        <w:t>қабылдау</w:t>
      </w:r>
      <w:proofErr w:type="spellEnd"/>
      <w:r w:rsidRPr="00C800CF">
        <w:rPr>
          <w:rFonts w:eastAsia="Times New Roman" w:cs="Times New Roman"/>
          <w:szCs w:val="28"/>
        </w:rPr>
        <w:t xml:space="preserve"> </w:t>
      </w:r>
      <w:proofErr w:type="spellStart"/>
      <w:r w:rsidRPr="00C800CF">
        <w:rPr>
          <w:rFonts w:eastAsia="Times New Roman" w:cs="Times New Roman"/>
          <w:szCs w:val="28"/>
        </w:rPr>
        <w:t>үшін</w:t>
      </w:r>
      <w:proofErr w:type="spellEnd"/>
      <w:r w:rsidRPr="00C800CF">
        <w:rPr>
          <w:rFonts w:eastAsia="Times New Roman" w:cs="Times New Roman"/>
          <w:szCs w:val="28"/>
        </w:rPr>
        <w:t xml:space="preserve"> </w:t>
      </w:r>
      <w:proofErr w:type="spellStart"/>
      <w:r w:rsidRPr="00C800CF">
        <w:rPr>
          <w:rFonts w:eastAsia="Times New Roman" w:cs="Times New Roman"/>
          <w:szCs w:val="28"/>
        </w:rPr>
        <w:t>тапсыруды</w:t>
      </w:r>
      <w:proofErr w:type="spellEnd"/>
      <w:r w:rsidRPr="00C800CF">
        <w:rPr>
          <w:rFonts w:eastAsia="Times New Roman" w:cs="Times New Roman"/>
          <w:szCs w:val="28"/>
        </w:rPr>
        <w:t xml:space="preserve"> </w:t>
      </w:r>
      <w:proofErr w:type="spellStart"/>
      <w:r w:rsidRPr="00C800CF">
        <w:rPr>
          <w:rFonts w:eastAsia="Times New Roman" w:cs="Times New Roman"/>
          <w:szCs w:val="28"/>
        </w:rPr>
        <w:t>жүзеге</w:t>
      </w:r>
      <w:proofErr w:type="spellEnd"/>
      <w:r w:rsidRPr="00C800CF">
        <w:rPr>
          <w:rFonts w:eastAsia="Times New Roman" w:cs="Times New Roman"/>
          <w:szCs w:val="28"/>
        </w:rPr>
        <w:t xml:space="preserve"> </w:t>
      </w:r>
      <w:proofErr w:type="spellStart"/>
      <w:r w:rsidRPr="00C800CF">
        <w:rPr>
          <w:rFonts w:eastAsia="Times New Roman" w:cs="Times New Roman"/>
          <w:szCs w:val="28"/>
        </w:rPr>
        <w:t>асырады</w:t>
      </w:r>
      <w:proofErr w:type="spellEnd"/>
      <w:r w:rsidRPr="00C800CF">
        <w:rPr>
          <w:rFonts w:eastAsia="Times New Roman" w:cs="Times New Roman"/>
          <w:szCs w:val="28"/>
        </w:rPr>
        <w:t>.</w:t>
      </w:r>
    </w:p>
    <w:p w:rsidR="00F7145E" w:rsidRPr="00C800CF" w:rsidRDefault="00F7145E" w:rsidP="00F7145E">
      <w:pPr>
        <w:spacing w:after="0" w:line="240" w:lineRule="auto"/>
        <w:rPr>
          <w:rFonts w:eastAsia="Times New Roman" w:cs="Times New Roman"/>
          <w:szCs w:val="28"/>
        </w:rPr>
      </w:pPr>
      <w:proofErr w:type="spellStart"/>
      <w:proofErr w:type="gramStart"/>
      <w:r w:rsidRPr="00C800CF">
        <w:rPr>
          <w:rFonts w:eastAsia="Times New Roman" w:cs="Times New Roman"/>
          <w:szCs w:val="28"/>
        </w:rPr>
        <w:t>Қыркүйек</w:t>
      </w:r>
      <w:proofErr w:type="spellEnd"/>
      <w:r w:rsidRPr="00C800CF">
        <w:rPr>
          <w:rFonts w:eastAsia="Times New Roman" w:cs="Times New Roman"/>
          <w:szCs w:val="28"/>
        </w:rPr>
        <w:t xml:space="preserve"> </w:t>
      </w:r>
      <w:proofErr w:type="spellStart"/>
      <w:r w:rsidRPr="00C800CF">
        <w:rPr>
          <w:rFonts w:eastAsia="Times New Roman" w:cs="Times New Roman"/>
          <w:szCs w:val="28"/>
        </w:rPr>
        <w:t>айынан</w:t>
      </w:r>
      <w:proofErr w:type="spellEnd"/>
      <w:r w:rsidRPr="00C800CF">
        <w:rPr>
          <w:rFonts w:eastAsia="Times New Roman" w:cs="Times New Roman"/>
          <w:szCs w:val="28"/>
        </w:rPr>
        <w:t xml:space="preserve"> </w:t>
      </w:r>
      <w:proofErr w:type="spellStart"/>
      <w:r w:rsidRPr="00C800CF">
        <w:rPr>
          <w:rFonts w:eastAsia="Times New Roman" w:cs="Times New Roman"/>
          <w:szCs w:val="28"/>
        </w:rPr>
        <w:t>мамыр</w:t>
      </w:r>
      <w:proofErr w:type="spellEnd"/>
      <w:r w:rsidRPr="00C800CF">
        <w:rPr>
          <w:rFonts w:eastAsia="Times New Roman" w:cs="Times New Roman"/>
          <w:szCs w:val="28"/>
        </w:rPr>
        <w:t xml:space="preserve"> </w:t>
      </w:r>
      <w:proofErr w:type="spellStart"/>
      <w:r w:rsidRPr="00C800CF">
        <w:rPr>
          <w:rFonts w:eastAsia="Times New Roman" w:cs="Times New Roman"/>
          <w:szCs w:val="28"/>
        </w:rPr>
        <w:t>айына</w:t>
      </w:r>
      <w:proofErr w:type="spellEnd"/>
      <w:r w:rsidRPr="00C800CF">
        <w:rPr>
          <w:rFonts w:eastAsia="Times New Roman" w:cs="Times New Roman"/>
          <w:szCs w:val="28"/>
        </w:rPr>
        <w:t xml:space="preserve"> </w:t>
      </w:r>
      <w:proofErr w:type="spellStart"/>
      <w:r w:rsidRPr="00C800CF">
        <w:rPr>
          <w:rFonts w:eastAsia="Times New Roman" w:cs="Times New Roman"/>
          <w:szCs w:val="28"/>
        </w:rPr>
        <w:t>дейінгі</w:t>
      </w:r>
      <w:proofErr w:type="spellEnd"/>
      <w:r w:rsidRPr="00C800CF">
        <w:rPr>
          <w:rFonts w:eastAsia="Times New Roman" w:cs="Times New Roman"/>
          <w:szCs w:val="28"/>
        </w:rPr>
        <w:t xml:space="preserve"> </w:t>
      </w: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беру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маусымы</w:t>
      </w:r>
      <w:proofErr w:type="spellEnd"/>
      <w:r w:rsidRPr="00C800CF">
        <w:rPr>
          <w:rFonts w:eastAsia="Times New Roman" w:cs="Times New Roman"/>
          <w:szCs w:val="28"/>
        </w:rPr>
        <w:t xml:space="preserve"> </w:t>
      </w:r>
      <w:proofErr w:type="spellStart"/>
      <w:r w:rsidRPr="00C800CF">
        <w:rPr>
          <w:rFonts w:eastAsia="Times New Roman" w:cs="Times New Roman"/>
          <w:szCs w:val="28"/>
        </w:rPr>
        <w:t>аралығындағы</w:t>
      </w:r>
      <w:proofErr w:type="spellEnd"/>
      <w:r w:rsidRPr="00C800CF">
        <w:rPr>
          <w:rFonts w:eastAsia="Times New Roman" w:cs="Times New Roman"/>
          <w:szCs w:val="28"/>
        </w:rPr>
        <w:t xml:space="preserve"> </w:t>
      </w:r>
      <w:proofErr w:type="spellStart"/>
      <w:r w:rsidRPr="00C800CF">
        <w:rPr>
          <w:rFonts w:eastAsia="Times New Roman" w:cs="Times New Roman"/>
          <w:szCs w:val="28"/>
        </w:rPr>
        <w:t>кезеңде</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жұмыстары</w:t>
      </w:r>
      <w:proofErr w:type="spellEnd"/>
      <w:r w:rsidRPr="00C800CF">
        <w:rPr>
          <w:rFonts w:eastAsia="Times New Roman" w:cs="Times New Roman"/>
          <w:szCs w:val="28"/>
        </w:rPr>
        <w:t xml:space="preserve"> </w:t>
      </w:r>
      <w:proofErr w:type="spellStart"/>
      <w:r w:rsidRPr="00C800CF">
        <w:rPr>
          <w:rFonts w:eastAsia="Times New Roman" w:cs="Times New Roman"/>
          <w:szCs w:val="28"/>
        </w:rPr>
        <w:t>жүргізілген</w:t>
      </w:r>
      <w:proofErr w:type="spellEnd"/>
      <w:r w:rsidRPr="00C800CF">
        <w:rPr>
          <w:rFonts w:eastAsia="Times New Roman" w:cs="Times New Roman"/>
          <w:szCs w:val="28"/>
        </w:rPr>
        <w:t xml:space="preserve"> </w:t>
      </w:r>
      <w:proofErr w:type="spellStart"/>
      <w:r w:rsidRPr="00C800CF">
        <w:rPr>
          <w:rFonts w:eastAsia="Times New Roman" w:cs="Times New Roman"/>
          <w:szCs w:val="28"/>
        </w:rPr>
        <w:t>жағдайда</w:t>
      </w:r>
      <w:proofErr w:type="spellEnd"/>
      <w:r w:rsidRPr="00C800CF">
        <w:rPr>
          <w:rFonts w:eastAsia="Times New Roman" w:cs="Times New Roman"/>
          <w:szCs w:val="28"/>
        </w:rPr>
        <w:t xml:space="preserve">, </w:t>
      </w:r>
      <w:proofErr w:type="spellStart"/>
      <w:r w:rsidRPr="00C800CF">
        <w:rPr>
          <w:rFonts w:eastAsia="Times New Roman" w:cs="Times New Roman"/>
          <w:szCs w:val="28"/>
        </w:rPr>
        <w:t>Орындаушы</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нәтижелері</w:t>
      </w:r>
      <w:proofErr w:type="spellEnd"/>
      <w:r w:rsidRPr="00C800CF">
        <w:rPr>
          <w:rFonts w:eastAsia="Times New Roman" w:cs="Times New Roman"/>
          <w:szCs w:val="28"/>
        </w:rPr>
        <w:t xml:space="preserve"> </w:t>
      </w:r>
      <w:proofErr w:type="spellStart"/>
      <w:r w:rsidRPr="00C800CF">
        <w:rPr>
          <w:rFonts w:eastAsia="Times New Roman" w:cs="Times New Roman"/>
          <w:szCs w:val="28"/>
        </w:rPr>
        <w:t>бойынша</w:t>
      </w:r>
      <w:proofErr w:type="spellEnd"/>
      <w:r w:rsidRPr="00C800CF">
        <w:rPr>
          <w:rFonts w:eastAsia="Times New Roman" w:cs="Times New Roman"/>
          <w:szCs w:val="28"/>
        </w:rPr>
        <w:t xml:space="preserve"> </w:t>
      </w:r>
      <w:proofErr w:type="spellStart"/>
      <w:r w:rsidRPr="00C800CF">
        <w:rPr>
          <w:rFonts w:eastAsia="Times New Roman" w:cs="Times New Roman"/>
          <w:szCs w:val="28"/>
        </w:rPr>
        <w:t>пайдалануға</w:t>
      </w:r>
      <w:proofErr w:type="spellEnd"/>
      <w:r w:rsidRPr="00C800CF">
        <w:rPr>
          <w:rFonts w:eastAsia="Times New Roman" w:cs="Times New Roman"/>
          <w:szCs w:val="28"/>
        </w:rPr>
        <w:t xml:space="preserve"> </w:t>
      </w:r>
      <w:proofErr w:type="spellStart"/>
      <w:r w:rsidRPr="00C800CF">
        <w:rPr>
          <w:rFonts w:eastAsia="Times New Roman" w:cs="Times New Roman"/>
          <w:szCs w:val="28"/>
        </w:rPr>
        <w:t>жарамды</w:t>
      </w:r>
      <w:proofErr w:type="spellEnd"/>
      <w:r w:rsidRPr="00C800CF">
        <w:rPr>
          <w:rFonts w:eastAsia="Times New Roman" w:cs="Times New Roman"/>
          <w:szCs w:val="28"/>
        </w:rPr>
        <w:t xml:space="preserve"> </w:t>
      </w:r>
      <w:proofErr w:type="spellStart"/>
      <w:r w:rsidRPr="00C800CF">
        <w:rPr>
          <w:rFonts w:eastAsia="Times New Roman" w:cs="Times New Roman"/>
          <w:szCs w:val="28"/>
        </w:rPr>
        <w:t>деп</w:t>
      </w:r>
      <w:proofErr w:type="spellEnd"/>
      <w:r w:rsidRPr="00C800CF">
        <w:rPr>
          <w:rFonts w:eastAsia="Times New Roman" w:cs="Times New Roman"/>
          <w:szCs w:val="28"/>
        </w:rPr>
        <w:t xml:space="preserve"> </w:t>
      </w:r>
      <w:proofErr w:type="spellStart"/>
      <w:r w:rsidRPr="00C800CF">
        <w:rPr>
          <w:rFonts w:eastAsia="Times New Roman" w:cs="Times New Roman"/>
          <w:szCs w:val="28"/>
        </w:rPr>
        <w:t>танылған</w:t>
      </w:r>
      <w:proofErr w:type="spellEnd"/>
      <w:r w:rsidRPr="00C800CF">
        <w:rPr>
          <w:rFonts w:eastAsia="Times New Roman" w:cs="Times New Roman"/>
          <w:szCs w:val="28"/>
        </w:rPr>
        <w:t xml:space="preserve"> </w:t>
      </w: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есептегіштердің</w:t>
      </w:r>
      <w:proofErr w:type="spellEnd"/>
      <w:r w:rsidRPr="00C800CF">
        <w:rPr>
          <w:rFonts w:eastAsia="Times New Roman" w:cs="Times New Roman"/>
          <w:szCs w:val="28"/>
        </w:rPr>
        <w:t xml:space="preserve"> </w:t>
      </w:r>
      <w:proofErr w:type="spellStart"/>
      <w:r w:rsidRPr="00C800CF">
        <w:rPr>
          <w:rFonts w:eastAsia="Times New Roman" w:cs="Times New Roman"/>
          <w:szCs w:val="28"/>
        </w:rPr>
        <w:t>жиынтықтаушы</w:t>
      </w:r>
      <w:proofErr w:type="spellEnd"/>
      <w:r w:rsidRPr="00C800CF">
        <w:rPr>
          <w:rFonts w:eastAsia="Times New Roman" w:cs="Times New Roman"/>
          <w:szCs w:val="28"/>
        </w:rPr>
        <w:t xml:space="preserve"> </w:t>
      </w:r>
      <w:proofErr w:type="spellStart"/>
      <w:r w:rsidRPr="00C800CF">
        <w:rPr>
          <w:rFonts w:eastAsia="Times New Roman" w:cs="Times New Roman"/>
          <w:szCs w:val="28"/>
        </w:rPr>
        <w:t>бөліктерінің</w:t>
      </w:r>
      <w:proofErr w:type="spellEnd"/>
      <w:r w:rsidRPr="00C800CF">
        <w:rPr>
          <w:rFonts w:eastAsia="Times New Roman" w:cs="Times New Roman"/>
          <w:szCs w:val="28"/>
        </w:rPr>
        <w:t xml:space="preserve"> </w:t>
      </w:r>
      <w:proofErr w:type="spellStart"/>
      <w:r w:rsidRPr="00C800CF">
        <w:rPr>
          <w:rFonts w:eastAsia="Times New Roman" w:cs="Times New Roman"/>
          <w:szCs w:val="28"/>
        </w:rPr>
        <w:t>жылу</w:t>
      </w:r>
      <w:proofErr w:type="spellEnd"/>
      <w:r w:rsidRPr="00C800CF">
        <w:rPr>
          <w:rFonts w:eastAsia="Times New Roman" w:cs="Times New Roman"/>
          <w:szCs w:val="28"/>
        </w:rPr>
        <w:t xml:space="preserve"> </w:t>
      </w:r>
      <w:proofErr w:type="spellStart"/>
      <w:r w:rsidRPr="00C800CF">
        <w:rPr>
          <w:rFonts w:eastAsia="Times New Roman" w:cs="Times New Roman"/>
          <w:szCs w:val="28"/>
        </w:rPr>
        <w:t>тасымалдағышты</w:t>
      </w:r>
      <w:proofErr w:type="spellEnd"/>
      <w:r w:rsidRPr="00C800CF">
        <w:rPr>
          <w:rFonts w:eastAsia="Times New Roman" w:cs="Times New Roman"/>
          <w:szCs w:val="28"/>
        </w:rPr>
        <w:t xml:space="preserve"> </w:t>
      </w:r>
      <w:proofErr w:type="spellStart"/>
      <w:r w:rsidRPr="00C800CF">
        <w:rPr>
          <w:rFonts w:eastAsia="Times New Roman" w:cs="Times New Roman"/>
          <w:szCs w:val="28"/>
        </w:rPr>
        <w:t>пайдалана</w:t>
      </w:r>
      <w:proofErr w:type="spellEnd"/>
      <w:r w:rsidRPr="00C800CF">
        <w:rPr>
          <w:rFonts w:eastAsia="Times New Roman" w:cs="Times New Roman"/>
          <w:szCs w:val="28"/>
        </w:rPr>
        <w:t xml:space="preserve"> </w:t>
      </w:r>
      <w:proofErr w:type="spellStart"/>
      <w:r w:rsidRPr="00C800CF">
        <w:rPr>
          <w:rFonts w:eastAsia="Times New Roman" w:cs="Times New Roman"/>
          <w:szCs w:val="28"/>
        </w:rPr>
        <w:t>отырып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алғашқы</w:t>
      </w:r>
      <w:proofErr w:type="spellEnd"/>
      <w:r w:rsidRPr="00C800CF">
        <w:rPr>
          <w:rFonts w:eastAsia="Times New Roman" w:cs="Times New Roman"/>
          <w:szCs w:val="28"/>
        </w:rPr>
        <w:t xml:space="preserve"> </w:t>
      </w:r>
      <w:proofErr w:type="spellStart"/>
      <w:r w:rsidRPr="00C800CF">
        <w:rPr>
          <w:rFonts w:eastAsia="Times New Roman" w:cs="Times New Roman"/>
          <w:szCs w:val="28"/>
        </w:rPr>
        <w:t>іске</w:t>
      </w:r>
      <w:proofErr w:type="spellEnd"/>
      <w:r w:rsidRPr="00C800CF">
        <w:rPr>
          <w:rFonts w:eastAsia="Times New Roman" w:cs="Times New Roman"/>
          <w:szCs w:val="28"/>
        </w:rPr>
        <w:t xml:space="preserve"> </w:t>
      </w:r>
      <w:proofErr w:type="spellStart"/>
      <w:r w:rsidRPr="00C800CF">
        <w:rPr>
          <w:rFonts w:eastAsia="Times New Roman" w:cs="Times New Roman"/>
          <w:szCs w:val="28"/>
        </w:rPr>
        <w:t>қосылуы</w:t>
      </w:r>
      <w:proofErr w:type="spellEnd"/>
      <w:r w:rsidRPr="00C800CF">
        <w:rPr>
          <w:rFonts w:eastAsia="Times New Roman" w:cs="Times New Roman"/>
          <w:szCs w:val="28"/>
        </w:rPr>
        <w:t xml:space="preserve"> </w:t>
      </w:r>
      <w:proofErr w:type="spellStart"/>
      <w:r w:rsidRPr="00C800CF">
        <w:rPr>
          <w:rFonts w:eastAsia="Times New Roman" w:cs="Times New Roman"/>
          <w:szCs w:val="28"/>
        </w:rPr>
        <w:t>кезінде</w:t>
      </w:r>
      <w:proofErr w:type="spellEnd"/>
      <w:r w:rsidRPr="00C800CF">
        <w:rPr>
          <w:rFonts w:eastAsia="Times New Roman" w:cs="Times New Roman"/>
          <w:szCs w:val="28"/>
        </w:rPr>
        <w:t xml:space="preserve"> </w:t>
      </w:r>
      <w:proofErr w:type="spellStart"/>
      <w:r w:rsidRPr="00C800CF">
        <w:rPr>
          <w:rFonts w:eastAsia="Times New Roman" w:cs="Times New Roman"/>
          <w:szCs w:val="28"/>
        </w:rPr>
        <w:t>дұрыс</w:t>
      </w:r>
      <w:proofErr w:type="spellEnd"/>
      <w:r w:rsidRPr="00C800CF">
        <w:rPr>
          <w:rFonts w:eastAsia="Times New Roman" w:cs="Times New Roman"/>
          <w:szCs w:val="28"/>
        </w:rPr>
        <w:t xml:space="preserve"> </w:t>
      </w:r>
      <w:proofErr w:type="spellStart"/>
      <w:r w:rsidRPr="00C800CF">
        <w:rPr>
          <w:rFonts w:eastAsia="Times New Roman" w:cs="Times New Roman"/>
          <w:szCs w:val="28"/>
        </w:rPr>
        <w:t>жұмыс</w:t>
      </w:r>
      <w:proofErr w:type="spellEnd"/>
      <w:r w:rsidRPr="00C800CF">
        <w:rPr>
          <w:rFonts w:eastAsia="Times New Roman" w:cs="Times New Roman"/>
          <w:szCs w:val="28"/>
        </w:rPr>
        <w:t xml:space="preserve"> </w:t>
      </w:r>
      <w:proofErr w:type="spellStart"/>
      <w:r w:rsidRPr="00C800CF">
        <w:rPr>
          <w:rFonts w:eastAsia="Times New Roman" w:cs="Times New Roman"/>
          <w:szCs w:val="28"/>
        </w:rPr>
        <w:t>істемеуіне</w:t>
      </w:r>
      <w:proofErr w:type="spellEnd"/>
      <w:r w:rsidRPr="00C800CF">
        <w:rPr>
          <w:rFonts w:eastAsia="Times New Roman" w:cs="Times New Roman"/>
          <w:szCs w:val="28"/>
        </w:rPr>
        <w:t xml:space="preserve"> </w:t>
      </w:r>
      <w:proofErr w:type="spellStart"/>
      <w:r w:rsidRPr="00C800CF">
        <w:rPr>
          <w:rFonts w:eastAsia="Times New Roman" w:cs="Times New Roman"/>
          <w:szCs w:val="28"/>
        </w:rPr>
        <w:t>материалдық</w:t>
      </w:r>
      <w:proofErr w:type="spellEnd"/>
      <w:r w:rsidRPr="00C800CF">
        <w:rPr>
          <w:rFonts w:eastAsia="Times New Roman" w:cs="Times New Roman"/>
          <w:szCs w:val="28"/>
        </w:rPr>
        <w:t xml:space="preserve"> </w:t>
      </w:r>
      <w:proofErr w:type="spellStart"/>
      <w:r w:rsidRPr="00C800CF">
        <w:rPr>
          <w:rFonts w:eastAsia="Times New Roman" w:cs="Times New Roman"/>
          <w:szCs w:val="28"/>
        </w:rPr>
        <w:t>жауапкершілік</w:t>
      </w:r>
      <w:proofErr w:type="spellEnd"/>
      <w:r w:rsidRPr="00C800CF">
        <w:rPr>
          <w:rFonts w:eastAsia="Times New Roman" w:cs="Times New Roman"/>
          <w:szCs w:val="28"/>
        </w:rPr>
        <w:t xml:space="preserve"> </w:t>
      </w:r>
      <w:proofErr w:type="spellStart"/>
      <w:r w:rsidRPr="00C800CF">
        <w:rPr>
          <w:rFonts w:eastAsia="Times New Roman" w:cs="Times New Roman"/>
          <w:szCs w:val="28"/>
        </w:rPr>
        <w:t>көтереді</w:t>
      </w:r>
      <w:proofErr w:type="spellEnd"/>
      <w:r w:rsidRPr="00C800CF">
        <w:rPr>
          <w:rFonts w:eastAsia="Times New Roman" w:cs="Times New Roman"/>
          <w:szCs w:val="28"/>
        </w:rPr>
        <w:t>.</w:t>
      </w:r>
      <w:proofErr w:type="gramEnd"/>
    </w:p>
    <w:p w:rsidR="00F7145E" w:rsidRPr="00C800CF" w:rsidRDefault="00F7145E" w:rsidP="00F7145E">
      <w:pPr>
        <w:spacing w:after="0" w:line="240" w:lineRule="auto"/>
        <w:ind w:firstLine="360"/>
        <w:rPr>
          <w:rFonts w:eastAsia="Times New Roman" w:cs="Times New Roman"/>
          <w:szCs w:val="28"/>
        </w:rPr>
      </w:pPr>
      <w:proofErr w:type="spellStart"/>
      <w:r w:rsidRPr="00C800CF">
        <w:rPr>
          <w:rFonts w:eastAsia="Times New Roman" w:cs="Times New Roman"/>
          <w:b/>
          <w:bCs/>
          <w:szCs w:val="28"/>
        </w:rPr>
        <w:t>Қызмет</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көрсету</w:t>
      </w:r>
      <w:proofErr w:type="spellEnd"/>
      <w:r w:rsidRPr="00C800CF">
        <w:rPr>
          <w:rFonts w:eastAsia="Times New Roman" w:cs="Times New Roman"/>
          <w:b/>
          <w:bCs/>
          <w:szCs w:val="28"/>
        </w:rPr>
        <w:t xml:space="preserve"> </w:t>
      </w:r>
      <w:proofErr w:type="spellStart"/>
      <w:r w:rsidRPr="00C800CF">
        <w:rPr>
          <w:rFonts w:eastAsia="Times New Roman" w:cs="Times New Roman"/>
          <w:b/>
          <w:bCs/>
          <w:szCs w:val="28"/>
        </w:rPr>
        <w:t>нәтижесі</w:t>
      </w:r>
      <w:proofErr w:type="spellEnd"/>
      <w:r w:rsidRPr="00C800CF">
        <w:rPr>
          <w:rFonts w:eastAsia="Times New Roman" w:cs="Times New Roman"/>
          <w:b/>
          <w:bCs/>
          <w:szCs w:val="28"/>
        </w:rPr>
        <w:t>:</w:t>
      </w:r>
    </w:p>
    <w:p w:rsidR="00F7145E" w:rsidRPr="00C800CF" w:rsidRDefault="00F7145E" w:rsidP="00F7145E">
      <w:pPr>
        <w:numPr>
          <w:ilvl w:val="0"/>
          <w:numId w:val="19"/>
        </w:numPr>
        <w:spacing w:after="0" w:line="240" w:lineRule="auto"/>
        <w:rPr>
          <w:rFonts w:eastAsia="Times New Roman" w:cs="Times New Roman"/>
          <w:szCs w:val="28"/>
        </w:rPr>
      </w:pPr>
      <w:proofErr w:type="spellStart"/>
      <w:r w:rsidRPr="00C800CF">
        <w:rPr>
          <w:rFonts w:eastAsia="Times New Roman" w:cs="Times New Roman"/>
          <w:szCs w:val="28"/>
        </w:rPr>
        <w:t>Қазақстан</w:t>
      </w:r>
      <w:proofErr w:type="spellEnd"/>
      <w:r w:rsidRPr="00C800CF">
        <w:rPr>
          <w:rFonts w:eastAsia="Times New Roman" w:cs="Times New Roman"/>
          <w:szCs w:val="28"/>
        </w:rPr>
        <w:t xml:space="preserve"> </w:t>
      </w:r>
      <w:proofErr w:type="spellStart"/>
      <w:r w:rsidRPr="00C800CF">
        <w:rPr>
          <w:rFonts w:eastAsia="Times New Roman" w:cs="Times New Roman"/>
          <w:szCs w:val="28"/>
        </w:rPr>
        <w:t>Республикасының</w:t>
      </w:r>
      <w:proofErr w:type="spellEnd"/>
      <w:r w:rsidRPr="00C800CF">
        <w:rPr>
          <w:rFonts w:eastAsia="Times New Roman" w:cs="Times New Roman"/>
          <w:szCs w:val="28"/>
        </w:rPr>
        <w:t xml:space="preserve"> </w:t>
      </w:r>
      <w:proofErr w:type="spellStart"/>
      <w:r w:rsidRPr="00C800CF">
        <w:rPr>
          <w:rFonts w:eastAsia="Times New Roman" w:cs="Times New Roman"/>
          <w:szCs w:val="28"/>
        </w:rPr>
        <w:t>заңнамасында</w:t>
      </w:r>
      <w:proofErr w:type="spellEnd"/>
      <w:r w:rsidRPr="00C800CF">
        <w:rPr>
          <w:rFonts w:eastAsia="Times New Roman" w:cs="Times New Roman"/>
          <w:szCs w:val="28"/>
        </w:rPr>
        <w:t xml:space="preserve"> </w:t>
      </w:r>
      <w:proofErr w:type="spellStart"/>
      <w:r w:rsidRPr="00C800CF">
        <w:rPr>
          <w:rFonts w:eastAsia="Times New Roman" w:cs="Times New Roman"/>
          <w:szCs w:val="28"/>
        </w:rPr>
        <w:t>көзделген</w:t>
      </w:r>
      <w:proofErr w:type="spellEnd"/>
      <w:r w:rsidRPr="00C800CF">
        <w:rPr>
          <w:rFonts w:eastAsia="Times New Roman" w:cs="Times New Roman"/>
          <w:szCs w:val="28"/>
        </w:rPr>
        <w:t xml:space="preserve"> </w:t>
      </w:r>
      <w:proofErr w:type="spellStart"/>
      <w:r w:rsidRPr="00C800CF">
        <w:rPr>
          <w:rFonts w:eastAsia="Times New Roman" w:cs="Times New Roman"/>
          <w:szCs w:val="28"/>
        </w:rPr>
        <w:t>салыстырып</w:t>
      </w:r>
      <w:proofErr w:type="spellEnd"/>
      <w:r w:rsidRPr="00C800CF">
        <w:rPr>
          <w:rFonts w:eastAsia="Times New Roman" w:cs="Times New Roman"/>
          <w:szCs w:val="28"/>
        </w:rPr>
        <w:t xml:space="preserve"> </w:t>
      </w:r>
      <w:proofErr w:type="spellStart"/>
      <w:r w:rsidRPr="00C800CF">
        <w:rPr>
          <w:rFonts w:eastAsia="Times New Roman" w:cs="Times New Roman"/>
          <w:szCs w:val="28"/>
        </w:rPr>
        <w:t>тексеру</w:t>
      </w:r>
      <w:proofErr w:type="spellEnd"/>
      <w:r w:rsidRPr="00C800CF">
        <w:rPr>
          <w:rFonts w:eastAsia="Times New Roman" w:cs="Times New Roman"/>
          <w:szCs w:val="28"/>
        </w:rPr>
        <w:t xml:space="preserve"> </w:t>
      </w:r>
      <w:proofErr w:type="spellStart"/>
      <w:r w:rsidRPr="00C800CF">
        <w:rPr>
          <w:rFonts w:eastAsia="Times New Roman" w:cs="Times New Roman"/>
          <w:szCs w:val="28"/>
        </w:rPr>
        <w:t>туралы</w:t>
      </w:r>
      <w:proofErr w:type="spellEnd"/>
      <w:r w:rsidRPr="00C800CF">
        <w:rPr>
          <w:rFonts w:eastAsia="Times New Roman" w:cs="Times New Roman"/>
          <w:szCs w:val="28"/>
        </w:rPr>
        <w:t xml:space="preserve"> </w:t>
      </w:r>
      <w:proofErr w:type="spellStart"/>
      <w:r w:rsidRPr="00C800CF">
        <w:rPr>
          <w:rFonts w:eastAsia="Times New Roman" w:cs="Times New Roman"/>
          <w:szCs w:val="28"/>
        </w:rPr>
        <w:t>куәлік</w:t>
      </w:r>
      <w:proofErr w:type="spellEnd"/>
      <w:r w:rsidRPr="00C800CF">
        <w:rPr>
          <w:rFonts w:eastAsia="Times New Roman" w:cs="Times New Roman"/>
          <w:szCs w:val="28"/>
        </w:rPr>
        <w:t>/</w:t>
      </w:r>
      <w:proofErr w:type="spellStart"/>
      <w:r w:rsidRPr="00C800CF">
        <w:rPr>
          <w:rFonts w:eastAsia="Times New Roman" w:cs="Times New Roman"/>
          <w:szCs w:val="28"/>
        </w:rPr>
        <w:t>сертификат</w:t>
      </w:r>
      <w:proofErr w:type="spellEnd"/>
      <w:r w:rsidRPr="00C800CF">
        <w:rPr>
          <w:rFonts w:eastAsia="Times New Roman" w:cs="Times New Roman"/>
          <w:szCs w:val="28"/>
        </w:rPr>
        <w:t xml:space="preserve"> </w:t>
      </w:r>
      <w:proofErr w:type="spellStart"/>
      <w:r w:rsidRPr="00C800CF">
        <w:rPr>
          <w:rFonts w:eastAsia="Times New Roman" w:cs="Times New Roman"/>
          <w:szCs w:val="28"/>
        </w:rPr>
        <w:t>немесе</w:t>
      </w:r>
      <w:proofErr w:type="spellEnd"/>
      <w:r w:rsidRPr="00C800CF">
        <w:rPr>
          <w:rFonts w:eastAsia="Times New Roman" w:cs="Times New Roman"/>
          <w:szCs w:val="28"/>
        </w:rPr>
        <w:t xml:space="preserve"> </w:t>
      </w:r>
      <w:proofErr w:type="spellStart"/>
      <w:r w:rsidRPr="00C800CF">
        <w:rPr>
          <w:rFonts w:eastAsia="Times New Roman" w:cs="Times New Roman"/>
          <w:szCs w:val="28"/>
        </w:rPr>
        <w:t>өзге</w:t>
      </w:r>
      <w:proofErr w:type="spellEnd"/>
      <w:r w:rsidRPr="00C800CF">
        <w:rPr>
          <w:rFonts w:eastAsia="Times New Roman" w:cs="Times New Roman"/>
          <w:szCs w:val="28"/>
        </w:rPr>
        <w:t xml:space="preserve"> </w:t>
      </w:r>
      <w:proofErr w:type="spellStart"/>
      <w:r w:rsidRPr="00C800CF">
        <w:rPr>
          <w:rFonts w:eastAsia="Times New Roman" w:cs="Times New Roman"/>
          <w:szCs w:val="28"/>
        </w:rPr>
        <w:t>де</w:t>
      </w:r>
      <w:proofErr w:type="spellEnd"/>
      <w:r w:rsidRPr="00C800CF">
        <w:rPr>
          <w:rFonts w:eastAsia="Times New Roman" w:cs="Times New Roman"/>
          <w:szCs w:val="28"/>
        </w:rPr>
        <w:t xml:space="preserve"> </w:t>
      </w:r>
      <w:proofErr w:type="spellStart"/>
      <w:r w:rsidRPr="00C800CF">
        <w:rPr>
          <w:rFonts w:eastAsia="Times New Roman" w:cs="Times New Roman"/>
          <w:szCs w:val="28"/>
        </w:rPr>
        <w:t>тиісті</w:t>
      </w:r>
      <w:proofErr w:type="spellEnd"/>
      <w:r w:rsidRPr="00C800CF">
        <w:rPr>
          <w:rFonts w:eastAsia="Times New Roman" w:cs="Times New Roman"/>
          <w:szCs w:val="28"/>
        </w:rPr>
        <w:t xml:space="preserve"> </w:t>
      </w:r>
      <w:proofErr w:type="spellStart"/>
      <w:r w:rsidRPr="00C800CF">
        <w:rPr>
          <w:rFonts w:eastAsia="Times New Roman" w:cs="Times New Roman"/>
          <w:szCs w:val="28"/>
        </w:rPr>
        <w:t>құжат</w:t>
      </w:r>
      <w:proofErr w:type="spellEnd"/>
      <w:r w:rsidRPr="00C800CF">
        <w:rPr>
          <w:rFonts w:eastAsia="Times New Roman" w:cs="Times New Roman"/>
          <w:szCs w:val="28"/>
        </w:rPr>
        <w:t>;</w:t>
      </w:r>
    </w:p>
    <w:p w:rsidR="00F7145E" w:rsidRPr="00F7145E" w:rsidRDefault="00F7145E" w:rsidP="00F7145E">
      <w:pPr>
        <w:numPr>
          <w:ilvl w:val="0"/>
          <w:numId w:val="19"/>
        </w:numPr>
        <w:spacing w:after="0" w:line="240" w:lineRule="auto"/>
        <w:rPr>
          <w:rFonts w:eastAsia="Times New Roman" w:cs="Times New Roman"/>
          <w:szCs w:val="28"/>
          <w:lang w:val="ru-RU"/>
        </w:rPr>
      </w:pPr>
      <w:proofErr w:type="spellStart"/>
      <w:r w:rsidRPr="00F7145E">
        <w:rPr>
          <w:rFonts w:eastAsia="Times New Roman" w:cs="Times New Roman"/>
          <w:szCs w:val="28"/>
          <w:lang w:val="ru-RU"/>
        </w:rPr>
        <w:t>қажет</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болған</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жағдайда</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салыстырып</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тексеру</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хаттамасы</w:t>
      </w:r>
      <w:proofErr w:type="spellEnd"/>
      <w:r w:rsidRPr="00F7145E">
        <w:rPr>
          <w:rFonts w:eastAsia="Times New Roman" w:cs="Times New Roman"/>
          <w:szCs w:val="28"/>
          <w:lang w:val="ru-RU"/>
        </w:rPr>
        <w:t>;</w:t>
      </w:r>
    </w:p>
    <w:p w:rsidR="00F7145E" w:rsidRPr="00F7145E" w:rsidRDefault="00F7145E" w:rsidP="00F7145E">
      <w:pPr>
        <w:numPr>
          <w:ilvl w:val="0"/>
          <w:numId w:val="19"/>
        </w:numPr>
        <w:spacing w:after="0" w:line="240" w:lineRule="auto"/>
        <w:rPr>
          <w:rFonts w:eastAsia="Times New Roman" w:cs="Times New Roman"/>
          <w:szCs w:val="28"/>
          <w:lang w:val="ru-RU"/>
        </w:rPr>
      </w:pPr>
      <w:proofErr w:type="spellStart"/>
      <w:r w:rsidRPr="00F7145E">
        <w:rPr>
          <w:rFonts w:eastAsia="Times New Roman" w:cs="Times New Roman"/>
          <w:szCs w:val="28"/>
          <w:lang w:val="ru-RU"/>
        </w:rPr>
        <w:t>қолданылған</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жағдайда</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салыстырып</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тексеру</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таңбасын</w:t>
      </w:r>
      <w:proofErr w:type="spellEnd"/>
      <w:r w:rsidRPr="00F7145E">
        <w:rPr>
          <w:rFonts w:eastAsia="Times New Roman" w:cs="Times New Roman"/>
          <w:szCs w:val="28"/>
          <w:lang w:val="ru-RU"/>
        </w:rPr>
        <w:t>/</w:t>
      </w:r>
      <w:proofErr w:type="spellStart"/>
      <w:r w:rsidRPr="00F7145E">
        <w:rPr>
          <w:rFonts w:eastAsia="Times New Roman" w:cs="Times New Roman"/>
          <w:szCs w:val="28"/>
          <w:lang w:val="ru-RU"/>
        </w:rPr>
        <w:t>сәйкестендіру</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белгісі</w:t>
      </w:r>
      <w:proofErr w:type="gramStart"/>
      <w:r w:rsidRPr="00F7145E">
        <w:rPr>
          <w:rFonts w:eastAsia="Times New Roman" w:cs="Times New Roman"/>
          <w:szCs w:val="28"/>
          <w:lang w:val="ru-RU"/>
        </w:rPr>
        <w:t>н</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қою</w:t>
      </w:r>
      <w:proofErr w:type="spellEnd"/>
      <w:proofErr w:type="gramEnd"/>
      <w:r w:rsidRPr="00F7145E">
        <w:rPr>
          <w:rFonts w:eastAsia="Times New Roman" w:cs="Times New Roman"/>
          <w:szCs w:val="28"/>
          <w:lang w:val="ru-RU"/>
        </w:rPr>
        <w:t>;</w:t>
      </w:r>
    </w:p>
    <w:p w:rsidR="00F7145E" w:rsidRPr="00F7145E" w:rsidRDefault="00F7145E" w:rsidP="00F7145E">
      <w:pPr>
        <w:numPr>
          <w:ilvl w:val="0"/>
          <w:numId w:val="19"/>
        </w:numPr>
        <w:spacing w:after="0" w:line="240" w:lineRule="auto"/>
        <w:rPr>
          <w:rFonts w:eastAsia="Times New Roman" w:cs="Times New Roman"/>
          <w:szCs w:val="28"/>
          <w:lang w:val="ru-RU"/>
        </w:rPr>
      </w:pPr>
      <w:proofErr w:type="spellStart"/>
      <w:r w:rsidRPr="00F7145E">
        <w:rPr>
          <w:rFonts w:eastAsia="Times New Roman" w:cs="Times New Roman"/>
          <w:szCs w:val="28"/>
          <w:lang w:val="ru-RU"/>
        </w:rPr>
        <w:t>жылу</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есептегі</w:t>
      </w:r>
      <w:proofErr w:type="gramStart"/>
      <w:r w:rsidRPr="00F7145E">
        <w:rPr>
          <w:rFonts w:eastAsia="Times New Roman" w:cs="Times New Roman"/>
          <w:szCs w:val="28"/>
          <w:lang w:val="ru-RU"/>
        </w:rPr>
        <w:t>шт</w:t>
      </w:r>
      <w:proofErr w:type="gramEnd"/>
      <w:r w:rsidRPr="00F7145E">
        <w:rPr>
          <w:rFonts w:eastAsia="Times New Roman" w:cs="Times New Roman"/>
          <w:szCs w:val="28"/>
          <w:lang w:val="ru-RU"/>
        </w:rPr>
        <w:t>ің</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одан</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әрі</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пайдалануға</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жарамдылығы</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туралы</w:t>
      </w:r>
      <w:proofErr w:type="spellEnd"/>
      <w:r w:rsidRPr="00F7145E">
        <w:rPr>
          <w:rFonts w:eastAsia="Times New Roman" w:cs="Times New Roman"/>
          <w:szCs w:val="28"/>
          <w:lang w:val="ru-RU"/>
        </w:rPr>
        <w:t xml:space="preserve"> </w:t>
      </w:r>
      <w:proofErr w:type="spellStart"/>
      <w:r w:rsidRPr="00F7145E">
        <w:rPr>
          <w:rFonts w:eastAsia="Times New Roman" w:cs="Times New Roman"/>
          <w:szCs w:val="28"/>
          <w:lang w:val="ru-RU"/>
        </w:rPr>
        <w:t>қорытынды</w:t>
      </w:r>
      <w:proofErr w:type="spellEnd"/>
      <w:r w:rsidRPr="00F7145E">
        <w:rPr>
          <w:rFonts w:eastAsia="Times New Roman" w:cs="Times New Roman"/>
          <w:szCs w:val="28"/>
          <w:lang w:val="ru-RU"/>
        </w:rPr>
        <w:t>.</w:t>
      </w:r>
    </w:p>
    <w:p w:rsidR="00F7145E" w:rsidRPr="00F7145E" w:rsidRDefault="00F7145E" w:rsidP="00F7145E">
      <w:pPr>
        <w:tabs>
          <w:tab w:val="left" w:pos="8144"/>
        </w:tabs>
        <w:spacing w:after="0" w:line="240" w:lineRule="auto"/>
        <w:ind w:firstLine="708"/>
        <w:rPr>
          <w:rFonts w:eastAsia="Times New Roman" w:cs="Times New Roman"/>
          <w:szCs w:val="28"/>
          <w:lang w:val="kk-KZ"/>
        </w:rPr>
      </w:pPr>
      <w:r w:rsidRPr="00F7145E">
        <w:rPr>
          <w:rFonts w:eastAsia="Times New Roman" w:cs="Times New Roman"/>
          <w:b/>
          <w:bCs/>
          <w:szCs w:val="28"/>
          <w:lang w:val="kk-KZ"/>
        </w:rPr>
        <w:t>Кепілдік:</w:t>
      </w:r>
      <w:r w:rsidRPr="00F7145E">
        <w:rPr>
          <w:rFonts w:eastAsia="Times New Roman" w:cs="Times New Roman"/>
          <w:b/>
          <w:bCs/>
          <w:szCs w:val="28"/>
          <w:lang w:val="kk-KZ"/>
        </w:rPr>
        <w:tab/>
      </w:r>
    </w:p>
    <w:p w:rsidR="00F7145E" w:rsidRDefault="00F7145E" w:rsidP="00F7145E">
      <w:pPr>
        <w:pStyle w:val="aff8"/>
        <w:shd w:val="clear" w:color="auto" w:fill="FFFFFF"/>
        <w:spacing w:before="0" w:beforeAutospacing="0" w:after="0" w:afterAutospacing="0"/>
        <w:ind w:firstLine="708"/>
        <w:rPr>
          <w:sz w:val="30"/>
          <w:szCs w:val="30"/>
          <w:lang w:val="en-US"/>
        </w:rPr>
      </w:pPr>
      <w:r w:rsidRPr="00F7145E">
        <w:rPr>
          <w:sz w:val="30"/>
          <w:szCs w:val="30"/>
          <w:lang w:val="kk-KZ"/>
        </w:rPr>
        <w:t>Орындаушы тексеру нәтижелерінің дұрыстығына және тексеру нәтижелері бойынша ресімделген құжаттардың Қазақстан Республикасының заңнамасының талаптарына сәйкестігіне кепілдік береді. Орындалған жұмыстарға кепілдік мерзімі Тараптардың орындалған жұмыстар актісіне қол қойған күнінен бастап 12 (он екі) айды құрайды.</w:t>
      </w:r>
    </w:p>
    <w:p w:rsidR="00F7145E" w:rsidRPr="00F7145E" w:rsidRDefault="00F7145E" w:rsidP="00F7145E">
      <w:pPr>
        <w:pStyle w:val="aff8"/>
        <w:shd w:val="clear" w:color="auto" w:fill="FFFFFF"/>
        <w:spacing w:before="0" w:beforeAutospacing="0" w:after="0" w:afterAutospacing="0"/>
        <w:ind w:firstLine="708"/>
        <w:jc w:val="both"/>
        <w:rPr>
          <w:sz w:val="30"/>
          <w:szCs w:val="30"/>
          <w:lang w:val="en-US"/>
        </w:rPr>
      </w:pPr>
      <w:proofErr w:type="spellStart"/>
      <w:r w:rsidRPr="00835F3F">
        <w:rPr>
          <w:b/>
          <w:sz w:val="30"/>
          <w:szCs w:val="30"/>
        </w:rPr>
        <w:t>Қызмет</w:t>
      </w:r>
      <w:proofErr w:type="spellEnd"/>
      <w:r w:rsidRPr="00F7145E">
        <w:rPr>
          <w:b/>
          <w:sz w:val="30"/>
          <w:szCs w:val="30"/>
          <w:lang w:val="en-US"/>
        </w:rPr>
        <w:t xml:space="preserve"> </w:t>
      </w:r>
      <w:proofErr w:type="spellStart"/>
      <w:r w:rsidRPr="00835F3F">
        <w:rPr>
          <w:b/>
          <w:sz w:val="30"/>
          <w:szCs w:val="30"/>
        </w:rPr>
        <w:t>көрсету</w:t>
      </w:r>
      <w:proofErr w:type="spellEnd"/>
      <w:r w:rsidRPr="00F7145E">
        <w:rPr>
          <w:b/>
          <w:sz w:val="30"/>
          <w:szCs w:val="30"/>
          <w:lang w:val="en-US"/>
        </w:rPr>
        <w:t xml:space="preserve"> </w:t>
      </w:r>
      <w:proofErr w:type="spellStart"/>
      <w:r w:rsidRPr="00835F3F">
        <w:rPr>
          <w:b/>
          <w:sz w:val="30"/>
          <w:szCs w:val="30"/>
        </w:rPr>
        <w:t>мерзі</w:t>
      </w:r>
      <w:proofErr w:type="gramStart"/>
      <w:r w:rsidRPr="00835F3F">
        <w:rPr>
          <w:b/>
          <w:sz w:val="30"/>
          <w:szCs w:val="30"/>
        </w:rPr>
        <w:t>м</w:t>
      </w:r>
      <w:proofErr w:type="gramEnd"/>
      <w:r w:rsidRPr="00835F3F">
        <w:rPr>
          <w:b/>
          <w:sz w:val="30"/>
          <w:szCs w:val="30"/>
        </w:rPr>
        <w:t>і</w:t>
      </w:r>
      <w:proofErr w:type="spellEnd"/>
      <w:r w:rsidRPr="00F7145E">
        <w:rPr>
          <w:b/>
          <w:sz w:val="30"/>
          <w:szCs w:val="30"/>
          <w:lang w:val="en-US"/>
        </w:rPr>
        <w:t>:</w:t>
      </w:r>
      <w:r w:rsidRPr="00F7145E">
        <w:rPr>
          <w:sz w:val="30"/>
          <w:szCs w:val="30"/>
          <w:lang w:val="en-US"/>
        </w:rPr>
        <w:t xml:space="preserve"> </w:t>
      </w:r>
      <w:proofErr w:type="spellStart"/>
      <w:r w:rsidRPr="00835F3F">
        <w:rPr>
          <w:sz w:val="30"/>
          <w:szCs w:val="30"/>
        </w:rPr>
        <w:t>Келісімшарт</w:t>
      </w:r>
      <w:proofErr w:type="spellEnd"/>
      <w:r w:rsidRPr="00F7145E">
        <w:rPr>
          <w:sz w:val="30"/>
          <w:szCs w:val="30"/>
          <w:lang w:val="en-US"/>
        </w:rPr>
        <w:t xml:space="preserve"> </w:t>
      </w:r>
      <w:proofErr w:type="spellStart"/>
      <w:r w:rsidRPr="00835F3F">
        <w:rPr>
          <w:sz w:val="30"/>
          <w:szCs w:val="30"/>
        </w:rPr>
        <w:t>Казначейлікте</w:t>
      </w:r>
      <w:proofErr w:type="spellEnd"/>
      <w:r w:rsidRPr="00F7145E">
        <w:rPr>
          <w:sz w:val="30"/>
          <w:szCs w:val="30"/>
          <w:lang w:val="en-US"/>
        </w:rPr>
        <w:t xml:space="preserve"> </w:t>
      </w:r>
      <w:proofErr w:type="spellStart"/>
      <w:r w:rsidRPr="00835F3F">
        <w:rPr>
          <w:sz w:val="30"/>
          <w:szCs w:val="30"/>
        </w:rPr>
        <w:t>тіркелген</w:t>
      </w:r>
      <w:proofErr w:type="spellEnd"/>
      <w:r w:rsidRPr="00F7145E">
        <w:rPr>
          <w:sz w:val="30"/>
          <w:szCs w:val="30"/>
          <w:lang w:val="en-US"/>
        </w:rPr>
        <w:t xml:space="preserve"> </w:t>
      </w:r>
      <w:proofErr w:type="spellStart"/>
      <w:r w:rsidRPr="00835F3F">
        <w:rPr>
          <w:sz w:val="30"/>
          <w:szCs w:val="30"/>
        </w:rPr>
        <w:t>күннен</w:t>
      </w:r>
      <w:proofErr w:type="spellEnd"/>
      <w:r w:rsidRPr="00F7145E">
        <w:rPr>
          <w:sz w:val="30"/>
          <w:szCs w:val="30"/>
          <w:lang w:val="en-US"/>
        </w:rPr>
        <w:t xml:space="preserve"> </w:t>
      </w:r>
      <w:proofErr w:type="spellStart"/>
      <w:r w:rsidRPr="00835F3F">
        <w:rPr>
          <w:sz w:val="30"/>
          <w:szCs w:val="30"/>
        </w:rPr>
        <w:t>бастап</w:t>
      </w:r>
      <w:proofErr w:type="spellEnd"/>
      <w:r w:rsidRPr="00F7145E">
        <w:rPr>
          <w:sz w:val="30"/>
          <w:szCs w:val="30"/>
          <w:lang w:val="en-US"/>
        </w:rPr>
        <w:t xml:space="preserve"> 16 </w:t>
      </w:r>
      <w:proofErr w:type="spellStart"/>
      <w:r w:rsidRPr="00835F3F">
        <w:rPr>
          <w:sz w:val="30"/>
          <w:szCs w:val="30"/>
        </w:rPr>
        <w:t>күн</w:t>
      </w:r>
      <w:proofErr w:type="spellEnd"/>
      <w:r w:rsidRPr="00F7145E">
        <w:rPr>
          <w:sz w:val="30"/>
          <w:szCs w:val="30"/>
          <w:lang w:val="en-US"/>
        </w:rPr>
        <w:t>.</w:t>
      </w:r>
    </w:p>
    <w:p w:rsidR="00F7145E" w:rsidRPr="00FF1019" w:rsidRDefault="00F7145E" w:rsidP="00F7145E">
      <w:pPr>
        <w:spacing w:after="0" w:line="240" w:lineRule="auto"/>
        <w:ind w:firstLine="360"/>
        <w:rPr>
          <w:rFonts w:eastAsia="Times New Roman" w:cs="Times New Roman"/>
          <w:szCs w:val="28"/>
          <w:lang w:val="kk-KZ"/>
        </w:rPr>
      </w:pPr>
      <w:proofErr w:type="spellStart"/>
      <w:r w:rsidRPr="00F7145E">
        <w:rPr>
          <w:rFonts w:eastAsia="Times New Roman" w:cs="Times New Roman"/>
          <w:b/>
          <w:bCs/>
          <w:szCs w:val="28"/>
          <w:lang w:val="ru-RU"/>
        </w:rPr>
        <w:t>Жұмыстарды</w:t>
      </w:r>
      <w:proofErr w:type="spellEnd"/>
      <w:r w:rsidRPr="00F7145E">
        <w:rPr>
          <w:rFonts w:eastAsia="Times New Roman" w:cs="Times New Roman"/>
          <w:b/>
          <w:bCs/>
          <w:szCs w:val="28"/>
          <w:lang w:val="ru-RU"/>
        </w:rPr>
        <w:t xml:space="preserve"> </w:t>
      </w:r>
      <w:proofErr w:type="spellStart"/>
      <w:r w:rsidRPr="00F7145E">
        <w:rPr>
          <w:rFonts w:eastAsia="Times New Roman" w:cs="Times New Roman"/>
          <w:b/>
          <w:bCs/>
          <w:szCs w:val="28"/>
          <w:lang w:val="ru-RU"/>
        </w:rPr>
        <w:t>орындау</w:t>
      </w:r>
      <w:proofErr w:type="spellEnd"/>
      <w:r w:rsidRPr="00F7145E">
        <w:rPr>
          <w:rFonts w:eastAsia="Times New Roman" w:cs="Times New Roman"/>
          <w:b/>
          <w:bCs/>
          <w:szCs w:val="28"/>
          <w:lang w:val="ru-RU"/>
        </w:rPr>
        <w:t xml:space="preserve"> </w:t>
      </w:r>
      <w:proofErr w:type="spellStart"/>
      <w:r w:rsidRPr="00F7145E">
        <w:rPr>
          <w:rFonts w:eastAsia="Times New Roman" w:cs="Times New Roman"/>
          <w:b/>
          <w:bCs/>
          <w:szCs w:val="28"/>
          <w:lang w:val="ru-RU"/>
        </w:rPr>
        <w:t>орны</w:t>
      </w:r>
      <w:proofErr w:type="spellEnd"/>
      <w:r w:rsidRPr="00F7145E">
        <w:rPr>
          <w:rFonts w:eastAsia="Times New Roman" w:cs="Times New Roman"/>
          <w:b/>
          <w:bCs/>
          <w:szCs w:val="28"/>
          <w:lang w:val="ru-RU"/>
        </w:rPr>
        <w:t>:</w:t>
      </w:r>
      <w:r>
        <w:rPr>
          <w:rFonts w:eastAsia="Times New Roman" w:cs="Times New Roman"/>
          <w:b/>
          <w:bCs/>
          <w:szCs w:val="28"/>
        </w:rPr>
        <w:t xml:space="preserve"> </w:t>
      </w:r>
      <w:bookmarkStart w:id="1" w:name="_GoBack"/>
      <w:bookmarkEnd w:id="1"/>
      <w:r w:rsidRPr="00F7145E">
        <w:rPr>
          <w:rFonts w:eastAsia="Times New Roman" w:cs="Times New Roman"/>
          <w:bCs/>
          <w:szCs w:val="28"/>
          <w:lang w:val="ru-RU"/>
        </w:rPr>
        <w:t xml:space="preserve">Костанай қ. </w:t>
      </w:r>
      <w:proofErr w:type="spellStart"/>
      <w:r w:rsidRPr="00F7145E">
        <w:rPr>
          <w:rFonts w:eastAsia="Times New Roman" w:cs="Times New Roman"/>
          <w:szCs w:val="28"/>
          <w:lang w:val="ru-RU"/>
        </w:rPr>
        <w:t>Кобыланды</w:t>
      </w:r>
      <w:proofErr w:type="spellEnd"/>
      <w:r w:rsidRPr="00F7145E">
        <w:rPr>
          <w:rFonts w:eastAsia="Times New Roman" w:cs="Times New Roman"/>
          <w:szCs w:val="28"/>
          <w:lang w:val="ru-RU"/>
        </w:rPr>
        <w:t xml:space="preserve"> батыр 19</w:t>
      </w:r>
      <w:r>
        <w:rPr>
          <w:rFonts w:eastAsia="Times New Roman" w:cs="Times New Roman"/>
          <w:szCs w:val="28"/>
          <w:lang w:val="kk-KZ"/>
        </w:rPr>
        <w:t>даңғылы.</w:t>
      </w:r>
    </w:p>
    <w:p w:rsidR="00F7145E" w:rsidRDefault="00F7145E" w:rsidP="00F7145E">
      <w:pPr>
        <w:spacing w:after="0" w:line="240" w:lineRule="auto"/>
        <w:ind w:left="708"/>
        <w:rPr>
          <w:rFonts w:cs="Times New Roman"/>
          <w:b/>
          <w:szCs w:val="28"/>
          <w:lang w:val="kk-KZ"/>
        </w:rPr>
      </w:pPr>
    </w:p>
    <w:p w:rsidR="00DB033C" w:rsidRPr="00F7145E" w:rsidRDefault="00DB033C" w:rsidP="00A67007">
      <w:pPr>
        <w:spacing w:after="0" w:line="240" w:lineRule="auto"/>
        <w:rPr>
          <w:rFonts w:cs="Times New Roman"/>
          <w:szCs w:val="28"/>
          <w:lang w:val="kk-KZ"/>
        </w:rPr>
      </w:pPr>
    </w:p>
    <w:sectPr w:rsidR="00DB033C" w:rsidRPr="00F7145E" w:rsidSect="004E0C9A">
      <w:headerReference w:type="default" r:id="rId9"/>
      <w:pgSz w:w="12240" w:h="15840"/>
      <w:pgMar w:top="567" w:right="567" w:bottom="567"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E74" w:rsidRDefault="00214E74" w:rsidP="00FB1918">
      <w:pPr>
        <w:spacing w:after="0" w:line="240" w:lineRule="auto"/>
      </w:pPr>
      <w:r>
        <w:separator/>
      </w:r>
    </w:p>
  </w:endnote>
  <w:endnote w:type="continuationSeparator" w:id="0">
    <w:p w:rsidR="00214E74" w:rsidRDefault="00214E74"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E74" w:rsidRDefault="00214E74" w:rsidP="00FB1918">
      <w:pPr>
        <w:spacing w:after="0" w:line="240" w:lineRule="auto"/>
      </w:pPr>
      <w:r>
        <w:separator/>
      </w:r>
    </w:p>
  </w:footnote>
  <w:footnote w:type="continuationSeparator" w:id="0">
    <w:p w:rsidR="00214E74" w:rsidRDefault="00214E74" w:rsidP="00FB1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214E74">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8752;mso-position-horizontal:center;mso-position-horizontal-relative:margin;mso-position-vertical:center;mso-position-vertical-relative:margin" o:allowincell="f" fillcolor="silver" stroked="f">
          <v:textpath style="font-family:&quot;Times New Roman&quot;;font-size:1pt" string="Департамент по чрезвычайным ситуациям Костанайской области МЧС РК - Мунгужинова А.Б."/>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095524F2"/>
    <w:multiLevelType w:val="multilevel"/>
    <w:tmpl w:val="22E4E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96462B0"/>
    <w:multiLevelType w:val="multilevel"/>
    <w:tmpl w:val="68F6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E61F6C"/>
    <w:multiLevelType w:val="multilevel"/>
    <w:tmpl w:val="35C0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464194"/>
    <w:multiLevelType w:val="multilevel"/>
    <w:tmpl w:val="0E145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575C5F"/>
    <w:multiLevelType w:val="multilevel"/>
    <w:tmpl w:val="F3B8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5279F2"/>
    <w:multiLevelType w:val="multilevel"/>
    <w:tmpl w:val="2A92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533DF4"/>
    <w:multiLevelType w:val="multilevel"/>
    <w:tmpl w:val="0D58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B341D3"/>
    <w:multiLevelType w:val="multilevel"/>
    <w:tmpl w:val="EBFE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6936B8"/>
    <w:multiLevelType w:val="multilevel"/>
    <w:tmpl w:val="CA38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8C14F7"/>
    <w:multiLevelType w:val="multilevel"/>
    <w:tmpl w:val="1DF83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65B5B1B"/>
    <w:multiLevelType w:val="multilevel"/>
    <w:tmpl w:val="C738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1632E1"/>
    <w:multiLevelType w:val="multilevel"/>
    <w:tmpl w:val="416A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2"/>
  </w:num>
  <w:num w:numId="12">
    <w:abstractNumId w:val="15"/>
  </w:num>
  <w:num w:numId="13">
    <w:abstractNumId w:val="20"/>
  </w:num>
  <w:num w:numId="14">
    <w:abstractNumId w:val="10"/>
  </w:num>
  <w:num w:numId="15">
    <w:abstractNumId w:val="18"/>
  </w:num>
  <w:num w:numId="16">
    <w:abstractNumId w:val="16"/>
  </w:num>
  <w:num w:numId="17">
    <w:abstractNumId w:val="11"/>
  </w:num>
  <w:num w:numId="18">
    <w:abstractNumId w:val="9"/>
  </w:num>
  <w:num w:numId="19">
    <w:abstractNumId w:val="17"/>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47730"/>
    <w:rsid w:val="00034616"/>
    <w:rsid w:val="0006063C"/>
    <w:rsid w:val="0015074B"/>
    <w:rsid w:val="00214E74"/>
    <w:rsid w:val="0029639D"/>
    <w:rsid w:val="003052C0"/>
    <w:rsid w:val="00326F90"/>
    <w:rsid w:val="003563FC"/>
    <w:rsid w:val="004E0C9A"/>
    <w:rsid w:val="005377A6"/>
    <w:rsid w:val="005C5BC0"/>
    <w:rsid w:val="00602FEA"/>
    <w:rsid w:val="0071379C"/>
    <w:rsid w:val="007E620B"/>
    <w:rsid w:val="00843FF1"/>
    <w:rsid w:val="008B1EF2"/>
    <w:rsid w:val="00935BED"/>
    <w:rsid w:val="00A67007"/>
    <w:rsid w:val="00AA1D8D"/>
    <w:rsid w:val="00AF7C6D"/>
    <w:rsid w:val="00B47730"/>
    <w:rsid w:val="00BB2321"/>
    <w:rsid w:val="00CB0664"/>
    <w:rsid w:val="00D13FB6"/>
    <w:rsid w:val="00DB033C"/>
    <w:rsid w:val="00F7145E"/>
    <w:rsid w:val="00FC69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hAnsi="Times New Roman"/>
      <w:sz w:val="28"/>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unhideWhenUsed/>
    <w:rsid w:val="004E0C9A"/>
    <w:pPr>
      <w:spacing w:before="100" w:beforeAutospacing="1" w:after="100" w:afterAutospacing="1" w:line="240" w:lineRule="auto"/>
    </w:pPr>
    <w:rPr>
      <w:rFonts w:eastAsia="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B6236-D223-4157-A82E-40BD3B240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1098</Words>
  <Characters>6263</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7347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3</cp:revision>
  <dcterms:created xsi:type="dcterms:W3CDTF">2026-10-03T04:27:00Z</dcterms:created>
  <dcterms:modified xsi:type="dcterms:W3CDTF">2026-10-03T04:41:00Z</dcterms:modified>
</cp:coreProperties>
</file>