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569" w:rsidRPr="001A7D58" w:rsidRDefault="001A7D58">
      <w:pPr>
        <w:jc w:val="center"/>
        <w:rPr>
          <w:lang w:val="ru-RU"/>
        </w:rPr>
      </w:pPr>
      <w:r w:rsidRPr="001A7D58">
        <w:rPr>
          <w:b/>
          <w:sz w:val="28"/>
          <w:lang w:val="ru-RU"/>
        </w:rPr>
        <w:t>ТЕХНИЧЕСКАЯ СПЕЦИФИКАЦИЯ</w:t>
      </w:r>
    </w:p>
    <w:p w:rsidR="003D6569" w:rsidRPr="001A7D58" w:rsidRDefault="001A7D58">
      <w:pPr>
        <w:jc w:val="center"/>
        <w:rPr>
          <w:lang w:val="ru-RU"/>
        </w:rPr>
      </w:pPr>
      <w:r w:rsidRPr="001A7D58">
        <w:rPr>
          <w:b/>
          <w:lang w:val="ru-RU"/>
        </w:rPr>
        <w:t>На оказание услуг по уничтожению существующей и изготовлению новой гербовой печати</w:t>
      </w:r>
    </w:p>
    <w:p w:rsidR="003D6569" w:rsidRPr="001A7D58" w:rsidRDefault="001A7D58">
      <w:pPr>
        <w:rPr>
          <w:lang w:val="ru-RU"/>
        </w:rPr>
      </w:pPr>
      <w:r w:rsidRPr="001A7D58">
        <w:rPr>
          <w:lang w:val="ru-RU"/>
        </w:rPr>
        <w:t>Количество: 1 услуга (1 печать)</w:t>
      </w:r>
    </w:p>
    <w:p w:rsidR="003D6569" w:rsidRPr="001A7D58" w:rsidRDefault="001A7D58">
      <w:pPr>
        <w:rPr>
          <w:lang w:val="ru-RU"/>
        </w:rPr>
      </w:pPr>
      <w:r w:rsidRPr="001A7D58">
        <w:rPr>
          <w:b/>
          <w:lang w:val="ru-RU"/>
        </w:rPr>
        <w:t>Технические требования:</w:t>
      </w:r>
    </w:p>
    <w:p w:rsidR="003D6569" w:rsidRPr="001A7D58" w:rsidRDefault="001A7D58">
      <w:pPr>
        <w:rPr>
          <w:lang w:val="ru-RU"/>
        </w:rPr>
      </w:pPr>
      <w:r w:rsidRPr="001A7D58">
        <w:rPr>
          <w:lang w:val="ru-RU"/>
        </w:rPr>
        <w:t xml:space="preserve">1. Исполнитель осуществляет уничтожение существующей гербовой печати заказчика с </w:t>
      </w:r>
      <w:r w:rsidRPr="001A7D58">
        <w:rPr>
          <w:lang w:val="ru-RU"/>
        </w:rPr>
        <w:t>оформлением акта об уничтожении.</w:t>
      </w:r>
    </w:p>
    <w:p w:rsidR="003D6569" w:rsidRPr="001A7D58" w:rsidRDefault="001A7D58">
      <w:pPr>
        <w:rPr>
          <w:lang w:val="ru-RU"/>
        </w:rPr>
      </w:pPr>
      <w:r w:rsidRPr="001A7D58">
        <w:rPr>
          <w:lang w:val="ru-RU"/>
        </w:rPr>
        <w:t>2. Изготавливает новую гербовую печать взамен уничтоженной в количестве 1 (одной) штуки.</w:t>
      </w:r>
    </w:p>
    <w:p w:rsidR="003D6569" w:rsidRPr="001A7D58" w:rsidRDefault="001A7D58">
      <w:pPr>
        <w:rPr>
          <w:lang w:val="ru-RU"/>
        </w:rPr>
      </w:pPr>
      <w:r w:rsidRPr="001A7D58">
        <w:rPr>
          <w:lang w:val="ru-RU"/>
        </w:rPr>
        <w:t>3. Печать круглой формы, ориентировочный диаметр 40 мм; окончательные размеры и оформление — согласно согласованному образцу и примени</w:t>
      </w:r>
      <w:r w:rsidRPr="001A7D58">
        <w:rPr>
          <w:lang w:val="ru-RU"/>
        </w:rPr>
        <w:t>мым требованиям.</w:t>
      </w:r>
    </w:p>
    <w:p w:rsidR="003D6569" w:rsidRPr="001A7D58" w:rsidRDefault="001A7D58">
      <w:pPr>
        <w:rPr>
          <w:lang w:val="ru-RU"/>
        </w:rPr>
      </w:pPr>
      <w:r w:rsidRPr="001A7D58">
        <w:rPr>
          <w:lang w:val="ru-RU"/>
        </w:rPr>
        <w:t>4. Изображение Государственного Герба Республики Казахстан должно соответствовать установленным законодательством требованиям.</w:t>
      </w:r>
    </w:p>
    <w:p w:rsidR="003D6569" w:rsidRPr="001A7D58" w:rsidRDefault="001A7D58">
      <w:pPr>
        <w:rPr>
          <w:lang w:val="ru-RU"/>
        </w:rPr>
      </w:pPr>
      <w:r w:rsidRPr="001A7D58">
        <w:rPr>
          <w:lang w:val="ru-RU"/>
        </w:rPr>
        <w:t>5. На печати указывается полное официальное наименование организации на государственном и русском языках в соотв</w:t>
      </w:r>
      <w:r w:rsidRPr="001A7D58">
        <w:rPr>
          <w:lang w:val="ru-RU"/>
        </w:rPr>
        <w:t>етствии с регистрационными документами и применимыми требованиями.</w:t>
      </w:r>
    </w:p>
    <w:p w:rsidR="003D6569" w:rsidRPr="001A7D58" w:rsidRDefault="001A7D58">
      <w:pPr>
        <w:rPr>
          <w:lang w:val="ru-RU"/>
        </w:rPr>
      </w:pPr>
      <w:r w:rsidRPr="001A7D58">
        <w:rPr>
          <w:lang w:val="ru-RU"/>
        </w:rPr>
        <w:t>6. Оттиск печати должен быть чётким, равномерным, без искажений и дефектов.</w:t>
      </w:r>
    </w:p>
    <w:p w:rsidR="003D6569" w:rsidRPr="001A7D58" w:rsidRDefault="001A7D58">
      <w:pPr>
        <w:rPr>
          <w:lang w:val="ru-RU"/>
        </w:rPr>
      </w:pPr>
      <w:r w:rsidRPr="001A7D58">
        <w:rPr>
          <w:lang w:val="ru-RU"/>
        </w:rPr>
        <w:t>7. Материал клише — износостойкий; компле</w:t>
      </w:r>
      <w:proofErr w:type="gramStart"/>
      <w:r w:rsidRPr="001A7D58">
        <w:rPr>
          <w:lang w:val="ru-RU"/>
        </w:rPr>
        <w:t>кт вкл</w:t>
      </w:r>
      <w:proofErr w:type="gramEnd"/>
      <w:r w:rsidRPr="001A7D58">
        <w:rPr>
          <w:lang w:val="ru-RU"/>
        </w:rPr>
        <w:t>ючает автоматическую оснастку со штемпельной подушкой.</w:t>
      </w:r>
    </w:p>
    <w:p w:rsidR="003D6569" w:rsidRPr="001A7D58" w:rsidRDefault="001A7D58">
      <w:pPr>
        <w:rPr>
          <w:lang w:val="ru-RU"/>
        </w:rPr>
      </w:pPr>
      <w:r w:rsidRPr="001A7D58">
        <w:rPr>
          <w:lang w:val="ru-RU"/>
        </w:rPr>
        <w:t>8. Макет но</w:t>
      </w:r>
      <w:r w:rsidRPr="001A7D58">
        <w:rPr>
          <w:lang w:val="ru-RU"/>
        </w:rPr>
        <w:t>вой печати предварительно согласовывается с заказчиком.</w:t>
      </w:r>
    </w:p>
    <w:p w:rsidR="003D6569" w:rsidRPr="001A7D58" w:rsidRDefault="001A7D58">
      <w:pPr>
        <w:rPr>
          <w:lang w:val="ru-RU"/>
        </w:rPr>
      </w:pPr>
      <w:r w:rsidRPr="001A7D58">
        <w:rPr>
          <w:lang w:val="ru-RU"/>
        </w:rPr>
        <w:t>9. В стоимость включаются уничтожение старой печати, изготовление новой, оснастка, расходные материалы, оформление акта и доставка.</w:t>
      </w:r>
    </w:p>
    <w:p w:rsidR="003D6569" w:rsidRPr="001A7D58" w:rsidRDefault="001A7D58">
      <w:pPr>
        <w:rPr>
          <w:lang w:val="ru-RU"/>
        </w:rPr>
      </w:pPr>
      <w:r w:rsidRPr="001A7D58">
        <w:rPr>
          <w:lang w:val="ru-RU"/>
        </w:rPr>
        <w:t>10. Готовая печать передаётся уполномоченному представителю заказчик</w:t>
      </w:r>
      <w:r w:rsidRPr="001A7D58">
        <w:rPr>
          <w:lang w:val="ru-RU"/>
        </w:rPr>
        <w:t>а по акту приёма-передачи.</w:t>
      </w:r>
    </w:p>
    <w:p w:rsidR="003D6569" w:rsidRPr="001A7D58" w:rsidRDefault="001A7D58">
      <w:pPr>
        <w:rPr>
          <w:lang w:val="ru-RU"/>
        </w:rPr>
      </w:pPr>
      <w:r w:rsidRPr="001A7D58">
        <w:rPr>
          <w:b/>
          <w:lang w:val="ru-RU"/>
        </w:rPr>
        <w:t xml:space="preserve">Срок оказания услуги: в течение </w:t>
      </w:r>
      <w:r>
        <w:rPr>
          <w:b/>
          <w:lang w:val="kk-KZ"/>
        </w:rPr>
        <w:t>1</w:t>
      </w:r>
      <w:r w:rsidRPr="001A7D58">
        <w:rPr>
          <w:b/>
          <w:lang w:val="ru-RU"/>
        </w:rPr>
        <w:t>5 рабочих дней после предоставления необходимых документов и согласования макета.</w:t>
      </w:r>
    </w:p>
    <w:p w:rsidR="003D6569" w:rsidRPr="001A7D58" w:rsidRDefault="001A7D58">
      <w:pPr>
        <w:rPr>
          <w:lang w:val="ru-RU"/>
        </w:rPr>
      </w:pPr>
      <w:r w:rsidRPr="001A7D58">
        <w:rPr>
          <w:lang w:val="ru-RU"/>
        </w:rPr>
        <w:br w:type="page"/>
      </w:r>
    </w:p>
    <w:p w:rsidR="003D6569" w:rsidRDefault="001A7D58">
      <w:pPr>
        <w:jc w:val="center"/>
      </w:pPr>
      <w:r>
        <w:rPr>
          <w:b/>
          <w:sz w:val="28"/>
        </w:rPr>
        <w:lastRenderedPageBreak/>
        <w:t>ТЕХНИКАЛЫҚ СИПАТТАМА</w:t>
      </w:r>
    </w:p>
    <w:p w:rsidR="003D6569" w:rsidRDefault="001A7D58">
      <w:pPr>
        <w:jc w:val="center"/>
      </w:pPr>
      <w:r>
        <w:rPr>
          <w:b/>
        </w:rPr>
        <w:t>Қолданыстағы</w:t>
      </w:r>
      <w:r>
        <w:rPr>
          <w:b/>
        </w:rPr>
        <w:t xml:space="preserve"> елтаңбалы мөрді жою және жаңа елтаңбалы мөрді дайындау қызметтері</w:t>
      </w:r>
    </w:p>
    <w:p w:rsidR="003D6569" w:rsidRPr="001A7D58" w:rsidRDefault="001A7D58">
      <w:pPr>
        <w:rPr>
          <w:lang w:val="ru-RU"/>
        </w:rPr>
      </w:pPr>
      <w:r w:rsidRPr="001A7D58">
        <w:rPr>
          <w:lang w:val="ru-RU"/>
        </w:rPr>
        <w:t xml:space="preserve">Саны: 1 </w:t>
      </w:r>
      <w:proofErr w:type="spellStart"/>
      <w:r w:rsidRPr="001A7D58">
        <w:rPr>
          <w:lang w:val="ru-RU"/>
        </w:rPr>
        <w:t>қызме</w:t>
      </w:r>
      <w:r w:rsidRPr="001A7D58">
        <w:rPr>
          <w:lang w:val="ru-RU"/>
        </w:rPr>
        <w:t>т</w:t>
      </w:r>
      <w:proofErr w:type="spellEnd"/>
      <w:r w:rsidRPr="001A7D58">
        <w:rPr>
          <w:lang w:val="ru-RU"/>
        </w:rPr>
        <w:t xml:space="preserve"> (1 </w:t>
      </w:r>
      <w:proofErr w:type="spellStart"/>
      <w:r w:rsidRPr="001A7D58">
        <w:rPr>
          <w:lang w:val="ru-RU"/>
        </w:rPr>
        <w:t>мөр</w:t>
      </w:r>
      <w:proofErr w:type="spellEnd"/>
      <w:r w:rsidRPr="001A7D58">
        <w:rPr>
          <w:lang w:val="ru-RU"/>
        </w:rPr>
        <w:t>)</w:t>
      </w:r>
    </w:p>
    <w:p w:rsidR="003D6569" w:rsidRPr="001A7D58" w:rsidRDefault="001A7D58">
      <w:pPr>
        <w:rPr>
          <w:lang w:val="ru-RU"/>
        </w:rPr>
      </w:pPr>
      <w:proofErr w:type="spellStart"/>
      <w:r w:rsidRPr="001A7D58">
        <w:rPr>
          <w:b/>
          <w:lang w:val="ru-RU"/>
        </w:rPr>
        <w:t>Техникалық</w:t>
      </w:r>
      <w:proofErr w:type="spellEnd"/>
      <w:r w:rsidRPr="001A7D58">
        <w:rPr>
          <w:b/>
          <w:lang w:val="ru-RU"/>
        </w:rPr>
        <w:t xml:space="preserve"> </w:t>
      </w:r>
      <w:proofErr w:type="spellStart"/>
      <w:r w:rsidRPr="001A7D58">
        <w:rPr>
          <w:b/>
          <w:lang w:val="ru-RU"/>
        </w:rPr>
        <w:t>талаптар</w:t>
      </w:r>
      <w:proofErr w:type="spellEnd"/>
      <w:r w:rsidRPr="001A7D58">
        <w:rPr>
          <w:b/>
          <w:lang w:val="ru-RU"/>
        </w:rPr>
        <w:t>:</w:t>
      </w:r>
    </w:p>
    <w:p w:rsidR="003D6569" w:rsidRPr="001A7D58" w:rsidRDefault="001A7D58">
      <w:pPr>
        <w:rPr>
          <w:lang w:val="ru-RU"/>
        </w:rPr>
      </w:pPr>
      <w:r w:rsidRPr="001A7D58">
        <w:rPr>
          <w:lang w:val="ru-RU"/>
        </w:rPr>
        <w:t xml:space="preserve">1. </w:t>
      </w:r>
      <w:proofErr w:type="spellStart"/>
      <w:r w:rsidRPr="001A7D58">
        <w:rPr>
          <w:lang w:val="ru-RU"/>
        </w:rPr>
        <w:t>Орындаушы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тапсырыс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берушінің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қолданыстағы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елтаңбалы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мө</w:t>
      </w:r>
      <w:proofErr w:type="gramStart"/>
      <w:r w:rsidRPr="001A7D58">
        <w:rPr>
          <w:lang w:val="ru-RU"/>
        </w:rPr>
        <w:t>р</w:t>
      </w:r>
      <w:proofErr w:type="gramEnd"/>
      <w:r w:rsidRPr="001A7D58">
        <w:rPr>
          <w:lang w:val="ru-RU"/>
        </w:rPr>
        <w:t>ін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жойып</w:t>
      </w:r>
      <w:proofErr w:type="spellEnd"/>
      <w:r w:rsidRPr="001A7D58">
        <w:rPr>
          <w:lang w:val="ru-RU"/>
        </w:rPr>
        <w:t xml:space="preserve">, </w:t>
      </w:r>
      <w:proofErr w:type="spellStart"/>
      <w:r w:rsidRPr="001A7D58">
        <w:rPr>
          <w:lang w:val="ru-RU"/>
        </w:rPr>
        <w:t>жою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туралы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актіні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ресімдейді</w:t>
      </w:r>
      <w:proofErr w:type="spellEnd"/>
      <w:r w:rsidRPr="001A7D58">
        <w:rPr>
          <w:lang w:val="ru-RU"/>
        </w:rPr>
        <w:t>.</w:t>
      </w:r>
    </w:p>
    <w:p w:rsidR="003D6569" w:rsidRPr="001A7D58" w:rsidRDefault="001A7D58">
      <w:pPr>
        <w:rPr>
          <w:lang w:val="ru-RU"/>
        </w:rPr>
      </w:pPr>
      <w:r w:rsidRPr="001A7D58">
        <w:rPr>
          <w:lang w:val="ru-RU"/>
        </w:rPr>
        <w:t xml:space="preserve">2. </w:t>
      </w:r>
      <w:proofErr w:type="spellStart"/>
      <w:r w:rsidRPr="001A7D58">
        <w:rPr>
          <w:lang w:val="ru-RU"/>
        </w:rPr>
        <w:t>Жойылған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мөрдің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орнына</w:t>
      </w:r>
      <w:proofErr w:type="spellEnd"/>
      <w:r w:rsidRPr="001A7D58">
        <w:rPr>
          <w:lang w:val="ru-RU"/>
        </w:rPr>
        <w:t xml:space="preserve"> 1 (</w:t>
      </w:r>
      <w:proofErr w:type="spellStart"/>
      <w:r w:rsidRPr="001A7D58">
        <w:rPr>
          <w:lang w:val="ru-RU"/>
        </w:rPr>
        <w:t>бір</w:t>
      </w:r>
      <w:proofErr w:type="spellEnd"/>
      <w:r w:rsidRPr="001A7D58">
        <w:rPr>
          <w:lang w:val="ru-RU"/>
        </w:rPr>
        <w:t xml:space="preserve">) дана </w:t>
      </w:r>
      <w:proofErr w:type="spellStart"/>
      <w:r w:rsidRPr="001A7D58">
        <w:rPr>
          <w:lang w:val="ru-RU"/>
        </w:rPr>
        <w:t>жаңа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елтаңбалы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мө</w:t>
      </w:r>
      <w:proofErr w:type="gramStart"/>
      <w:r w:rsidRPr="001A7D58">
        <w:rPr>
          <w:lang w:val="ru-RU"/>
        </w:rPr>
        <w:t>р</w:t>
      </w:r>
      <w:proofErr w:type="spellEnd"/>
      <w:proofErr w:type="gram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дайындайды</w:t>
      </w:r>
      <w:proofErr w:type="spellEnd"/>
      <w:r w:rsidRPr="001A7D58">
        <w:rPr>
          <w:lang w:val="ru-RU"/>
        </w:rPr>
        <w:t>.</w:t>
      </w:r>
    </w:p>
    <w:p w:rsidR="003D6569" w:rsidRPr="001A7D58" w:rsidRDefault="001A7D58">
      <w:pPr>
        <w:rPr>
          <w:lang w:val="ru-RU"/>
        </w:rPr>
      </w:pPr>
      <w:r w:rsidRPr="001A7D58">
        <w:rPr>
          <w:lang w:val="ru-RU"/>
        </w:rPr>
        <w:t xml:space="preserve">3. </w:t>
      </w:r>
      <w:proofErr w:type="spellStart"/>
      <w:r w:rsidRPr="001A7D58">
        <w:rPr>
          <w:lang w:val="ru-RU"/>
        </w:rPr>
        <w:t>Мө</w:t>
      </w:r>
      <w:proofErr w:type="gramStart"/>
      <w:r w:rsidRPr="001A7D58">
        <w:rPr>
          <w:lang w:val="ru-RU"/>
        </w:rPr>
        <w:t>р</w:t>
      </w:r>
      <w:proofErr w:type="spellEnd"/>
      <w:proofErr w:type="gram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дөңгелек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пішінді</w:t>
      </w:r>
      <w:proofErr w:type="spellEnd"/>
      <w:r w:rsidRPr="001A7D58">
        <w:rPr>
          <w:lang w:val="ru-RU"/>
        </w:rPr>
        <w:t xml:space="preserve">, </w:t>
      </w:r>
      <w:proofErr w:type="spellStart"/>
      <w:r w:rsidRPr="001A7D58">
        <w:rPr>
          <w:lang w:val="ru-RU"/>
        </w:rPr>
        <w:t>шамамен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диаметрі</w:t>
      </w:r>
      <w:proofErr w:type="spellEnd"/>
      <w:r w:rsidRPr="001A7D58">
        <w:rPr>
          <w:lang w:val="ru-RU"/>
        </w:rPr>
        <w:t xml:space="preserve"> 40 мм; </w:t>
      </w:r>
      <w:proofErr w:type="spellStart"/>
      <w:r w:rsidRPr="001A7D58">
        <w:rPr>
          <w:lang w:val="ru-RU"/>
        </w:rPr>
        <w:t>нақты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өл</w:t>
      </w:r>
      <w:r w:rsidRPr="001A7D58">
        <w:rPr>
          <w:lang w:val="ru-RU"/>
        </w:rPr>
        <w:t>шемі</w:t>
      </w:r>
      <w:proofErr w:type="spellEnd"/>
      <w:r w:rsidRPr="001A7D58">
        <w:rPr>
          <w:lang w:val="ru-RU"/>
        </w:rPr>
        <w:t xml:space="preserve"> мен </w:t>
      </w:r>
      <w:proofErr w:type="spellStart"/>
      <w:r w:rsidRPr="001A7D58">
        <w:rPr>
          <w:lang w:val="ru-RU"/>
        </w:rPr>
        <w:t>ресімделуі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келісілген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үлгіге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және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қолданылатын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талаптарға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сәйкес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айқындалады</w:t>
      </w:r>
      <w:proofErr w:type="spellEnd"/>
      <w:r w:rsidRPr="001A7D58">
        <w:rPr>
          <w:lang w:val="ru-RU"/>
        </w:rPr>
        <w:t>.</w:t>
      </w:r>
    </w:p>
    <w:p w:rsidR="003D6569" w:rsidRPr="001A7D58" w:rsidRDefault="001A7D58">
      <w:pPr>
        <w:rPr>
          <w:lang w:val="ru-RU"/>
        </w:rPr>
      </w:pPr>
      <w:r w:rsidRPr="001A7D58">
        <w:rPr>
          <w:lang w:val="ru-RU"/>
        </w:rPr>
        <w:t xml:space="preserve">4. </w:t>
      </w:r>
      <w:proofErr w:type="spellStart"/>
      <w:r w:rsidRPr="001A7D58">
        <w:rPr>
          <w:lang w:val="ru-RU"/>
        </w:rPr>
        <w:t>Қазақстан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Республикасының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Мемлекеттік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Елтаңбасының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бейнесі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заңнамада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белгіленген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талаптарға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сәйкес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болуы</w:t>
      </w:r>
      <w:proofErr w:type="spellEnd"/>
      <w:r w:rsidRPr="001A7D58">
        <w:rPr>
          <w:lang w:val="ru-RU"/>
        </w:rPr>
        <w:t xml:space="preserve"> </w:t>
      </w:r>
      <w:proofErr w:type="spellStart"/>
      <w:proofErr w:type="gramStart"/>
      <w:r w:rsidRPr="001A7D58">
        <w:rPr>
          <w:lang w:val="ru-RU"/>
        </w:rPr>
        <w:t>тиіс</w:t>
      </w:r>
      <w:proofErr w:type="spellEnd"/>
      <w:proofErr w:type="gramEnd"/>
      <w:r w:rsidRPr="001A7D58">
        <w:rPr>
          <w:lang w:val="ru-RU"/>
        </w:rPr>
        <w:t>.</w:t>
      </w:r>
    </w:p>
    <w:p w:rsidR="003D6569" w:rsidRPr="001A7D58" w:rsidRDefault="001A7D58">
      <w:pPr>
        <w:rPr>
          <w:lang w:val="ru-RU"/>
        </w:rPr>
      </w:pPr>
      <w:r w:rsidRPr="001A7D58">
        <w:rPr>
          <w:lang w:val="ru-RU"/>
        </w:rPr>
        <w:t xml:space="preserve">5. </w:t>
      </w:r>
      <w:proofErr w:type="spellStart"/>
      <w:r w:rsidRPr="001A7D58">
        <w:rPr>
          <w:lang w:val="ru-RU"/>
        </w:rPr>
        <w:t>Мөрде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ұйымның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тіркеу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құжаттарына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және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қолданылатын</w:t>
      </w:r>
      <w:proofErr w:type="spellEnd"/>
      <w:r w:rsidRPr="001A7D58">
        <w:rPr>
          <w:lang w:val="ru-RU"/>
        </w:rPr>
        <w:t xml:space="preserve"> </w:t>
      </w:r>
      <w:proofErr w:type="spellStart"/>
      <w:proofErr w:type="gramStart"/>
      <w:r w:rsidRPr="001A7D58">
        <w:rPr>
          <w:lang w:val="ru-RU"/>
        </w:rPr>
        <w:t>т</w:t>
      </w:r>
      <w:r w:rsidRPr="001A7D58">
        <w:rPr>
          <w:lang w:val="ru-RU"/>
        </w:rPr>
        <w:t>алаптар</w:t>
      </w:r>
      <w:proofErr w:type="gramEnd"/>
      <w:r w:rsidRPr="001A7D58">
        <w:rPr>
          <w:lang w:val="ru-RU"/>
        </w:rPr>
        <w:t>ға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сәйкес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мемлекеттік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және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орыс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тілдеріндегі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толық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ресми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атауы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көрсетіледі</w:t>
      </w:r>
      <w:proofErr w:type="spellEnd"/>
      <w:r w:rsidRPr="001A7D58">
        <w:rPr>
          <w:lang w:val="ru-RU"/>
        </w:rPr>
        <w:t>.</w:t>
      </w:r>
    </w:p>
    <w:p w:rsidR="003D6569" w:rsidRPr="001A7D58" w:rsidRDefault="001A7D58">
      <w:pPr>
        <w:rPr>
          <w:lang w:val="ru-RU"/>
        </w:rPr>
      </w:pPr>
      <w:r w:rsidRPr="001A7D58">
        <w:rPr>
          <w:lang w:val="ru-RU"/>
        </w:rPr>
        <w:t xml:space="preserve">6. </w:t>
      </w:r>
      <w:proofErr w:type="spellStart"/>
      <w:r w:rsidRPr="001A7D58">
        <w:rPr>
          <w:lang w:val="ru-RU"/>
        </w:rPr>
        <w:t>Мө</w:t>
      </w:r>
      <w:proofErr w:type="gramStart"/>
      <w:r w:rsidRPr="001A7D58">
        <w:rPr>
          <w:lang w:val="ru-RU"/>
        </w:rPr>
        <w:t>р</w:t>
      </w:r>
      <w:proofErr w:type="spellEnd"/>
      <w:proofErr w:type="gram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бедері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анық</w:t>
      </w:r>
      <w:proofErr w:type="spellEnd"/>
      <w:r w:rsidRPr="001A7D58">
        <w:rPr>
          <w:lang w:val="ru-RU"/>
        </w:rPr>
        <w:t xml:space="preserve">, </w:t>
      </w:r>
      <w:proofErr w:type="spellStart"/>
      <w:r w:rsidRPr="001A7D58">
        <w:rPr>
          <w:lang w:val="ru-RU"/>
        </w:rPr>
        <w:t>біркелкі</w:t>
      </w:r>
      <w:proofErr w:type="spellEnd"/>
      <w:r w:rsidRPr="001A7D58">
        <w:rPr>
          <w:lang w:val="ru-RU"/>
        </w:rPr>
        <w:t xml:space="preserve">, </w:t>
      </w:r>
      <w:proofErr w:type="spellStart"/>
      <w:r w:rsidRPr="001A7D58">
        <w:rPr>
          <w:lang w:val="ru-RU"/>
        </w:rPr>
        <w:t>бұрмаланусыз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және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ақаусыз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болуы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тиіс</w:t>
      </w:r>
      <w:proofErr w:type="spellEnd"/>
      <w:r w:rsidRPr="001A7D58">
        <w:rPr>
          <w:lang w:val="ru-RU"/>
        </w:rPr>
        <w:t>.</w:t>
      </w:r>
    </w:p>
    <w:p w:rsidR="003D6569" w:rsidRPr="001A7D58" w:rsidRDefault="001A7D58">
      <w:pPr>
        <w:rPr>
          <w:lang w:val="ru-RU"/>
        </w:rPr>
      </w:pPr>
      <w:r w:rsidRPr="001A7D58">
        <w:rPr>
          <w:lang w:val="ru-RU"/>
        </w:rPr>
        <w:t xml:space="preserve">7. </w:t>
      </w:r>
      <w:proofErr w:type="spellStart"/>
      <w:r w:rsidRPr="001A7D58">
        <w:rPr>
          <w:lang w:val="ru-RU"/>
        </w:rPr>
        <w:t>Мө</w:t>
      </w:r>
      <w:proofErr w:type="gramStart"/>
      <w:r w:rsidRPr="001A7D58">
        <w:rPr>
          <w:lang w:val="ru-RU"/>
        </w:rPr>
        <w:t>р</w:t>
      </w:r>
      <w:proofErr w:type="spellEnd"/>
      <w:proofErr w:type="gram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клишесі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тозуға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төзімді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материалдан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жасалып</w:t>
      </w:r>
      <w:proofErr w:type="spellEnd"/>
      <w:r w:rsidRPr="001A7D58">
        <w:rPr>
          <w:lang w:val="ru-RU"/>
        </w:rPr>
        <w:t xml:space="preserve">, </w:t>
      </w:r>
      <w:proofErr w:type="spellStart"/>
      <w:r w:rsidRPr="001A7D58">
        <w:rPr>
          <w:lang w:val="ru-RU"/>
        </w:rPr>
        <w:t>автоматты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құрылғымен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және</w:t>
      </w:r>
      <w:proofErr w:type="spellEnd"/>
      <w:r w:rsidRPr="001A7D58">
        <w:rPr>
          <w:lang w:val="ru-RU"/>
        </w:rPr>
        <w:t xml:space="preserve"> сия </w:t>
      </w:r>
      <w:proofErr w:type="spellStart"/>
      <w:r w:rsidRPr="001A7D58">
        <w:rPr>
          <w:lang w:val="ru-RU"/>
        </w:rPr>
        <w:t>жастықшасымен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жинақталуы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тиіс</w:t>
      </w:r>
      <w:proofErr w:type="spellEnd"/>
      <w:r w:rsidRPr="001A7D58">
        <w:rPr>
          <w:lang w:val="ru-RU"/>
        </w:rPr>
        <w:t>.</w:t>
      </w:r>
    </w:p>
    <w:p w:rsidR="003D6569" w:rsidRPr="001A7D58" w:rsidRDefault="001A7D58">
      <w:pPr>
        <w:rPr>
          <w:lang w:val="ru-RU"/>
        </w:rPr>
      </w:pPr>
      <w:r w:rsidRPr="001A7D58">
        <w:rPr>
          <w:lang w:val="ru-RU"/>
        </w:rPr>
        <w:t xml:space="preserve">8. </w:t>
      </w:r>
      <w:proofErr w:type="spellStart"/>
      <w:proofErr w:type="gramStart"/>
      <w:r w:rsidRPr="001A7D58">
        <w:rPr>
          <w:lang w:val="ru-RU"/>
        </w:rPr>
        <w:t>Жа</w:t>
      </w:r>
      <w:proofErr w:type="gramEnd"/>
      <w:r w:rsidRPr="001A7D58">
        <w:rPr>
          <w:lang w:val="ru-RU"/>
        </w:rPr>
        <w:t>ңа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мөрдің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макеті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тапсырыс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берушімен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алдын</w:t>
      </w:r>
      <w:proofErr w:type="spellEnd"/>
      <w:r w:rsidRPr="001A7D58">
        <w:rPr>
          <w:lang w:val="ru-RU"/>
        </w:rPr>
        <w:t xml:space="preserve"> ала </w:t>
      </w:r>
      <w:proofErr w:type="spellStart"/>
      <w:r w:rsidRPr="001A7D58">
        <w:rPr>
          <w:lang w:val="ru-RU"/>
        </w:rPr>
        <w:t>келісіледі</w:t>
      </w:r>
      <w:proofErr w:type="spellEnd"/>
      <w:r w:rsidRPr="001A7D58">
        <w:rPr>
          <w:lang w:val="ru-RU"/>
        </w:rPr>
        <w:t>.</w:t>
      </w:r>
    </w:p>
    <w:p w:rsidR="003D6569" w:rsidRPr="001A7D58" w:rsidRDefault="001A7D58">
      <w:pPr>
        <w:rPr>
          <w:lang w:val="ru-RU"/>
        </w:rPr>
      </w:pPr>
      <w:r w:rsidRPr="001A7D58">
        <w:rPr>
          <w:lang w:val="ru-RU"/>
        </w:rPr>
        <w:t xml:space="preserve">9. </w:t>
      </w:r>
      <w:proofErr w:type="spellStart"/>
      <w:r w:rsidRPr="001A7D58">
        <w:rPr>
          <w:lang w:val="ru-RU"/>
        </w:rPr>
        <w:t>Қызмет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құнына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ескі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мөрді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жою</w:t>
      </w:r>
      <w:proofErr w:type="spellEnd"/>
      <w:r w:rsidRPr="001A7D58">
        <w:rPr>
          <w:lang w:val="ru-RU"/>
        </w:rPr>
        <w:t xml:space="preserve">, </w:t>
      </w:r>
      <w:proofErr w:type="spellStart"/>
      <w:r w:rsidRPr="001A7D58">
        <w:rPr>
          <w:lang w:val="ru-RU"/>
        </w:rPr>
        <w:t>жаңасын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дайындау</w:t>
      </w:r>
      <w:proofErr w:type="spellEnd"/>
      <w:r w:rsidRPr="001A7D58">
        <w:rPr>
          <w:lang w:val="ru-RU"/>
        </w:rPr>
        <w:t xml:space="preserve">, </w:t>
      </w:r>
      <w:proofErr w:type="spellStart"/>
      <w:r w:rsidRPr="001A7D58">
        <w:rPr>
          <w:lang w:val="ru-RU"/>
        </w:rPr>
        <w:t>құрылғысы</w:t>
      </w:r>
      <w:proofErr w:type="spellEnd"/>
      <w:r w:rsidRPr="001A7D58">
        <w:rPr>
          <w:lang w:val="ru-RU"/>
        </w:rPr>
        <w:t xml:space="preserve">, </w:t>
      </w:r>
      <w:proofErr w:type="spellStart"/>
      <w:r w:rsidRPr="001A7D58">
        <w:rPr>
          <w:lang w:val="ru-RU"/>
        </w:rPr>
        <w:t>шығыс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материалдары</w:t>
      </w:r>
      <w:proofErr w:type="spellEnd"/>
      <w:r w:rsidRPr="001A7D58">
        <w:rPr>
          <w:lang w:val="ru-RU"/>
        </w:rPr>
        <w:t xml:space="preserve">, </w:t>
      </w:r>
      <w:proofErr w:type="spellStart"/>
      <w:r w:rsidRPr="001A7D58">
        <w:rPr>
          <w:lang w:val="ru-RU"/>
        </w:rPr>
        <w:t>актіні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ресімдеу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және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жеткізу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кіреді</w:t>
      </w:r>
      <w:proofErr w:type="spellEnd"/>
      <w:r w:rsidRPr="001A7D58">
        <w:rPr>
          <w:lang w:val="ru-RU"/>
        </w:rPr>
        <w:t>.</w:t>
      </w:r>
    </w:p>
    <w:p w:rsidR="003D6569" w:rsidRPr="001A7D58" w:rsidRDefault="001A7D58">
      <w:pPr>
        <w:rPr>
          <w:lang w:val="ru-RU"/>
        </w:rPr>
      </w:pPr>
      <w:r w:rsidRPr="001A7D58">
        <w:rPr>
          <w:lang w:val="ru-RU"/>
        </w:rPr>
        <w:t xml:space="preserve">10. </w:t>
      </w:r>
      <w:proofErr w:type="spellStart"/>
      <w:r w:rsidRPr="001A7D58">
        <w:rPr>
          <w:lang w:val="ru-RU"/>
        </w:rPr>
        <w:t>Дайын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мө</w:t>
      </w:r>
      <w:proofErr w:type="gramStart"/>
      <w:r w:rsidRPr="001A7D58">
        <w:rPr>
          <w:lang w:val="ru-RU"/>
        </w:rPr>
        <w:t>р</w:t>
      </w:r>
      <w:proofErr w:type="spellEnd"/>
      <w:proofErr w:type="gram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тапсырыс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берушінің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уәкілетті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өкіліне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қабылдау-тапсыру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актісі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бойынша</w:t>
      </w:r>
      <w:proofErr w:type="spellEnd"/>
      <w:r w:rsidRPr="001A7D58">
        <w:rPr>
          <w:lang w:val="ru-RU"/>
        </w:rPr>
        <w:t xml:space="preserve"> </w:t>
      </w:r>
      <w:proofErr w:type="spellStart"/>
      <w:r w:rsidRPr="001A7D58">
        <w:rPr>
          <w:lang w:val="ru-RU"/>
        </w:rPr>
        <w:t>беріледі</w:t>
      </w:r>
      <w:proofErr w:type="spellEnd"/>
      <w:r w:rsidRPr="001A7D58">
        <w:rPr>
          <w:lang w:val="ru-RU"/>
        </w:rPr>
        <w:t>.</w:t>
      </w:r>
    </w:p>
    <w:p w:rsidR="003D6569" w:rsidRPr="001A7D58" w:rsidRDefault="001A7D58">
      <w:pPr>
        <w:rPr>
          <w:lang w:val="ru-RU"/>
        </w:rPr>
      </w:pPr>
      <w:proofErr w:type="spellStart"/>
      <w:r w:rsidRPr="001A7D58">
        <w:rPr>
          <w:b/>
          <w:lang w:val="ru-RU"/>
        </w:rPr>
        <w:t>Қызмет</w:t>
      </w:r>
      <w:proofErr w:type="spellEnd"/>
      <w:r w:rsidRPr="001A7D58">
        <w:rPr>
          <w:b/>
          <w:lang w:val="ru-RU"/>
        </w:rPr>
        <w:t xml:space="preserve"> </w:t>
      </w:r>
      <w:proofErr w:type="spellStart"/>
      <w:r w:rsidRPr="001A7D58">
        <w:rPr>
          <w:b/>
          <w:lang w:val="ru-RU"/>
        </w:rPr>
        <w:t>көрсету</w:t>
      </w:r>
      <w:proofErr w:type="spellEnd"/>
      <w:r w:rsidRPr="001A7D58">
        <w:rPr>
          <w:b/>
          <w:lang w:val="ru-RU"/>
        </w:rPr>
        <w:t xml:space="preserve"> </w:t>
      </w:r>
      <w:proofErr w:type="spellStart"/>
      <w:r w:rsidRPr="001A7D58">
        <w:rPr>
          <w:b/>
          <w:lang w:val="ru-RU"/>
        </w:rPr>
        <w:t>мерзі</w:t>
      </w:r>
      <w:proofErr w:type="gramStart"/>
      <w:r w:rsidRPr="001A7D58">
        <w:rPr>
          <w:b/>
          <w:lang w:val="ru-RU"/>
        </w:rPr>
        <w:t>м</w:t>
      </w:r>
      <w:proofErr w:type="gramEnd"/>
      <w:r w:rsidRPr="001A7D58">
        <w:rPr>
          <w:b/>
          <w:lang w:val="ru-RU"/>
        </w:rPr>
        <w:t>і</w:t>
      </w:r>
      <w:proofErr w:type="spellEnd"/>
      <w:r w:rsidRPr="001A7D58">
        <w:rPr>
          <w:b/>
          <w:lang w:val="ru-RU"/>
        </w:rPr>
        <w:t xml:space="preserve">: </w:t>
      </w:r>
      <w:proofErr w:type="spellStart"/>
      <w:r w:rsidRPr="001A7D58">
        <w:rPr>
          <w:b/>
          <w:lang w:val="ru-RU"/>
        </w:rPr>
        <w:t>қажетті</w:t>
      </w:r>
      <w:proofErr w:type="spellEnd"/>
      <w:r w:rsidRPr="001A7D58">
        <w:rPr>
          <w:b/>
          <w:lang w:val="ru-RU"/>
        </w:rPr>
        <w:t xml:space="preserve"> </w:t>
      </w:r>
      <w:proofErr w:type="spellStart"/>
      <w:r w:rsidRPr="001A7D58">
        <w:rPr>
          <w:b/>
          <w:lang w:val="ru-RU"/>
        </w:rPr>
        <w:t>құжаттар</w:t>
      </w:r>
      <w:proofErr w:type="spellEnd"/>
      <w:r w:rsidRPr="001A7D58">
        <w:rPr>
          <w:b/>
          <w:lang w:val="ru-RU"/>
        </w:rPr>
        <w:t xml:space="preserve"> </w:t>
      </w:r>
      <w:proofErr w:type="spellStart"/>
      <w:r w:rsidRPr="001A7D58">
        <w:rPr>
          <w:b/>
          <w:lang w:val="ru-RU"/>
        </w:rPr>
        <w:t>ұсынылып</w:t>
      </w:r>
      <w:proofErr w:type="spellEnd"/>
      <w:r w:rsidRPr="001A7D58">
        <w:rPr>
          <w:b/>
          <w:lang w:val="ru-RU"/>
        </w:rPr>
        <w:t xml:space="preserve">, макет </w:t>
      </w:r>
      <w:proofErr w:type="spellStart"/>
      <w:r w:rsidRPr="001A7D58">
        <w:rPr>
          <w:b/>
          <w:lang w:val="ru-RU"/>
        </w:rPr>
        <w:t>келісілгеннен</w:t>
      </w:r>
      <w:proofErr w:type="spellEnd"/>
      <w:r w:rsidRPr="001A7D58">
        <w:rPr>
          <w:b/>
          <w:lang w:val="ru-RU"/>
        </w:rPr>
        <w:t xml:space="preserve"> </w:t>
      </w:r>
      <w:proofErr w:type="spellStart"/>
      <w:r w:rsidRPr="001A7D58">
        <w:rPr>
          <w:b/>
          <w:lang w:val="ru-RU"/>
        </w:rPr>
        <w:t>кейін</w:t>
      </w:r>
      <w:proofErr w:type="spellEnd"/>
      <w:r w:rsidRPr="001A7D58">
        <w:rPr>
          <w:b/>
          <w:lang w:val="ru-RU"/>
        </w:rPr>
        <w:t xml:space="preserve"> </w:t>
      </w:r>
      <w:r>
        <w:rPr>
          <w:b/>
          <w:lang w:val="ru-RU"/>
        </w:rPr>
        <w:t>1</w:t>
      </w:r>
      <w:bookmarkStart w:id="0" w:name="_GoBack"/>
      <w:bookmarkEnd w:id="0"/>
      <w:r w:rsidRPr="001A7D58">
        <w:rPr>
          <w:b/>
          <w:lang w:val="ru-RU"/>
        </w:rPr>
        <w:t xml:space="preserve">5 </w:t>
      </w:r>
      <w:proofErr w:type="spellStart"/>
      <w:r w:rsidRPr="001A7D58">
        <w:rPr>
          <w:b/>
          <w:lang w:val="ru-RU"/>
        </w:rPr>
        <w:t>жұмыс</w:t>
      </w:r>
      <w:proofErr w:type="spellEnd"/>
      <w:r w:rsidRPr="001A7D58">
        <w:rPr>
          <w:b/>
          <w:lang w:val="ru-RU"/>
        </w:rPr>
        <w:t xml:space="preserve"> </w:t>
      </w:r>
      <w:proofErr w:type="spellStart"/>
      <w:r w:rsidRPr="001A7D58">
        <w:rPr>
          <w:b/>
          <w:lang w:val="ru-RU"/>
        </w:rPr>
        <w:t>күні</w:t>
      </w:r>
      <w:proofErr w:type="spellEnd"/>
      <w:r w:rsidRPr="001A7D58">
        <w:rPr>
          <w:b/>
          <w:lang w:val="ru-RU"/>
        </w:rPr>
        <w:t xml:space="preserve"> </w:t>
      </w:r>
      <w:proofErr w:type="spellStart"/>
      <w:r w:rsidRPr="001A7D58">
        <w:rPr>
          <w:b/>
          <w:lang w:val="ru-RU"/>
        </w:rPr>
        <w:t>ішінде</w:t>
      </w:r>
      <w:proofErr w:type="spellEnd"/>
      <w:r w:rsidRPr="001A7D58">
        <w:rPr>
          <w:b/>
          <w:lang w:val="ru-RU"/>
        </w:rPr>
        <w:t>.</w:t>
      </w:r>
    </w:p>
    <w:sectPr w:rsidR="003D6569" w:rsidRPr="001A7D58" w:rsidSect="00034616">
      <w:pgSz w:w="12240" w:h="15840"/>
      <w:pgMar w:top="1020" w:right="1800" w:bottom="102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A7D58"/>
    <w:rsid w:val="0029639D"/>
    <w:rsid w:val="00326F90"/>
    <w:rsid w:val="003D6569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07F1F86-1B10-40AC-9B2D-97A86E562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2670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77077701802</cp:lastModifiedBy>
  <cp:revision>2</cp:revision>
  <dcterms:created xsi:type="dcterms:W3CDTF">2013-12-23T23:15:00Z</dcterms:created>
  <dcterms:modified xsi:type="dcterms:W3CDTF">2026-10-15T10:41:00Z</dcterms:modified>
  <cp:category/>
</cp:coreProperties>
</file>