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693" w:rsidRPr="00776B6D" w:rsidRDefault="008A4A72">
      <w:pPr>
        <w:jc w:val="center"/>
        <w:rPr>
          <w:lang w:val="ru-RU"/>
        </w:rPr>
      </w:pPr>
      <w:r w:rsidRPr="00776B6D">
        <w:rPr>
          <w:b/>
          <w:sz w:val="28"/>
          <w:lang w:val="ru-RU"/>
        </w:rPr>
        <w:t>ТЕХНИЧЕСКАЯ СПЕЦИФИКАЦИЯ</w:t>
      </w:r>
    </w:p>
    <w:p w:rsidR="007E4693" w:rsidRPr="00776B6D" w:rsidRDefault="008A4A72">
      <w:pPr>
        <w:jc w:val="center"/>
        <w:rPr>
          <w:lang w:val="ru-RU"/>
        </w:rPr>
      </w:pPr>
      <w:r w:rsidRPr="00776B6D">
        <w:rPr>
          <w:b/>
          <w:lang w:val="ru-RU"/>
        </w:rPr>
        <w:t xml:space="preserve">На выполнение комплекса работ по </w:t>
      </w:r>
      <w:r w:rsidR="00280D32">
        <w:rPr>
          <w:b/>
          <w:lang w:val="ru-RU"/>
        </w:rPr>
        <w:t xml:space="preserve">прокладка водопроводных сетей по </w:t>
      </w:r>
      <w:r w:rsidR="00280D32" w:rsidRPr="00280D32">
        <w:rPr>
          <w:b/>
          <w:lang w:val="ru-RU"/>
        </w:rPr>
        <w:t>ул. Прибрежная, 81/1.</w:t>
      </w:r>
    </w:p>
    <w:p w:rsidR="007E4693" w:rsidRPr="00776B6D" w:rsidRDefault="008A4A72">
      <w:pPr>
        <w:rPr>
          <w:lang w:val="ru-RU"/>
        </w:rPr>
      </w:pPr>
      <w:r w:rsidRPr="00776B6D">
        <w:rPr>
          <w:lang w:val="ru-RU"/>
        </w:rPr>
        <w:t>Место выполнения работ:</w:t>
      </w:r>
      <w:r w:rsidRPr="00776B6D">
        <w:rPr>
          <w:lang w:val="ru-RU"/>
        </w:rPr>
        <w:br/>
        <w:t>Коммунальное государственное учреждение «Специальная школа-интернат № 8» управления образования Восточно-Казахстанской области</w:t>
      </w:r>
      <w:r w:rsidRPr="00776B6D">
        <w:rPr>
          <w:lang w:val="ru-RU"/>
        </w:rPr>
        <w:br/>
        <w:t>Восточно-Казахстанская область, г. Усть-Каменогорск, ул. Прибрежная, 81/1.</w:t>
      </w:r>
    </w:p>
    <w:p w:rsidR="007E4693" w:rsidRPr="00776B6D" w:rsidRDefault="008A4A72">
      <w:pPr>
        <w:rPr>
          <w:lang w:val="ru-RU"/>
        </w:rPr>
      </w:pPr>
      <w:r w:rsidRPr="00776B6D">
        <w:rPr>
          <w:b/>
          <w:lang w:val="ru-RU"/>
        </w:rPr>
        <w:t>1. Общие требования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 xml:space="preserve">Предусмотреть выполнение комплекса организационно-технических, демонтажных, земляных, монтажных и восстановительных мероприятий, направленных на переустройство </w:t>
      </w:r>
      <w:r w:rsidRPr="00776B6D">
        <w:rPr>
          <w:lang w:val="ru-RU"/>
        </w:rPr>
        <w:t>существующего участка водоснабжения котельной с обеспечением требуемых эксплуатационных характеристик, герметичности соединений и возможности последующего технического обслуживания.</w:t>
      </w:r>
    </w:p>
    <w:p w:rsidR="007E4693" w:rsidRDefault="008A4A72">
      <w:pPr>
        <w:ind w:firstLine="400"/>
        <w:rPr>
          <w:lang w:val="ru-RU"/>
        </w:rPr>
      </w:pPr>
      <w:r w:rsidRPr="00776B6D">
        <w:rPr>
          <w:lang w:val="ru-RU"/>
        </w:rPr>
        <w:t>Все работы выполнять с соблюдением действующих нормативно-технических треб</w:t>
      </w:r>
      <w:r w:rsidRPr="00776B6D">
        <w:rPr>
          <w:lang w:val="ru-RU"/>
        </w:rPr>
        <w:t>ований, требований промышленной и эксплуатационной безопасности, а также технических требований эксплуатирующей организации.</w:t>
      </w:r>
    </w:p>
    <w:p w:rsidR="00776B6D" w:rsidRPr="00776B6D" w:rsidRDefault="00776B6D" w:rsidP="00776B6D">
      <w:pPr>
        <w:ind w:firstLine="400"/>
        <w:rPr>
          <w:lang w:val="ru-RU"/>
        </w:rPr>
      </w:pPr>
      <w:r w:rsidRPr="00776B6D">
        <w:rPr>
          <w:lang w:val="ru-RU"/>
        </w:rPr>
        <w:t xml:space="preserve">Заказчик принимает работу </w:t>
      </w:r>
      <w:proofErr w:type="gramStart"/>
      <w:r w:rsidRPr="00776B6D">
        <w:rPr>
          <w:lang w:val="ru-RU"/>
        </w:rPr>
        <w:t>согласно дефектного акта</w:t>
      </w:r>
      <w:proofErr w:type="gramEnd"/>
      <w:r w:rsidRPr="00776B6D">
        <w:rPr>
          <w:lang w:val="ru-RU"/>
        </w:rPr>
        <w:t xml:space="preserve"> и сметной документации СНиП РК, ГК РК и </w:t>
      </w:r>
      <w:proofErr w:type="spellStart"/>
      <w:r w:rsidRPr="00776B6D">
        <w:rPr>
          <w:lang w:val="ru-RU"/>
        </w:rPr>
        <w:t>и</w:t>
      </w:r>
      <w:proofErr w:type="spellEnd"/>
      <w:r w:rsidRPr="00776B6D">
        <w:rPr>
          <w:lang w:val="ru-RU"/>
        </w:rPr>
        <w:t xml:space="preserve"> иными нормами </w:t>
      </w:r>
      <w:proofErr w:type="spellStart"/>
      <w:r w:rsidRPr="00776B6D">
        <w:rPr>
          <w:lang w:val="ru-RU"/>
        </w:rPr>
        <w:t>законодателства</w:t>
      </w:r>
      <w:proofErr w:type="spellEnd"/>
      <w:r w:rsidRPr="00776B6D">
        <w:rPr>
          <w:lang w:val="ru-RU"/>
        </w:rPr>
        <w:t xml:space="preserve">, действующего на территории РК. Потенциальный </w:t>
      </w:r>
      <w:proofErr w:type="spellStart"/>
      <w:r w:rsidRPr="00776B6D">
        <w:rPr>
          <w:lang w:val="ru-RU"/>
        </w:rPr>
        <w:t>потсавщик</w:t>
      </w:r>
      <w:proofErr w:type="spellEnd"/>
      <w:r w:rsidRPr="00776B6D">
        <w:rPr>
          <w:lang w:val="ru-RU"/>
        </w:rPr>
        <w:t xml:space="preserve"> должен обладать материальными, финансовыми и трудовыми ресурсами, достаточными для исполнения обязательств по договору о государственных закупках работ. Работа выполняется подрядчиком: из его материалов, его силами и средствами! Все требуемые </w:t>
      </w:r>
      <w:proofErr w:type="gramStart"/>
      <w:r w:rsidRPr="00776B6D">
        <w:rPr>
          <w:lang w:val="ru-RU"/>
        </w:rPr>
        <w:t>Материалы  за</w:t>
      </w:r>
      <w:proofErr w:type="gramEnd"/>
      <w:r w:rsidRPr="00776B6D">
        <w:rPr>
          <w:lang w:val="ru-RU"/>
        </w:rPr>
        <w:t xml:space="preserve"> счет Поставщика! Поставщик несет </w:t>
      </w:r>
      <w:proofErr w:type="spellStart"/>
      <w:r w:rsidRPr="00776B6D">
        <w:rPr>
          <w:lang w:val="ru-RU"/>
        </w:rPr>
        <w:t>ответсвенность</w:t>
      </w:r>
      <w:proofErr w:type="spellEnd"/>
      <w:r w:rsidRPr="00776B6D">
        <w:rPr>
          <w:lang w:val="ru-RU"/>
        </w:rPr>
        <w:t xml:space="preserve"> за ненадлежащего качество предоставленных им материалов и оборудования, обремененных правами третьих лиц. Материалы и оборудование используемые при производстве работы поставщиком должны быть надлежащего (высокого) качество и </w:t>
      </w:r>
      <w:proofErr w:type="spellStart"/>
      <w:r w:rsidRPr="00776B6D">
        <w:rPr>
          <w:lang w:val="ru-RU"/>
        </w:rPr>
        <w:t>соответсвовать</w:t>
      </w:r>
      <w:proofErr w:type="spellEnd"/>
      <w:r w:rsidRPr="00776B6D">
        <w:rPr>
          <w:lang w:val="ru-RU"/>
        </w:rPr>
        <w:t xml:space="preserve"> государственным или международным стандартам. Отвечать </w:t>
      </w:r>
      <w:proofErr w:type="spellStart"/>
      <w:r w:rsidRPr="00776B6D">
        <w:rPr>
          <w:lang w:val="ru-RU"/>
        </w:rPr>
        <w:t>санитарно</w:t>
      </w:r>
      <w:proofErr w:type="spellEnd"/>
      <w:r w:rsidRPr="00776B6D">
        <w:rPr>
          <w:lang w:val="ru-RU"/>
        </w:rPr>
        <w:t xml:space="preserve"> гигиеническим, экологическим, противопожарным и другим действующим стандартам </w:t>
      </w:r>
      <w:proofErr w:type="spellStart"/>
      <w:r w:rsidRPr="00776B6D">
        <w:rPr>
          <w:lang w:val="ru-RU"/>
        </w:rPr>
        <w:t>тредованиям</w:t>
      </w:r>
      <w:proofErr w:type="spellEnd"/>
      <w:r w:rsidRPr="00776B6D">
        <w:rPr>
          <w:lang w:val="ru-RU"/>
        </w:rPr>
        <w:t xml:space="preserve"> нормам и правилам Республики </w:t>
      </w:r>
      <w:proofErr w:type="spellStart"/>
      <w:r w:rsidRPr="00776B6D">
        <w:rPr>
          <w:lang w:val="ru-RU"/>
        </w:rPr>
        <w:t>Казахстан.После</w:t>
      </w:r>
      <w:proofErr w:type="spellEnd"/>
      <w:r w:rsidRPr="00776B6D">
        <w:rPr>
          <w:lang w:val="ru-RU"/>
        </w:rPr>
        <w:t xml:space="preserve"> выполнения всех работ поставщик обязан предоставить гарантию на выполненные работы сроком на 36 месяца!</w:t>
      </w:r>
    </w:p>
    <w:p w:rsidR="00776B6D" w:rsidRPr="00776B6D" w:rsidRDefault="00776B6D" w:rsidP="00776B6D">
      <w:pPr>
        <w:ind w:firstLine="400"/>
        <w:rPr>
          <w:lang w:val="ru-RU"/>
        </w:rPr>
      </w:pPr>
      <w:r w:rsidRPr="00776B6D">
        <w:rPr>
          <w:lang w:val="ru-RU"/>
        </w:rPr>
        <w:t xml:space="preserve">          «Все расходы по приобретению, доставке, разгрузке, складированию и сертификации материалов, требуемых для исполнения обязательств по договору, осуществляются исключительно за счет средств Поставщика».</w:t>
      </w:r>
    </w:p>
    <w:p w:rsidR="00776B6D" w:rsidRPr="00776B6D" w:rsidRDefault="00776B6D" w:rsidP="00776B6D">
      <w:pPr>
        <w:ind w:firstLine="400"/>
        <w:rPr>
          <w:lang w:val="ru-RU"/>
        </w:rPr>
      </w:pPr>
      <w:r w:rsidRPr="00776B6D">
        <w:rPr>
          <w:lang w:val="ru-RU"/>
        </w:rPr>
        <w:lastRenderedPageBreak/>
        <w:t xml:space="preserve">   Складирование, хранение и доставка строительных материалов на территорию Заказчика производиться силами Поставщика. Поставщик представляет Заказчику на утверждение график производства работ, где излагается порядок и сроки выполнения работ по ремонту объекта </w:t>
      </w:r>
      <w:proofErr w:type="gramStart"/>
      <w:r w:rsidRPr="00776B6D">
        <w:rPr>
          <w:lang w:val="ru-RU"/>
        </w:rPr>
        <w:t>Назначить</w:t>
      </w:r>
      <w:proofErr w:type="gramEnd"/>
      <w:r w:rsidRPr="00776B6D">
        <w:rPr>
          <w:lang w:val="ru-RU"/>
        </w:rPr>
        <w:t xml:space="preserve"> ответственное лицо для ежедневного контроля за работниками и качеством работы, который будет ежедневно отчитываться о проделанной работе и согласовывать все вопросы с Заказчиком. </w:t>
      </w:r>
      <w:proofErr w:type="gramStart"/>
      <w:r w:rsidRPr="00776B6D">
        <w:rPr>
          <w:lang w:val="ru-RU"/>
        </w:rPr>
        <w:t>Поставщик  принимает</w:t>
      </w:r>
      <w:proofErr w:type="gramEnd"/>
      <w:r w:rsidRPr="00776B6D">
        <w:rPr>
          <w:lang w:val="ru-RU"/>
        </w:rPr>
        <w:t xml:space="preserve"> на себя все затраты, связанные с выполнением данной работы (вывоз строительного мусора, затраты на транспортировку и хранение грузов и приобретение материалов продукцию и оборудование; все иные затраты, необходимые для выполнения данного вида работ).</w:t>
      </w:r>
    </w:p>
    <w:p w:rsidR="00776B6D" w:rsidRPr="00776B6D" w:rsidRDefault="00776B6D" w:rsidP="00776B6D">
      <w:pPr>
        <w:ind w:firstLine="400"/>
        <w:rPr>
          <w:lang w:val="ru-RU"/>
        </w:rPr>
      </w:pPr>
      <w:r w:rsidRPr="00776B6D">
        <w:rPr>
          <w:lang w:val="ru-RU"/>
        </w:rPr>
        <w:t>Коммунальные услуги, которые будут использованы поставщиком при выполнении работ,</w:t>
      </w:r>
    </w:p>
    <w:p w:rsidR="00776B6D" w:rsidRPr="00776B6D" w:rsidRDefault="00776B6D" w:rsidP="00776B6D">
      <w:pPr>
        <w:ind w:firstLine="400"/>
        <w:rPr>
          <w:lang w:val="ru-RU"/>
        </w:rPr>
      </w:pPr>
      <w:r w:rsidRPr="00776B6D">
        <w:rPr>
          <w:lang w:val="ru-RU"/>
        </w:rPr>
        <w:t xml:space="preserve">Поставщик должен обеспечить своими </w:t>
      </w:r>
      <w:proofErr w:type="gramStart"/>
      <w:r w:rsidRPr="00776B6D">
        <w:rPr>
          <w:lang w:val="ru-RU"/>
        </w:rPr>
        <w:t>силами..</w:t>
      </w:r>
      <w:proofErr w:type="gramEnd"/>
      <w:r w:rsidRPr="00776B6D">
        <w:rPr>
          <w:lang w:val="ru-RU"/>
        </w:rPr>
        <w:t xml:space="preserve"> За Хранение материалов, складирования и хранения материалов, деталей, конструкций и </w:t>
      </w:r>
      <w:proofErr w:type="gramStart"/>
      <w:r w:rsidRPr="00776B6D">
        <w:rPr>
          <w:lang w:val="ru-RU"/>
        </w:rPr>
        <w:t>оборудования</w:t>
      </w:r>
      <w:proofErr w:type="gramEnd"/>
      <w:r w:rsidRPr="00776B6D">
        <w:rPr>
          <w:lang w:val="ru-RU"/>
        </w:rPr>
        <w:t xml:space="preserve"> и их повреждения, порчи и потерь Заказчик не несет ответственность. По завершению работ Поставщик вывозит строительный мусор.</w:t>
      </w:r>
    </w:p>
    <w:p w:rsidR="007E4693" w:rsidRPr="00776B6D" w:rsidRDefault="008A4A72">
      <w:pPr>
        <w:rPr>
          <w:lang w:val="ru-RU"/>
        </w:rPr>
      </w:pPr>
      <w:r w:rsidRPr="00776B6D">
        <w:rPr>
          <w:b/>
          <w:lang w:val="ru-RU"/>
        </w:rPr>
        <w:t>2. Состав и объём работ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предварительное обследование существующего участка водопроводной сети с уточнением фактической тр</w:t>
      </w:r>
      <w:r w:rsidRPr="00776B6D">
        <w:rPr>
          <w:lang w:val="ru-RU"/>
        </w:rPr>
        <w:t>ассы прокладки, технического состояния трубопровода, мест подключения и существующих инженерных коммуникаций.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Произвести демонтаж существующего стального трубопровода условным диаметром Ду100 с разборкой сопряжённых элементов и освобождением рабочей зоны.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устройство нового участка водопроводной сети из напорной полиэтиленовой трубы ПНД Ø50 мм соответствующего класса и назначения.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Предусмотреть применение необходимых фасонных частей, переходных элементов, соединительной арматуры и иных комплектующи</w:t>
      </w:r>
      <w:r w:rsidRPr="00776B6D">
        <w:rPr>
          <w:lang w:val="ru-RU"/>
        </w:rPr>
        <w:t>х, обеспечивающих технологическую совместимость нового участка с существующей системой водоснабжения.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земляные работы механизированным способом с привлечением экскаватора, включая разработку траншеи, подготовку основания, устройство постели под т</w:t>
      </w:r>
      <w:r w:rsidRPr="00776B6D">
        <w:rPr>
          <w:lang w:val="ru-RU"/>
        </w:rPr>
        <w:t>рубопровод, обратную засыпку и послойное уплотнение грунта.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lastRenderedPageBreak/>
        <w:t>Предусмотреть устройство одного водопроводного колодца с обеспечением эксплуатационного доступа к узлам подключения, запорной арматуре и соединительным элементам.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отключение и герметично</w:t>
      </w:r>
      <w:r w:rsidRPr="00776B6D">
        <w:rPr>
          <w:lang w:val="ru-RU"/>
        </w:rPr>
        <w:t xml:space="preserve">е </w:t>
      </w:r>
      <w:proofErr w:type="spellStart"/>
      <w:r w:rsidRPr="00776B6D">
        <w:rPr>
          <w:lang w:val="ru-RU"/>
        </w:rPr>
        <w:t>заглушение</w:t>
      </w:r>
      <w:proofErr w:type="spellEnd"/>
      <w:r w:rsidRPr="00776B6D">
        <w:rPr>
          <w:lang w:val="ru-RU"/>
        </w:rPr>
        <w:t xml:space="preserve"> существующего ввода, утратившего необходимость дальнейшей эксплуатации.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устройство нового ввода с выполнением необходимого врезного соединения в действующую систему водоснабжения и установкой соответствующих переходных и соединительн</w:t>
      </w:r>
      <w:r w:rsidRPr="00776B6D">
        <w:rPr>
          <w:lang w:val="ru-RU"/>
        </w:rPr>
        <w:t>ых элементов.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сопряжение вновь устраиваемого трубопровода ПНД Ø50 мм с существующими участками сети с обеспечением нормативной герметичности и эксплуатационной надёжности соединений.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Выполнить работы внутри котельной по переустройству участка вод</w:t>
      </w:r>
      <w:r w:rsidRPr="00776B6D">
        <w:rPr>
          <w:lang w:val="ru-RU"/>
        </w:rPr>
        <w:t>оснабжения и замене существующего узла учёта расхода воды.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 xml:space="preserve">Произвести демонтаж существующего прибора учёта воды с последующей установкой </w:t>
      </w:r>
      <w:proofErr w:type="gramStart"/>
      <w:r w:rsidRPr="00776B6D">
        <w:rPr>
          <w:lang w:val="ru-RU"/>
        </w:rPr>
        <w:t>нового водомерного прибора</w:t>
      </w:r>
      <w:proofErr w:type="gramEnd"/>
      <w:r w:rsidRPr="00776B6D">
        <w:rPr>
          <w:lang w:val="ru-RU"/>
        </w:rPr>
        <w:t xml:space="preserve"> соответствующего техническим параметрам системы.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 xml:space="preserve">После завершения монтажных работ выполнить </w:t>
      </w:r>
      <w:r w:rsidRPr="00776B6D">
        <w:rPr>
          <w:lang w:val="ru-RU"/>
        </w:rPr>
        <w:t>проверку герметичности всех соединений и гидравлическое испытание вновь смонтированного участка.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После проведения испытаний выполнить восстановление нарушенных участков территории.</w:t>
      </w:r>
    </w:p>
    <w:p w:rsidR="007E4693" w:rsidRPr="00776B6D" w:rsidRDefault="008A4A72">
      <w:pPr>
        <w:rPr>
          <w:lang w:val="ru-RU"/>
        </w:rPr>
      </w:pPr>
      <w:r w:rsidRPr="00776B6D">
        <w:rPr>
          <w:b/>
          <w:lang w:val="ru-RU"/>
        </w:rPr>
        <w:t>3. Материалы и оборудование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 состав работ предусмотреть поставку и примене</w:t>
      </w:r>
      <w:r w:rsidRPr="00776B6D">
        <w:rPr>
          <w:lang w:val="ru-RU"/>
        </w:rPr>
        <w:t>ние необходимых материалов и комплектующих: труба напорная ПНД Ø50 мм; фасонные части и переходные элементы; соединительная и запорная арматура; элементы врезного соединения; материалы для устройства водопроводного колодца; водомерный прибор; комплектующие</w:t>
      </w:r>
      <w:r w:rsidRPr="00776B6D">
        <w:rPr>
          <w:lang w:val="ru-RU"/>
        </w:rPr>
        <w:t xml:space="preserve"> узла учёта; расходные материалы для монтажных и сварочных работ.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Все применяемые материалы и оборудование должны соответствовать установленным требованиям и иметь необходимые документы, подтверждающие их качество и соответствие назначению.</w:t>
      </w:r>
    </w:p>
    <w:p w:rsidR="007E4693" w:rsidRPr="00776B6D" w:rsidRDefault="008A4A72">
      <w:pPr>
        <w:rPr>
          <w:lang w:val="ru-RU"/>
        </w:rPr>
      </w:pPr>
      <w:r w:rsidRPr="00776B6D">
        <w:rPr>
          <w:b/>
          <w:lang w:val="ru-RU"/>
        </w:rPr>
        <w:t>4. Земляные раб</w:t>
      </w:r>
      <w:r w:rsidRPr="00776B6D">
        <w:rPr>
          <w:b/>
          <w:lang w:val="ru-RU"/>
        </w:rPr>
        <w:t>оты и расходы подрядчика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Разработка грунта и траншеи производится механизированным способом с привлечением экскаватора.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lastRenderedPageBreak/>
        <w:t>Все расходы, связанные с привлечением и эксплуатацией специализированной техники, включая экскаватор, доставку техники на объект и обрат</w:t>
      </w:r>
      <w:r w:rsidRPr="00776B6D">
        <w:rPr>
          <w:lang w:val="ru-RU"/>
        </w:rPr>
        <w:t>но, топливо, работу машиниста, разработку и обратную засыпку грунта, погрузочно-разгрузочные операции, а также иные сопутствующие расходы, необходимые для полного выполнения предусмотренного технической спецификацией комплекса работ, осуществляются подрядч</w:t>
      </w:r>
      <w:r w:rsidRPr="00776B6D">
        <w:rPr>
          <w:lang w:val="ru-RU"/>
        </w:rPr>
        <w:t>иком за собственный счёт и входят в общую стоимость работ.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Дополнительная оплата Заказчиком указанных расходов не предусматривается.</w:t>
      </w:r>
    </w:p>
    <w:p w:rsidR="007E4693" w:rsidRPr="00776B6D" w:rsidRDefault="008A4A72">
      <w:pPr>
        <w:rPr>
          <w:lang w:val="ru-RU"/>
        </w:rPr>
      </w:pPr>
      <w:r w:rsidRPr="00776B6D">
        <w:rPr>
          <w:b/>
          <w:lang w:val="ru-RU"/>
        </w:rPr>
        <w:t>5. Согласование с эксплуатирующей организацией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 xml:space="preserve">Все проектные, подготовительные, демонтажные, монтажные, испытательные и </w:t>
      </w:r>
      <w:r w:rsidRPr="00776B6D">
        <w:rPr>
          <w:lang w:val="ru-RU"/>
        </w:rPr>
        <w:t>восстановительные мероприятия, предусмотренные настоящей технической спецификацией, подлежат обязательному предварительному согласованию с ГКП «</w:t>
      </w:r>
      <w:proofErr w:type="spellStart"/>
      <w:r w:rsidRPr="00776B6D">
        <w:rPr>
          <w:lang w:val="ru-RU"/>
        </w:rPr>
        <w:t>Өскемен</w:t>
      </w:r>
      <w:proofErr w:type="spellEnd"/>
      <w:r w:rsidRPr="00776B6D">
        <w:rPr>
          <w:lang w:val="ru-RU"/>
        </w:rPr>
        <w:t xml:space="preserve"> Водоканал».</w:t>
      </w:r>
    </w:p>
    <w:p w:rsidR="00776B6D" w:rsidRPr="00776B6D" w:rsidRDefault="00776B6D">
      <w:pPr>
        <w:ind w:firstLine="400"/>
        <w:rPr>
          <w:b/>
          <w:lang w:val="ru-RU"/>
        </w:rPr>
      </w:pPr>
      <w:r w:rsidRPr="00776B6D">
        <w:rPr>
          <w:b/>
          <w:lang w:val="ru-RU"/>
        </w:rPr>
        <w:t>Отключение холодной воды по заявке организации в «</w:t>
      </w:r>
      <w:proofErr w:type="spellStart"/>
      <w:r w:rsidRPr="00776B6D">
        <w:rPr>
          <w:b/>
          <w:lang w:val="ru-RU"/>
        </w:rPr>
        <w:t>Өскемен</w:t>
      </w:r>
      <w:proofErr w:type="spellEnd"/>
      <w:r w:rsidRPr="00776B6D">
        <w:rPr>
          <w:b/>
          <w:lang w:val="ru-RU"/>
        </w:rPr>
        <w:t xml:space="preserve"> Водоканал».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Места подключения и врезки в действующие сети, порядок отключения существующего участка и ег</w:t>
      </w:r>
      <w:r w:rsidRPr="00776B6D">
        <w:rPr>
          <w:lang w:val="ru-RU"/>
        </w:rPr>
        <w:t xml:space="preserve">о </w:t>
      </w:r>
      <w:proofErr w:type="spellStart"/>
      <w:r w:rsidRPr="00776B6D">
        <w:rPr>
          <w:lang w:val="ru-RU"/>
        </w:rPr>
        <w:t>заглушения</w:t>
      </w:r>
      <w:proofErr w:type="spellEnd"/>
      <w:r w:rsidRPr="00776B6D">
        <w:rPr>
          <w:lang w:val="ru-RU"/>
        </w:rPr>
        <w:t>, параметры вновь устраиваемого трубопровода, конструктивное исполнение водопроводного колодца, расположение запорно-регулирующей арматуры, устройство узла учёта и порядок проведения гидравлических испытаний согласовываются с уполномоченными те</w:t>
      </w:r>
      <w:r w:rsidRPr="00776B6D">
        <w:rPr>
          <w:lang w:val="ru-RU"/>
        </w:rPr>
        <w:t>хническими службами ГКП «</w:t>
      </w:r>
      <w:proofErr w:type="spellStart"/>
      <w:r w:rsidRPr="00776B6D">
        <w:rPr>
          <w:lang w:val="ru-RU"/>
        </w:rPr>
        <w:t>Өскемен</w:t>
      </w:r>
      <w:proofErr w:type="spellEnd"/>
      <w:r w:rsidRPr="00776B6D">
        <w:rPr>
          <w:lang w:val="ru-RU"/>
        </w:rPr>
        <w:t xml:space="preserve"> Водоканал» до начала соответствующих работ.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Работы на действующих сетях водоснабжения выполнять исключительно после получения необходимых согласований и разрешений от эксплуатирующей организации.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Окончательные технические р</w:t>
      </w:r>
      <w:r w:rsidRPr="00776B6D">
        <w:rPr>
          <w:lang w:val="ru-RU"/>
        </w:rPr>
        <w:t>ешения принимаются по фактическим условиям на месте производства работ и в обязательном порядке согласовываются с ГКП «</w:t>
      </w:r>
      <w:proofErr w:type="spellStart"/>
      <w:r w:rsidRPr="00776B6D">
        <w:rPr>
          <w:lang w:val="ru-RU"/>
        </w:rPr>
        <w:t>Өскемен</w:t>
      </w:r>
      <w:proofErr w:type="spellEnd"/>
      <w:r w:rsidRPr="00776B6D">
        <w:rPr>
          <w:lang w:val="ru-RU"/>
        </w:rPr>
        <w:t xml:space="preserve"> Водоканал».</w:t>
      </w:r>
    </w:p>
    <w:p w:rsidR="007E4693" w:rsidRPr="00776B6D" w:rsidRDefault="008A4A72">
      <w:pPr>
        <w:rPr>
          <w:lang w:val="ru-RU"/>
        </w:rPr>
      </w:pPr>
      <w:r w:rsidRPr="00776B6D">
        <w:rPr>
          <w:b/>
          <w:lang w:val="ru-RU"/>
        </w:rPr>
        <w:t>6. Требования к завершению работ</w:t>
      </w:r>
    </w:p>
    <w:p w:rsidR="007E4693" w:rsidRPr="00776B6D" w:rsidRDefault="008A4A72">
      <w:pPr>
        <w:ind w:firstLine="400"/>
        <w:rPr>
          <w:lang w:val="ru-RU"/>
        </w:rPr>
      </w:pPr>
      <w:r w:rsidRPr="00776B6D">
        <w:rPr>
          <w:lang w:val="ru-RU"/>
        </w:rPr>
        <w:t>После завершения комплекса мероприятий обеспечить полное восстановление работоспособ</w:t>
      </w:r>
      <w:r w:rsidRPr="00776B6D">
        <w:rPr>
          <w:lang w:val="ru-RU"/>
        </w:rPr>
        <w:t>ности системы водоснабжения, отсутствие течей и разгерметизации соединений, проведение гидравлического испытания, проверку запорной арматуры и узла учёта, восстановление нарушенных участков территории и передачу выполненного участка для дальнейшей эксплуат</w:t>
      </w:r>
      <w:r w:rsidRPr="00776B6D">
        <w:rPr>
          <w:lang w:val="ru-RU"/>
        </w:rPr>
        <w:t>ации.</w:t>
      </w:r>
    </w:p>
    <w:p w:rsidR="007E4693" w:rsidRDefault="008A4A72">
      <w:pPr>
        <w:ind w:firstLine="400"/>
        <w:rPr>
          <w:lang w:val="ru-RU"/>
        </w:rPr>
      </w:pPr>
      <w:r w:rsidRPr="00776B6D">
        <w:rPr>
          <w:lang w:val="ru-RU"/>
        </w:rPr>
        <w:lastRenderedPageBreak/>
        <w:t>Все изменения технических решений, возникающие в процессе выполнения работ, предварительно согласовываются с ГКП «</w:t>
      </w:r>
      <w:proofErr w:type="spellStart"/>
      <w:r w:rsidRPr="00776B6D">
        <w:rPr>
          <w:lang w:val="ru-RU"/>
        </w:rPr>
        <w:t>Өскемен</w:t>
      </w:r>
      <w:proofErr w:type="spellEnd"/>
      <w:r w:rsidRPr="00776B6D">
        <w:rPr>
          <w:lang w:val="ru-RU"/>
        </w:rPr>
        <w:t xml:space="preserve"> Водоканал».</w:t>
      </w:r>
    </w:p>
    <w:p w:rsidR="00280D32" w:rsidRDefault="00280D32">
      <w:pPr>
        <w:ind w:firstLine="400"/>
        <w:rPr>
          <w:lang w:val="ru-RU"/>
        </w:rPr>
      </w:pPr>
    </w:p>
    <w:p w:rsidR="00280D32" w:rsidRDefault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jc w:val="center"/>
        <w:rPr>
          <w:b/>
          <w:lang w:val="ru-RU"/>
        </w:rPr>
      </w:pPr>
      <w:r w:rsidRPr="00280D32">
        <w:rPr>
          <w:b/>
          <w:lang w:val="ru-RU"/>
        </w:rPr>
        <w:t>ТЕХНИКАЛЫҚ ЕРЕКШЕЛІК</w:t>
      </w:r>
    </w:p>
    <w:p w:rsidR="00280D32" w:rsidRPr="00280D32" w:rsidRDefault="00280D32" w:rsidP="00280D32">
      <w:pPr>
        <w:ind w:firstLine="400"/>
        <w:rPr>
          <w:b/>
          <w:lang w:val="ru-RU"/>
        </w:rPr>
      </w:pPr>
      <w:r w:rsidRPr="00280D32">
        <w:rPr>
          <w:b/>
          <w:lang w:val="ru-RU"/>
        </w:rPr>
        <w:t xml:space="preserve">Прибрежная </w:t>
      </w:r>
      <w:proofErr w:type="spellStart"/>
      <w:r w:rsidRPr="00280D32">
        <w:rPr>
          <w:b/>
          <w:lang w:val="ru-RU"/>
        </w:rPr>
        <w:t>көшесі</w:t>
      </w:r>
      <w:proofErr w:type="spellEnd"/>
      <w:r w:rsidRPr="00280D32">
        <w:rPr>
          <w:b/>
          <w:lang w:val="ru-RU"/>
        </w:rPr>
        <w:t xml:space="preserve">, 81/1 </w:t>
      </w:r>
      <w:proofErr w:type="spellStart"/>
      <w:r w:rsidRPr="00280D32">
        <w:rPr>
          <w:b/>
          <w:lang w:val="ru-RU"/>
        </w:rPr>
        <w:t>бойынша</w:t>
      </w:r>
      <w:proofErr w:type="spellEnd"/>
      <w:r w:rsidRPr="00280D32">
        <w:rPr>
          <w:b/>
          <w:lang w:val="ru-RU"/>
        </w:rPr>
        <w:t xml:space="preserve"> су </w:t>
      </w:r>
      <w:proofErr w:type="spellStart"/>
      <w:r w:rsidRPr="00280D32">
        <w:rPr>
          <w:b/>
          <w:lang w:val="ru-RU"/>
        </w:rPr>
        <w:t>құбыры</w:t>
      </w:r>
      <w:proofErr w:type="spellEnd"/>
      <w:r w:rsidRPr="00280D32">
        <w:rPr>
          <w:b/>
          <w:lang w:val="ru-RU"/>
        </w:rPr>
        <w:t xml:space="preserve"> </w:t>
      </w:r>
      <w:proofErr w:type="spellStart"/>
      <w:r w:rsidRPr="00280D32">
        <w:rPr>
          <w:b/>
          <w:lang w:val="ru-RU"/>
        </w:rPr>
        <w:t>желілерін</w:t>
      </w:r>
      <w:proofErr w:type="spellEnd"/>
      <w:r w:rsidRPr="00280D32">
        <w:rPr>
          <w:b/>
          <w:lang w:val="ru-RU"/>
        </w:rPr>
        <w:t xml:space="preserve"> салу </w:t>
      </w:r>
      <w:proofErr w:type="spellStart"/>
      <w:r w:rsidRPr="00280D32">
        <w:rPr>
          <w:b/>
          <w:lang w:val="ru-RU"/>
        </w:rPr>
        <w:t>бойынша</w:t>
      </w:r>
      <w:proofErr w:type="spellEnd"/>
      <w:r w:rsidRPr="00280D32">
        <w:rPr>
          <w:b/>
          <w:lang w:val="ru-RU"/>
        </w:rPr>
        <w:t xml:space="preserve"> </w:t>
      </w:r>
      <w:proofErr w:type="spellStart"/>
      <w:r w:rsidRPr="00280D32">
        <w:rPr>
          <w:b/>
          <w:lang w:val="ru-RU"/>
        </w:rPr>
        <w:t>кешенді</w:t>
      </w:r>
      <w:proofErr w:type="spellEnd"/>
      <w:r w:rsidRPr="00280D32">
        <w:rPr>
          <w:b/>
          <w:lang w:val="ru-RU"/>
        </w:rPr>
        <w:t xml:space="preserve"> </w:t>
      </w:r>
      <w:proofErr w:type="spellStart"/>
      <w:r w:rsidRPr="00280D32">
        <w:rPr>
          <w:b/>
          <w:lang w:val="ru-RU"/>
        </w:rPr>
        <w:t>жұмыстарды</w:t>
      </w:r>
      <w:proofErr w:type="spellEnd"/>
      <w:r w:rsidRPr="00280D32">
        <w:rPr>
          <w:b/>
          <w:lang w:val="ru-RU"/>
        </w:rPr>
        <w:t xml:space="preserve"> </w:t>
      </w:r>
      <w:proofErr w:type="spellStart"/>
      <w:r w:rsidRPr="00280D32">
        <w:rPr>
          <w:b/>
          <w:lang w:val="ru-RU"/>
        </w:rPr>
        <w:t>орындауға</w:t>
      </w:r>
      <w:proofErr w:type="spellEnd"/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Жүмыстарды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орны</w:t>
      </w:r>
      <w:proofErr w:type="spellEnd"/>
      <w:r w:rsidRPr="00280D32">
        <w:rPr>
          <w:lang w:val="ru-RU"/>
        </w:rPr>
        <w:t>: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Шығыс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Қазақстан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облысы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білім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басқармасының</w:t>
      </w:r>
      <w:proofErr w:type="spellEnd"/>
      <w:r w:rsidRPr="00280D32">
        <w:rPr>
          <w:lang w:val="ru-RU"/>
        </w:rPr>
        <w:t xml:space="preserve"> «№ 8 </w:t>
      </w:r>
      <w:proofErr w:type="spellStart"/>
      <w:r w:rsidRPr="00280D32">
        <w:rPr>
          <w:lang w:val="ru-RU"/>
        </w:rPr>
        <w:t>арнайы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мектеп</w:t>
      </w:r>
      <w:proofErr w:type="spellEnd"/>
      <w:r w:rsidRPr="00280D32">
        <w:rPr>
          <w:lang w:val="ru-RU"/>
        </w:rPr>
        <w:t xml:space="preserve">-интернаты» </w:t>
      </w:r>
      <w:proofErr w:type="spellStart"/>
      <w:r w:rsidRPr="00280D32">
        <w:rPr>
          <w:lang w:val="ru-RU"/>
        </w:rPr>
        <w:t>коммуналдық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мемлекеттік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мекемесі</w:t>
      </w:r>
      <w:proofErr w:type="spellEnd"/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Шығыс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Қазақстан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облысы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Өскемен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қаласы</w:t>
      </w:r>
      <w:proofErr w:type="spellEnd"/>
      <w:r w:rsidRPr="00280D32">
        <w:rPr>
          <w:lang w:val="ru-RU"/>
        </w:rPr>
        <w:t xml:space="preserve">, Прибрежная </w:t>
      </w:r>
      <w:proofErr w:type="spellStart"/>
      <w:r w:rsidRPr="00280D32">
        <w:rPr>
          <w:lang w:val="ru-RU"/>
        </w:rPr>
        <w:t>көшесі</w:t>
      </w:r>
      <w:proofErr w:type="spellEnd"/>
      <w:r w:rsidRPr="00280D32">
        <w:rPr>
          <w:lang w:val="ru-RU"/>
        </w:rPr>
        <w:t>, 81/1.</w:t>
      </w:r>
    </w:p>
    <w:p w:rsidR="00280D32" w:rsidRPr="00280D32" w:rsidRDefault="00280D32" w:rsidP="00280D32">
      <w:pPr>
        <w:ind w:firstLine="400"/>
        <w:rPr>
          <w:lang w:val="ru-RU"/>
        </w:rPr>
      </w:pPr>
      <w:r w:rsidRPr="00280D32">
        <w:rPr>
          <w:lang w:val="ru-RU"/>
        </w:rPr>
        <w:t xml:space="preserve">1. </w:t>
      </w:r>
      <w:proofErr w:type="spellStart"/>
      <w:r w:rsidRPr="00280D32">
        <w:rPr>
          <w:lang w:val="ru-RU"/>
        </w:rPr>
        <w:t>Жалпы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талаптар</w:t>
      </w:r>
      <w:proofErr w:type="spellEnd"/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Талап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етілетін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сипаттамаларын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қосылыстардың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герметикалығын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кейінгі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техникалық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қызмет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көрсету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мүмкіндігін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қамтамасыз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қазандықты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сумен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жабдықтаудың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учаскесін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қайта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құруға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бағытталған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ұйымдастыру-техникалық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бөлшектеу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жер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монтаждау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қалпына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келтіру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іс-шараларының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кешенін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көздеу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нормативтік-техникалық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талаптарды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өнеркәсіптік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қауіпсіздігі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талаптарын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сондай-ақ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пайдаланушы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ұйымның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техникалық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талаптарын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сақтай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орындалады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Тапсырыс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жұмысты</w:t>
      </w:r>
      <w:proofErr w:type="spellEnd"/>
      <w:r w:rsidRPr="00280D32">
        <w:rPr>
          <w:lang w:val="ru-RU"/>
        </w:rPr>
        <w:t xml:space="preserve"> ҚР </w:t>
      </w:r>
      <w:proofErr w:type="spellStart"/>
      <w:r w:rsidRPr="00280D32">
        <w:rPr>
          <w:lang w:val="ru-RU"/>
        </w:rPr>
        <w:t>ҚНжЕ</w:t>
      </w:r>
      <w:proofErr w:type="spellEnd"/>
      <w:r w:rsidRPr="00280D32">
        <w:rPr>
          <w:lang w:val="ru-RU"/>
        </w:rPr>
        <w:t xml:space="preserve">, ҚР АК </w:t>
      </w:r>
      <w:proofErr w:type="spellStart"/>
      <w:r w:rsidRPr="00280D32">
        <w:rPr>
          <w:lang w:val="ru-RU"/>
        </w:rPr>
        <w:t>ақаулық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актісі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сметалық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құжаттамасына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ҚР </w:t>
      </w:r>
      <w:proofErr w:type="spellStart"/>
      <w:r w:rsidRPr="00280D32">
        <w:rPr>
          <w:lang w:val="ru-RU"/>
        </w:rPr>
        <w:t>аумағында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қолданылатын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заңнаманың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өзге</w:t>
      </w:r>
      <w:proofErr w:type="spellEnd"/>
      <w:r w:rsidRPr="00280D32">
        <w:rPr>
          <w:lang w:val="ru-RU"/>
        </w:rPr>
        <w:t xml:space="preserve"> де </w:t>
      </w:r>
      <w:proofErr w:type="spellStart"/>
      <w:r w:rsidRPr="00280D32">
        <w:rPr>
          <w:lang w:val="ru-RU"/>
        </w:rPr>
        <w:t>нормаларына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сәйкес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қабылдайды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Әлеуетті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мемлекеттік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сатып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туралы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шарт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бойынша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міндеттемелерді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үшін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жеткілікті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материалдық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қаржылық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еңбек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ресурстары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болуға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тиіс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Жұмысты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мердігер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орындайды</w:t>
      </w:r>
      <w:proofErr w:type="spellEnd"/>
      <w:r w:rsidRPr="00280D32">
        <w:rPr>
          <w:lang w:val="ru-RU"/>
        </w:rPr>
        <w:t xml:space="preserve">: </w:t>
      </w:r>
      <w:proofErr w:type="spellStart"/>
      <w:r w:rsidRPr="00280D32">
        <w:rPr>
          <w:lang w:val="ru-RU"/>
        </w:rPr>
        <w:t>оның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материалдарынан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оның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күшімен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құралдарымен</w:t>
      </w:r>
      <w:proofErr w:type="spellEnd"/>
      <w:r w:rsidRPr="00280D32">
        <w:rPr>
          <w:lang w:val="ru-RU"/>
        </w:rPr>
        <w:t xml:space="preserve">! </w:t>
      </w: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талап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етілетін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есебінен</w:t>
      </w:r>
      <w:proofErr w:type="spellEnd"/>
      <w:r w:rsidRPr="00280D32">
        <w:rPr>
          <w:lang w:val="ru-RU"/>
        </w:rPr>
        <w:t xml:space="preserve">!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үшінші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тұлғалардың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құқықтарымен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ауыртпалық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салынған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өздеріне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ұсынылған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жабдықтардың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тиісті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емес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сапасы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үшін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жауапты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болады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өндірісінде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пайдаланатын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жабдықтар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тиісті</w:t>
      </w:r>
      <w:proofErr w:type="spellEnd"/>
      <w:r w:rsidRPr="00280D32">
        <w:rPr>
          <w:lang w:val="ru-RU"/>
        </w:rPr>
        <w:t xml:space="preserve"> (</w:t>
      </w:r>
      <w:proofErr w:type="spellStart"/>
      <w:r w:rsidRPr="00280D32">
        <w:rPr>
          <w:lang w:val="ru-RU"/>
        </w:rPr>
        <w:t>жоғары</w:t>
      </w:r>
      <w:proofErr w:type="spellEnd"/>
      <w:r w:rsidRPr="00280D32">
        <w:rPr>
          <w:lang w:val="ru-RU"/>
        </w:rPr>
        <w:t xml:space="preserve">) </w:t>
      </w:r>
      <w:proofErr w:type="spellStart"/>
      <w:r w:rsidRPr="00280D32">
        <w:rPr>
          <w:lang w:val="ru-RU"/>
        </w:rPr>
        <w:t>сапада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болуы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мемлекеттік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немесе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халықаралық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стандарттарға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сәйкес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келуі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тиіс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Санитарлық-гигиеналық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экологиялық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өртке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қарсы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басқа</w:t>
      </w:r>
      <w:proofErr w:type="spellEnd"/>
      <w:r w:rsidRPr="00280D32">
        <w:rPr>
          <w:lang w:val="ru-RU"/>
        </w:rPr>
        <w:t xml:space="preserve"> да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стандарттарға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Қазақстан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Республикасының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нормалары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lastRenderedPageBreak/>
        <w:t>ережелерiне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жауап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бередi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орындағаннан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кейiн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жеткiзушi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орындалған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жұмыстарға</w:t>
      </w:r>
      <w:proofErr w:type="spellEnd"/>
      <w:r w:rsidRPr="00280D32">
        <w:rPr>
          <w:lang w:val="ru-RU"/>
        </w:rPr>
        <w:t xml:space="preserve"> 36 ай </w:t>
      </w:r>
      <w:proofErr w:type="spellStart"/>
      <w:r w:rsidRPr="00280D32">
        <w:rPr>
          <w:lang w:val="ru-RU"/>
        </w:rPr>
        <w:t>мерзiмге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кепiлдiк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мiндеттi</w:t>
      </w:r>
      <w:proofErr w:type="spellEnd"/>
      <w:r w:rsidRPr="00280D32">
        <w:rPr>
          <w:lang w:val="ru-RU"/>
        </w:rPr>
        <w:t>!</w:t>
      </w:r>
    </w:p>
    <w:p w:rsidR="00280D32" w:rsidRPr="00280D32" w:rsidRDefault="00280D32" w:rsidP="00280D32">
      <w:pPr>
        <w:ind w:firstLine="400"/>
        <w:rPr>
          <w:lang w:val="ru-RU"/>
        </w:rPr>
      </w:pPr>
      <w:r w:rsidRPr="00280D32">
        <w:rPr>
          <w:lang w:val="ru-RU"/>
        </w:rPr>
        <w:t xml:space="preserve">          «</w:t>
      </w:r>
      <w:proofErr w:type="spellStart"/>
      <w:r w:rsidRPr="00280D32">
        <w:rPr>
          <w:lang w:val="ru-RU"/>
        </w:rPr>
        <w:t>Шарт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бойынша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міндеттемелерді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үшін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талап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етілетін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сатып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жеткізу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түсіру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қоймалау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сертификаттау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жөніндегі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шығыстар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қаражаты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есебінен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ғана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жүзеге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асырылады</w:t>
      </w:r>
      <w:proofErr w:type="spellEnd"/>
      <w:r w:rsidRPr="00280D32">
        <w:rPr>
          <w:lang w:val="ru-RU"/>
        </w:rPr>
        <w:t>».</w:t>
      </w:r>
    </w:p>
    <w:p w:rsidR="00280D32" w:rsidRPr="00280D32" w:rsidRDefault="00280D32" w:rsidP="00280D32">
      <w:pPr>
        <w:ind w:firstLine="400"/>
        <w:rPr>
          <w:lang w:val="ru-RU"/>
        </w:rPr>
      </w:pPr>
      <w:r w:rsidRPr="00280D32">
        <w:rPr>
          <w:lang w:val="ru-RU"/>
        </w:rPr>
        <w:t xml:space="preserve">   </w:t>
      </w:r>
      <w:proofErr w:type="spellStart"/>
      <w:r w:rsidRPr="00280D32">
        <w:rPr>
          <w:lang w:val="ru-RU"/>
        </w:rPr>
        <w:t>Тапсырыс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аумағына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құрылыс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қоймалау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сақтау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жеткізу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күшімен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жүргізіледі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Тапсырыс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жүргізу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кестесін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бекітуге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ұсынады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онда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объектіні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жөндеу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жөніндегі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тәртібі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мерзімдері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баяндалады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Жұмыскерлерді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сапасын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күн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сайын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бақылау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үшін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жауапты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адамды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тағайындау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ол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күн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сайын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атқарылған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туралы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есеп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беретін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мәселелерді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Тапсырыс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келісетін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болады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осы </w:t>
      </w:r>
      <w:proofErr w:type="spellStart"/>
      <w:r w:rsidRPr="00280D32">
        <w:rPr>
          <w:lang w:val="ru-RU"/>
        </w:rPr>
        <w:t>жұмысты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байланысты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шығындарды</w:t>
      </w:r>
      <w:proofErr w:type="spellEnd"/>
      <w:r w:rsidRPr="00280D32">
        <w:rPr>
          <w:lang w:val="ru-RU"/>
        </w:rPr>
        <w:t xml:space="preserve"> (</w:t>
      </w:r>
      <w:proofErr w:type="spellStart"/>
      <w:r w:rsidRPr="00280D32">
        <w:rPr>
          <w:lang w:val="ru-RU"/>
        </w:rPr>
        <w:t>құрылыс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қоқыстарын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шығару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жүктерді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тасымалдау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сақтауға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сатып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алуға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арналған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шығындар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өнімдер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жабдықтар</w:t>
      </w:r>
      <w:proofErr w:type="spellEnd"/>
      <w:r w:rsidRPr="00280D32">
        <w:rPr>
          <w:lang w:val="ru-RU"/>
        </w:rPr>
        <w:t xml:space="preserve">; осы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түрін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қажетті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барлық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өзге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шығындар</w:t>
      </w:r>
      <w:proofErr w:type="spellEnd"/>
      <w:r w:rsidRPr="00280D32">
        <w:rPr>
          <w:lang w:val="ru-RU"/>
        </w:rPr>
        <w:t xml:space="preserve">) </w:t>
      </w:r>
      <w:proofErr w:type="spellStart"/>
      <w:r w:rsidRPr="00280D32">
        <w:rPr>
          <w:lang w:val="ru-RU"/>
        </w:rPr>
        <w:t>өзіне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алады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Жеткізуші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кезінде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пайдаланатын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коммуналдық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қызметтер</w:t>
      </w:r>
      <w:proofErr w:type="spellEnd"/>
      <w:r w:rsidRPr="00280D32">
        <w:rPr>
          <w:lang w:val="ru-RU"/>
        </w:rPr>
        <w:t>,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күшімен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қамтамасыз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етуі</w:t>
      </w:r>
      <w:proofErr w:type="spellEnd"/>
      <w:r w:rsidRPr="00280D32">
        <w:rPr>
          <w:lang w:val="ru-RU"/>
        </w:rPr>
        <w:t xml:space="preserve"> </w:t>
      </w:r>
      <w:proofErr w:type="spellStart"/>
      <w:proofErr w:type="gramStart"/>
      <w:r w:rsidRPr="00280D32">
        <w:rPr>
          <w:lang w:val="ru-RU"/>
        </w:rPr>
        <w:t>тиіс</w:t>
      </w:r>
      <w:proofErr w:type="spellEnd"/>
      <w:r w:rsidRPr="00280D32">
        <w:rPr>
          <w:lang w:val="ru-RU"/>
        </w:rPr>
        <w:t>..</w:t>
      </w:r>
      <w:proofErr w:type="gram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Материалдарды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сақтау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материалдарды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бөлшектерді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конструкциялар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жабдықтарды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жинау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сақтау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олардың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бүлінуі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бүлінуі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жоғалуы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үшін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Тапсырыс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жауапты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болмайды</w:t>
      </w:r>
      <w:proofErr w:type="spellEnd"/>
      <w:r w:rsidRPr="00280D32">
        <w:rPr>
          <w:lang w:val="ru-RU"/>
        </w:rPr>
        <w:t xml:space="preserve">.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аяқталғаннан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кейін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Өнім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беруші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құрылыс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қоқыстарын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шығарады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r w:rsidRPr="00280D32">
        <w:rPr>
          <w:lang w:val="ru-RU"/>
        </w:rPr>
        <w:t xml:space="preserve">2, </w:t>
      </w:r>
      <w:proofErr w:type="spellStart"/>
      <w:r w:rsidRPr="00280D32">
        <w:rPr>
          <w:lang w:val="ru-RU"/>
        </w:rPr>
        <w:t>Жұмыстардың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құрамы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көлемі</w:t>
      </w:r>
      <w:proofErr w:type="spellEnd"/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Төсемнің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нақты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трассасын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құбырдың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техникалық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жай-күйін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қосу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орындарын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инженерлік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коммуникацияларды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нақтылай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, су </w:t>
      </w:r>
      <w:proofErr w:type="spellStart"/>
      <w:r w:rsidRPr="00280D32">
        <w:rPr>
          <w:lang w:val="ru-RU"/>
        </w:rPr>
        <w:t>құбыры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желісінің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учаскесін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алдын</w:t>
      </w:r>
      <w:proofErr w:type="spellEnd"/>
      <w:r w:rsidRPr="00280D32">
        <w:rPr>
          <w:lang w:val="ru-RU"/>
        </w:rPr>
        <w:t xml:space="preserve"> ала </w:t>
      </w:r>
      <w:proofErr w:type="spellStart"/>
      <w:r w:rsidRPr="00280D32">
        <w:rPr>
          <w:lang w:val="ru-RU"/>
        </w:rPr>
        <w:t>тексеруді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Түйіндес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элементтерді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бөлшектей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аймағын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босата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шартты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диаметрі</w:t>
      </w:r>
      <w:proofErr w:type="spellEnd"/>
      <w:r w:rsidRPr="00280D32">
        <w:rPr>
          <w:lang w:val="ru-RU"/>
        </w:rPr>
        <w:t xml:space="preserve"> Ду100 бар </w:t>
      </w:r>
      <w:proofErr w:type="spellStart"/>
      <w:r w:rsidRPr="00280D32">
        <w:rPr>
          <w:lang w:val="ru-RU"/>
        </w:rPr>
        <w:t>болат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құбырды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бөлшектеу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r w:rsidRPr="00280D32">
        <w:rPr>
          <w:lang w:val="ru-RU"/>
        </w:rPr>
        <w:t xml:space="preserve">Су </w:t>
      </w:r>
      <w:proofErr w:type="spellStart"/>
      <w:r w:rsidRPr="00280D32">
        <w:rPr>
          <w:lang w:val="ru-RU"/>
        </w:rPr>
        <w:t>құбыры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желісінің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жаңа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учаскесін</w:t>
      </w:r>
      <w:proofErr w:type="spellEnd"/>
      <w:r w:rsidRPr="00280D32">
        <w:rPr>
          <w:lang w:val="ru-RU"/>
        </w:rPr>
        <w:t xml:space="preserve"> ПНД Ø50 мм </w:t>
      </w:r>
      <w:proofErr w:type="spellStart"/>
      <w:r w:rsidRPr="00280D32">
        <w:rPr>
          <w:lang w:val="ru-RU"/>
        </w:rPr>
        <w:t>қысымды</w:t>
      </w:r>
      <w:proofErr w:type="spellEnd"/>
      <w:r w:rsidRPr="00280D32">
        <w:rPr>
          <w:lang w:val="ru-RU"/>
        </w:rPr>
        <w:t xml:space="preserve"> полиэтилен </w:t>
      </w:r>
      <w:proofErr w:type="spellStart"/>
      <w:r w:rsidRPr="00280D32">
        <w:rPr>
          <w:lang w:val="ru-RU"/>
        </w:rPr>
        <w:t>құбырынан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орнату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Жаңа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учаскенің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сумен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жабдықтау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жүйесімен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технологиялық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үйлесімділігін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қамтамасыз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ететін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қажетті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фасонды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бөліктерді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өтпелі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элементтерді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біріктіру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арматурасын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өзге</w:t>
      </w:r>
      <w:proofErr w:type="spellEnd"/>
      <w:r w:rsidRPr="00280D32">
        <w:rPr>
          <w:lang w:val="ru-RU"/>
        </w:rPr>
        <w:t xml:space="preserve"> де </w:t>
      </w:r>
      <w:proofErr w:type="spellStart"/>
      <w:r w:rsidRPr="00280D32">
        <w:rPr>
          <w:lang w:val="ru-RU"/>
        </w:rPr>
        <w:t>жинақтауыштарды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қолдануды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көздеу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r w:rsidRPr="00280D32">
        <w:rPr>
          <w:lang w:val="ru-RU"/>
        </w:rPr>
        <w:lastRenderedPageBreak/>
        <w:t xml:space="preserve">Орды </w:t>
      </w:r>
      <w:proofErr w:type="spellStart"/>
      <w:r w:rsidRPr="00280D32">
        <w:rPr>
          <w:lang w:val="ru-RU"/>
        </w:rPr>
        <w:t>игеруді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негіз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дайындауды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төсек-орынды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құбырға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орналастыруды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кері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көму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топырақты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қабатты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тығыздауды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қоса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алғанда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экскаваторды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тартумен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механикаландырылған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тәсілмен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Қосу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тораптарына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бекіту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арматурасына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жалғағыш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элементтерге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рұқсатын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қамтамасыз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бір</w:t>
      </w:r>
      <w:proofErr w:type="spellEnd"/>
      <w:r w:rsidRPr="00280D32">
        <w:rPr>
          <w:lang w:val="ru-RU"/>
        </w:rPr>
        <w:t xml:space="preserve"> су </w:t>
      </w:r>
      <w:proofErr w:type="spellStart"/>
      <w:r w:rsidRPr="00280D32">
        <w:rPr>
          <w:lang w:val="ru-RU"/>
        </w:rPr>
        <w:t>құбыры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құдығын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орнату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көзделеді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Одан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әрі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пайдалану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қажеттілігін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жоғалтқан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енгізуді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ажыратуды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герметикалық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сөндіруді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сумен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жабдықтау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жүйесіне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қажетті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ойық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қосылысты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орындай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тиісті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ауыспалы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қосқыш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элементтерді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орната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жаңа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енгізу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құрылғысын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Қосылыстардың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нормативтік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саңылаусыздығы</w:t>
      </w:r>
      <w:proofErr w:type="spellEnd"/>
      <w:r w:rsidRPr="00280D32">
        <w:rPr>
          <w:lang w:val="ru-RU"/>
        </w:rPr>
        <w:t xml:space="preserve"> мен </w:t>
      </w:r>
      <w:proofErr w:type="spellStart"/>
      <w:r w:rsidRPr="00280D32">
        <w:rPr>
          <w:lang w:val="ru-RU"/>
        </w:rPr>
        <w:t>пайдалану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сенімділігін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қамтамасыз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ете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отырып</w:t>
      </w:r>
      <w:proofErr w:type="spellEnd"/>
      <w:r w:rsidRPr="00280D32">
        <w:rPr>
          <w:lang w:val="ru-RU"/>
        </w:rPr>
        <w:t xml:space="preserve">, </w:t>
      </w:r>
      <w:proofErr w:type="spellStart"/>
      <w:r w:rsidRPr="00280D32">
        <w:rPr>
          <w:lang w:val="ru-RU"/>
        </w:rPr>
        <w:t>жаңадан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орнатылатын</w:t>
      </w:r>
      <w:proofErr w:type="spellEnd"/>
      <w:r w:rsidRPr="00280D32">
        <w:rPr>
          <w:lang w:val="ru-RU"/>
        </w:rPr>
        <w:t xml:space="preserve"> ПНД Ø50 мм </w:t>
      </w:r>
      <w:proofErr w:type="spellStart"/>
      <w:r w:rsidRPr="00280D32">
        <w:rPr>
          <w:lang w:val="ru-RU"/>
        </w:rPr>
        <w:t>құбыр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желісінің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желінің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учаскелерімен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түйісуін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>.</w:t>
      </w:r>
    </w:p>
    <w:p w:rsidR="00280D32" w:rsidRPr="00280D32" w:rsidRDefault="00280D32" w:rsidP="00280D32">
      <w:pPr>
        <w:ind w:firstLine="400"/>
        <w:rPr>
          <w:lang w:val="ru-RU"/>
        </w:rPr>
      </w:pPr>
      <w:proofErr w:type="spellStart"/>
      <w:r w:rsidRPr="00280D32">
        <w:rPr>
          <w:lang w:val="ru-RU"/>
        </w:rPr>
        <w:t>Қазандық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ішінде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сумен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жабдықтау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учаскесін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қайта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құру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және</w:t>
      </w:r>
      <w:proofErr w:type="spellEnd"/>
      <w:r w:rsidRPr="00280D32">
        <w:rPr>
          <w:lang w:val="ru-RU"/>
        </w:rPr>
        <w:t xml:space="preserve"> су </w:t>
      </w:r>
      <w:proofErr w:type="spellStart"/>
      <w:r w:rsidRPr="00280D32">
        <w:rPr>
          <w:lang w:val="ru-RU"/>
        </w:rPr>
        <w:t>шығынын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есепке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алудың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қолданыстағы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торабын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ауыстыру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бойынша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жұмыстарды</w:t>
      </w:r>
      <w:proofErr w:type="spellEnd"/>
      <w:r w:rsidRPr="00280D32">
        <w:rPr>
          <w:lang w:val="ru-RU"/>
        </w:rPr>
        <w:t xml:space="preserve"> </w:t>
      </w:r>
      <w:proofErr w:type="spellStart"/>
      <w:r w:rsidRPr="00280D32">
        <w:rPr>
          <w:lang w:val="ru-RU"/>
        </w:rPr>
        <w:t>орындау</w:t>
      </w:r>
      <w:proofErr w:type="spellEnd"/>
      <w:r w:rsidRPr="00280D32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Жүйенің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техникалық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параметрлеріне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сәйкес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келетін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жаңа</w:t>
      </w:r>
      <w:proofErr w:type="spellEnd"/>
      <w:r w:rsidRPr="00406E4F">
        <w:rPr>
          <w:lang w:val="ru-RU"/>
        </w:rPr>
        <w:t xml:space="preserve"> су </w:t>
      </w:r>
      <w:proofErr w:type="spellStart"/>
      <w:r w:rsidRPr="00406E4F">
        <w:rPr>
          <w:lang w:val="ru-RU"/>
        </w:rPr>
        <w:t>өлшегіш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аспапты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орнату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арқылы</w:t>
      </w:r>
      <w:proofErr w:type="spellEnd"/>
      <w:r w:rsidRPr="00406E4F">
        <w:rPr>
          <w:lang w:val="ru-RU"/>
        </w:rPr>
        <w:t xml:space="preserve"> суды </w:t>
      </w:r>
      <w:proofErr w:type="spellStart"/>
      <w:r w:rsidRPr="00406E4F">
        <w:rPr>
          <w:lang w:val="ru-RU"/>
        </w:rPr>
        <w:t>есептеудің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қолданыстағы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аспабын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бөлшектеу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Монтаждау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аяқталғаннан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кейін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барлық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қосылыстардың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герметикалығын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тексеруді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жаңадан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құрастырылған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учаскені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гидравликалық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сынауды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Сынақ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жүргізілгеннен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кейін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аумақтың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бұзылған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учаскелерін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қалпына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келтіру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r w:rsidRPr="00406E4F">
        <w:rPr>
          <w:lang w:val="ru-RU"/>
        </w:rPr>
        <w:t xml:space="preserve">3, </w:t>
      </w:r>
      <w:proofErr w:type="spellStart"/>
      <w:r w:rsidRPr="00406E4F">
        <w:rPr>
          <w:lang w:val="ru-RU"/>
        </w:rPr>
        <w:t>Материалдар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жабдықтар</w:t>
      </w:r>
      <w:proofErr w:type="spellEnd"/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Жұмыс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құрамына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материалдар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жинақтауыштарды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жеткізу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қолдану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қарастырылсын</w:t>
      </w:r>
      <w:proofErr w:type="spellEnd"/>
      <w:r w:rsidRPr="00406E4F">
        <w:rPr>
          <w:lang w:val="ru-RU"/>
        </w:rPr>
        <w:t xml:space="preserve">: ПНД </w:t>
      </w:r>
      <w:proofErr w:type="spellStart"/>
      <w:r w:rsidRPr="00406E4F">
        <w:rPr>
          <w:lang w:val="ru-RU"/>
        </w:rPr>
        <w:t>қысымды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құбыры</w:t>
      </w:r>
      <w:proofErr w:type="spellEnd"/>
      <w:r w:rsidRPr="00406E4F">
        <w:rPr>
          <w:lang w:val="ru-RU"/>
        </w:rPr>
        <w:t xml:space="preserve"> Ø50 мм; </w:t>
      </w:r>
      <w:proofErr w:type="spellStart"/>
      <w:r w:rsidRPr="00406E4F">
        <w:rPr>
          <w:lang w:val="ru-RU"/>
        </w:rPr>
        <w:t>фасонды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бөліктер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өтпелі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элементтер</w:t>
      </w:r>
      <w:proofErr w:type="spellEnd"/>
      <w:r w:rsidRPr="00406E4F">
        <w:rPr>
          <w:lang w:val="ru-RU"/>
        </w:rPr>
        <w:t xml:space="preserve">; </w:t>
      </w:r>
      <w:proofErr w:type="spellStart"/>
      <w:r w:rsidRPr="00406E4F">
        <w:rPr>
          <w:lang w:val="ru-RU"/>
        </w:rPr>
        <w:t>біріктіру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бекіту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арматурасы</w:t>
      </w:r>
      <w:proofErr w:type="spellEnd"/>
      <w:r w:rsidRPr="00406E4F">
        <w:rPr>
          <w:lang w:val="ru-RU"/>
        </w:rPr>
        <w:t xml:space="preserve">; </w:t>
      </w:r>
      <w:proofErr w:type="spellStart"/>
      <w:r w:rsidRPr="00406E4F">
        <w:rPr>
          <w:lang w:val="ru-RU"/>
        </w:rPr>
        <w:t>ойық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қосылыс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элементтері</w:t>
      </w:r>
      <w:proofErr w:type="spellEnd"/>
      <w:r w:rsidRPr="00406E4F">
        <w:rPr>
          <w:lang w:val="ru-RU"/>
        </w:rPr>
        <w:t xml:space="preserve">; су </w:t>
      </w:r>
      <w:proofErr w:type="spellStart"/>
      <w:r w:rsidRPr="00406E4F">
        <w:rPr>
          <w:lang w:val="ru-RU"/>
        </w:rPr>
        <w:t>құбыры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құдығын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орнатуға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арналған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материалдар</w:t>
      </w:r>
      <w:proofErr w:type="spellEnd"/>
      <w:r w:rsidRPr="00406E4F">
        <w:rPr>
          <w:lang w:val="ru-RU"/>
        </w:rPr>
        <w:t xml:space="preserve">; су </w:t>
      </w:r>
      <w:proofErr w:type="spellStart"/>
      <w:r w:rsidRPr="00406E4F">
        <w:rPr>
          <w:lang w:val="ru-RU"/>
        </w:rPr>
        <w:t>өлшегіш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құрал</w:t>
      </w:r>
      <w:proofErr w:type="spellEnd"/>
      <w:r w:rsidRPr="00406E4F">
        <w:rPr>
          <w:lang w:val="ru-RU"/>
        </w:rPr>
        <w:t xml:space="preserve">; </w:t>
      </w:r>
      <w:proofErr w:type="spellStart"/>
      <w:r w:rsidRPr="00406E4F">
        <w:rPr>
          <w:lang w:val="ru-RU"/>
        </w:rPr>
        <w:t>есепке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алу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тораптарын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жинақтаушы</w:t>
      </w:r>
      <w:proofErr w:type="spellEnd"/>
      <w:r w:rsidRPr="00406E4F">
        <w:rPr>
          <w:lang w:val="ru-RU"/>
        </w:rPr>
        <w:t xml:space="preserve">; </w:t>
      </w:r>
      <w:proofErr w:type="spellStart"/>
      <w:r w:rsidRPr="00406E4F">
        <w:rPr>
          <w:lang w:val="ru-RU"/>
        </w:rPr>
        <w:t>монтаждау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дәнекерлеу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арналған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шығыс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материалдары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Барлық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қолданылатын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материалдар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жабдықтар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белгіленген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талаптарға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сәйкес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болуы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олардың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сапасы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мақсатына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сәйкестігін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растайтын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құжаттары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болуы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тиіс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r w:rsidRPr="00406E4F">
        <w:rPr>
          <w:lang w:val="ru-RU"/>
        </w:rPr>
        <w:lastRenderedPageBreak/>
        <w:t xml:space="preserve">4, </w:t>
      </w:r>
      <w:proofErr w:type="spellStart"/>
      <w:r w:rsidRPr="00406E4F">
        <w:rPr>
          <w:lang w:val="ru-RU"/>
        </w:rPr>
        <w:t>Жер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мердігердің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шығыстары</w:t>
      </w:r>
      <w:proofErr w:type="spellEnd"/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Топырақ</w:t>
      </w:r>
      <w:proofErr w:type="spellEnd"/>
      <w:r w:rsidRPr="00406E4F">
        <w:rPr>
          <w:lang w:val="ru-RU"/>
        </w:rPr>
        <w:t xml:space="preserve"> пен орды </w:t>
      </w:r>
      <w:proofErr w:type="spellStart"/>
      <w:r w:rsidRPr="00406E4F">
        <w:rPr>
          <w:lang w:val="ru-RU"/>
        </w:rPr>
        <w:t>қазу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экскаваторды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тарту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арқылы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механикаландырылған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тәсілмен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жүргізіледі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Экскаваторды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қоса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алғанда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мамандандырылған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техниканы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тартуға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пайдалануға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байланысты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барлық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шығыстарды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техниканы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объектіге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жеткізуді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кері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қайтаруды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отынды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машинистің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жұмысын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топырақты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әзірлеу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қайта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көмуді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тиеу-түсіру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операцияларын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сондай-ақ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техникалық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ерекшелікте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көзделген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кешенін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толық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үшін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өзге</w:t>
      </w:r>
      <w:proofErr w:type="spellEnd"/>
      <w:r w:rsidRPr="00406E4F">
        <w:rPr>
          <w:lang w:val="ru-RU"/>
        </w:rPr>
        <w:t xml:space="preserve"> де </w:t>
      </w:r>
      <w:proofErr w:type="spellStart"/>
      <w:r w:rsidRPr="00406E4F">
        <w:rPr>
          <w:lang w:val="ru-RU"/>
        </w:rPr>
        <w:t>ілеспе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шығыстарды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мердігер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өз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есебінен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жүзеге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асырады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жұмыстардың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жалпы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құнына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кіреді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Тапсырыс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беруші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көрсетілген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шығыстарды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қосымша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төлеуді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көздемейді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r w:rsidRPr="00406E4F">
        <w:rPr>
          <w:lang w:val="ru-RU"/>
        </w:rPr>
        <w:t xml:space="preserve">5, </w:t>
      </w:r>
      <w:proofErr w:type="spellStart"/>
      <w:r w:rsidRPr="00406E4F">
        <w:rPr>
          <w:lang w:val="ru-RU"/>
        </w:rPr>
        <w:t>Пайдаланушы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ұйыммен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келісу</w:t>
      </w:r>
      <w:proofErr w:type="spellEnd"/>
    </w:p>
    <w:p w:rsidR="00406E4F" w:rsidRPr="00406E4F" w:rsidRDefault="00406E4F" w:rsidP="00406E4F">
      <w:pPr>
        <w:ind w:firstLine="400"/>
        <w:rPr>
          <w:lang w:val="ru-RU"/>
        </w:rPr>
      </w:pPr>
      <w:r w:rsidRPr="00406E4F">
        <w:rPr>
          <w:lang w:val="ru-RU"/>
        </w:rPr>
        <w:t xml:space="preserve">Осы </w:t>
      </w:r>
      <w:proofErr w:type="spellStart"/>
      <w:r w:rsidRPr="00406E4F">
        <w:rPr>
          <w:lang w:val="ru-RU"/>
        </w:rPr>
        <w:t>техникалық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ерекшелікте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көзделген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барлық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жобалау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дайындық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бөлшектеу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монтаждау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сынау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қалпына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келтіру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іс-шаралары</w:t>
      </w:r>
      <w:proofErr w:type="spellEnd"/>
      <w:r w:rsidRPr="00406E4F">
        <w:rPr>
          <w:lang w:val="ru-RU"/>
        </w:rPr>
        <w:t xml:space="preserve"> «</w:t>
      </w:r>
      <w:proofErr w:type="spellStart"/>
      <w:r w:rsidRPr="00406E4F">
        <w:rPr>
          <w:lang w:val="ru-RU"/>
        </w:rPr>
        <w:t>Өскемен</w:t>
      </w:r>
      <w:proofErr w:type="spellEnd"/>
      <w:r w:rsidRPr="00406E4F">
        <w:rPr>
          <w:lang w:val="ru-RU"/>
        </w:rPr>
        <w:t xml:space="preserve"> су </w:t>
      </w:r>
      <w:proofErr w:type="spellStart"/>
      <w:r w:rsidRPr="00406E4F">
        <w:rPr>
          <w:lang w:val="ru-RU"/>
        </w:rPr>
        <w:t>арнасы</w:t>
      </w:r>
      <w:proofErr w:type="spellEnd"/>
      <w:r w:rsidRPr="00406E4F">
        <w:rPr>
          <w:lang w:val="ru-RU"/>
        </w:rPr>
        <w:t xml:space="preserve">» МКК-мен </w:t>
      </w:r>
      <w:proofErr w:type="spellStart"/>
      <w:r w:rsidRPr="00406E4F">
        <w:rPr>
          <w:lang w:val="ru-RU"/>
        </w:rPr>
        <w:t>міндетті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түрде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алдын</w:t>
      </w:r>
      <w:proofErr w:type="spellEnd"/>
      <w:r w:rsidRPr="00406E4F">
        <w:rPr>
          <w:lang w:val="ru-RU"/>
        </w:rPr>
        <w:t xml:space="preserve"> ала </w:t>
      </w:r>
      <w:proofErr w:type="spellStart"/>
      <w:r w:rsidRPr="00406E4F">
        <w:rPr>
          <w:lang w:val="ru-RU"/>
        </w:rPr>
        <w:t>келісуге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жатады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Ұйымның</w:t>
      </w:r>
      <w:proofErr w:type="spellEnd"/>
      <w:r w:rsidRPr="00406E4F">
        <w:rPr>
          <w:lang w:val="ru-RU"/>
        </w:rPr>
        <w:t xml:space="preserve"> «</w:t>
      </w:r>
      <w:proofErr w:type="spellStart"/>
      <w:r w:rsidRPr="00406E4F">
        <w:rPr>
          <w:lang w:val="ru-RU"/>
        </w:rPr>
        <w:t>Өскемен</w:t>
      </w:r>
      <w:proofErr w:type="spellEnd"/>
      <w:r w:rsidRPr="00406E4F">
        <w:rPr>
          <w:lang w:val="ru-RU"/>
        </w:rPr>
        <w:t xml:space="preserve"> Водоканал» </w:t>
      </w:r>
      <w:proofErr w:type="spellStart"/>
      <w:r w:rsidRPr="00406E4F">
        <w:rPr>
          <w:lang w:val="ru-RU"/>
        </w:rPr>
        <w:t>өтінімі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бойынша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суық</w:t>
      </w:r>
      <w:proofErr w:type="spellEnd"/>
      <w:r w:rsidRPr="00406E4F">
        <w:rPr>
          <w:lang w:val="ru-RU"/>
        </w:rPr>
        <w:t xml:space="preserve"> суды </w:t>
      </w:r>
      <w:proofErr w:type="spellStart"/>
      <w:r w:rsidRPr="00406E4F">
        <w:rPr>
          <w:lang w:val="ru-RU"/>
        </w:rPr>
        <w:t>ажырату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Қолданыстағы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желілерге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қосу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кесу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орындары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қолданыстағы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учаскені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ажырату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оны </w:t>
      </w:r>
      <w:proofErr w:type="spellStart"/>
      <w:r w:rsidRPr="00406E4F">
        <w:rPr>
          <w:lang w:val="ru-RU"/>
        </w:rPr>
        <w:t>сөндіру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тәртібі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жаңадан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орнатылатын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құбырдың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параметрлері</w:t>
      </w:r>
      <w:proofErr w:type="spellEnd"/>
      <w:r w:rsidRPr="00406E4F">
        <w:rPr>
          <w:lang w:val="ru-RU"/>
        </w:rPr>
        <w:t xml:space="preserve">, су </w:t>
      </w:r>
      <w:proofErr w:type="spellStart"/>
      <w:r w:rsidRPr="00406E4F">
        <w:rPr>
          <w:lang w:val="ru-RU"/>
        </w:rPr>
        <w:t>құбыры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құдығының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конструктивті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орындалуы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бекіту-реттеу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арматурасының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орналасуы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есепке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алу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торабының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құрылысы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гидравликалық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сынақтарды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жүргізу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тәртібі</w:t>
      </w:r>
      <w:proofErr w:type="spellEnd"/>
      <w:r w:rsidRPr="00406E4F">
        <w:rPr>
          <w:lang w:val="ru-RU"/>
        </w:rPr>
        <w:t xml:space="preserve"> «</w:t>
      </w:r>
      <w:proofErr w:type="spellStart"/>
      <w:r w:rsidRPr="00406E4F">
        <w:rPr>
          <w:lang w:val="ru-RU"/>
        </w:rPr>
        <w:t>Өскемен</w:t>
      </w:r>
      <w:proofErr w:type="spellEnd"/>
      <w:r w:rsidRPr="00406E4F">
        <w:rPr>
          <w:lang w:val="ru-RU"/>
        </w:rPr>
        <w:t xml:space="preserve"> Водоканал» МКК </w:t>
      </w:r>
      <w:proofErr w:type="spellStart"/>
      <w:r w:rsidRPr="00406E4F">
        <w:rPr>
          <w:lang w:val="ru-RU"/>
        </w:rPr>
        <w:t>уәкілетті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техникалық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қызметтерімен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тиісті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Сумен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жабдықтаудың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қолданыстағы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желілеріндегі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пайдаланушы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ұйымнан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келісімдер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рұқсаттар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алғаннан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кейін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ғана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қажет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Түпкілікті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техникалық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шешімдер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өндірісі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орнындағы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нақты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жағдайлар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бойынша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қабылданады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міндетті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түрде</w:t>
      </w:r>
      <w:proofErr w:type="spellEnd"/>
      <w:r w:rsidRPr="00406E4F">
        <w:rPr>
          <w:lang w:val="ru-RU"/>
        </w:rPr>
        <w:t xml:space="preserve"> «</w:t>
      </w:r>
      <w:proofErr w:type="spellStart"/>
      <w:r w:rsidRPr="00406E4F">
        <w:rPr>
          <w:lang w:val="ru-RU"/>
        </w:rPr>
        <w:t>Өскемен</w:t>
      </w:r>
      <w:proofErr w:type="spellEnd"/>
      <w:r w:rsidRPr="00406E4F">
        <w:rPr>
          <w:lang w:val="ru-RU"/>
        </w:rPr>
        <w:t xml:space="preserve"> Водоканал» МКК-мен </w:t>
      </w:r>
      <w:proofErr w:type="spellStart"/>
      <w:r w:rsidRPr="00406E4F">
        <w:rPr>
          <w:lang w:val="ru-RU"/>
        </w:rPr>
        <w:t>келісіледі</w:t>
      </w:r>
      <w:proofErr w:type="spellEnd"/>
      <w:r w:rsidRPr="00406E4F">
        <w:rPr>
          <w:lang w:val="ru-RU"/>
        </w:rPr>
        <w:t>.</w:t>
      </w:r>
    </w:p>
    <w:p w:rsidR="00406E4F" w:rsidRPr="00406E4F" w:rsidRDefault="00406E4F" w:rsidP="00406E4F">
      <w:pPr>
        <w:ind w:firstLine="400"/>
        <w:rPr>
          <w:lang w:val="ru-RU"/>
        </w:rPr>
      </w:pPr>
      <w:r w:rsidRPr="00406E4F">
        <w:rPr>
          <w:lang w:val="ru-RU"/>
        </w:rPr>
        <w:t xml:space="preserve">6, </w:t>
      </w:r>
      <w:proofErr w:type="spellStart"/>
      <w:r w:rsidRPr="00406E4F">
        <w:rPr>
          <w:lang w:val="ru-RU"/>
        </w:rPr>
        <w:t>Жұмыстарды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аяқтауға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қойылатын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талаптар</w:t>
      </w:r>
      <w:proofErr w:type="spellEnd"/>
    </w:p>
    <w:p w:rsidR="00406E4F" w:rsidRPr="00406E4F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t>Іс-шаралар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кешені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аяқталғаннан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кейін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сумен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жабдықтау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жүйесінің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жұмыс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қабілеттілігін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толық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қалпына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келтіруді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қосылыстардың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ағуы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герметизациясын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жоюды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гидравликалық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сынақ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жүргізуді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бекіту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арматурасы</w:t>
      </w:r>
      <w:proofErr w:type="spellEnd"/>
      <w:r w:rsidRPr="00406E4F">
        <w:rPr>
          <w:lang w:val="ru-RU"/>
        </w:rPr>
        <w:t xml:space="preserve"> мен </w:t>
      </w:r>
      <w:proofErr w:type="spellStart"/>
      <w:r w:rsidRPr="00406E4F">
        <w:rPr>
          <w:lang w:val="ru-RU"/>
        </w:rPr>
        <w:t>есепке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алу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торабын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тексеруді</w:t>
      </w:r>
      <w:proofErr w:type="spellEnd"/>
      <w:r w:rsidRPr="00406E4F">
        <w:rPr>
          <w:lang w:val="ru-RU"/>
        </w:rPr>
        <w:t xml:space="preserve">, </w:t>
      </w:r>
      <w:proofErr w:type="spellStart"/>
      <w:r w:rsidRPr="00406E4F">
        <w:rPr>
          <w:lang w:val="ru-RU"/>
        </w:rPr>
        <w:t>аумақтың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бұзылған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учаскелерін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қалпына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келтіруді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және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орындалған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учаскені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одан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әрі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пайдалану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үшін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беруді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қамтамасыз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ету</w:t>
      </w:r>
      <w:proofErr w:type="spellEnd"/>
      <w:r w:rsidRPr="00406E4F">
        <w:rPr>
          <w:lang w:val="ru-RU"/>
        </w:rPr>
        <w:t>.</w:t>
      </w:r>
    </w:p>
    <w:p w:rsidR="00280D32" w:rsidRPr="00280D32" w:rsidRDefault="00406E4F" w:rsidP="00406E4F">
      <w:pPr>
        <w:ind w:firstLine="400"/>
        <w:rPr>
          <w:lang w:val="ru-RU"/>
        </w:rPr>
      </w:pPr>
      <w:proofErr w:type="spellStart"/>
      <w:r w:rsidRPr="00406E4F">
        <w:rPr>
          <w:lang w:val="ru-RU"/>
        </w:rPr>
        <w:lastRenderedPageBreak/>
        <w:t>Жұмыстарды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орындау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процесінде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туындайтын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техникалық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шешімдердің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барлық</w:t>
      </w:r>
      <w:proofErr w:type="spellEnd"/>
      <w:r w:rsidRPr="00406E4F">
        <w:rPr>
          <w:lang w:val="ru-RU"/>
        </w:rPr>
        <w:t xml:space="preserve"> </w:t>
      </w:r>
      <w:proofErr w:type="spellStart"/>
      <w:r w:rsidRPr="00406E4F">
        <w:rPr>
          <w:lang w:val="ru-RU"/>
        </w:rPr>
        <w:t>өзгерістері</w:t>
      </w:r>
      <w:proofErr w:type="spellEnd"/>
      <w:r w:rsidRPr="00406E4F">
        <w:rPr>
          <w:lang w:val="ru-RU"/>
        </w:rPr>
        <w:t xml:space="preserve"> «</w:t>
      </w:r>
      <w:proofErr w:type="spellStart"/>
      <w:r w:rsidRPr="00406E4F">
        <w:rPr>
          <w:lang w:val="ru-RU"/>
        </w:rPr>
        <w:t>Өскемен</w:t>
      </w:r>
      <w:proofErr w:type="spellEnd"/>
      <w:r w:rsidRPr="00406E4F">
        <w:rPr>
          <w:lang w:val="ru-RU"/>
        </w:rPr>
        <w:t xml:space="preserve"> Водоканал» МКК-мен </w:t>
      </w:r>
      <w:proofErr w:type="spellStart"/>
      <w:r w:rsidRPr="00406E4F">
        <w:rPr>
          <w:lang w:val="ru-RU"/>
        </w:rPr>
        <w:t>алдын</w:t>
      </w:r>
      <w:proofErr w:type="spellEnd"/>
      <w:r w:rsidRPr="00406E4F">
        <w:rPr>
          <w:lang w:val="ru-RU"/>
        </w:rPr>
        <w:t xml:space="preserve"> ала </w:t>
      </w:r>
      <w:proofErr w:type="spellStart"/>
      <w:r w:rsidRPr="00406E4F">
        <w:rPr>
          <w:lang w:val="ru-RU"/>
        </w:rPr>
        <w:t>келісіледі</w:t>
      </w:r>
      <w:proofErr w:type="spellEnd"/>
      <w:r w:rsidRPr="00406E4F">
        <w:rPr>
          <w:lang w:val="ru-RU"/>
        </w:rPr>
        <w:t>.</w:t>
      </w:r>
      <w:bookmarkStart w:id="0" w:name="_GoBack"/>
      <w:bookmarkEnd w:id="0"/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Pr="00280D32" w:rsidRDefault="00280D32" w:rsidP="00280D32">
      <w:pPr>
        <w:ind w:firstLine="400"/>
        <w:rPr>
          <w:lang w:val="ru-RU"/>
        </w:rPr>
      </w:pPr>
    </w:p>
    <w:p w:rsidR="00280D32" w:rsidRDefault="00280D32">
      <w:pPr>
        <w:ind w:firstLine="400"/>
        <w:rPr>
          <w:lang w:val="ru-RU"/>
        </w:rPr>
      </w:pPr>
    </w:p>
    <w:p w:rsidR="00280D32" w:rsidRPr="00776B6D" w:rsidRDefault="00280D32">
      <w:pPr>
        <w:ind w:firstLine="400"/>
        <w:rPr>
          <w:lang w:val="ru-RU"/>
        </w:rPr>
      </w:pPr>
    </w:p>
    <w:sectPr w:rsidR="00280D32" w:rsidRPr="00776B6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80D32"/>
    <w:rsid w:val="0029639D"/>
    <w:rsid w:val="00326F90"/>
    <w:rsid w:val="00406E4F"/>
    <w:rsid w:val="00776B6D"/>
    <w:rsid w:val="007E4693"/>
    <w:rsid w:val="008A4A72"/>
    <w:rsid w:val="00AA1D8D"/>
    <w:rsid w:val="00B47730"/>
    <w:rsid w:val="00CB0664"/>
    <w:rsid w:val="00F8162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398B86"/>
  <w14:defaultImageDpi w14:val="300"/>
  <w15:docId w15:val="{41F168D8-3A27-417A-80D2-A5A39689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161224-79B6-4084-9DD8-4C29CACC0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2417</Words>
  <Characters>13782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16167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2026-10-12T09:55:00Z</dcterms:created>
  <dcterms:modified xsi:type="dcterms:W3CDTF">2026-10-12T09:55:00Z</dcterms:modified>
  <cp:category/>
</cp:coreProperties>
</file>