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C46EA" w14:textId="3C9A15E4" w:rsidR="00F671DE" w:rsidRDefault="00514F74">
      <w:pPr>
        <w:jc w:val="center"/>
        <w:rPr>
          <w:b/>
          <w:sz w:val="26"/>
          <w:lang w:val="ru-RU"/>
        </w:rPr>
      </w:pPr>
      <w:r w:rsidRPr="00514F74">
        <w:rPr>
          <w:b/>
          <w:sz w:val="26"/>
          <w:lang w:val="ru-RU"/>
        </w:rPr>
        <w:t>ПЕРЕЧЕНЬ ВЫВЕСОК ДЛЯ ПОМЕЩЕНИЙ</w:t>
      </w:r>
      <w:r w:rsidRPr="00514F74">
        <w:rPr>
          <w:b/>
          <w:sz w:val="26"/>
          <w:lang w:val="ru-RU"/>
        </w:rPr>
        <w:br/>
        <w:t>ЗДАНИЯ ДЕПАРТАМЕНТА ПО ЧРЕЗВЫЧАЙНЫМ СИТУАЦИЯМ</w:t>
      </w:r>
    </w:p>
    <w:p w14:paraId="7E469421" w14:textId="634B577C" w:rsidR="00CB57C4" w:rsidRDefault="00CB57C4">
      <w:pPr>
        <w:jc w:val="center"/>
        <w:rPr>
          <w:b/>
          <w:sz w:val="26"/>
          <w:lang w:val="ru-RU"/>
        </w:rPr>
      </w:pPr>
      <w:proofErr w:type="spellStart"/>
      <w:r>
        <w:rPr>
          <w:b/>
          <w:sz w:val="26"/>
          <w:lang w:val="ru-RU"/>
        </w:rPr>
        <w:t>г.Караганда</w:t>
      </w:r>
      <w:proofErr w:type="spellEnd"/>
      <w:r>
        <w:rPr>
          <w:b/>
          <w:sz w:val="26"/>
          <w:lang w:val="ru-RU"/>
        </w:rPr>
        <w:t xml:space="preserve">, </w:t>
      </w:r>
      <w:proofErr w:type="spellStart"/>
      <w:r>
        <w:rPr>
          <w:b/>
          <w:sz w:val="26"/>
          <w:lang w:val="ru-RU"/>
        </w:rPr>
        <w:t>Ержанова</w:t>
      </w:r>
      <w:proofErr w:type="spellEnd"/>
      <w:r>
        <w:rPr>
          <w:b/>
          <w:sz w:val="26"/>
          <w:lang w:val="ru-RU"/>
        </w:rPr>
        <w:t xml:space="preserve"> 47/3</w:t>
      </w:r>
    </w:p>
    <w:p w14:paraId="30027EE0" w14:textId="6ACA2B38" w:rsidR="00CB57C4" w:rsidRDefault="00CB57C4">
      <w:pPr>
        <w:jc w:val="center"/>
        <w:rPr>
          <w:b/>
          <w:sz w:val="26"/>
          <w:lang w:val="ru-RU"/>
        </w:rPr>
      </w:pPr>
    </w:p>
    <w:p w14:paraId="68E8E6FF" w14:textId="4D8008B3" w:rsidR="00CB57C4" w:rsidRPr="00514F74" w:rsidRDefault="00CB57C4">
      <w:pPr>
        <w:jc w:val="center"/>
        <w:rPr>
          <w:lang w:val="ru-RU"/>
        </w:rPr>
      </w:pPr>
      <w:r>
        <w:rPr>
          <w:b/>
          <w:sz w:val="26"/>
          <w:lang w:val="ru-RU"/>
        </w:rPr>
        <w:t xml:space="preserve">81 табличка </w:t>
      </w:r>
    </w:p>
    <w:p w14:paraId="07894837" w14:textId="77777777" w:rsidR="00F671DE" w:rsidRDefault="00514F74">
      <w:pPr>
        <w:pStyle w:val="21"/>
      </w:pPr>
      <w:proofErr w:type="spellStart"/>
      <w:r>
        <w:t>Подвальный</w:t>
      </w:r>
      <w:proofErr w:type="spellEnd"/>
      <w:r>
        <w:t xml:space="preserve"> </w:t>
      </w:r>
      <w:proofErr w:type="spellStart"/>
      <w:r>
        <w:t>этаж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3343"/>
        <w:gridCol w:w="3343"/>
      </w:tblGrid>
      <w:tr w:rsidR="00F671DE" w14:paraId="2A5A62F1" w14:textId="77777777" w:rsidTr="00CB57C4">
        <w:trPr>
          <w:jc w:val="center"/>
        </w:trPr>
        <w:tc>
          <w:tcPr>
            <w:tcW w:w="1701" w:type="dxa"/>
            <w:vAlign w:val="center"/>
          </w:tcPr>
          <w:p w14:paraId="38A42B37" w14:textId="77777777" w:rsidR="00F671DE" w:rsidRDefault="00514F74">
            <w:r>
              <w:rPr>
                <w:b/>
                <w:sz w:val="18"/>
              </w:rPr>
              <w:t>№</w:t>
            </w:r>
          </w:p>
        </w:tc>
        <w:tc>
          <w:tcPr>
            <w:tcW w:w="3343" w:type="dxa"/>
            <w:vAlign w:val="center"/>
          </w:tcPr>
          <w:p w14:paraId="0D1AB087" w14:textId="77777777" w:rsidR="00F671DE" w:rsidRDefault="00514F74"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помещения</w:t>
            </w:r>
            <w:proofErr w:type="spellEnd"/>
          </w:p>
        </w:tc>
        <w:tc>
          <w:tcPr>
            <w:tcW w:w="3343" w:type="dxa"/>
            <w:vAlign w:val="center"/>
          </w:tcPr>
          <w:p w14:paraId="53F2F2D3" w14:textId="77777777" w:rsidR="00F671DE" w:rsidRDefault="00514F74">
            <w:proofErr w:type="spellStart"/>
            <w:r>
              <w:rPr>
                <w:b/>
                <w:sz w:val="18"/>
              </w:rPr>
              <w:t>Кол-во</w:t>
            </w:r>
            <w:proofErr w:type="spellEnd"/>
          </w:p>
        </w:tc>
      </w:tr>
      <w:tr w:rsidR="00F671DE" w14:paraId="184475C8" w14:textId="77777777" w:rsidTr="00CB57C4">
        <w:trPr>
          <w:jc w:val="center"/>
        </w:trPr>
        <w:tc>
          <w:tcPr>
            <w:tcW w:w="1701" w:type="dxa"/>
            <w:vAlign w:val="center"/>
          </w:tcPr>
          <w:p w14:paraId="68928CAB" w14:textId="77777777" w:rsidR="00F671DE" w:rsidRDefault="00514F74">
            <w:r>
              <w:rPr>
                <w:sz w:val="18"/>
              </w:rPr>
              <w:t>1</w:t>
            </w:r>
          </w:p>
        </w:tc>
        <w:tc>
          <w:tcPr>
            <w:tcW w:w="3343" w:type="dxa"/>
            <w:vAlign w:val="center"/>
          </w:tcPr>
          <w:p w14:paraId="592B6325" w14:textId="47E86696" w:rsidR="00F671DE" w:rsidRPr="0052036F" w:rsidRDefault="005C1482">
            <w:pPr>
              <w:rPr>
                <w:highlight w:val="yellow"/>
              </w:rPr>
            </w:pPr>
            <w:r>
              <w:rPr>
                <w:sz w:val="18"/>
                <w:lang w:val="ru-RU"/>
              </w:rPr>
              <w:t>Ж</w:t>
            </w:r>
            <w:proofErr w:type="spellStart"/>
            <w:r w:rsidRPr="005C1482">
              <w:rPr>
                <w:sz w:val="18"/>
              </w:rPr>
              <w:t>үргізуші</w:t>
            </w:r>
            <w:r>
              <w:rPr>
                <w:sz w:val="18"/>
                <w:lang w:val="ru-RU"/>
              </w:rPr>
              <w:t>лер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бөлмесі</w:t>
            </w:r>
            <w:proofErr w:type="spellEnd"/>
          </w:p>
        </w:tc>
        <w:tc>
          <w:tcPr>
            <w:tcW w:w="3343" w:type="dxa"/>
            <w:vAlign w:val="center"/>
          </w:tcPr>
          <w:p w14:paraId="70877946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6944B8A7" w14:textId="77777777" w:rsidTr="00CB57C4">
        <w:trPr>
          <w:jc w:val="center"/>
        </w:trPr>
        <w:tc>
          <w:tcPr>
            <w:tcW w:w="1701" w:type="dxa"/>
            <w:vAlign w:val="center"/>
          </w:tcPr>
          <w:p w14:paraId="15673D2B" w14:textId="77777777" w:rsidR="00F671DE" w:rsidRDefault="00514F74">
            <w:r>
              <w:rPr>
                <w:sz w:val="18"/>
              </w:rPr>
              <w:t>2</w:t>
            </w:r>
          </w:p>
        </w:tc>
        <w:tc>
          <w:tcPr>
            <w:tcW w:w="3343" w:type="dxa"/>
            <w:vAlign w:val="center"/>
          </w:tcPr>
          <w:p w14:paraId="34A26759" w14:textId="6E6CC958" w:rsidR="00F671DE" w:rsidRPr="0052036F" w:rsidRDefault="005C1482">
            <w:pPr>
              <w:rPr>
                <w:highlight w:val="yellow"/>
              </w:rPr>
            </w:pPr>
            <w:r>
              <w:rPr>
                <w:sz w:val="18"/>
                <w:lang w:val="ru-RU"/>
              </w:rPr>
              <w:t>К</w:t>
            </w:r>
            <w:proofErr w:type="spellStart"/>
            <w:r w:rsidRPr="005C1482">
              <w:rPr>
                <w:sz w:val="18"/>
              </w:rPr>
              <w:t>иім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ауыстыру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бөлмесі</w:t>
            </w:r>
            <w:proofErr w:type="spellEnd"/>
          </w:p>
        </w:tc>
        <w:tc>
          <w:tcPr>
            <w:tcW w:w="3343" w:type="dxa"/>
            <w:vAlign w:val="center"/>
          </w:tcPr>
          <w:p w14:paraId="55639B2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346EECBD" w14:textId="77777777" w:rsidTr="00CB57C4">
        <w:trPr>
          <w:jc w:val="center"/>
        </w:trPr>
        <w:tc>
          <w:tcPr>
            <w:tcW w:w="1701" w:type="dxa"/>
            <w:vAlign w:val="center"/>
          </w:tcPr>
          <w:p w14:paraId="0C6CDE6D" w14:textId="77777777" w:rsidR="00F671DE" w:rsidRDefault="00514F74">
            <w:r>
              <w:rPr>
                <w:sz w:val="18"/>
              </w:rPr>
              <w:t>3</w:t>
            </w:r>
          </w:p>
        </w:tc>
        <w:tc>
          <w:tcPr>
            <w:tcW w:w="3343" w:type="dxa"/>
            <w:vAlign w:val="center"/>
          </w:tcPr>
          <w:p w14:paraId="479DA376" w14:textId="497ACDD7" w:rsidR="00F671DE" w:rsidRPr="005C1482" w:rsidRDefault="005C1482">
            <w:r w:rsidRPr="005C1482">
              <w:rPr>
                <w:sz w:val="18"/>
                <w:lang w:val="kk-KZ"/>
              </w:rPr>
              <w:t>Ж</w:t>
            </w:r>
            <w:proofErr w:type="spellStart"/>
            <w:r w:rsidRPr="005C1482">
              <w:rPr>
                <w:sz w:val="18"/>
              </w:rPr>
              <w:t>уыну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бөлмесі</w:t>
            </w:r>
            <w:proofErr w:type="spellEnd"/>
            <w:r w:rsidRPr="005C1482">
              <w:rPr>
                <w:sz w:val="18"/>
              </w:rPr>
              <w:t xml:space="preserve"> (</w:t>
            </w:r>
            <w:proofErr w:type="spellStart"/>
            <w:r w:rsidRPr="005C1482">
              <w:rPr>
                <w:sz w:val="18"/>
              </w:rPr>
              <w:t>әйелдер</w:t>
            </w:r>
            <w:proofErr w:type="spellEnd"/>
            <w:r w:rsidRPr="005C1482">
              <w:rPr>
                <w:sz w:val="18"/>
              </w:rPr>
              <w:t>)</w:t>
            </w:r>
          </w:p>
        </w:tc>
        <w:tc>
          <w:tcPr>
            <w:tcW w:w="3343" w:type="dxa"/>
            <w:vAlign w:val="center"/>
          </w:tcPr>
          <w:p w14:paraId="0594B1A0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5BC73929" w14:textId="77777777" w:rsidTr="00CB57C4">
        <w:trPr>
          <w:jc w:val="center"/>
        </w:trPr>
        <w:tc>
          <w:tcPr>
            <w:tcW w:w="1701" w:type="dxa"/>
            <w:vAlign w:val="center"/>
          </w:tcPr>
          <w:p w14:paraId="1E7CEF8B" w14:textId="77777777" w:rsidR="00F671DE" w:rsidRDefault="00514F74">
            <w:r>
              <w:rPr>
                <w:sz w:val="18"/>
              </w:rPr>
              <w:t>4</w:t>
            </w:r>
          </w:p>
        </w:tc>
        <w:tc>
          <w:tcPr>
            <w:tcW w:w="3343" w:type="dxa"/>
            <w:vAlign w:val="center"/>
          </w:tcPr>
          <w:p w14:paraId="39FE7C04" w14:textId="5084E2CA" w:rsidR="00F671DE" w:rsidRPr="005C1482" w:rsidRDefault="005C1482">
            <w:r w:rsidRPr="005C1482">
              <w:rPr>
                <w:sz w:val="18"/>
                <w:lang w:val="kk-KZ"/>
              </w:rPr>
              <w:t>Ж</w:t>
            </w:r>
            <w:proofErr w:type="spellStart"/>
            <w:r w:rsidRPr="005C1482">
              <w:rPr>
                <w:sz w:val="18"/>
              </w:rPr>
              <w:t>уыну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бөлмесі</w:t>
            </w:r>
            <w:proofErr w:type="spellEnd"/>
            <w:r w:rsidR="00514F74" w:rsidRPr="005C1482">
              <w:rPr>
                <w:sz w:val="18"/>
              </w:rPr>
              <w:t xml:space="preserve"> </w:t>
            </w:r>
            <w:r w:rsidRPr="005C1482">
              <w:rPr>
                <w:sz w:val="18"/>
              </w:rPr>
              <w:t>(</w:t>
            </w:r>
            <w:proofErr w:type="spellStart"/>
            <w:r w:rsidRPr="005C1482">
              <w:rPr>
                <w:sz w:val="18"/>
              </w:rPr>
              <w:t>ерлер</w:t>
            </w:r>
            <w:proofErr w:type="spellEnd"/>
            <w:r w:rsidRPr="005C1482">
              <w:rPr>
                <w:sz w:val="18"/>
              </w:rPr>
              <w:t>)</w:t>
            </w:r>
          </w:p>
        </w:tc>
        <w:tc>
          <w:tcPr>
            <w:tcW w:w="3343" w:type="dxa"/>
            <w:vAlign w:val="center"/>
          </w:tcPr>
          <w:p w14:paraId="72E87B18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3C48DF29" w14:textId="77777777" w:rsidTr="00CB57C4">
        <w:trPr>
          <w:jc w:val="center"/>
        </w:trPr>
        <w:tc>
          <w:tcPr>
            <w:tcW w:w="1701" w:type="dxa"/>
            <w:vAlign w:val="center"/>
          </w:tcPr>
          <w:p w14:paraId="04E8B40A" w14:textId="77777777" w:rsidR="00F671DE" w:rsidRDefault="00514F74">
            <w:r>
              <w:rPr>
                <w:sz w:val="18"/>
              </w:rPr>
              <w:t>5</w:t>
            </w:r>
          </w:p>
        </w:tc>
        <w:tc>
          <w:tcPr>
            <w:tcW w:w="3343" w:type="dxa"/>
            <w:vAlign w:val="center"/>
          </w:tcPr>
          <w:p w14:paraId="6E4F8473" w14:textId="44160195" w:rsidR="00F671DE" w:rsidRPr="005C1482" w:rsidRDefault="005C1482">
            <w:pPr>
              <w:rPr>
                <w:highlight w:val="yellow"/>
                <w:lang w:val="kk-KZ"/>
              </w:rPr>
            </w:pPr>
            <w:proofErr w:type="spellStart"/>
            <w:r w:rsidRPr="005C1482">
              <w:rPr>
                <w:sz w:val="18"/>
              </w:rPr>
              <w:t>Комендант</w:t>
            </w:r>
            <w:proofErr w:type="spellEnd"/>
            <w:r>
              <w:rPr>
                <w:sz w:val="18"/>
                <w:lang w:val="kk-KZ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бөлмесі</w:t>
            </w:r>
            <w:proofErr w:type="spellEnd"/>
          </w:p>
        </w:tc>
        <w:tc>
          <w:tcPr>
            <w:tcW w:w="3343" w:type="dxa"/>
            <w:vAlign w:val="center"/>
          </w:tcPr>
          <w:p w14:paraId="7B991F0B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40A9CB18" w14:textId="77777777" w:rsidTr="00CB57C4">
        <w:trPr>
          <w:jc w:val="center"/>
        </w:trPr>
        <w:tc>
          <w:tcPr>
            <w:tcW w:w="1701" w:type="dxa"/>
            <w:vAlign w:val="center"/>
          </w:tcPr>
          <w:p w14:paraId="52A5EC9A" w14:textId="77777777" w:rsidR="00F671DE" w:rsidRDefault="00514F74">
            <w:r>
              <w:rPr>
                <w:sz w:val="18"/>
              </w:rPr>
              <w:t>6</w:t>
            </w:r>
          </w:p>
        </w:tc>
        <w:tc>
          <w:tcPr>
            <w:tcW w:w="3343" w:type="dxa"/>
            <w:vAlign w:val="center"/>
          </w:tcPr>
          <w:p w14:paraId="4272BF70" w14:textId="44412273" w:rsidR="00F671DE" w:rsidRPr="0052036F" w:rsidRDefault="005C1482">
            <w:pPr>
              <w:rPr>
                <w:highlight w:val="yellow"/>
              </w:rPr>
            </w:pPr>
            <w:proofErr w:type="spellStart"/>
            <w:r w:rsidRPr="005C1482">
              <w:rPr>
                <w:sz w:val="18"/>
              </w:rPr>
              <w:t>Жауап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алу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бөлмесі</w:t>
            </w:r>
            <w:proofErr w:type="spellEnd"/>
          </w:p>
        </w:tc>
        <w:tc>
          <w:tcPr>
            <w:tcW w:w="3343" w:type="dxa"/>
            <w:vAlign w:val="center"/>
          </w:tcPr>
          <w:p w14:paraId="47271051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26D2D997" w14:textId="77777777" w:rsidTr="00CB57C4">
        <w:trPr>
          <w:jc w:val="center"/>
        </w:trPr>
        <w:tc>
          <w:tcPr>
            <w:tcW w:w="1701" w:type="dxa"/>
            <w:vAlign w:val="center"/>
          </w:tcPr>
          <w:p w14:paraId="4CE11F20" w14:textId="77777777" w:rsidR="00F671DE" w:rsidRDefault="00514F74">
            <w:r>
              <w:rPr>
                <w:sz w:val="18"/>
              </w:rPr>
              <w:t>7</w:t>
            </w:r>
          </w:p>
        </w:tc>
        <w:tc>
          <w:tcPr>
            <w:tcW w:w="3343" w:type="dxa"/>
            <w:vAlign w:val="center"/>
          </w:tcPr>
          <w:p w14:paraId="7373EC6F" w14:textId="11E05B9D" w:rsidR="00F671DE" w:rsidRPr="0052036F" w:rsidRDefault="005C1482">
            <w:pPr>
              <w:rPr>
                <w:highlight w:val="yellow"/>
              </w:rPr>
            </w:pPr>
            <w:proofErr w:type="spellStart"/>
            <w:r w:rsidRPr="005C1482">
              <w:rPr>
                <w:sz w:val="18"/>
              </w:rPr>
              <w:t>Байланыс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шеберханасы</w:t>
            </w:r>
            <w:proofErr w:type="spellEnd"/>
          </w:p>
        </w:tc>
        <w:tc>
          <w:tcPr>
            <w:tcW w:w="3343" w:type="dxa"/>
            <w:vAlign w:val="center"/>
          </w:tcPr>
          <w:p w14:paraId="4142480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3AC5226D" w14:textId="77777777" w:rsidTr="00CB57C4">
        <w:trPr>
          <w:jc w:val="center"/>
        </w:trPr>
        <w:tc>
          <w:tcPr>
            <w:tcW w:w="1701" w:type="dxa"/>
            <w:vAlign w:val="center"/>
          </w:tcPr>
          <w:p w14:paraId="01F2388C" w14:textId="77777777" w:rsidR="00F671DE" w:rsidRDefault="00514F74">
            <w:r>
              <w:rPr>
                <w:sz w:val="18"/>
              </w:rPr>
              <w:t>8</w:t>
            </w:r>
          </w:p>
        </w:tc>
        <w:tc>
          <w:tcPr>
            <w:tcW w:w="3343" w:type="dxa"/>
            <w:vAlign w:val="center"/>
          </w:tcPr>
          <w:p w14:paraId="446FF94C" w14:textId="6ED68BE8" w:rsidR="00F671DE" w:rsidRPr="005C1482" w:rsidRDefault="005C1482">
            <w:pPr>
              <w:rPr>
                <w:highlight w:val="yellow"/>
                <w:lang w:val="kk-KZ"/>
              </w:rPr>
            </w:pPr>
            <w:proofErr w:type="spellStart"/>
            <w:r w:rsidRPr="005C1482">
              <w:rPr>
                <w:sz w:val="18"/>
              </w:rPr>
              <w:t>Құжаттамалық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қамтамасыз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ету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және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мемлекеттік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тілді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дамыту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бөлімі</w:t>
            </w:r>
            <w:proofErr w:type="spellEnd"/>
            <w:r>
              <w:rPr>
                <w:sz w:val="18"/>
                <w:lang w:val="kk-KZ"/>
              </w:rPr>
              <w:t>нің мұрағаты</w:t>
            </w:r>
          </w:p>
        </w:tc>
        <w:tc>
          <w:tcPr>
            <w:tcW w:w="3343" w:type="dxa"/>
            <w:vAlign w:val="center"/>
          </w:tcPr>
          <w:p w14:paraId="16BBB96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D5F320C" w14:textId="77777777" w:rsidTr="00CB57C4">
        <w:trPr>
          <w:jc w:val="center"/>
        </w:trPr>
        <w:tc>
          <w:tcPr>
            <w:tcW w:w="1701" w:type="dxa"/>
            <w:vAlign w:val="center"/>
          </w:tcPr>
          <w:p w14:paraId="37C6804C" w14:textId="77777777" w:rsidR="00F671DE" w:rsidRDefault="00514F74">
            <w:r>
              <w:rPr>
                <w:sz w:val="18"/>
              </w:rPr>
              <w:t>9</w:t>
            </w:r>
          </w:p>
        </w:tc>
        <w:tc>
          <w:tcPr>
            <w:tcW w:w="3343" w:type="dxa"/>
            <w:vAlign w:val="center"/>
          </w:tcPr>
          <w:p w14:paraId="5534AF23" w14:textId="4AE778C0" w:rsidR="00F671DE" w:rsidRPr="0052036F" w:rsidRDefault="005C1482">
            <w:pPr>
              <w:rPr>
                <w:highlight w:val="yellow"/>
              </w:rPr>
            </w:pPr>
            <w:r>
              <w:rPr>
                <w:sz w:val="18"/>
                <w:lang w:val="kk-KZ"/>
              </w:rPr>
              <w:t>Э</w:t>
            </w:r>
            <w:proofErr w:type="spellStart"/>
            <w:r w:rsidRPr="005C1482">
              <w:rPr>
                <w:sz w:val="18"/>
              </w:rPr>
              <w:t>лектр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қалқаны</w:t>
            </w:r>
            <w:proofErr w:type="spellEnd"/>
          </w:p>
        </w:tc>
        <w:tc>
          <w:tcPr>
            <w:tcW w:w="3343" w:type="dxa"/>
            <w:vAlign w:val="center"/>
          </w:tcPr>
          <w:p w14:paraId="612FAF26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027104DF" w14:textId="77777777" w:rsidTr="00CB57C4">
        <w:trPr>
          <w:jc w:val="center"/>
        </w:trPr>
        <w:tc>
          <w:tcPr>
            <w:tcW w:w="1701" w:type="dxa"/>
            <w:vAlign w:val="center"/>
          </w:tcPr>
          <w:p w14:paraId="480FF01E" w14:textId="77777777" w:rsidR="00F671DE" w:rsidRDefault="00514F74">
            <w:r>
              <w:rPr>
                <w:sz w:val="18"/>
              </w:rPr>
              <w:t>10</w:t>
            </w:r>
          </w:p>
        </w:tc>
        <w:tc>
          <w:tcPr>
            <w:tcW w:w="3343" w:type="dxa"/>
            <w:vAlign w:val="center"/>
          </w:tcPr>
          <w:p w14:paraId="267B8F2F" w14:textId="1C976E43" w:rsidR="00F671DE" w:rsidRPr="0052036F" w:rsidRDefault="005C1482">
            <w:pPr>
              <w:rPr>
                <w:highlight w:val="yellow"/>
              </w:rPr>
            </w:pPr>
            <w:proofErr w:type="spellStart"/>
            <w:r w:rsidRPr="005C1482">
              <w:rPr>
                <w:sz w:val="18"/>
              </w:rPr>
              <w:t>Спорт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залы</w:t>
            </w:r>
            <w:proofErr w:type="spellEnd"/>
          </w:p>
        </w:tc>
        <w:tc>
          <w:tcPr>
            <w:tcW w:w="3343" w:type="dxa"/>
            <w:vAlign w:val="center"/>
          </w:tcPr>
          <w:p w14:paraId="6D30C135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52E5487C" w14:textId="77777777" w:rsidTr="00CB57C4">
        <w:trPr>
          <w:jc w:val="center"/>
        </w:trPr>
        <w:tc>
          <w:tcPr>
            <w:tcW w:w="1701" w:type="dxa"/>
            <w:vAlign w:val="center"/>
          </w:tcPr>
          <w:p w14:paraId="44D480CE" w14:textId="77777777" w:rsidR="00F671DE" w:rsidRDefault="00514F74">
            <w:r>
              <w:rPr>
                <w:sz w:val="18"/>
              </w:rPr>
              <w:t>11</w:t>
            </w:r>
          </w:p>
        </w:tc>
        <w:tc>
          <w:tcPr>
            <w:tcW w:w="3343" w:type="dxa"/>
            <w:vAlign w:val="center"/>
          </w:tcPr>
          <w:p w14:paraId="275E359B" w14:textId="4D8DCA12" w:rsidR="00F671DE" w:rsidRPr="0052036F" w:rsidRDefault="005C1482">
            <w:pPr>
              <w:rPr>
                <w:highlight w:val="yellow"/>
              </w:rPr>
            </w:pPr>
            <w:r>
              <w:rPr>
                <w:sz w:val="18"/>
                <w:lang w:val="kk-KZ"/>
              </w:rPr>
              <w:t>Ж</w:t>
            </w:r>
            <w:proofErr w:type="spellStart"/>
            <w:r w:rsidRPr="005C1482">
              <w:rPr>
                <w:sz w:val="18"/>
              </w:rPr>
              <w:t>ылу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торабы</w:t>
            </w:r>
            <w:proofErr w:type="spellEnd"/>
          </w:p>
        </w:tc>
        <w:tc>
          <w:tcPr>
            <w:tcW w:w="3343" w:type="dxa"/>
            <w:vAlign w:val="center"/>
          </w:tcPr>
          <w:p w14:paraId="643B52D3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C439715" w14:textId="77777777" w:rsidTr="00CB57C4">
        <w:trPr>
          <w:jc w:val="center"/>
        </w:trPr>
        <w:tc>
          <w:tcPr>
            <w:tcW w:w="1701" w:type="dxa"/>
            <w:vAlign w:val="center"/>
          </w:tcPr>
          <w:p w14:paraId="411AA319" w14:textId="77777777" w:rsidR="00F671DE" w:rsidRDefault="00F671DE"/>
        </w:tc>
        <w:tc>
          <w:tcPr>
            <w:tcW w:w="3343" w:type="dxa"/>
            <w:vAlign w:val="center"/>
          </w:tcPr>
          <w:p w14:paraId="35EFDF0F" w14:textId="77777777" w:rsidR="00F671DE" w:rsidRDefault="00514F74">
            <w:proofErr w:type="spellStart"/>
            <w:r>
              <w:rPr>
                <w:b/>
                <w:sz w:val="18"/>
              </w:rPr>
              <w:t>Итого</w:t>
            </w:r>
            <w:proofErr w:type="spellEnd"/>
          </w:p>
        </w:tc>
        <w:tc>
          <w:tcPr>
            <w:tcW w:w="3343" w:type="dxa"/>
            <w:vAlign w:val="center"/>
          </w:tcPr>
          <w:p w14:paraId="4E4D0848" w14:textId="77777777" w:rsidR="00F671DE" w:rsidRDefault="00514F74">
            <w:r>
              <w:rPr>
                <w:b/>
                <w:sz w:val="18"/>
              </w:rPr>
              <w:t>11</w:t>
            </w:r>
          </w:p>
        </w:tc>
      </w:tr>
    </w:tbl>
    <w:p w14:paraId="4807F42B" w14:textId="77777777" w:rsidR="00F671DE" w:rsidRDefault="00514F74">
      <w:pPr>
        <w:pStyle w:val="21"/>
      </w:pPr>
      <w:proofErr w:type="spellStart"/>
      <w:r>
        <w:t>Первый</w:t>
      </w:r>
      <w:proofErr w:type="spellEnd"/>
      <w:r>
        <w:t xml:space="preserve"> </w:t>
      </w:r>
      <w:proofErr w:type="spellStart"/>
      <w:r>
        <w:t>этаж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560"/>
        <w:gridCol w:w="3343"/>
        <w:gridCol w:w="3343"/>
      </w:tblGrid>
      <w:tr w:rsidR="00F671DE" w14:paraId="4AC2E261" w14:textId="77777777" w:rsidTr="00CB57C4">
        <w:trPr>
          <w:jc w:val="center"/>
        </w:trPr>
        <w:tc>
          <w:tcPr>
            <w:tcW w:w="1560" w:type="dxa"/>
            <w:vAlign w:val="center"/>
          </w:tcPr>
          <w:p w14:paraId="742EF30E" w14:textId="77777777" w:rsidR="00F671DE" w:rsidRDefault="00514F74">
            <w:r>
              <w:rPr>
                <w:b/>
                <w:sz w:val="18"/>
              </w:rPr>
              <w:t>№</w:t>
            </w:r>
          </w:p>
        </w:tc>
        <w:tc>
          <w:tcPr>
            <w:tcW w:w="3343" w:type="dxa"/>
            <w:vAlign w:val="center"/>
          </w:tcPr>
          <w:p w14:paraId="482F4D55" w14:textId="77777777" w:rsidR="00F671DE" w:rsidRDefault="00514F74"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помещения</w:t>
            </w:r>
            <w:proofErr w:type="spellEnd"/>
          </w:p>
        </w:tc>
        <w:tc>
          <w:tcPr>
            <w:tcW w:w="3343" w:type="dxa"/>
            <w:vAlign w:val="center"/>
          </w:tcPr>
          <w:p w14:paraId="59B6896C" w14:textId="77777777" w:rsidR="00F671DE" w:rsidRDefault="00514F74">
            <w:proofErr w:type="spellStart"/>
            <w:r>
              <w:rPr>
                <w:b/>
                <w:sz w:val="18"/>
              </w:rPr>
              <w:t>Кол-во</w:t>
            </w:r>
            <w:proofErr w:type="spellEnd"/>
          </w:p>
        </w:tc>
      </w:tr>
      <w:tr w:rsidR="00F671DE" w14:paraId="226C2E36" w14:textId="77777777" w:rsidTr="00CB57C4">
        <w:trPr>
          <w:jc w:val="center"/>
        </w:trPr>
        <w:tc>
          <w:tcPr>
            <w:tcW w:w="1560" w:type="dxa"/>
            <w:vAlign w:val="center"/>
          </w:tcPr>
          <w:p w14:paraId="31737D87" w14:textId="77777777" w:rsidR="00F671DE" w:rsidRDefault="00514F74">
            <w:r>
              <w:rPr>
                <w:sz w:val="18"/>
              </w:rPr>
              <w:t>1</w:t>
            </w:r>
          </w:p>
        </w:tc>
        <w:tc>
          <w:tcPr>
            <w:tcW w:w="3343" w:type="dxa"/>
            <w:vAlign w:val="center"/>
          </w:tcPr>
          <w:p w14:paraId="36A3792A" w14:textId="19EB702A" w:rsidR="00F671DE" w:rsidRPr="0052036F" w:rsidRDefault="0052036F">
            <w:pPr>
              <w:rPr>
                <w:highlight w:val="yellow"/>
              </w:rPr>
            </w:pPr>
            <w:r>
              <w:rPr>
                <w:sz w:val="18"/>
                <w:lang w:val="kk-KZ"/>
              </w:rPr>
              <w:t>Ә</w:t>
            </w:r>
            <w:proofErr w:type="spellStart"/>
            <w:r w:rsidRPr="0052036F">
              <w:rPr>
                <w:sz w:val="18"/>
              </w:rPr>
              <w:t>йелдерге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арналған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демалыс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бөлмесі</w:t>
            </w:r>
            <w:proofErr w:type="spellEnd"/>
            <w:r>
              <w:rPr>
                <w:sz w:val="18"/>
                <w:lang w:val="kk-KZ"/>
              </w:rPr>
              <w:t xml:space="preserve"> -</w:t>
            </w:r>
            <w:proofErr w:type="spellStart"/>
            <w:r w:rsidRPr="0052036F">
              <w:rPr>
                <w:sz w:val="18"/>
              </w:rPr>
              <w:t>Жоспарлау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және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жедел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басқару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орталығы</w:t>
            </w:r>
            <w:proofErr w:type="spellEnd"/>
          </w:p>
        </w:tc>
        <w:tc>
          <w:tcPr>
            <w:tcW w:w="3343" w:type="dxa"/>
            <w:vAlign w:val="center"/>
          </w:tcPr>
          <w:p w14:paraId="386C00E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0C60A997" w14:textId="77777777" w:rsidTr="00CB57C4">
        <w:trPr>
          <w:jc w:val="center"/>
        </w:trPr>
        <w:tc>
          <w:tcPr>
            <w:tcW w:w="1560" w:type="dxa"/>
            <w:vAlign w:val="center"/>
          </w:tcPr>
          <w:p w14:paraId="2B35843E" w14:textId="77777777" w:rsidR="00F671DE" w:rsidRDefault="00514F74">
            <w:r>
              <w:rPr>
                <w:sz w:val="18"/>
              </w:rPr>
              <w:t>2</w:t>
            </w:r>
          </w:p>
        </w:tc>
        <w:tc>
          <w:tcPr>
            <w:tcW w:w="3343" w:type="dxa"/>
            <w:vAlign w:val="center"/>
          </w:tcPr>
          <w:p w14:paraId="3F1F01F6" w14:textId="3D3290AC" w:rsidR="00F671DE" w:rsidRPr="0052036F" w:rsidRDefault="0052036F">
            <w:pPr>
              <w:rPr>
                <w:highlight w:val="yellow"/>
              </w:rPr>
            </w:pPr>
            <w:r>
              <w:rPr>
                <w:sz w:val="18"/>
                <w:lang w:val="kk-KZ"/>
              </w:rPr>
              <w:t>Ерлер</w:t>
            </w:r>
            <w:proofErr w:type="spellStart"/>
            <w:r w:rsidRPr="0052036F">
              <w:rPr>
                <w:sz w:val="18"/>
              </w:rPr>
              <w:t>ге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арналған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демалыс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бөлмесі</w:t>
            </w:r>
            <w:proofErr w:type="spellEnd"/>
            <w:r>
              <w:rPr>
                <w:sz w:val="18"/>
                <w:lang w:val="kk-KZ"/>
              </w:rPr>
              <w:t xml:space="preserve"> -</w:t>
            </w:r>
            <w:proofErr w:type="spellStart"/>
            <w:r w:rsidRPr="0052036F">
              <w:rPr>
                <w:sz w:val="18"/>
              </w:rPr>
              <w:t>Жоспарлау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және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жедел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басқару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орталығы</w:t>
            </w:r>
            <w:proofErr w:type="spellEnd"/>
          </w:p>
        </w:tc>
        <w:tc>
          <w:tcPr>
            <w:tcW w:w="3343" w:type="dxa"/>
            <w:vAlign w:val="center"/>
          </w:tcPr>
          <w:p w14:paraId="239B0021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1CBC8B26" w14:textId="77777777" w:rsidTr="00CB57C4">
        <w:trPr>
          <w:jc w:val="center"/>
        </w:trPr>
        <w:tc>
          <w:tcPr>
            <w:tcW w:w="1560" w:type="dxa"/>
            <w:vAlign w:val="center"/>
          </w:tcPr>
          <w:p w14:paraId="7356B0C9" w14:textId="77777777" w:rsidR="00F671DE" w:rsidRDefault="00514F74">
            <w:r>
              <w:rPr>
                <w:sz w:val="18"/>
              </w:rPr>
              <w:t>3</w:t>
            </w:r>
          </w:p>
        </w:tc>
        <w:tc>
          <w:tcPr>
            <w:tcW w:w="3343" w:type="dxa"/>
            <w:vAlign w:val="center"/>
          </w:tcPr>
          <w:p w14:paraId="5FC9124B" w14:textId="6F8138AB" w:rsidR="00F671DE" w:rsidRPr="001F51D6" w:rsidRDefault="000375EC" w:rsidP="001F51D6">
            <w:pPr>
              <w:rPr>
                <w:highlight w:val="yellow"/>
                <w:lang w:val="kk-KZ"/>
              </w:rPr>
            </w:pPr>
            <w:r>
              <w:rPr>
                <w:sz w:val="18"/>
                <w:lang w:val="kk-KZ"/>
              </w:rPr>
              <w:t>Д</w:t>
            </w:r>
            <w:proofErr w:type="spellStart"/>
            <w:r w:rsidRPr="000375EC">
              <w:rPr>
                <w:sz w:val="18"/>
              </w:rPr>
              <w:t>испетчер</w:t>
            </w:r>
            <w:proofErr w:type="spellEnd"/>
            <w:r>
              <w:rPr>
                <w:sz w:val="18"/>
                <w:lang w:val="kk-KZ"/>
              </w:rPr>
              <w:t>лер</w:t>
            </w:r>
            <w:r w:rsidRPr="000375EC">
              <w:rPr>
                <w:sz w:val="18"/>
              </w:rPr>
              <w:t xml:space="preserve"> </w:t>
            </w:r>
            <w:proofErr w:type="spellStart"/>
            <w:r w:rsidRPr="000375EC">
              <w:rPr>
                <w:sz w:val="18"/>
              </w:rPr>
              <w:t>бөлмесі</w:t>
            </w:r>
            <w:proofErr w:type="spellEnd"/>
          </w:p>
        </w:tc>
        <w:tc>
          <w:tcPr>
            <w:tcW w:w="3343" w:type="dxa"/>
            <w:vAlign w:val="center"/>
          </w:tcPr>
          <w:p w14:paraId="3FCFAA14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6DC39B24" w14:textId="77777777" w:rsidTr="00CB57C4">
        <w:trPr>
          <w:jc w:val="center"/>
        </w:trPr>
        <w:tc>
          <w:tcPr>
            <w:tcW w:w="1560" w:type="dxa"/>
            <w:vAlign w:val="center"/>
          </w:tcPr>
          <w:p w14:paraId="0832E808" w14:textId="77777777" w:rsidR="00F671DE" w:rsidRDefault="00514F74">
            <w:r>
              <w:rPr>
                <w:sz w:val="18"/>
              </w:rPr>
              <w:t>4</w:t>
            </w:r>
          </w:p>
        </w:tc>
        <w:tc>
          <w:tcPr>
            <w:tcW w:w="3343" w:type="dxa"/>
            <w:vAlign w:val="center"/>
          </w:tcPr>
          <w:p w14:paraId="23FC295D" w14:textId="39B469AD" w:rsidR="00F671DE" w:rsidRPr="00797B32" w:rsidRDefault="0052036F" w:rsidP="005C1482">
            <w:pPr>
              <w:rPr>
                <w:highlight w:val="yellow"/>
                <w:lang w:val="kk-KZ"/>
              </w:rPr>
            </w:pPr>
            <w:r>
              <w:rPr>
                <w:sz w:val="18"/>
                <w:lang w:val="kk-KZ"/>
              </w:rPr>
              <w:t>Т</w:t>
            </w:r>
            <w:proofErr w:type="spellStart"/>
            <w:r w:rsidRPr="0052036F">
              <w:rPr>
                <w:sz w:val="18"/>
              </w:rPr>
              <w:t>амақтану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бөлмесі</w:t>
            </w:r>
            <w:proofErr w:type="spellEnd"/>
            <w:r w:rsidR="00797B32">
              <w:rPr>
                <w:sz w:val="18"/>
                <w:lang w:val="kk-KZ"/>
              </w:rPr>
              <w:t xml:space="preserve"> </w:t>
            </w:r>
          </w:p>
        </w:tc>
        <w:tc>
          <w:tcPr>
            <w:tcW w:w="3343" w:type="dxa"/>
            <w:vAlign w:val="center"/>
          </w:tcPr>
          <w:p w14:paraId="1BCB9FF1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DE54F5B" w14:textId="77777777" w:rsidTr="00CB57C4">
        <w:trPr>
          <w:jc w:val="center"/>
        </w:trPr>
        <w:tc>
          <w:tcPr>
            <w:tcW w:w="1560" w:type="dxa"/>
            <w:vAlign w:val="center"/>
          </w:tcPr>
          <w:p w14:paraId="0423B5EF" w14:textId="77777777" w:rsidR="00F671DE" w:rsidRDefault="00514F74">
            <w:r>
              <w:rPr>
                <w:sz w:val="18"/>
              </w:rPr>
              <w:t>5</w:t>
            </w:r>
          </w:p>
        </w:tc>
        <w:tc>
          <w:tcPr>
            <w:tcW w:w="3343" w:type="dxa"/>
            <w:vAlign w:val="center"/>
          </w:tcPr>
          <w:p w14:paraId="69073D0E" w14:textId="1E2972B6" w:rsidR="00F671DE" w:rsidRPr="0052036F" w:rsidRDefault="0052036F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</w:rPr>
              <w:t>Дәретхана</w:t>
            </w:r>
            <w:proofErr w:type="spellEnd"/>
            <w:r w:rsidRPr="0052036F">
              <w:rPr>
                <w:sz w:val="18"/>
              </w:rPr>
              <w:t xml:space="preserve"> (</w:t>
            </w:r>
            <w:proofErr w:type="spellStart"/>
            <w:r w:rsidRPr="0052036F">
              <w:rPr>
                <w:sz w:val="18"/>
              </w:rPr>
              <w:t>әйелдер</w:t>
            </w:r>
            <w:proofErr w:type="spellEnd"/>
            <w:r w:rsidRPr="0052036F">
              <w:rPr>
                <w:sz w:val="18"/>
              </w:rPr>
              <w:t>)</w:t>
            </w:r>
          </w:p>
        </w:tc>
        <w:tc>
          <w:tcPr>
            <w:tcW w:w="3343" w:type="dxa"/>
            <w:vAlign w:val="center"/>
          </w:tcPr>
          <w:p w14:paraId="55BE3ADF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2C7A9FB5" w14:textId="77777777" w:rsidTr="00CB57C4">
        <w:trPr>
          <w:jc w:val="center"/>
        </w:trPr>
        <w:tc>
          <w:tcPr>
            <w:tcW w:w="1560" w:type="dxa"/>
            <w:vAlign w:val="center"/>
          </w:tcPr>
          <w:p w14:paraId="612247CC" w14:textId="77777777" w:rsidR="00F671DE" w:rsidRDefault="00514F74">
            <w:r>
              <w:rPr>
                <w:sz w:val="18"/>
              </w:rPr>
              <w:t>6</w:t>
            </w:r>
          </w:p>
        </w:tc>
        <w:tc>
          <w:tcPr>
            <w:tcW w:w="3343" w:type="dxa"/>
            <w:vAlign w:val="center"/>
          </w:tcPr>
          <w:p w14:paraId="7B29531E" w14:textId="53BB8237" w:rsidR="00F671DE" w:rsidRPr="0052036F" w:rsidRDefault="0052036F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</w:rPr>
              <w:t>Дәретхана</w:t>
            </w:r>
            <w:proofErr w:type="spellEnd"/>
            <w:r w:rsidRPr="0052036F">
              <w:rPr>
                <w:sz w:val="18"/>
              </w:rPr>
              <w:t xml:space="preserve"> (</w:t>
            </w:r>
            <w:proofErr w:type="spellStart"/>
            <w:r w:rsidRPr="0052036F">
              <w:rPr>
                <w:sz w:val="18"/>
              </w:rPr>
              <w:t>ерлер</w:t>
            </w:r>
            <w:proofErr w:type="spellEnd"/>
            <w:r w:rsidRPr="0052036F">
              <w:rPr>
                <w:sz w:val="18"/>
              </w:rPr>
              <w:t>)</w:t>
            </w:r>
          </w:p>
        </w:tc>
        <w:tc>
          <w:tcPr>
            <w:tcW w:w="3343" w:type="dxa"/>
            <w:vAlign w:val="center"/>
          </w:tcPr>
          <w:p w14:paraId="7B66A952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36CBCECF" w14:textId="77777777" w:rsidTr="00CB57C4">
        <w:trPr>
          <w:jc w:val="center"/>
        </w:trPr>
        <w:tc>
          <w:tcPr>
            <w:tcW w:w="1560" w:type="dxa"/>
            <w:vAlign w:val="center"/>
          </w:tcPr>
          <w:p w14:paraId="774DB266" w14:textId="77777777" w:rsidR="00F671DE" w:rsidRDefault="00514F74">
            <w:r>
              <w:rPr>
                <w:sz w:val="18"/>
              </w:rPr>
              <w:t>7</w:t>
            </w:r>
          </w:p>
        </w:tc>
        <w:tc>
          <w:tcPr>
            <w:tcW w:w="3343" w:type="dxa"/>
            <w:vAlign w:val="center"/>
          </w:tcPr>
          <w:p w14:paraId="7AC1F67A" w14:textId="3A2F24CE" w:rsidR="00F671DE" w:rsidRPr="0052036F" w:rsidRDefault="0052036F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</w:rPr>
              <w:t>Кезекші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бөлімнің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бастығы</w:t>
            </w:r>
            <w:proofErr w:type="spellEnd"/>
          </w:p>
        </w:tc>
        <w:tc>
          <w:tcPr>
            <w:tcW w:w="3343" w:type="dxa"/>
            <w:vAlign w:val="center"/>
          </w:tcPr>
          <w:p w14:paraId="7E19973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EE95DB7" w14:textId="77777777" w:rsidTr="00CB57C4">
        <w:trPr>
          <w:jc w:val="center"/>
        </w:trPr>
        <w:tc>
          <w:tcPr>
            <w:tcW w:w="1560" w:type="dxa"/>
            <w:vAlign w:val="center"/>
          </w:tcPr>
          <w:p w14:paraId="43C9B856" w14:textId="77777777" w:rsidR="00F671DE" w:rsidRDefault="00514F74">
            <w:r>
              <w:rPr>
                <w:sz w:val="18"/>
              </w:rPr>
              <w:t>8</w:t>
            </w:r>
          </w:p>
        </w:tc>
        <w:tc>
          <w:tcPr>
            <w:tcW w:w="3343" w:type="dxa"/>
            <w:vAlign w:val="center"/>
          </w:tcPr>
          <w:p w14:paraId="2CB18C9E" w14:textId="61ADAD62" w:rsidR="00F671DE" w:rsidRPr="0052036F" w:rsidRDefault="0052036F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  <w:lang w:val="ru-RU"/>
              </w:rPr>
              <w:t>Өрт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  <w:lang w:val="ru-RU"/>
              </w:rPr>
              <w:t>байланысының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  <w:lang w:val="ru-RU"/>
              </w:rPr>
              <w:t>орталық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  <w:lang w:val="ru-RU"/>
              </w:rPr>
              <w:t>пункті</w:t>
            </w:r>
            <w:r>
              <w:rPr>
                <w:sz w:val="18"/>
                <w:lang w:val="ru-RU"/>
              </w:rPr>
              <w:t>нің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бастығы</w:t>
            </w:r>
            <w:proofErr w:type="spellEnd"/>
          </w:p>
        </w:tc>
        <w:tc>
          <w:tcPr>
            <w:tcW w:w="3343" w:type="dxa"/>
            <w:vAlign w:val="center"/>
          </w:tcPr>
          <w:p w14:paraId="326C46EA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1C523FBC" w14:textId="77777777" w:rsidTr="00CB57C4">
        <w:trPr>
          <w:jc w:val="center"/>
        </w:trPr>
        <w:tc>
          <w:tcPr>
            <w:tcW w:w="1560" w:type="dxa"/>
            <w:vAlign w:val="center"/>
          </w:tcPr>
          <w:p w14:paraId="59BD2619" w14:textId="77777777" w:rsidR="00F671DE" w:rsidRDefault="00514F74">
            <w:r>
              <w:rPr>
                <w:sz w:val="18"/>
              </w:rPr>
              <w:t>9</w:t>
            </w:r>
          </w:p>
        </w:tc>
        <w:tc>
          <w:tcPr>
            <w:tcW w:w="3343" w:type="dxa"/>
            <w:vAlign w:val="center"/>
          </w:tcPr>
          <w:p w14:paraId="486B6738" w14:textId="467130E1" w:rsidR="00F671DE" w:rsidRPr="0052036F" w:rsidRDefault="0052036F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  <w:lang w:val="ru-RU"/>
              </w:rPr>
              <w:t>Жоспарлау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  <w:lang w:val="ru-RU"/>
              </w:rPr>
              <w:t>және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  <w:lang w:val="ru-RU"/>
              </w:rPr>
              <w:t>жедел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  <w:lang w:val="ru-RU"/>
              </w:rPr>
              <w:t>басқару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  <w:lang w:val="ru-RU"/>
              </w:rPr>
              <w:t>орталығы</w:t>
            </w:r>
            <w:r>
              <w:rPr>
                <w:sz w:val="18"/>
                <w:lang w:val="ru-RU"/>
              </w:rPr>
              <w:t>ның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бастығы</w:t>
            </w:r>
            <w:proofErr w:type="spellEnd"/>
          </w:p>
        </w:tc>
        <w:tc>
          <w:tcPr>
            <w:tcW w:w="3343" w:type="dxa"/>
            <w:vAlign w:val="center"/>
          </w:tcPr>
          <w:p w14:paraId="5B63BCE3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6DED5E8" w14:textId="77777777" w:rsidTr="00CB57C4">
        <w:trPr>
          <w:jc w:val="center"/>
        </w:trPr>
        <w:tc>
          <w:tcPr>
            <w:tcW w:w="1560" w:type="dxa"/>
            <w:vAlign w:val="center"/>
          </w:tcPr>
          <w:p w14:paraId="1A63DF06" w14:textId="77777777" w:rsidR="00F671DE" w:rsidRDefault="00514F74">
            <w:r>
              <w:rPr>
                <w:sz w:val="18"/>
              </w:rPr>
              <w:t>10</w:t>
            </w:r>
          </w:p>
        </w:tc>
        <w:tc>
          <w:tcPr>
            <w:tcW w:w="3343" w:type="dxa"/>
            <w:vAlign w:val="center"/>
          </w:tcPr>
          <w:p w14:paraId="046FA6DA" w14:textId="5A3C6AF8" w:rsidR="00F671DE" w:rsidRPr="0052036F" w:rsidRDefault="0052036F" w:rsidP="0052036F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</w:rPr>
              <w:t>Құжаттамалық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қамтамасыз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ету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және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мемлекеттік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тілді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дамыту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бөлімі</w:t>
            </w:r>
            <w:proofErr w:type="spellEnd"/>
          </w:p>
        </w:tc>
        <w:tc>
          <w:tcPr>
            <w:tcW w:w="3343" w:type="dxa"/>
            <w:vAlign w:val="center"/>
          </w:tcPr>
          <w:p w14:paraId="4A60991D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04FE9A8" w14:textId="77777777" w:rsidTr="00CB57C4">
        <w:trPr>
          <w:jc w:val="center"/>
        </w:trPr>
        <w:tc>
          <w:tcPr>
            <w:tcW w:w="1560" w:type="dxa"/>
            <w:vAlign w:val="center"/>
          </w:tcPr>
          <w:p w14:paraId="5DC12675" w14:textId="77777777" w:rsidR="00F671DE" w:rsidRDefault="00514F74">
            <w:r>
              <w:rPr>
                <w:sz w:val="18"/>
              </w:rPr>
              <w:t>11</w:t>
            </w:r>
          </w:p>
        </w:tc>
        <w:tc>
          <w:tcPr>
            <w:tcW w:w="3343" w:type="dxa"/>
            <w:vAlign w:val="center"/>
          </w:tcPr>
          <w:p w14:paraId="55ED3609" w14:textId="5946DBE0" w:rsidR="00F671DE" w:rsidRPr="0052036F" w:rsidRDefault="0052036F">
            <w:pPr>
              <w:rPr>
                <w:highlight w:val="yellow"/>
                <w:lang w:val="kk-KZ"/>
              </w:rPr>
            </w:pPr>
            <w:r w:rsidRPr="0052036F">
              <w:rPr>
                <w:sz w:val="18"/>
                <w:lang w:val="kk-KZ"/>
              </w:rPr>
              <w:t>Ахуалдық орталық</w:t>
            </w:r>
          </w:p>
        </w:tc>
        <w:tc>
          <w:tcPr>
            <w:tcW w:w="3343" w:type="dxa"/>
            <w:vAlign w:val="center"/>
          </w:tcPr>
          <w:p w14:paraId="083EE7D1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0F254C95" w14:textId="77777777" w:rsidTr="00CB57C4">
        <w:trPr>
          <w:jc w:val="center"/>
        </w:trPr>
        <w:tc>
          <w:tcPr>
            <w:tcW w:w="1560" w:type="dxa"/>
            <w:vAlign w:val="center"/>
          </w:tcPr>
          <w:p w14:paraId="44C3BCBB" w14:textId="77777777" w:rsidR="00F671DE" w:rsidRDefault="00514F74">
            <w:r>
              <w:rPr>
                <w:sz w:val="18"/>
              </w:rPr>
              <w:t>12</w:t>
            </w:r>
          </w:p>
        </w:tc>
        <w:tc>
          <w:tcPr>
            <w:tcW w:w="3343" w:type="dxa"/>
            <w:vAlign w:val="center"/>
          </w:tcPr>
          <w:p w14:paraId="242C1E96" w14:textId="0E6E0BE7" w:rsidR="00F671DE" w:rsidRPr="0052036F" w:rsidRDefault="0052036F">
            <w:pPr>
              <w:rPr>
                <w:highlight w:val="yellow"/>
                <w:lang w:val="kk-KZ"/>
              </w:rPr>
            </w:pPr>
            <w:r w:rsidRPr="0052036F">
              <w:rPr>
                <w:sz w:val="18"/>
                <w:lang w:val="kk-KZ"/>
              </w:rPr>
              <w:t>Баспасөз орталығы</w:t>
            </w:r>
          </w:p>
        </w:tc>
        <w:tc>
          <w:tcPr>
            <w:tcW w:w="3343" w:type="dxa"/>
            <w:vAlign w:val="center"/>
          </w:tcPr>
          <w:p w14:paraId="4B9E335D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F4E1365" w14:textId="77777777" w:rsidTr="00CB57C4">
        <w:trPr>
          <w:jc w:val="center"/>
        </w:trPr>
        <w:tc>
          <w:tcPr>
            <w:tcW w:w="1560" w:type="dxa"/>
            <w:vAlign w:val="center"/>
          </w:tcPr>
          <w:p w14:paraId="24F7A2C8" w14:textId="77777777" w:rsidR="00F671DE" w:rsidRDefault="00F671DE"/>
        </w:tc>
        <w:tc>
          <w:tcPr>
            <w:tcW w:w="3343" w:type="dxa"/>
            <w:vAlign w:val="center"/>
          </w:tcPr>
          <w:p w14:paraId="4B2CA467" w14:textId="77777777" w:rsidR="00F671DE" w:rsidRDefault="00514F74">
            <w:proofErr w:type="spellStart"/>
            <w:r>
              <w:rPr>
                <w:b/>
                <w:sz w:val="18"/>
              </w:rPr>
              <w:t>Итого</w:t>
            </w:r>
            <w:proofErr w:type="spellEnd"/>
          </w:p>
        </w:tc>
        <w:tc>
          <w:tcPr>
            <w:tcW w:w="3343" w:type="dxa"/>
            <w:vAlign w:val="center"/>
          </w:tcPr>
          <w:p w14:paraId="0AABE3C8" w14:textId="77777777" w:rsidR="00F671DE" w:rsidRDefault="00514F74">
            <w:r>
              <w:rPr>
                <w:b/>
                <w:sz w:val="18"/>
              </w:rPr>
              <w:t>12</w:t>
            </w:r>
          </w:p>
        </w:tc>
      </w:tr>
    </w:tbl>
    <w:p w14:paraId="714AFC2E" w14:textId="77777777" w:rsidR="00F671DE" w:rsidRDefault="00514F74">
      <w:pPr>
        <w:pStyle w:val="21"/>
      </w:pPr>
      <w:proofErr w:type="spellStart"/>
      <w:r>
        <w:t>Второй</w:t>
      </w:r>
      <w:proofErr w:type="spellEnd"/>
      <w:r>
        <w:t xml:space="preserve"> </w:t>
      </w:r>
      <w:proofErr w:type="spellStart"/>
      <w:r>
        <w:t>этаж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560"/>
        <w:gridCol w:w="3343"/>
        <w:gridCol w:w="3343"/>
      </w:tblGrid>
      <w:tr w:rsidR="00F671DE" w14:paraId="27FEFB05" w14:textId="77777777" w:rsidTr="00CB57C4">
        <w:trPr>
          <w:jc w:val="center"/>
        </w:trPr>
        <w:tc>
          <w:tcPr>
            <w:tcW w:w="1560" w:type="dxa"/>
            <w:vAlign w:val="center"/>
          </w:tcPr>
          <w:p w14:paraId="64B95F87" w14:textId="77777777" w:rsidR="00F671DE" w:rsidRDefault="00514F74">
            <w:r>
              <w:rPr>
                <w:b/>
                <w:sz w:val="18"/>
              </w:rPr>
              <w:t>№</w:t>
            </w:r>
          </w:p>
        </w:tc>
        <w:tc>
          <w:tcPr>
            <w:tcW w:w="3343" w:type="dxa"/>
            <w:vAlign w:val="center"/>
          </w:tcPr>
          <w:p w14:paraId="3692B0C2" w14:textId="77777777" w:rsidR="00F671DE" w:rsidRDefault="00514F74"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помещения</w:t>
            </w:r>
            <w:proofErr w:type="spellEnd"/>
          </w:p>
        </w:tc>
        <w:tc>
          <w:tcPr>
            <w:tcW w:w="3343" w:type="dxa"/>
            <w:vAlign w:val="center"/>
          </w:tcPr>
          <w:p w14:paraId="3493DFD7" w14:textId="77777777" w:rsidR="00F671DE" w:rsidRDefault="00514F74">
            <w:proofErr w:type="spellStart"/>
            <w:r>
              <w:rPr>
                <w:b/>
                <w:sz w:val="18"/>
              </w:rPr>
              <w:t>Кол-во</w:t>
            </w:r>
            <w:proofErr w:type="spellEnd"/>
          </w:p>
        </w:tc>
      </w:tr>
      <w:tr w:rsidR="00F671DE" w14:paraId="3AE19078" w14:textId="77777777" w:rsidTr="00CB57C4">
        <w:trPr>
          <w:jc w:val="center"/>
        </w:trPr>
        <w:tc>
          <w:tcPr>
            <w:tcW w:w="1560" w:type="dxa"/>
            <w:vAlign w:val="center"/>
          </w:tcPr>
          <w:p w14:paraId="7BF0C654" w14:textId="77777777" w:rsidR="00F671DE" w:rsidRDefault="00514F74">
            <w:r>
              <w:rPr>
                <w:sz w:val="18"/>
              </w:rPr>
              <w:t>1</w:t>
            </w:r>
          </w:p>
        </w:tc>
        <w:tc>
          <w:tcPr>
            <w:tcW w:w="3343" w:type="dxa"/>
            <w:vAlign w:val="center"/>
          </w:tcPr>
          <w:p w14:paraId="5EF58AB6" w14:textId="5BDB2B00" w:rsidR="00F671DE" w:rsidRPr="00797B32" w:rsidRDefault="00797B32" w:rsidP="00797B32">
            <w:pPr>
              <w:rPr>
                <w:highlight w:val="yellow"/>
              </w:rPr>
            </w:pPr>
            <w:r w:rsidRPr="00797B32">
              <w:rPr>
                <w:sz w:val="18"/>
                <w:lang w:val="ru-RU"/>
              </w:rPr>
              <w:t>Кадр</w:t>
            </w:r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және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тәрбие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жұмысы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басқармасы</w:t>
            </w:r>
            <w:r>
              <w:rPr>
                <w:sz w:val="18"/>
                <w:lang w:val="ru-RU"/>
              </w:rPr>
              <w:t>ның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мұрағат</w:t>
            </w:r>
            <w:r>
              <w:rPr>
                <w:sz w:val="18"/>
                <w:lang w:val="ru-RU"/>
              </w:rPr>
              <w:t>ы</w:t>
            </w:r>
            <w:proofErr w:type="spellEnd"/>
          </w:p>
        </w:tc>
        <w:tc>
          <w:tcPr>
            <w:tcW w:w="3343" w:type="dxa"/>
            <w:vAlign w:val="center"/>
          </w:tcPr>
          <w:p w14:paraId="0CD74E3F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401CCD7A" w14:textId="77777777" w:rsidTr="00CB57C4">
        <w:trPr>
          <w:jc w:val="center"/>
        </w:trPr>
        <w:tc>
          <w:tcPr>
            <w:tcW w:w="1560" w:type="dxa"/>
            <w:vAlign w:val="center"/>
          </w:tcPr>
          <w:p w14:paraId="7A700D4D" w14:textId="77777777" w:rsidR="00F671DE" w:rsidRDefault="00514F74">
            <w:r>
              <w:rPr>
                <w:sz w:val="18"/>
              </w:rPr>
              <w:t>2</w:t>
            </w:r>
          </w:p>
        </w:tc>
        <w:tc>
          <w:tcPr>
            <w:tcW w:w="3343" w:type="dxa"/>
            <w:vAlign w:val="center"/>
          </w:tcPr>
          <w:p w14:paraId="37BB4EA4" w14:textId="6CC279B7" w:rsidR="00F671DE" w:rsidRPr="00797B32" w:rsidRDefault="00797B32">
            <w:pPr>
              <w:rPr>
                <w:highlight w:val="yellow"/>
                <w:lang w:val="kk-KZ"/>
              </w:rPr>
            </w:pPr>
            <w:r w:rsidRPr="00797B32">
              <w:rPr>
                <w:sz w:val="18"/>
                <w:lang w:val="ru-RU"/>
              </w:rPr>
              <w:t>Кадр</w:t>
            </w:r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және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тәрбие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жұмысы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басқармасы</w:t>
            </w:r>
            <w:r>
              <w:rPr>
                <w:sz w:val="18"/>
                <w:lang w:val="ru-RU"/>
              </w:rPr>
              <w:t>ның</w:t>
            </w:r>
            <w:proofErr w:type="spellEnd"/>
            <w:r w:rsidRPr="00797B32">
              <w:rPr>
                <w:sz w:val="18"/>
              </w:rPr>
              <w:t xml:space="preserve"> </w:t>
            </w:r>
            <w:r>
              <w:rPr>
                <w:sz w:val="18"/>
                <w:lang w:val="kk-KZ"/>
              </w:rPr>
              <w:t>бастығы</w:t>
            </w:r>
          </w:p>
        </w:tc>
        <w:tc>
          <w:tcPr>
            <w:tcW w:w="3343" w:type="dxa"/>
            <w:vAlign w:val="center"/>
          </w:tcPr>
          <w:p w14:paraId="27C4B33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1578FF46" w14:textId="77777777" w:rsidTr="00CB57C4">
        <w:trPr>
          <w:jc w:val="center"/>
        </w:trPr>
        <w:tc>
          <w:tcPr>
            <w:tcW w:w="1560" w:type="dxa"/>
            <w:vAlign w:val="center"/>
          </w:tcPr>
          <w:p w14:paraId="2C03A281" w14:textId="77777777" w:rsidR="00F671DE" w:rsidRDefault="00514F74">
            <w:r>
              <w:rPr>
                <w:sz w:val="18"/>
              </w:rPr>
              <w:t>3</w:t>
            </w:r>
          </w:p>
        </w:tc>
        <w:tc>
          <w:tcPr>
            <w:tcW w:w="3343" w:type="dxa"/>
            <w:vAlign w:val="center"/>
          </w:tcPr>
          <w:p w14:paraId="227DF8E5" w14:textId="64004B46" w:rsidR="00F671DE" w:rsidRPr="0052036F" w:rsidRDefault="00797B32">
            <w:pPr>
              <w:rPr>
                <w:highlight w:val="yellow"/>
              </w:rPr>
            </w:pPr>
            <w:proofErr w:type="spellStart"/>
            <w:r w:rsidRPr="00797B32">
              <w:rPr>
                <w:sz w:val="18"/>
              </w:rPr>
              <w:t>Құжаттамалық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</w:rPr>
              <w:t>қамтамасыз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</w:rPr>
              <w:t>ету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</w:rPr>
              <w:t>және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</w:rPr>
              <w:t>мемлекеттік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</w:rPr>
              <w:t>тілді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</w:rPr>
              <w:t>дамыту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</w:rPr>
              <w:t>бөлімі</w:t>
            </w:r>
            <w:proofErr w:type="spellEnd"/>
          </w:p>
        </w:tc>
        <w:tc>
          <w:tcPr>
            <w:tcW w:w="3343" w:type="dxa"/>
            <w:vAlign w:val="center"/>
          </w:tcPr>
          <w:p w14:paraId="55C22E59" w14:textId="1BAD0915" w:rsidR="00F671DE" w:rsidRPr="00A93F0B" w:rsidRDefault="00A93F0B">
            <w:pPr>
              <w:rPr>
                <w:lang w:val="kk-KZ"/>
              </w:rPr>
            </w:pPr>
            <w:r>
              <w:rPr>
                <w:sz w:val="18"/>
                <w:lang w:val="kk-KZ"/>
              </w:rPr>
              <w:t>1</w:t>
            </w:r>
          </w:p>
        </w:tc>
      </w:tr>
      <w:tr w:rsidR="00F671DE" w14:paraId="749DC13B" w14:textId="77777777" w:rsidTr="00CB57C4">
        <w:trPr>
          <w:jc w:val="center"/>
        </w:trPr>
        <w:tc>
          <w:tcPr>
            <w:tcW w:w="1560" w:type="dxa"/>
            <w:vAlign w:val="center"/>
          </w:tcPr>
          <w:p w14:paraId="5DE5EC55" w14:textId="77777777" w:rsidR="00F671DE" w:rsidRDefault="00514F74">
            <w:r>
              <w:rPr>
                <w:sz w:val="18"/>
              </w:rPr>
              <w:t>4</w:t>
            </w:r>
          </w:p>
        </w:tc>
        <w:tc>
          <w:tcPr>
            <w:tcW w:w="3343" w:type="dxa"/>
            <w:vAlign w:val="center"/>
          </w:tcPr>
          <w:p w14:paraId="58A852CB" w14:textId="2ECB4322" w:rsidR="00F671DE" w:rsidRPr="0052036F" w:rsidRDefault="00797B32" w:rsidP="005C1482">
            <w:pPr>
              <w:rPr>
                <w:highlight w:val="yellow"/>
              </w:rPr>
            </w:pPr>
            <w:r>
              <w:rPr>
                <w:sz w:val="18"/>
                <w:lang w:val="kk-KZ"/>
              </w:rPr>
              <w:t>Т</w:t>
            </w:r>
            <w:proofErr w:type="spellStart"/>
            <w:r w:rsidRPr="0052036F">
              <w:rPr>
                <w:sz w:val="18"/>
              </w:rPr>
              <w:t>амақтану</w:t>
            </w:r>
            <w:proofErr w:type="spellEnd"/>
            <w:r w:rsidRPr="0052036F">
              <w:rPr>
                <w:sz w:val="18"/>
              </w:rPr>
              <w:t xml:space="preserve"> </w:t>
            </w:r>
            <w:proofErr w:type="spellStart"/>
            <w:r w:rsidRPr="0052036F">
              <w:rPr>
                <w:sz w:val="18"/>
              </w:rPr>
              <w:t>бөлмесі</w:t>
            </w:r>
            <w:proofErr w:type="spellEnd"/>
            <w:r>
              <w:rPr>
                <w:sz w:val="18"/>
                <w:lang w:val="kk-KZ"/>
              </w:rPr>
              <w:t xml:space="preserve"> </w:t>
            </w:r>
          </w:p>
        </w:tc>
        <w:tc>
          <w:tcPr>
            <w:tcW w:w="3343" w:type="dxa"/>
            <w:vAlign w:val="center"/>
          </w:tcPr>
          <w:p w14:paraId="4C7D0E63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797B32" w14:paraId="1A6BC643" w14:textId="77777777" w:rsidTr="00CB57C4">
        <w:trPr>
          <w:jc w:val="center"/>
        </w:trPr>
        <w:tc>
          <w:tcPr>
            <w:tcW w:w="1560" w:type="dxa"/>
            <w:vAlign w:val="center"/>
          </w:tcPr>
          <w:p w14:paraId="630AE965" w14:textId="77777777" w:rsidR="00797B32" w:rsidRDefault="00797B32">
            <w:r>
              <w:rPr>
                <w:sz w:val="18"/>
              </w:rPr>
              <w:t>5</w:t>
            </w:r>
          </w:p>
        </w:tc>
        <w:tc>
          <w:tcPr>
            <w:tcW w:w="3343" w:type="dxa"/>
            <w:vAlign w:val="center"/>
          </w:tcPr>
          <w:p w14:paraId="34A8B65D" w14:textId="41B552E6" w:rsidR="00797B32" w:rsidRPr="0052036F" w:rsidRDefault="00797B32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</w:rPr>
              <w:t>Дәретхана</w:t>
            </w:r>
            <w:proofErr w:type="spellEnd"/>
            <w:r w:rsidRPr="0052036F">
              <w:rPr>
                <w:sz w:val="18"/>
              </w:rPr>
              <w:t xml:space="preserve"> (</w:t>
            </w:r>
            <w:proofErr w:type="spellStart"/>
            <w:r w:rsidRPr="0052036F">
              <w:rPr>
                <w:sz w:val="18"/>
              </w:rPr>
              <w:t>әйелдер</w:t>
            </w:r>
            <w:proofErr w:type="spellEnd"/>
            <w:r w:rsidRPr="0052036F">
              <w:rPr>
                <w:sz w:val="18"/>
              </w:rPr>
              <w:t>)</w:t>
            </w:r>
          </w:p>
        </w:tc>
        <w:tc>
          <w:tcPr>
            <w:tcW w:w="3343" w:type="dxa"/>
            <w:vAlign w:val="center"/>
          </w:tcPr>
          <w:p w14:paraId="4768CC20" w14:textId="77777777" w:rsidR="00797B32" w:rsidRDefault="00797B32">
            <w:r>
              <w:rPr>
                <w:sz w:val="18"/>
              </w:rPr>
              <w:t>1</w:t>
            </w:r>
          </w:p>
        </w:tc>
      </w:tr>
      <w:tr w:rsidR="00797B32" w14:paraId="47B9F977" w14:textId="77777777" w:rsidTr="00CB57C4">
        <w:trPr>
          <w:jc w:val="center"/>
        </w:trPr>
        <w:tc>
          <w:tcPr>
            <w:tcW w:w="1560" w:type="dxa"/>
            <w:vAlign w:val="center"/>
          </w:tcPr>
          <w:p w14:paraId="33A1BBA0" w14:textId="77777777" w:rsidR="00797B32" w:rsidRDefault="00797B32">
            <w:r>
              <w:rPr>
                <w:sz w:val="18"/>
              </w:rPr>
              <w:lastRenderedPageBreak/>
              <w:t>6</w:t>
            </w:r>
          </w:p>
        </w:tc>
        <w:tc>
          <w:tcPr>
            <w:tcW w:w="3343" w:type="dxa"/>
            <w:vAlign w:val="center"/>
          </w:tcPr>
          <w:p w14:paraId="5EA7C74F" w14:textId="21A4A11C" w:rsidR="00797B32" w:rsidRPr="0052036F" w:rsidRDefault="00797B32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</w:rPr>
              <w:t>Дәретхана</w:t>
            </w:r>
            <w:proofErr w:type="spellEnd"/>
            <w:r w:rsidRPr="0052036F">
              <w:rPr>
                <w:sz w:val="18"/>
              </w:rPr>
              <w:t xml:space="preserve"> (</w:t>
            </w:r>
            <w:proofErr w:type="spellStart"/>
            <w:r w:rsidRPr="0052036F">
              <w:rPr>
                <w:sz w:val="18"/>
              </w:rPr>
              <w:t>ерлер</w:t>
            </w:r>
            <w:proofErr w:type="spellEnd"/>
            <w:r w:rsidRPr="0052036F">
              <w:rPr>
                <w:sz w:val="18"/>
              </w:rPr>
              <w:t>)</w:t>
            </w:r>
          </w:p>
        </w:tc>
        <w:tc>
          <w:tcPr>
            <w:tcW w:w="3343" w:type="dxa"/>
            <w:vAlign w:val="center"/>
          </w:tcPr>
          <w:p w14:paraId="659607E6" w14:textId="77777777" w:rsidR="00797B32" w:rsidRDefault="00797B32">
            <w:r>
              <w:rPr>
                <w:sz w:val="18"/>
              </w:rPr>
              <w:t>1</w:t>
            </w:r>
          </w:p>
        </w:tc>
      </w:tr>
      <w:tr w:rsidR="00F671DE" w14:paraId="39A44B53" w14:textId="77777777" w:rsidTr="00CB57C4">
        <w:trPr>
          <w:jc w:val="center"/>
        </w:trPr>
        <w:tc>
          <w:tcPr>
            <w:tcW w:w="1560" w:type="dxa"/>
            <w:vAlign w:val="center"/>
          </w:tcPr>
          <w:p w14:paraId="44A42E2F" w14:textId="77777777" w:rsidR="00F671DE" w:rsidRDefault="00514F74">
            <w:r>
              <w:rPr>
                <w:sz w:val="18"/>
              </w:rPr>
              <w:t>7</w:t>
            </w:r>
          </w:p>
        </w:tc>
        <w:tc>
          <w:tcPr>
            <w:tcW w:w="3343" w:type="dxa"/>
            <w:vAlign w:val="center"/>
          </w:tcPr>
          <w:p w14:paraId="698CA6C0" w14:textId="48806950" w:rsidR="00F671DE" w:rsidRPr="0052036F" w:rsidRDefault="00797B32">
            <w:pPr>
              <w:rPr>
                <w:highlight w:val="yellow"/>
              </w:rPr>
            </w:pPr>
            <w:proofErr w:type="spellStart"/>
            <w:r w:rsidRPr="00797B32">
              <w:rPr>
                <w:sz w:val="18"/>
              </w:rPr>
              <w:t>Оқу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</w:rPr>
              <w:t>сыныбы</w:t>
            </w:r>
            <w:proofErr w:type="spellEnd"/>
          </w:p>
        </w:tc>
        <w:tc>
          <w:tcPr>
            <w:tcW w:w="3343" w:type="dxa"/>
            <w:vAlign w:val="center"/>
          </w:tcPr>
          <w:p w14:paraId="53E6003F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22CFC160" w14:textId="77777777" w:rsidTr="00CB57C4">
        <w:trPr>
          <w:jc w:val="center"/>
        </w:trPr>
        <w:tc>
          <w:tcPr>
            <w:tcW w:w="1560" w:type="dxa"/>
            <w:vAlign w:val="center"/>
          </w:tcPr>
          <w:p w14:paraId="6EEA9234" w14:textId="77777777" w:rsidR="00F671DE" w:rsidRDefault="00514F74">
            <w:r>
              <w:rPr>
                <w:sz w:val="18"/>
              </w:rPr>
              <w:t>8</w:t>
            </w:r>
          </w:p>
        </w:tc>
        <w:tc>
          <w:tcPr>
            <w:tcW w:w="3343" w:type="dxa"/>
            <w:vAlign w:val="center"/>
          </w:tcPr>
          <w:p w14:paraId="37F7DA0A" w14:textId="17294669" w:rsidR="00F671DE" w:rsidRPr="00797B32" w:rsidRDefault="00797B32">
            <w:pPr>
              <w:rPr>
                <w:highlight w:val="yellow"/>
              </w:rPr>
            </w:pPr>
            <w:r w:rsidRPr="00797B32">
              <w:rPr>
                <w:sz w:val="18"/>
                <w:lang w:val="ru-RU"/>
              </w:rPr>
              <w:t>Кадр</w:t>
            </w:r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және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тәрбие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жұмысы</w:t>
            </w:r>
            <w:proofErr w:type="spellEnd"/>
            <w:r w:rsidRPr="00797B32">
              <w:rPr>
                <w:sz w:val="18"/>
              </w:rPr>
              <w:t xml:space="preserve"> </w:t>
            </w:r>
            <w:proofErr w:type="spellStart"/>
            <w:r w:rsidRPr="00797B32">
              <w:rPr>
                <w:sz w:val="18"/>
                <w:lang w:val="ru-RU"/>
              </w:rPr>
              <w:t>басқармасы</w:t>
            </w:r>
            <w:proofErr w:type="spellEnd"/>
          </w:p>
        </w:tc>
        <w:tc>
          <w:tcPr>
            <w:tcW w:w="3343" w:type="dxa"/>
            <w:vAlign w:val="center"/>
          </w:tcPr>
          <w:p w14:paraId="3A7482EE" w14:textId="7BDFFF99" w:rsidR="00F671DE" w:rsidRPr="0000607D" w:rsidRDefault="00A93F0B">
            <w:pPr>
              <w:rPr>
                <w:lang w:val="kk-KZ"/>
              </w:rPr>
            </w:pPr>
            <w:r>
              <w:rPr>
                <w:sz w:val="18"/>
                <w:lang w:val="kk-KZ"/>
              </w:rPr>
              <w:t>4</w:t>
            </w:r>
          </w:p>
        </w:tc>
      </w:tr>
      <w:tr w:rsidR="00F671DE" w14:paraId="596224B0" w14:textId="77777777" w:rsidTr="00CB57C4">
        <w:trPr>
          <w:jc w:val="center"/>
        </w:trPr>
        <w:tc>
          <w:tcPr>
            <w:tcW w:w="1560" w:type="dxa"/>
            <w:vAlign w:val="center"/>
          </w:tcPr>
          <w:p w14:paraId="173A3C58" w14:textId="77777777" w:rsidR="00F671DE" w:rsidRDefault="00514F74">
            <w:r>
              <w:rPr>
                <w:sz w:val="18"/>
              </w:rPr>
              <w:t>9</w:t>
            </w:r>
          </w:p>
        </w:tc>
        <w:tc>
          <w:tcPr>
            <w:tcW w:w="3343" w:type="dxa"/>
            <w:vAlign w:val="center"/>
          </w:tcPr>
          <w:p w14:paraId="3029C5D9" w14:textId="02EB9F36" w:rsidR="00F671DE" w:rsidRPr="0052036F" w:rsidRDefault="00264B0D">
            <w:pPr>
              <w:rPr>
                <w:highlight w:val="yellow"/>
              </w:rPr>
            </w:pPr>
            <w:proofErr w:type="spellStart"/>
            <w:r w:rsidRPr="00264B0D">
              <w:rPr>
                <w:sz w:val="18"/>
              </w:rPr>
              <w:t>Арнайы</w:t>
            </w:r>
            <w:proofErr w:type="spellEnd"/>
            <w:r w:rsidRPr="00264B0D">
              <w:rPr>
                <w:sz w:val="18"/>
              </w:rPr>
              <w:t xml:space="preserve"> </w:t>
            </w:r>
            <w:proofErr w:type="spellStart"/>
            <w:r w:rsidRPr="00264B0D">
              <w:rPr>
                <w:sz w:val="18"/>
              </w:rPr>
              <w:t>жұмыс</w:t>
            </w:r>
            <w:proofErr w:type="spellEnd"/>
            <w:r w:rsidRPr="00264B0D">
              <w:rPr>
                <w:sz w:val="18"/>
              </w:rPr>
              <w:t xml:space="preserve"> </w:t>
            </w:r>
            <w:proofErr w:type="spellStart"/>
            <w:r w:rsidRPr="00264B0D">
              <w:rPr>
                <w:sz w:val="18"/>
              </w:rPr>
              <w:t>бөлімшесі</w:t>
            </w:r>
            <w:proofErr w:type="spellEnd"/>
          </w:p>
        </w:tc>
        <w:tc>
          <w:tcPr>
            <w:tcW w:w="3343" w:type="dxa"/>
            <w:vAlign w:val="center"/>
          </w:tcPr>
          <w:p w14:paraId="4D97F36B" w14:textId="77777777" w:rsidR="00F671DE" w:rsidRDefault="00514F74">
            <w:r>
              <w:rPr>
                <w:sz w:val="18"/>
              </w:rPr>
              <w:t>4</w:t>
            </w:r>
          </w:p>
        </w:tc>
      </w:tr>
      <w:tr w:rsidR="00F671DE" w14:paraId="1034D553" w14:textId="77777777" w:rsidTr="00CB57C4">
        <w:trPr>
          <w:jc w:val="center"/>
        </w:trPr>
        <w:tc>
          <w:tcPr>
            <w:tcW w:w="1560" w:type="dxa"/>
            <w:vAlign w:val="center"/>
          </w:tcPr>
          <w:p w14:paraId="50CEB7C4" w14:textId="77777777" w:rsidR="00F671DE" w:rsidRDefault="00F671DE"/>
        </w:tc>
        <w:tc>
          <w:tcPr>
            <w:tcW w:w="3343" w:type="dxa"/>
            <w:vAlign w:val="center"/>
          </w:tcPr>
          <w:p w14:paraId="256CB0BF" w14:textId="77777777" w:rsidR="00F671DE" w:rsidRDefault="00514F74">
            <w:proofErr w:type="spellStart"/>
            <w:r>
              <w:rPr>
                <w:b/>
                <w:sz w:val="18"/>
              </w:rPr>
              <w:t>Итого</w:t>
            </w:r>
            <w:proofErr w:type="spellEnd"/>
          </w:p>
        </w:tc>
        <w:tc>
          <w:tcPr>
            <w:tcW w:w="3343" w:type="dxa"/>
            <w:vAlign w:val="center"/>
          </w:tcPr>
          <w:p w14:paraId="55C5615B" w14:textId="77777777" w:rsidR="00F671DE" w:rsidRDefault="00514F74">
            <w:r>
              <w:rPr>
                <w:b/>
                <w:sz w:val="18"/>
              </w:rPr>
              <w:t>15</w:t>
            </w:r>
          </w:p>
        </w:tc>
      </w:tr>
    </w:tbl>
    <w:p w14:paraId="55E88EE4" w14:textId="77777777" w:rsidR="00F671DE" w:rsidRDefault="00514F74">
      <w:pPr>
        <w:pStyle w:val="21"/>
      </w:pPr>
      <w:proofErr w:type="spellStart"/>
      <w:r>
        <w:t>Третий</w:t>
      </w:r>
      <w:proofErr w:type="spellEnd"/>
      <w:r>
        <w:t xml:space="preserve"> </w:t>
      </w:r>
      <w:proofErr w:type="spellStart"/>
      <w:r>
        <w:t>этаж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642"/>
        <w:gridCol w:w="1701"/>
        <w:gridCol w:w="1642"/>
        <w:gridCol w:w="1678"/>
        <w:gridCol w:w="23"/>
      </w:tblGrid>
      <w:tr w:rsidR="00F671DE" w14:paraId="59389EB1" w14:textId="77777777" w:rsidTr="00CB57C4">
        <w:trPr>
          <w:gridAfter w:val="1"/>
          <w:wAfter w:w="23" w:type="dxa"/>
          <w:jc w:val="center"/>
        </w:trPr>
        <w:tc>
          <w:tcPr>
            <w:tcW w:w="3343" w:type="dxa"/>
            <w:gridSpan w:val="2"/>
            <w:vAlign w:val="center"/>
          </w:tcPr>
          <w:p w14:paraId="55BEB471" w14:textId="77777777" w:rsidR="00F671DE" w:rsidRDefault="00514F74">
            <w:r>
              <w:rPr>
                <w:b/>
                <w:sz w:val="18"/>
              </w:rPr>
              <w:t>№</w:t>
            </w:r>
          </w:p>
        </w:tc>
        <w:tc>
          <w:tcPr>
            <w:tcW w:w="3343" w:type="dxa"/>
            <w:gridSpan w:val="2"/>
            <w:vAlign w:val="center"/>
          </w:tcPr>
          <w:p w14:paraId="101D374F" w14:textId="77777777" w:rsidR="00F671DE" w:rsidRDefault="00514F74"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помещения</w:t>
            </w:r>
            <w:proofErr w:type="spellEnd"/>
          </w:p>
        </w:tc>
        <w:tc>
          <w:tcPr>
            <w:tcW w:w="1678" w:type="dxa"/>
            <w:vAlign w:val="center"/>
          </w:tcPr>
          <w:p w14:paraId="4BDF8686" w14:textId="77777777" w:rsidR="00F671DE" w:rsidRDefault="00514F74">
            <w:proofErr w:type="spellStart"/>
            <w:r>
              <w:rPr>
                <w:b/>
                <w:sz w:val="18"/>
              </w:rPr>
              <w:t>Кол-во</w:t>
            </w:r>
            <w:proofErr w:type="spellEnd"/>
          </w:p>
        </w:tc>
      </w:tr>
      <w:tr w:rsidR="00F671DE" w14:paraId="49E3BFB9" w14:textId="77777777" w:rsidTr="00CB57C4">
        <w:trPr>
          <w:jc w:val="center"/>
        </w:trPr>
        <w:tc>
          <w:tcPr>
            <w:tcW w:w="1701" w:type="dxa"/>
            <w:vAlign w:val="center"/>
          </w:tcPr>
          <w:p w14:paraId="6C2CC83C" w14:textId="77777777" w:rsidR="00F671DE" w:rsidRDefault="00514F74">
            <w:r>
              <w:rPr>
                <w:sz w:val="18"/>
              </w:rPr>
              <w:t>1</w:t>
            </w:r>
          </w:p>
        </w:tc>
        <w:tc>
          <w:tcPr>
            <w:tcW w:w="3343" w:type="dxa"/>
            <w:gridSpan w:val="2"/>
            <w:vAlign w:val="center"/>
          </w:tcPr>
          <w:p w14:paraId="0D0AA122" w14:textId="3781AE98" w:rsidR="00F671DE" w:rsidRPr="0052036F" w:rsidRDefault="008241A4">
            <w:pPr>
              <w:rPr>
                <w:highlight w:val="yellow"/>
              </w:rPr>
            </w:pPr>
            <w:proofErr w:type="spellStart"/>
            <w:r w:rsidRPr="008241A4">
              <w:rPr>
                <w:sz w:val="18"/>
              </w:rPr>
              <w:t>Өрт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сөндіру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кезекші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қызметі</w:t>
            </w:r>
            <w:proofErr w:type="spellEnd"/>
          </w:p>
        </w:tc>
        <w:tc>
          <w:tcPr>
            <w:tcW w:w="3343" w:type="dxa"/>
            <w:gridSpan w:val="3"/>
            <w:vAlign w:val="center"/>
          </w:tcPr>
          <w:p w14:paraId="6BD4483A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2DDD9A6D" w14:textId="77777777" w:rsidTr="00CB57C4">
        <w:trPr>
          <w:jc w:val="center"/>
        </w:trPr>
        <w:tc>
          <w:tcPr>
            <w:tcW w:w="1701" w:type="dxa"/>
            <w:vAlign w:val="center"/>
          </w:tcPr>
          <w:p w14:paraId="413EF05A" w14:textId="77777777" w:rsidR="00F671DE" w:rsidRDefault="00514F74">
            <w:r>
              <w:rPr>
                <w:sz w:val="18"/>
              </w:rPr>
              <w:t>2</w:t>
            </w:r>
          </w:p>
        </w:tc>
        <w:tc>
          <w:tcPr>
            <w:tcW w:w="3343" w:type="dxa"/>
            <w:gridSpan w:val="2"/>
            <w:vAlign w:val="center"/>
          </w:tcPr>
          <w:p w14:paraId="269785DD" w14:textId="730ADE68" w:rsidR="00F671DE" w:rsidRPr="008241A4" w:rsidRDefault="008241A4">
            <w:pPr>
              <w:rPr>
                <w:highlight w:val="yellow"/>
                <w:lang w:val="kk-KZ"/>
              </w:rPr>
            </w:pPr>
            <w:proofErr w:type="spellStart"/>
            <w:r w:rsidRPr="008241A4">
              <w:rPr>
                <w:sz w:val="18"/>
                <w:lang w:val="ru-RU"/>
              </w:rPr>
              <w:t>Өрт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сөндіру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және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авариялық</w:t>
            </w:r>
            <w:proofErr w:type="spellEnd"/>
            <w:r w:rsidRPr="008241A4">
              <w:rPr>
                <w:sz w:val="18"/>
              </w:rPr>
              <w:t>-</w:t>
            </w:r>
            <w:proofErr w:type="spellStart"/>
            <w:r w:rsidRPr="008241A4">
              <w:rPr>
                <w:sz w:val="18"/>
                <w:lang w:val="ru-RU"/>
              </w:rPr>
              <w:t>құтқару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жұмыстарын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ұйымдастыру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басқармасы</w:t>
            </w:r>
            <w:proofErr w:type="spellEnd"/>
            <w:r w:rsidRPr="008241A4">
              <w:rPr>
                <w:sz w:val="18"/>
              </w:rPr>
              <w:t xml:space="preserve"> </w:t>
            </w:r>
            <w:r>
              <w:rPr>
                <w:sz w:val="18"/>
                <w:lang w:val="kk-KZ"/>
              </w:rPr>
              <w:t>бастығының орынбасары</w:t>
            </w:r>
          </w:p>
        </w:tc>
        <w:tc>
          <w:tcPr>
            <w:tcW w:w="3343" w:type="dxa"/>
            <w:gridSpan w:val="3"/>
            <w:vAlign w:val="center"/>
          </w:tcPr>
          <w:p w14:paraId="1DF7289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4B60BA3C" w14:textId="77777777" w:rsidTr="00CB57C4">
        <w:trPr>
          <w:jc w:val="center"/>
        </w:trPr>
        <w:tc>
          <w:tcPr>
            <w:tcW w:w="1701" w:type="dxa"/>
            <w:vAlign w:val="center"/>
          </w:tcPr>
          <w:p w14:paraId="297A1274" w14:textId="77777777" w:rsidR="00F671DE" w:rsidRDefault="00514F74">
            <w:r>
              <w:rPr>
                <w:sz w:val="18"/>
              </w:rPr>
              <w:t>3</w:t>
            </w:r>
          </w:p>
        </w:tc>
        <w:tc>
          <w:tcPr>
            <w:tcW w:w="3343" w:type="dxa"/>
            <w:gridSpan w:val="2"/>
            <w:vAlign w:val="center"/>
          </w:tcPr>
          <w:p w14:paraId="4B22B139" w14:textId="538049F1" w:rsidR="00F671DE" w:rsidRPr="008241A4" w:rsidRDefault="008241A4" w:rsidP="008241A4">
            <w:pPr>
              <w:rPr>
                <w:highlight w:val="yellow"/>
              </w:rPr>
            </w:pPr>
            <w:proofErr w:type="spellStart"/>
            <w:r w:rsidRPr="008241A4">
              <w:rPr>
                <w:sz w:val="18"/>
                <w:lang w:val="ru-RU"/>
              </w:rPr>
              <w:t>Өрт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сөндіру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және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авариялық</w:t>
            </w:r>
            <w:proofErr w:type="spellEnd"/>
            <w:r w:rsidRPr="008241A4">
              <w:rPr>
                <w:sz w:val="18"/>
              </w:rPr>
              <w:t>-</w:t>
            </w:r>
            <w:proofErr w:type="spellStart"/>
            <w:r w:rsidRPr="008241A4">
              <w:rPr>
                <w:sz w:val="18"/>
                <w:lang w:val="ru-RU"/>
              </w:rPr>
              <w:t>құтқару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жұмыстарын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ұйымдастыру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басқармасы</w:t>
            </w:r>
            <w:proofErr w:type="spellEnd"/>
            <w:r>
              <w:rPr>
                <w:sz w:val="18"/>
                <w:lang w:val="kk-KZ"/>
              </w:rPr>
              <w:t>ның</w:t>
            </w:r>
            <w:r w:rsidRPr="008241A4">
              <w:rPr>
                <w:sz w:val="18"/>
              </w:rPr>
              <w:t xml:space="preserve"> </w:t>
            </w:r>
            <w:r>
              <w:rPr>
                <w:sz w:val="18"/>
                <w:lang w:val="kk-KZ"/>
              </w:rPr>
              <w:t>бастығы</w:t>
            </w:r>
          </w:p>
        </w:tc>
        <w:tc>
          <w:tcPr>
            <w:tcW w:w="3343" w:type="dxa"/>
            <w:gridSpan w:val="3"/>
            <w:vAlign w:val="center"/>
          </w:tcPr>
          <w:p w14:paraId="0CF5C3AF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50762F8" w14:textId="77777777" w:rsidTr="00CB57C4">
        <w:trPr>
          <w:jc w:val="center"/>
        </w:trPr>
        <w:tc>
          <w:tcPr>
            <w:tcW w:w="1701" w:type="dxa"/>
            <w:vAlign w:val="center"/>
          </w:tcPr>
          <w:p w14:paraId="58D56956" w14:textId="77777777" w:rsidR="00F671DE" w:rsidRDefault="00514F74">
            <w:r>
              <w:rPr>
                <w:sz w:val="18"/>
              </w:rPr>
              <w:t>4</w:t>
            </w:r>
          </w:p>
        </w:tc>
        <w:tc>
          <w:tcPr>
            <w:tcW w:w="3343" w:type="dxa"/>
            <w:gridSpan w:val="2"/>
            <w:vAlign w:val="center"/>
          </w:tcPr>
          <w:p w14:paraId="0E36E468" w14:textId="559CF741" w:rsidR="00F671DE" w:rsidRPr="008241A4" w:rsidRDefault="008241A4">
            <w:pPr>
              <w:rPr>
                <w:highlight w:val="yellow"/>
              </w:rPr>
            </w:pPr>
            <w:proofErr w:type="spellStart"/>
            <w:r w:rsidRPr="008241A4">
              <w:rPr>
                <w:sz w:val="18"/>
                <w:lang w:val="ru-RU"/>
              </w:rPr>
              <w:t>Өрт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сөндіру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және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авариялық</w:t>
            </w:r>
            <w:proofErr w:type="spellEnd"/>
            <w:r w:rsidRPr="008241A4">
              <w:rPr>
                <w:sz w:val="18"/>
              </w:rPr>
              <w:t>-</w:t>
            </w:r>
            <w:proofErr w:type="spellStart"/>
            <w:r w:rsidRPr="008241A4">
              <w:rPr>
                <w:sz w:val="18"/>
                <w:lang w:val="ru-RU"/>
              </w:rPr>
              <w:t>құтқару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жұмыстарын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ұйымдастыру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басқармасы</w:t>
            </w:r>
            <w:proofErr w:type="spellEnd"/>
          </w:p>
        </w:tc>
        <w:tc>
          <w:tcPr>
            <w:tcW w:w="3343" w:type="dxa"/>
            <w:gridSpan w:val="3"/>
            <w:vAlign w:val="center"/>
          </w:tcPr>
          <w:p w14:paraId="6AE52D4A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8241A4" w14:paraId="2D92DAFA" w14:textId="77777777" w:rsidTr="00CB57C4">
        <w:trPr>
          <w:jc w:val="center"/>
        </w:trPr>
        <w:tc>
          <w:tcPr>
            <w:tcW w:w="1701" w:type="dxa"/>
            <w:vAlign w:val="center"/>
          </w:tcPr>
          <w:p w14:paraId="376CC44C" w14:textId="77777777" w:rsidR="008241A4" w:rsidRDefault="008241A4">
            <w:r>
              <w:rPr>
                <w:sz w:val="18"/>
              </w:rPr>
              <w:t>5</w:t>
            </w:r>
          </w:p>
        </w:tc>
        <w:tc>
          <w:tcPr>
            <w:tcW w:w="3343" w:type="dxa"/>
            <w:gridSpan w:val="2"/>
            <w:vAlign w:val="center"/>
          </w:tcPr>
          <w:p w14:paraId="62B3695B" w14:textId="5A52E192" w:rsidR="008241A4" w:rsidRPr="0052036F" w:rsidRDefault="008241A4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</w:rPr>
              <w:t>Дәретхана</w:t>
            </w:r>
            <w:proofErr w:type="spellEnd"/>
            <w:r w:rsidRPr="0052036F">
              <w:rPr>
                <w:sz w:val="18"/>
              </w:rPr>
              <w:t xml:space="preserve"> (</w:t>
            </w:r>
            <w:proofErr w:type="spellStart"/>
            <w:r w:rsidRPr="0052036F">
              <w:rPr>
                <w:sz w:val="18"/>
              </w:rPr>
              <w:t>әйелдер</w:t>
            </w:r>
            <w:proofErr w:type="spellEnd"/>
            <w:r w:rsidRPr="0052036F">
              <w:rPr>
                <w:sz w:val="18"/>
              </w:rPr>
              <w:t>)</w:t>
            </w:r>
          </w:p>
        </w:tc>
        <w:tc>
          <w:tcPr>
            <w:tcW w:w="3343" w:type="dxa"/>
            <w:gridSpan w:val="3"/>
            <w:vAlign w:val="center"/>
          </w:tcPr>
          <w:p w14:paraId="17DDA86B" w14:textId="77777777" w:rsidR="008241A4" w:rsidRDefault="008241A4">
            <w:r>
              <w:rPr>
                <w:sz w:val="18"/>
              </w:rPr>
              <w:t>1</w:t>
            </w:r>
          </w:p>
        </w:tc>
      </w:tr>
      <w:tr w:rsidR="008241A4" w14:paraId="43875BAA" w14:textId="77777777" w:rsidTr="00CB57C4">
        <w:trPr>
          <w:jc w:val="center"/>
        </w:trPr>
        <w:tc>
          <w:tcPr>
            <w:tcW w:w="1701" w:type="dxa"/>
            <w:vAlign w:val="center"/>
          </w:tcPr>
          <w:p w14:paraId="75E774F2" w14:textId="77777777" w:rsidR="008241A4" w:rsidRDefault="008241A4">
            <w:r>
              <w:rPr>
                <w:sz w:val="18"/>
              </w:rPr>
              <w:t>6</w:t>
            </w:r>
          </w:p>
        </w:tc>
        <w:tc>
          <w:tcPr>
            <w:tcW w:w="3343" w:type="dxa"/>
            <w:gridSpan w:val="2"/>
            <w:vAlign w:val="center"/>
          </w:tcPr>
          <w:p w14:paraId="4B7E56BC" w14:textId="1AB70BF8" w:rsidR="008241A4" w:rsidRPr="0052036F" w:rsidRDefault="008241A4">
            <w:pPr>
              <w:rPr>
                <w:highlight w:val="yellow"/>
              </w:rPr>
            </w:pPr>
            <w:proofErr w:type="spellStart"/>
            <w:r w:rsidRPr="0052036F">
              <w:rPr>
                <w:sz w:val="18"/>
              </w:rPr>
              <w:t>Дәретхана</w:t>
            </w:r>
            <w:proofErr w:type="spellEnd"/>
            <w:r w:rsidRPr="0052036F">
              <w:rPr>
                <w:sz w:val="18"/>
              </w:rPr>
              <w:t xml:space="preserve"> (</w:t>
            </w:r>
            <w:proofErr w:type="spellStart"/>
            <w:r w:rsidRPr="0052036F">
              <w:rPr>
                <w:sz w:val="18"/>
              </w:rPr>
              <w:t>ерлер</w:t>
            </w:r>
            <w:proofErr w:type="spellEnd"/>
            <w:r w:rsidRPr="0052036F">
              <w:rPr>
                <w:sz w:val="18"/>
              </w:rPr>
              <w:t>)</w:t>
            </w:r>
          </w:p>
        </w:tc>
        <w:tc>
          <w:tcPr>
            <w:tcW w:w="3343" w:type="dxa"/>
            <w:gridSpan w:val="3"/>
            <w:vAlign w:val="center"/>
          </w:tcPr>
          <w:p w14:paraId="48D236A6" w14:textId="77777777" w:rsidR="008241A4" w:rsidRDefault="008241A4">
            <w:r>
              <w:rPr>
                <w:sz w:val="18"/>
              </w:rPr>
              <w:t>1</w:t>
            </w:r>
          </w:p>
        </w:tc>
      </w:tr>
      <w:tr w:rsidR="00F671DE" w14:paraId="7CF1B23F" w14:textId="77777777" w:rsidTr="00CB57C4">
        <w:trPr>
          <w:jc w:val="center"/>
        </w:trPr>
        <w:tc>
          <w:tcPr>
            <w:tcW w:w="1701" w:type="dxa"/>
            <w:vAlign w:val="center"/>
          </w:tcPr>
          <w:p w14:paraId="3AD46F09" w14:textId="77777777" w:rsidR="00F671DE" w:rsidRDefault="00514F74">
            <w:r>
              <w:rPr>
                <w:sz w:val="18"/>
              </w:rPr>
              <w:t>7</w:t>
            </w:r>
          </w:p>
        </w:tc>
        <w:tc>
          <w:tcPr>
            <w:tcW w:w="3343" w:type="dxa"/>
            <w:gridSpan w:val="2"/>
            <w:vAlign w:val="center"/>
          </w:tcPr>
          <w:p w14:paraId="02B483CA" w14:textId="06101BEA" w:rsidR="00F671DE" w:rsidRPr="0052036F" w:rsidRDefault="008241A4">
            <w:pPr>
              <w:rPr>
                <w:highlight w:val="yellow"/>
              </w:rPr>
            </w:pPr>
            <w:r>
              <w:rPr>
                <w:sz w:val="18"/>
                <w:lang w:val="kk-KZ"/>
              </w:rPr>
              <w:t>П</w:t>
            </w:r>
            <w:proofErr w:type="spellStart"/>
            <w:r w:rsidRPr="008241A4">
              <w:rPr>
                <w:sz w:val="18"/>
              </w:rPr>
              <w:t>сихологиялық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жеңілдету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бөлмесі</w:t>
            </w:r>
            <w:proofErr w:type="spellEnd"/>
          </w:p>
        </w:tc>
        <w:tc>
          <w:tcPr>
            <w:tcW w:w="3343" w:type="dxa"/>
            <w:gridSpan w:val="3"/>
            <w:vAlign w:val="center"/>
          </w:tcPr>
          <w:p w14:paraId="623095DA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25F7CA71" w14:textId="77777777" w:rsidTr="00CB57C4">
        <w:trPr>
          <w:jc w:val="center"/>
        </w:trPr>
        <w:tc>
          <w:tcPr>
            <w:tcW w:w="1701" w:type="dxa"/>
            <w:vAlign w:val="center"/>
          </w:tcPr>
          <w:p w14:paraId="5F501ADD" w14:textId="77777777" w:rsidR="00F671DE" w:rsidRDefault="00514F74">
            <w:r>
              <w:rPr>
                <w:sz w:val="18"/>
              </w:rPr>
              <w:t>8</w:t>
            </w:r>
          </w:p>
        </w:tc>
        <w:tc>
          <w:tcPr>
            <w:tcW w:w="3343" w:type="dxa"/>
            <w:gridSpan w:val="2"/>
            <w:vAlign w:val="center"/>
          </w:tcPr>
          <w:p w14:paraId="1F23736B" w14:textId="62601E12" w:rsidR="00F671DE" w:rsidRPr="0052036F" w:rsidRDefault="008241A4">
            <w:pPr>
              <w:rPr>
                <w:highlight w:val="yellow"/>
              </w:rPr>
            </w:pPr>
            <w:proofErr w:type="spellStart"/>
            <w:r w:rsidRPr="008241A4">
              <w:rPr>
                <w:sz w:val="18"/>
              </w:rPr>
              <w:t>Полиграфолог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кабинеті</w:t>
            </w:r>
            <w:proofErr w:type="spellEnd"/>
          </w:p>
        </w:tc>
        <w:tc>
          <w:tcPr>
            <w:tcW w:w="3343" w:type="dxa"/>
            <w:gridSpan w:val="3"/>
            <w:vAlign w:val="center"/>
          </w:tcPr>
          <w:p w14:paraId="2E0F8F43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3D2F7886" w14:textId="77777777" w:rsidTr="00CB57C4">
        <w:trPr>
          <w:jc w:val="center"/>
        </w:trPr>
        <w:tc>
          <w:tcPr>
            <w:tcW w:w="1701" w:type="dxa"/>
            <w:vAlign w:val="center"/>
          </w:tcPr>
          <w:p w14:paraId="2E1E275F" w14:textId="77777777" w:rsidR="00F671DE" w:rsidRDefault="00514F74">
            <w:r>
              <w:rPr>
                <w:sz w:val="18"/>
              </w:rPr>
              <w:t>9</w:t>
            </w:r>
          </w:p>
        </w:tc>
        <w:tc>
          <w:tcPr>
            <w:tcW w:w="3343" w:type="dxa"/>
            <w:gridSpan w:val="2"/>
            <w:vAlign w:val="center"/>
          </w:tcPr>
          <w:p w14:paraId="55D92494" w14:textId="7F317A70" w:rsidR="00F671DE" w:rsidRPr="008241A4" w:rsidRDefault="008241A4">
            <w:pPr>
              <w:rPr>
                <w:highlight w:val="yellow"/>
                <w:lang w:val="ru-RU"/>
              </w:rPr>
            </w:pPr>
            <w:proofErr w:type="spellStart"/>
            <w:r w:rsidRPr="008241A4">
              <w:rPr>
                <w:sz w:val="18"/>
                <w:lang w:val="ru-RU"/>
              </w:rPr>
              <w:t>Психологиялық</w:t>
            </w:r>
            <w:proofErr w:type="spellEnd"/>
            <w:r w:rsidRPr="008241A4">
              <w:rPr>
                <w:sz w:val="18"/>
                <w:lang w:val="ru-RU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қызмет</w:t>
            </w:r>
            <w:proofErr w:type="spellEnd"/>
            <w:r w:rsidRPr="008241A4">
              <w:rPr>
                <w:sz w:val="18"/>
                <w:lang w:val="ru-RU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және</w:t>
            </w:r>
            <w:proofErr w:type="spellEnd"/>
            <w:r w:rsidRPr="008241A4">
              <w:rPr>
                <w:sz w:val="18"/>
                <w:lang w:val="ru-RU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полиграфологиялық</w:t>
            </w:r>
            <w:proofErr w:type="spellEnd"/>
            <w:r w:rsidRPr="008241A4">
              <w:rPr>
                <w:sz w:val="18"/>
                <w:lang w:val="ru-RU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зерттеу</w:t>
            </w:r>
            <w:proofErr w:type="spellEnd"/>
            <w:r w:rsidRPr="008241A4">
              <w:rPr>
                <w:sz w:val="18"/>
                <w:lang w:val="ru-RU"/>
              </w:rPr>
              <w:t xml:space="preserve"> </w:t>
            </w:r>
            <w:proofErr w:type="spellStart"/>
            <w:r w:rsidRPr="008241A4">
              <w:rPr>
                <w:sz w:val="18"/>
                <w:lang w:val="ru-RU"/>
              </w:rPr>
              <w:t>тобы</w:t>
            </w:r>
            <w:proofErr w:type="spellEnd"/>
          </w:p>
        </w:tc>
        <w:tc>
          <w:tcPr>
            <w:tcW w:w="3343" w:type="dxa"/>
            <w:gridSpan w:val="3"/>
            <w:vAlign w:val="center"/>
          </w:tcPr>
          <w:p w14:paraId="065D1D08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1FC54EE0" w14:textId="77777777" w:rsidTr="00CB57C4">
        <w:trPr>
          <w:jc w:val="center"/>
        </w:trPr>
        <w:tc>
          <w:tcPr>
            <w:tcW w:w="1701" w:type="dxa"/>
            <w:vAlign w:val="center"/>
          </w:tcPr>
          <w:p w14:paraId="612F847E" w14:textId="77777777" w:rsidR="00F671DE" w:rsidRDefault="00514F74">
            <w:r>
              <w:rPr>
                <w:sz w:val="18"/>
              </w:rPr>
              <w:t>10</w:t>
            </w:r>
          </w:p>
        </w:tc>
        <w:tc>
          <w:tcPr>
            <w:tcW w:w="3343" w:type="dxa"/>
            <w:gridSpan w:val="2"/>
            <w:vAlign w:val="center"/>
          </w:tcPr>
          <w:p w14:paraId="76FAD17A" w14:textId="581B56BA" w:rsidR="00F671DE" w:rsidRPr="0052036F" w:rsidRDefault="008241A4">
            <w:pPr>
              <w:rPr>
                <w:highlight w:val="yellow"/>
              </w:rPr>
            </w:pPr>
            <w:proofErr w:type="spellStart"/>
            <w:r w:rsidRPr="008241A4">
              <w:rPr>
                <w:sz w:val="18"/>
              </w:rPr>
              <w:t>Қаржылық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қамтамасыз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ету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басқармасы</w:t>
            </w:r>
            <w:proofErr w:type="spellEnd"/>
          </w:p>
        </w:tc>
        <w:tc>
          <w:tcPr>
            <w:tcW w:w="3343" w:type="dxa"/>
            <w:gridSpan w:val="3"/>
            <w:vAlign w:val="center"/>
          </w:tcPr>
          <w:p w14:paraId="0F433141" w14:textId="77777777" w:rsidR="00F671DE" w:rsidRDefault="00514F74">
            <w:r>
              <w:rPr>
                <w:sz w:val="18"/>
              </w:rPr>
              <w:t>5</w:t>
            </w:r>
          </w:p>
        </w:tc>
      </w:tr>
      <w:tr w:rsidR="00F671DE" w14:paraId="2F769301" w14:textId="77777777" w:rsidTr="00CB57C4">
        <w:trPr>
          <w:jc w:val="center"/>
        </w:trPr>
        <w:tc>
          <w:tcPr>
            <w:tcW w:w="1701" w:type="dxa"/>
            <w:vAlign w:val="center"/>
          </w:tcPr>
          <w:p w14:paraId="6F6FAD0E" w14:textId="77777777" w:rsidR="00F671DE" w:rsidRDefault="00514F74">
            <w:r>
              <w:rPr>
                <w:sz w:val="18"/>
              </w:rPr>
              <w:t>11</w:t>
            </w:r>
          </w:p>
        </w:tc>
        <w:tc>
          <w:tcPr>
            <w:tcW w:w="3343" w:type="dxa"/>
            <w:gridSpan w:val="2"/>
            <w:vAlign w:val="center"/>
          </w:tcPr>
          <w:p w14:paraId="2A4EEF71" w14:textId="285148D7" w:rsidR="00F671DE" w:rsidRPr="0052036F" w:rsidRDefault="008241A4">
            <w:pPr>
              <w:rPr>
                <w:highlight w:val="yellow"/>
              </w:rPr>
            </w:pPr>
            <w:proofErr w:type="spellStart"/>
            <w:r w:rsidRPr="008241A4">
              <w:rPr>
                <w:sz w:val="18"/>
              </w:rPr>
              <w:t>Тылдық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қамтамасыз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ету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бөлімі</w:t>
            </w:r>
            <w:proofErr w:type="spellEnd"/>
          </w:p>
        </w:tc>
        <w:tc>
          <w:tcPr>
            <w:tcW w:w="3343" w:type="dxa"/>
            <w:gridSpan w:val="3"/>
            <w:vAlign w:val="center"/>
          </w:tcPr>
          <w:p w14:paraId="3144978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4E2E4E40" w14:textId="77777777" w:rsidTr="00CB57C4">
        <w:trPr>
          <w:jc w:val="center"/>
        </w:trPr>
        <w:tc>
          <w:tcPr>
            <w:tcW w:w="1701" w:type="dxa"/>
            <w:vAlign w:val="center"/>
          </w:tcPr>
          <w:p w14:paraId="72F2493A" w14:textId="77777777" w:rsidR="00F671DE" w:rsidRDefault="00514F74">
            <w:r>
              <w:rPr>
                <w:sz w:val="18"/>
              </w:rPr>
              <w:t>12</w:t>
            </w:r>
          </w:p>
        </w:tc>
        <w:tc>
          <w:tcPr>
            <w:tcW w:w="3343" w:type="dxa"/>
            <w:gridSpan w:val="2"/>
            <w:vAlign w:val="center"/>
          </w:tcPr>
          <w:p w14:paraId="53F03B4B" w14:textId="24F850BC" w:rsidR="00F671DE" w:rsidRPr="008241A4" w:rsidRDefault="008241A4">
            <w:pPr>
              <w:rPr>
                <w:highlight w:val="yellow"/>
                <w:lang w:val="kk-KZ"/>
              </w:rPr>
            </w:pPr>
            <w:proofErr w:type="spellStart"/>
            <w:r w:rsidRPr="008241A4">
              <w:rPr>
                <w:sz w:val="18"/>
              </w:rPr>
              <w:t>Қаржылық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қамтамасыз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ету</w:t>
            </w:r>
            <w:proofErr w:type="spellEnd"/>
            <w:r w:rsidRPr="008241A4">
              <w:rPr>
                <w:sz w:val="18"/>
              </w:rPr>
              <w:t xml:space="preserve"> </w:t>
            </w:r>
            <w:proofErr w:type="spellStart"/>
            <w:r w:rsidRPr="008241A4">
              <w:rPr>
                <w:sz w:val="18"/>
              </w:rPr>
              <w:t>басқармасы</w:t>
            </w:r>
            <w:proofErr w:type="spellEnd"/>
            <w:r>
              <w:rPr>
                <w:sz w:val="18"/>
                <w:lang w:val="kk-KZ"/>
              </w:rPr>
              <w:t xml:space="preserve">ның </w:t>
            </w:r>
            <w:r w:rsidRPr="008241A4">
              <w:rPr>
                <w:sz w:val="18"/>
                <w:lang w:val="kk-KZ"/>
              </w:rPr>
              <w:t>басшысы</w:t>
            </w:r>
          </w:p>
        </w:tc>
        <w:tc>
          <w:tcPr>
            <w:tcW w:w="3343" w:type="dxa"/>
            <w:gridSpan w:val="3"/>
            <w:vAlign w:val="center"/>
          </w:tcPr>
          <w:p w14:paraId="421F8496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4BFA053E" w14:textId="77777777" w:rsidTr="00CB57C4">
        <w:trPr>
          <w:gridAfter w:val="1"/>
          <w:wAfter w:w="23" w:type="dxa"/>
          <w:jc w:val="center"/>
        </w:trPr>
        <w:tc>
          <w:tcPr>
            <w:tcW w:w="3343" w:type="dxa"/>
            <w:gridSpan w:val="2"/>
            <w:vAlign w:val="center"/>
          </w:tcPr>
          <w:p w14:paraId="617CCC55" w14:textId="77777777" w:rsidR="00F671DE" w:rsidRDefault="00F671DE"/>
        </w:tc>
        <w:tc>
          <w:tcPr>
            <w:tcW w:w="3343" w:type="dxa"/>
            <w:gridSpan w:val="2"/>
            <w:vAlign w:val="center"/>
          </w:tcPr>
          <w:p w14:paraId="0BB7C5FA" w14:textId="77777777" w:rsidR="00F671DE" w:rsidRDefault="00514F74">
            <w:proofErr w:type="spellStart"/>
            <w:r>
              <w:rPr>
                <w:b/>
                <w:sz w:val="18"/>
              </w:rPr>
              <w:t>Итого</w:t>
            </w:r>
            <w:proofErr w:type="spellEnd"/>
          </w:p>
        </w:tc>
        <w:tc>
          <w:tcPr>
            <w:tcW w:w="1678" w:type="dxa"/>
            <w:vAlign w:val="center"/>
          </w:tcPr>
          <w:p w14:paraId="2432CD48" w14:textId="77777777" w:rsidR="00F671DE" w:rsidRDefault="00514F74">
            <w:r>
              <w:rPr>
                <w:b/>
                <w:sz w:val="18"/>
              </w:rPr>
              <w:t>16</w:t>
            </w:r>
          </w:p>
        </w:tc>
      </w:tr>
    </w:tbl>
    <w:p w14:paraId="51A7FD4E" w14:textId="77777777" w:rsidR="00F671DE" w:rsidRDefault="00514F74">
      <w:pPr>
        <w:pStyle w:val="21"/>
      </w:pPr>
      <w:proofErr w:type="spellStart"/>
      <w:r>
        <w:t>Четвёртый</w:t>
      </w:r>
      <w:proofErr w:type="spellEnd"/>
      <w:r>
        <w:t xml:space="preserve"> </w:t>
      </w:r>
      <w:proofErr w:type="spellStart"/>
      <w:r>
        <w:t>этаж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343"/>
        <w:gridCol w:w="3343"/>
        <w:gridCol w:w="3343"/>
      </w:tblGrid>
      <w:tr w:rsidR="00F671DE" w14:paraId="2EE537E3" w14:textId="77777777">
        <w:trPr>
          <w:jc w:val="center"/>
        </w:trPr>
        <w:tc>
          <w:tcPr>
            <w:tcW w:w="3343" w:type="dxa"/>
            <w:vAlign w:val="center"/>
          </w:tcPr>
          <w:p w14:paraId="34AD74C0" w14:textId="77777777" w:rsidR="00F671DE" w:rsidRDefault="00514F74">
            <w:r>
              <w:rPr>
                <w:b/>
                <w:sz w:val="18"/>
              </w:rPr>
              <w:t>№</w:t>
            </w:r>
          </w:p>
        </w:tc>
        <w:tc>
          <w:tcPr>
            <w:tcW w:w="3343" w:type="dxa"/>
            <w:vAlign w:val="center"/>
          </w:tcPr>
          <w:p w14:paraId="7D64B44D" w14:textId="77777777" w:rsidR="00F671DE" w:rsidRDefault="00514F74"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помещения</w:t>
            </w:r>
            <w:proofErr w:type="spellEnd"/>
          </w:p>
        </w:tc>
        <w:tc>
          <w:tcPr>
            <w:tcW w:w="3343" w:type="dxa"/>
            <w:vAlign w:val="center"/>
          </w:tcPr>
          <w:p w14:paraId="1B65E3EA" w14:textId="77777777" w:rsidR="00F671DE" w:rsidRDefault="00514F74">
            <w:proofErr w:type="spellStart"/>
            <w:r>
              <w:rPr>
                <w:b/>
                <w:sz w:val="18"/>
              </w:rPr>
              <w:t>Кол-во</w:t>
            </w:r>
            <w:proofErr w:type="spellEnd"/>
          </w:p>
        </w:tc>
      </w:tr>
      <w:tr w:rsidR="00F671DE" w14:paraId="33C06139" w14:textId="77777777">
        <w:trPr>
          <w:jc w:val="center"/>
        </w:trPr>
        <w:tc>
          <w:tcPr>
            <w:tcW w:w="3343" w:type="dxa"/>
            <w:vAlign w:val="center"/>
          </w:tcPr>
          <w:p w14:paraId="2A9DDBEE" w14:textId="77777777" w:rsidR="00F671DE" w:rsidRDefault="00514F74">
            <w:r>
              <w:rPr>
                <w:sz w:val="18"/>
              </w:rPr>
              <w:t>1</w:t>
            </w:r>
          </w:p>
        </w:tc>
        <w:tc>
          <w:tcPr>
            <w:tcW w:w="3343" w:type="dxa"/>
            <w:vAlign w:val="center"/>
          </w:tcPr>
          <w:p w14:paraId="050AF27C" w14:textId="76F3CAF8" w:rsidR="00F671DE" w:rsidRPr="00834697" w:rsidRDefault="00834697">
            <w:pPr>
              <w:rPr>
                <w:highlight w:val="yellow"/>
                <w:lang w:val="kk-KZ"/>
              </w:rPr>
            </w:pPr>
            <w:proofErr w:type="spellStart"/>
            <w:r w:rsidRPr="00834697">
              <w:rPr>
                <w:sz w:val="18"/>
                <w:lang w:val="ru-RU"/>
              </w:rPr>
              <w:t>Төтенше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жағдайлар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департаментінің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бастығы</w:t>
            </w:r>
            <w:proofErr w:type="spellEnd"/>
            <w:r w:rsidRPr="00834697">
              <w:rPr>
                <w:sz w:val="18"/>
              </w:rPr>
              <w:t xml:space="preserve"> </w:t>
            </w:r>
            <w:r w:rsidRPr="00834697">
              <w:rPr>
                <w:sz w:val="18"/>
                <w:lang w:val="ru-RU"/>
              </w:rPr>
              <w:t>полковник</w:t>
            </w:r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Шапағатов</w:t>
            </w:r>
            <w:proofErr w:type="spellEnd"/>
            <w:r w:rsidRPr="00834697">
              <w:rPr>
                <w:sz w:val="18"/>
              </w:rPr>
              <w:t xml:space="preserve"> </w:t>
            </w:r>
            <w:r w:rsidRPr="00834697">
              <w:rPr>
                <w:sz w:val="18"/>
                <w:lang w:val="kk-KZ"/>
              </w:rPr>
              <w:t>Манарбек Қайыргелдіұлы</w:t>
            </w:r>
          </w:p>
        </w:tc>
        <w:tc>
          <w:tcPr>
            <w:tcW w:w="3343" w:type="dxa"/>
            <w:vAlign w:val="center"/>
          </w:tcPr>
          <w:p w14:paraId="10053B4B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71996FB" w14:textId="77777777">
        <w:trPr>
          <w:jc w:val="center"/>
        </w:trPr>
        <w:tc>
          <w:tcPr>
            <w:tcW w:w="3343" w:type="dxa"/>
            <w:vAlign w:val="center"/>
          </w:tcPr>
          <w:p w14:paraId="765E8B4A" w14:textId="77777777" w:rsidR="00F671DE" w:rsidRDefault="00514F74">
            <w:r>
              <w:rPr>
                <w:sz w:val="18"/>
              </w:rPr>
              <w:t>2</w:t>
            </w:r>
          </w:p>
        </w:tc>
        <w:tc>
          <w:tcPr>
            <w:tcW w:w="3343" w:type="dxa"/>
            <w:vAlign w:val="center"/>
          </w:tcPr>
          <w:p w14:paraId="24128FF1" w14:textId="00980D0F" w:rsidR="00F671DE" w:rsidRPr="000A4DE5" w:rsidRDefault="000A4DE5" w:rsidP="000375EC">
            <w:pPr>
              <w:rPr>
                <w:highlight w:val="yellow"/>
                <w:lang w:val="kk-KZ"/>
              </w:rPr>
            </w:pPr>
            <w:proofErr w:type="spellStart"/>
            <w:r w:rsidRPr="00834697">
              <w:rPr>
                <w:sz w:val="18"/>
                <w:lang w:val="ru-RU"/>
              </w:rPr>
              <w:t>Төтенше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жағдайлар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департаментінің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бастығы</w:t>
            </w:r>
            <w:r>
              <w:rPr>
                <w:sz w:val="18"/>
                <w:lang w:val="ru-RU"/>
              </w:rPr>
              <w:t>ның</w:t>
            </w:r>
            <w:proofErr w:type="spellEnd"/>
            <w:r w:rsidRPr="000A4DE5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бірінші</w:t>
            </w:r>
            <w:proofErr w:type="spellEnd"/>
            <w:r w:rsidRPr="000A4DE5">
              <w:rPr>
                <w:sz w:val="18"/>
              </w:rPr>
              <w:t xml:space="preserve"> </w:t>
            </w:r>
            <w:r>
              <w:rPr>
                <w:sz w:val="18"/>
                <w:lang w:val="kk-KZ"/>
              </w:rPr>
              <w:t>орынбасары</w:t>
            </w:r>
            <w:r w:rsidR="000375EC">
              <w:rPr>
                <w:sz w:val="18"/>
                <w:lang w:val="kk-KZ"/>
              </w:rPr>
              <w:t xml:space="preserve"> </w:t>
            </w:r>
          </w:p>
        </w:tc>
        <w:tc>
          <w:tcPr>
            <w:tcW w:w="3343" w:type="dxa"/>
            <w:vAlign w:val="center"/>
          </w:tcPr>
          <w:p w14:paraId="7728E657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170AB087" w14:textId="77777777">
        <w:trPr>
          <w:jc w:val="center"/>
        </w:trPr>
        <w:tc>
          <w:tcPr>
            <w:tcW w:w="3343" w:type="dxa"/>
            <w:vAlign w:val="center"/>
          </w:tcPr>
          <w:p w14:paraId="2BC2134C" w14:textId="77777777" w:rsidR="00F671DE" w:rsidRDefault="00514F74">
            <w:r>
              <w:rPr>
                <w:sz w:val="18"/>
              </w:rPr>
              <w:t>3</w:t>
            </w:r>
          </w:p>
        </w:tc>
        <w:tc>
          <w:tcPr>
            <w:tcW w:w="3343" w:type="dxa"/>
            <w:vAlign w:val="center"/>
          </w:tcPr>
          <w:p w14:paraId="4F6B04AE" w14:textId="5E9727C4" w:rsidR="00F671DE" w:rsidRPr="0052036F" w:rsidRDefault="000A4DE5">
            <w:pPr>
              <w:rPr>
                <w:highlight w:val="yellow"/>
              </w:rPr>
            </w:pPr>
            <w:proofErr w:type="spellStart"/>
            <w:r w:rsidRPr="000A4DE5">
              <w:rPr>
                <w:sz w:val="18"/>
              </w:rPr>
              <w:t>Қабылдау</w:t>
            </w:r>
            <w:proofErr w:type="spellEnd"/>
            <w:r w:rsidRPr="000A4DE5">
              <w:rPr>
                <w:sz w:val="18"/>
              </w:rPr>
              <w:t xml:space="preserve"> </w:t>
            </w:r>
            <w:proofErr w:type="spellStart"/>
            <w:r w:rsidRPr="000A4DE5">
              <w:rPr>
                <w:sz w:val="18"/>
              </w:rPr>
              <w:t>бөлмесі</w:t>
            </w:r>
            <w:proofErr w:type="spellEnd"/>
          </w:p>
        </w:tc>
        <w:tc>
          <w:tcPr>
            <w:tcW w:w="3343" w:type="dxa"/>
            <w:vAlign w:val="center"/>
          </w:tcPr>
          <w:p w14:paraId="579F5848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3447C5FD" w14:textId="77777777">
        <w:trPr>
          <w:jc w:val="center"/>
        </w:trPr>
        <w:tc>
          <w:tcPr>
            <w:tcW w:w="3343" w:type="dxa"/>
            <w:vAlign w:val="center"/>
          </w:tcPr>
          <w:p w14:paraId="1022F3E0" w14:textId="77777777" w:rsidR="00F671DE" w:rsidRDefault="00514F74">
            <w:r>
              <w:rPr>
                <w:sz w:val="18"/>
              </w:rPr>
              <w:t>4</w:t>
            </w:r>
          </w:p>
        </w:tc>
        <w:tc>
          <w:tcPr>
            <w:tcW w:w="3343" w:type="dxa"/>
            <w:vAlign w:val="center"/>
          </w:tcPr>
          <w:p w14:paraId="27F2A122" w14:textId="318EFA95" w:rsidR="00F671DE" w:rsidRPr="0052036F" w:rsidRDefault="000A4DE5">
            <w:pPr>
              <w:rPr>
                <w:highlight w:val="yellow"/>
              </w:rPr>
            </w:pPr>
            <w:proofErr w:type="spellStart"/>
            <w:r w:rsidRPr="000A4DE5">
              <w:rPr>
                <w:sz w:val="18"/>
              </w:rPr>
              <w:t>Дәретхана</w:t>
            </w:r>
            <w:proofErr w:type="spellEnd"/>
          </w:p>
        </w:tc>
        <w:tc>
          <w:tcPr>
            <w:tcW w:w="3343" w:type="dxa"/>
            <w:vAlign w:val="center"/>
          </w:tcPr>
          <w:p w14:paraId="221C5724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0F6AFC67" w14:textId="77777777">
        <w:trPr>
          <w:jc w:val="center"/>
        </w:trPr>
        <w:tc>
          <w:tcPr>
            <w:tcW w:w="3343" w:type="dxa"/>
            <w:vAlign w:val="center"/>
          </w:tcPr>
          <w:p w14:paraId="40834072" w14:textId="77777777" w:rsidR="00F671DE" w:rsidRDefault="00514F74">
            <w:r>
              <w:rPr>
                <w:sz w:val="18"/>
              </w:rPr>
              <w:t>5</w:t>
            </w:r>
          </w:p>
        </w:tc>
        <w:tc>
          <w:tcPr>
            <w:tcW w:w="3343" w:type="dxa"/>
            <w:vAlign w:val="center"/>
          </w:tcPr>
          <w:p w14:paraId="064C1E79" w14:textId="7283DE24" w:rsidR="00F671DE" w:rsidRPr="0052036F" w:rsidRDefault="000A4DE5">
            <w:pPr>
              <w:rPr>
                <w:highlight w:val="yellow"/>
              </w:rPr>
            </w:pPr>
            <w:proofErr w:type="spellStart"/>
            <w:r w:rsidRPr="000A4DE5">
              <w:rPr>
                <w:sz w:val="18"/>
              </w:rPr>
              <w:t>Акт</w:t>
            </w:r>
            <w:proofErr w:type="spellEnd"/>
            <w:r w:rsidRPr="000A4DE5">
              <w:rPr>
                <w:sz w:val="18"/>
              </w:rPr>
              <w:t xml:space="preserve"> </w:t>
            </w:r>
            <w:proofErr w:type="spellStart"/>
            <w:r w:rsidRPr="000A4DE5">
              <w:rPr>
                <w:sz w:val="18"/>
              </w:rPr>
              <w:t>залы</w:t>
            </w:r>
            <w:proofErr w:type="spellEnd"/>
          </w:p>
        </w:tc>
        <w:tc>
          <w:tcPr>
            <w:tcW w:w="3343" w:type="dxa"/>
            <w:vAlign w:val="center"/>
          </w:tcPr>
          <w:p w14:paraId="3139BF41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564552FE" w14:textId="77777777">
        <w:trPr>
          <w:jc w:val="center"/>
        </w:trPr>
        <w:tc>
          <w:tcPr>
            <w:tcW w:w="3343" w:type="dxa"/>
            <w:vAlign w:val="center"/>
          </w:tcPr>
          <w:p w14:paraId="1661C274" w14:textId="77777777" w:rsidR="00F671DE" w:rsidRDefault="00514F74">
            <w:r>
              <w:rPr>
                <w:sz w:val="18"/>
              </w:rPr>
              <w:t>6</w:t>
            </w:r>
          </w:p>
        </w:tc>
        <w:tc>
          <w:tcPr>
            <w:tcW w:w="3343" w:type="dxa"/>
            <w:vAlign w:val="center"/>
          </w:tcPr>
          <w:p w14:paraId="3F6D971C" w14:textId="14100AE9" w:rsidR="00F671DE" w:rsidRPr="0052036F" w:rsidRDefault="000A4DE5">
            <w:pPr>
              <w:rPr>
                <w:highlight w:val="yellow"/>
              </w:rPr>
            </w:pPr>
            <w:r>
              <w:rPr>
                <w:sz w:val="18"/>
                <w:lang w:val="kk-KZ"/>
              </w:rPr>
              <w:t>Д</w:t>
            </w:r>
            <w:proofErr w:type="spellStart"/>
            <w:r w:rsidRPr="000A4DE5">
              <w:rPr>
                <w:sz w:val="18"/>
              </w:rPr>
              <w:t>әрігер</w:t>
            </w:r>
            <w:proofErr w:type="spellEnd"/>
          </w:p>
        </w:tc>
        <w:tc>
          <w:tcPr>
            <w:tcW w:w="3343" w:type="dxa"/>
            <w:vAlign w:val="center"/>
          </w:tcPr>
          <w:p w14:paraId="6A4AE523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B677E1E" w14:textId="77777777">
        <w:trPr>
          <w:jc w:val="center"/>
        </w:trPr>
        <w:tc>
          <w:tcPr>
            <w:tcW w:w="3343" w:type="dxa"/>
            <w:vAlign w:val="center"/>
          </w:tcPr>
          <w:p w14:paraId="3C8DCDF7" w14:textId="77777777" w:rsidR="00F671DE" w:rsidRDefault="00514F74">
            <w:r>
              <w:rPr>
                <w:sz w:val="18"/>
              </w:rPr>
              <w:t>7</w:t>
            </w:r>
          </w:p>
        </w:tc>
        <w:tc>
          <w:tcPr>
            <w:tcW w:w="3343" w:type="dxa"/>
            <w:vAlign w:val="center"/>
          </w:tcPr>
          <w:p w14:paraId="5ACFCAB1" w14:textId="30F84D3D" w:rsidR="00F671DE" w:rsidRDefault="000A4DE5" w:rsidP="000A4DE5">
            <w:pPr>
              <w:rPr>
                <w:sz w:val="18"/>
                <w:lang w:val="kk-KZ"/>
              </w:rPr>
            </w:pPr>
            <w:proofErr w:type="spellStart"/>
            <w:r w:rsidRPr="00834697">
              <w:rPr>
                <w:sz w:val="18"/>
                <w:lang w:val="ru-RU"/>
              </w:rPr>
              <w:t>Төтенше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жағдайлар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департаменті</w:t>
            </w:r>
            <w:proofErr w:type="spellEnd"/>
            <w:r w:rsidRPr="00834697">
              <w:rPr>
                <w:sz w:val="18"/>
              </w:rPr>
              <w:t xml:space="preserve"> </w:t>
            </w:r>
            <w:proofErr w:type="spellStart"/>
            <w:r w:rsidRPr="00834697">
              <w:rPr>
                <w:sz w:val="18"/>
                <w:lang w:val="ru-RU"/>
              </w:rPr>
              <w:t>бастығы</w:t>
            </w:r>
            <w:r>
              <w:rPr>
                <w:sz w:val="18"/>
                <w:lang w:val="ru-RU"/>
              </w:rPr>
              <w:t>ның</w:t>
            </w:r>
            <w:proofErr w:type="spellEnd"/>
            <w:r w:rsidRPr="000A4DE5">
              <w:rPr>
                <w:sz w:val="18"/>
              </w:rPr>
              <w:t xml:space="preserve"> </w:t>
            </w:r>
            <w:r>
              <w:rPr>
                <w:sz w:val="18"/>
                <w:lang w:val="kk-KZ"/>
              </w:rPr>
              <w:t xml:space="preserve">орынбасары </w:t>
            </w:r>
            <w:r w:rsidR="009A1E92">
              <w:rPr>
                <w:sz w:val="18"/>
                <w:lang w:val="kk-KZ"/>
              </w:rPr>
              <w:t>азаматтық қорғау подполковнигі Далешов Думан Қайратұлы</w:t>
            </w:r>
          </w:p>
          <w:p w14:paraId="583626D2" w14:textId="77777777" w:rsidR="000375EC" w:rsidRDefault="000375EC" w:rsidP="000A4DE5">
            <w:pPr>
              <w:rPr>
                <w:sz w:val="18"/>
                <w:lang w:val="kk-KZ"/>
              </w:rPr>
            </w:pPr>
          </w:p>
          <w:p w14:paraId="27234197" w14:textId="43420E94" w:rsidR="0000607D" w:rsidRPr="0000607D" w:rsidRDefault="0000607D" w:rsidP="000375EC">
            <w:pPr>
              <w:rPr>
                <w:highlight w:val="yellow"/>
                <w:lang w:val="kk-KZ"/>
              </w:rPr>
            </w:pPr>
            <w:r w:rsidRPr="0000607D">
              <w:rPr>
                <w:sz w:val="18"/>
                <w:lang w:val="kk-KZ"/>
              </w:rPr>
              <w:t xml:space="preserve">Төтенше жағдайлар департаменті бастығының </w:t>
            </w:r>
            <w:r>
              <w:rPr>
                <w:sz w:val="18"/>
                <w:lang w:val="kk-KZ"/>
              </w:rPr>
              <w:t xml:space="preserve">орынбасары подполковник </w:t>
            </w:r>
            <w:r w:rsidR="00EC145A">
              <w:rPr>
                <w:sz w:val="18"/>
                <w:lang w:val="kk-KZ"/>
              </w:rPr>
              <w:t>Жанаспаев Қайрат Мейрбекұлы</w:t>
            </w:r>
          </w:p>
        </w:tc>
        <w:tc>
          <w:tcPr>
            <w:tcW w:w="3343" w:type="dxa"/>
            <w:vAlign w:val="center"/>
          </w:tcPr>
          <w:p w14:paraId="0E9814ED" w14:textId="77777777" w:rsidR="00F671DE" w:rsidRDefault="00514F74">
            <w:r>
              <w:rPr>
                <w:sz w:val="18"/>
              </w:rPr>
              <w:t>2</w:t>
            </w:r>
          </w:p>
        </w:tc>
      </w:tr>
      <w:tr w:rsidR="00F671DE" w14:paraId="67C4F141" w14:textId="77777777">
        <w:trPr>
          <w:jc w:val="center"/>
        </w:trPr>
        <w:tc>
          <w:tcPr>
            <w:tcW w:w="3343" w:type="dxa"/>
            <w:vAlign w:val="center"/>
          </w:tcPr>
          <w:p w14:paraId="4C5E43AD" w14:textId="77777777" w:rsidR="00F671DE" w:rsidRDefault="00514F74">
            <w:r>
              <w:rPr>
                <w:sz w:val="18"/>
              </w:rPr>
              <w:t>8</w:t>
            </w:r>
          </w:p>
        </w:tc>
        <w:tc>
          <w:tcPr>
            <w:tcW w:w="3343" w:type="dxa"/>
            <w:vAlign w:val="center"/>
          </w:tcPr>
          <w:p w14:paraId="57572A93" w14:textId="76271B62" w:rsidR="00F671DE" w:rsidRPr="0052036F" w:rsidRDefault="009A1E92">
            <w:pPr>
              <w:rPr>
                <w:highlight w:val="yellow"/>
              </w:rPr>
            </w:pPr>
            <w:r>
              <w:rPr>
                <w:sz w:val="18"/>
                <w:lang w:val="kk-KZ"/>
              </w:rPr>
              <w:t>Д</w:t>
            </w:r>
            <w:proofErr w:type="spellStart"/>
            <w:r w:rsidRPr="009A1E92">
              <w:rPr>
                <w:sz w:val="18"/>
              </w:rPr>
              <w:t>емалыс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</w:rPr>
              <w:t>бөлмесі</w:t>
            </w:r>
            <w:proofErr w:type="spellEnd"/>
          </w:p>
        </w:tc>
        <w:tc>
          <w:tcPr>
            <w:tcW w:w="3343" w:type="dxa"/>
            <w:vAlign w:val="center"/>
          </w:tcPr>
          <w:p w14:paraId="4609245E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59D50926" w14:textId="77777777">
        <w:trPr>
          <w:jc w:val="center"/>
        </w:trPr>
        <w:tc>
          <w:tcPr>
            <w:tcW w:w="3343" w:type="dxa"/>
            <w:vAlign w:val="center"/>
          </w:tcPr>
          <w:p w14:paraId="096832EB" w14:textId="77777777" w:rsidR="00F671DE" w:rsidRDefault="00514F74">
            <w:r>
              <w:rPr>
                <w:sz w:val="18"/>
              </w:rPr>
              <w:t>9</w:t>
            </w:r>
          </w:p>
        </w:tc>
        <w:tc>
          <w:tcPr>
            <w:tcW w:w="3343" w:type="dxa"/>
            <w:vAlign w:val="center"/>
          </w:tcPr>
          <w:p w14:paraId="7D760ED9" w14:textId="5C0783F0" w:rsidR="00F671DE" w:rsidRPr="009A1E92" w:rsidRDefault="0038005E" w:rsidP="0038005E">
            <w:pPr>
              <w:rPr>
                <w:highlight w:val="yellow"/>
                <w:lang w:val="kk-KZ"/>
              </w:rPr>
            </w:pPr>
            <w:r w:rsidRPr="0038005E">
              <w:rPr>
                <w:lang w:val="kk-KZ"/>
              </w:rPr>
              <w:t>Ұйымдастыру және ақпараттық-аналитикалық жұмыс тобы</w:t>
            </w:r>
          </w:p>
        </w:tc>
        <w:tc>
          <w:tcPr>
            <w:tcW w:w="3343" w:type="dxa"/>
            <w:vAlign w:val="center"/>
          </w:tcPr>
          <w:p w14:paraId="3524A4DA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38005E" w14:paraId="4033B33C" w14:textId="77777777">
        <w:trPr>
          <w:jc w:val="center"/>
        </w:trPr>
        <w:tc>
          <w:tcPr>
            <w:tcW w:w="3343" w:type="dxa"/>
            <w:vAlign w:val="center"/>
          </w:tcPr>
          <w:p w14:paraId="26A69E9E" w14:textId="77777777" w:rsidR="0038005E" w:rsidRDefault="0038005E">
            <w:pPr>
              <w:rPr>
                <w:sz w:val="18"/>
              </w:rPr>
            </w:pPr>
          </w:p>
        </w:tc>
        <w:tc>
          <w:tcPr>
            <w:tcW w:w="3343" w:type="dxa"/>
            <w:vAlign w:val="center"/>
          </w:tcPr>
          <w:p w14:paraId="611FE4B2" w14:textId="1FB079A2" w:rsidR="0038005E" w:rsidRPr="009A1E92" w:rsidRDefault="0038005E">
            <w:pPr>
              <w:rPr>
                <w:sz w:val="18"/>
                <w:highlight w:val="yellow"/>
                <w:lang w:val="ru-RU"/>
              </w:rPr>
            </w:pPr>
            <w:r w:rsidRPr="009A1E92">
              <w:rPr>
                <w:sz w:val="18"/>
                <w:lang w:val="kk-KZ"/>
              </w:rPr>
              <w:t>Заң бөлімі</w:t>
            </w:r>
          </w:p>
        </w:tc>
        <w:tc>
          <w:tcPr>
            <w:tcW w:w="3343" w:type="dxa"/>
            <w:vAlign w:val="center"/>
          </w:tcPr>
          <w:p w14:paraId="1F955D94" w14:textId="68C16194" w:rsidR="0038005E" w:rsidRPr="0038005E" w:rsidRDefault="0038005E">
            <w:pPr>
              <w:rPr>
                <w:sz w:val="18"/>
                <w:lang w:val="kk-KZ"/>
              </w:rPr>
            </w:pPr>
            <w:r>
              <w:rPr>
                <w:sz w:val="18"/>
                <w:lang w:val="kk-KZ"/>
              </w:rPr>
              <w:t>1</w:t>
            </w:r>
          </w:p>
        </w:tc>
      </w:tr>
      <w:tr w:rsidR="00F671DE" w14:paraId="34CE03D2" w14:textId="77777777">
        <w:trPr>
          <w:jc w:val="center"/>
        </w:trPr>
        <w:tc>
          <w:tcPr>
            <w:tcW w:w="3343" w:type="dxa"/>
            <w:vAlign w:val="center"/>
          </w:tcPr>
          <w:p w14:paraId="5CCCDB5B" w14:textId="77777777" w:rsidR="00F671DE" w:rsidRDefault="00514F74">
            <w:r>
              <w:rPr>
                <w:sz w:val="18"/>
              </w:rPr>
              <w:t>10</w:t>
            </w:r>
          </w:p>
        </w:tc>
        <w:tc>
          <w:tcPr>
            <w:tcW w:w="3343" w:type="dxa"/>
            <w:vAlign w:val="center"/>
          </w:tcPr>
          <w:p w14:paraId="3A08291F" w14:textId="6317F07D" w:rsidR="00F671DE" w:rsidRPr="009A1E92" w:rsidRDefault="009A1E92">
            <w:pPr>
              <w:rPr>
                <w:highlight w:val="yellow"/>
                <w:lang w:val="ru-RU"/>
              </w:rPr>
            </w:pPr>
            <w:proofErr w:type="spellStart"/>
            <w:r w:rsidRPr="009A1E92">
              <w:rPr>
                <w:sz w:val="18"/>
                <w:lang w:val="ru-RU"/>
              </w:rPr>
              <w:t>Имидждік</w:t>
            </w:r>
            <w:proofErr w:type="spellEnd"/>
            <w:r w:rsidRPr="009A1E92">
              <w:rPr>
                <w:sz w:val="18"/>
                <w:lang w:val="ru-RU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жұмыс</w:t>
            </w:r>
            <w:proofErr w:type="spellEnd"/>
            <w:r w:rsidRPr="009A1E92">
              <w:rPr>
                <w:sz w:val="18"/>
                <w:lang w:val="ru-RU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және</w:t>
            </w:r>
            <w:proofErr w:type="spellEnd"/>
            <w:r w:rsidRPr="009A1E92">
              <w:rPr>
                <w:sz w:val="18"/>
                <w:lang w:val="ru-RU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сыртқы</w:t>
            </w:r>
            <w:proofErr w:type="spellEnd"/>
            <w:r w:rsidRPr="009A1E92">
              <w:rPr>
                <w:sz w:val="18"/>
                <w:lang w:val="ru-RU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коммуникациялар</w:t>
            </w:r>
            <w:proofErr w:type="spellEnd"/>
            <w:r w:rsidRPr="009A1E92">
              <w:rPr>
                <w:sz w:val="18"/>
                <w:lang w:val="ru-RU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тобы</w:t>
            </w:r>
            <w:proofErr w:type="spellEnd"/>
          </w:p>
        </w:tc>
        <w:tc>
          <w:tcPr>
            <w:tcW w:w="3343" w:type="dxa"/>
            <w:vAlign w:val="center"/>
          </w:tcPr>
          <w:p w14:paraId="661E55CA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00607D" w14:paraId="214B4362" w14:textId="77777777">
        <w:trPr>
          <w:jc w:val="center"/>
        </w:trPr>
        <w:tc>
          <w:tcPr>
            <w:tcW w:w="3343" w:type="dxa"/>
            <w:vAlign w:val="center"/>
          </w:tcPr>
          <w:p w14:paraId="46251898" w14:textId="77777777" w:rsidR="0000607D" w:rsidRDefault="0000607D">
            <w:pPr>
              <w:rPr>
                <w:sz w:val="18"/>
              </w:rPr>
            </w:pPr>
          </w:p>
        </w:tc>
        <w:tc>
          <w:tcPr>
            <w:tcW w:w="3343" w:type="dxa"/>
            <w:vAlign w:val="center"/>
          </w:tcPr>
          <w:p w14:paraId="182D4D99" w14:textId="6645C366" w:rsidR="0000607D" w:rsidRPr="009A1E92" w:rsidRDefault="0000607D">
            <w:pPr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Ө</w:t>
            </w:r>
            <w:proofErr w:type="spellStart"/>
            <w:r w:rsidRPr="00264B0D">
              <w:rPr>
                <w:sz w:val="18"/>
              </w:rPr>
              <w:t>зіндік</w:t>
            </w:r>
            <w:proofErr w:type="spellEnd"/>
            <w:r w:rsidRPr="00264B0D">
              <w:rPr>
                <w:sz w:val="18"/>
              </w:rPr>
              <w:t xml:space="preserve"> </w:t>
            </w:r>
            <w:proofErr w:type="spellStart"/>
            <w:r w:rsidRPr="00264B0D">
              <w:rPr>
                <w:sz w:val="18"/>
              </w:rPr>
              <w:t>қауіпсіздік</w:t>
            </w:r>
            <w:proofErr w:type="spellEnd"/>
            <w:r w:rsidRPr="00264B0D">
              <w:rPr>
                <w:sz w:val="18"/>
              </w:rPr>
              <w:t xml:space="preserve"> </w:t>
            </w:r>
            <w:proofErr w:type="spellStart"/>
            <w:r w:rsidRPr="00264B0D">
              <w:rPr>
                <w:sz w:val="18"/>
              </w:rPr>
              <w:t>тобы</w:t>
            </w:r>
            <w:proofErr w:type="spellEnd"/>
          </w:p>
        </w:tc>
        <w:tc>
          <w:tcPr>
            <w:tcW w:w="3343" w:type="dxa"/>
            <w:vAlign w:val="center"/>
          </w:tcPr>
          <w:p w14:paraId="1D0699E9" w14:textId="1D6617CB" w:rsidR="0000607D" w:rsidRDefault="0000607D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00607D" w14:paraId="5861CDF2" w14:textId="77777777">
        <w:trPr>
          <w:jc w:val="center"/>
        </w:trPr>
        <w:tc>
          <w:tcPr>
            <w:tcW w:w="3343" w:type="dxa"/>
            <w:vAlign w:val="center"/>
          </w:tcPr>
          <w:p w14:paraId="5E75562B" w14:textId="77777777" w:rsidR="0000607D" w:rsidRDefault="0000607D"/>
        </w:tc>
        <w:tc>
          <w:tcPr>
            <w:tcW w:w="3343" w:type="dxa"/>
            <w:vAlign w:val="center"/>
          </w:tcPr>
          <w:p w14:paraId="5677A961" w14:textId="77777777" w:rsidR="0000607D" w:rsidRDefault="0000607D">
            <w:proofErr w:type="spellStart"/>
            <w:r>
              <w:rPr>
                <w:b/>
                <w:sz w:val="18"/>
              </w:rPr>
              <w:t>Итого</w:t>
            </w:r>
            <w:proofErr w:type="spellEnd"/>
          </w:p>
        </w:tc>
        <w:tc>
          <w:tcPr>
            <w:tcW w:w="3343" w:type="dxa"/>
            <w:vAlign w:val="center"/>
          </w:tcPr>
          <w:p w14:paraId="47A9CE72" w14:textId="4C5F1156" w:rsidR="0000607D" w:rsidRPr="0038005E" w:rsidRDefault="0038005E">
            <w:pPr>
              <w:rPr>
                <w:lang w:val="kk-KZ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sz w:val="18"/>
                <w:lang w:val="kk-KZ"/>
              </w:rPr>
              <w:t>2</w:t>
            </w:r>
          </w:p>
        </w:tc>
      </w:tr>
    </w:tbl>
    <w:p w14:paraId="3B269149" w14:textId="77777777" w:rsidR="00F671DE" w:rsidRDefault="00514F74">
      <w:pPr>
        <w:pStyle w:val="21"/>
      </w:pPr>
      <w:proofErr w:type="spellStart"/>
      <w:r>
        <w:t>Пятый</w:t>
      </w:r>
      <w:proofErr w:type="spellEnd"/>
      <w:r>
        <w:t xml:space="preserve"> </w:t>
      </w:r>
      <w:proofErr w:type="spellStart"/>
      <w:r>
        <w:t>этаж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343"/>
        <w:gridCol w:w="3343"/>
        <w:gridCol w:w="3343"/>
      </w:tblGrid>
      <w:tr w:rsidR="00F671DE" w14:paraId="5E3F9F53" w14:textId="77777777">
        <w:trPr>
          <w:jc w:val="center"/>
        </w:trPr>
        <w:tc>
          <w:tcPr>
            <w:tcW w:w="3343" w:type="dxa"/>
            <w:vAlign w:val="center"/>
          </w:tcPr>
          <w:p w14:paraId="51A0653A" w14:textId="77777777" w:rsidR="00F671DE" w:rsidRDefault="00514F74">
            <w:r>
              <w:rPr>
                <w:b/>
                <w:sz w:val="18"/>
              </w:rPr>
              <w:t>№</w:t>
            </w:r>
          </w:p>
        </w:tc>
        <w:tc>
          <w:tcPr>
            <w:tcW w:w="3343" w:type="dxa"/>
            <w:vAlign w:val="center"/>
          </w:tcPr>
          <w:p w14:paraId="11583565" w14:textId="77777777" w:rsidR="00F671DE" w:rsidRDefault="00514F74"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помещения</w:t>
            </w:r>
            <w:proofErr w:type="spellEnd"/>
          </w:p>
        </w:tc>
        <w:tc>
          <w:tcPr>
            <w:tcW w:w="3343" w:type="dxa"/>
            <w:vAlign w:val="center"/>
          </w:tcPr>
          <w:p w14:paraId="00051692" w14:textId="77777777" w:rsidR="00F671DE" w:rsidRDefault="00514F74">
            <w:proofErr w:type="spellStart"/>
            <w:r>
              <w:rPr>
                <w:b/>
                <w:sz w:val="18"/>
              </w:rPr>
              <w:t>Кол-во</w:t>
            </w:r>
            <w:proofErr w:type="spellEnd"/>
          </w:p>
        </w:tc>
      </w:tr>
      <w:tr w:rsidR="00F671DE" w14:paraId="37006A56" w14:textId="77777777">
        <w:trPr>
          <w:jc w:val="center"/>
        </w:trPr>
        <w:tc>
          <w:tcPr>
            <w:tcW w:w="3343" w:type="dxa"/>
            <w:vAlign w:val="center"/>
          </w:tcPr>
          <w:p w14:paraId="49D02D83" w14:textId="77777777" w:rsidR="00F671DE" w:rsidRDefault="00514F74">
            <w:r>
              <w:rPr>
                <w:sz w:val="18"/>
              </w:rPr>
              <w:t>1</w:t>
            </w:r>
          </w:p>
        </w:tc>
        <w:tc>
          <w:tcPr>
            <w:tcW w:w="3343" w:type="dxa"/>
            <w:vAlign w:val="center"/>
          </w:tcPr>
          <w:p w14:paraId="526ED3AE" w14:textId="74D07461" w:rsidR="00F671DE" w:rsidRPr="0052036F" w:rsidRDefault="009A1E92">
            <w:pPr>
              <w:rPr>
                <w:highlight w:val="yellow"/>
                <w:lang w:val="ru-RU"/>
              </w:rPr>
            </w:pPr>
            <w:proofErr w:type="spellStart"/>
            <w:r w:rsidRPr="009A1E92">
              <w:rPr>
                <w:sz w:val="18"/>
                <w:lang w:val="ru-RU"/>
              </w:rPr>
              <w:t>Мемл</w:t>
            </w:r>
            <w:r>
              <w:rPr>
                <w:sz w:val="18"/>
                <w:lang w:val="ru-RU"/>
              </w:rPr>
              <w:t>екеттік</w:t>
            </w:r>
            <w:proofErr w:type="spellEnd"/>
            <w:r>
              <w:rPr>
                <w:sz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өрт</w:t>
            </w:r>
            <w:proofErr w:type="spellEnd"/>
            <w:r>
              <w:rPr>
                <w:sz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бақылау</w:t>
            </w:r>
            <w:proofErr w:type="spellEnd"/>
            <w:r>
              <w:rPr>
                <w:sz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басқармасы</w:t>
            </w:r>
            <w:proofErr w:type="spellEnd"/>
            <w:r>
              <w:rPr>
                <w:sz w:val="18"/>
                <w:lang w:val="ru-RU"/>
              </w:rPr>
              <w:t xml:space="preserve"> </w:t>
            </w:r>
          </w:p>
        </w:tc>
        <w:tc>
          <w:tcPr>
            <w:tcW w:w="3343" w:type="dxa"/>
            <w:vAlign w:val="center"/>
          </w:tcPr>
          <w:p w14:paraId="00BB92EE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63AAEEB6" w14:textId="77777777">
        <w:trPr>
          <w:jc w:val="center"/>
        </w:trPr>
        <w:tc>
          <w:tcPr>
            <w:tcW w:w="3343" w:type="dxa"/>
            <w:vAlign w:val="center"/>
          </w:tcPr>
          <w:p w14:paraId="25FC2FB9" w14:textId="77777777" w:rsidR="00F671DE" w:rsidRDefault="00514F74">
            <w:r>
              <w:rPr>
                <w:sz w:val="18"/>
              </w:rPr>
              <w:t>2</w:t>
            </w:r>
          </w:p>
        </w:tc>
        <w:tc>
          <w:tcPr>
            <w:tcW w:w="3343" w:type="dxa"/>
            <w:vAlign w:val="center"/>
          </w:tcPr>
          <w:p w14:paraId="56BFA047" w14:textId="10D9BEB5" w:rsidR="00F671DE" w:rsidRPr="009A1E92" w:rsidRDefault="009A1E92">
            <w:pPr>
              <w:rPr>
                <w:highlight w:val="yellow"/>
              </w:rPr>
            </w:pPr>
            <w:proofErr w:type="spellStart"/>
            <w:r w:rsidRPr="009A1E92">
              <w:rPr>
                <w:sz w:val="18"/>
                <w:lang w:val="ru-RU"/>
              </w:rPr>
              <w:t>Мемл</w:t>
            </w:r>
            <w:r>
              <w:rPr>
                <w:sz w:val="18"/>
                <w:lang w:val="ru-RU"/>
              </w:rPr>
              <w:t>екеттік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өрт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бақылау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басқармасының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бастығы</w:t>
            </w:r>
            <w:proofErr w:type="spellEnd"/>
          </w:p>
        </w:tc>
        <w:tc>
          <w:tcPr>
            <w:tcW w:w="3343" w:type="dxa"/>
            <w:vAlign w:val="center"/>
          </w:tcPr>
          <w:p w14:paraId="107495FE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2A72339A" w14:textId="77777777">
        <w:trPr>
          <w:jc w:val="center"/>
        </w:trPr>
        <w:tc>
          <w:tcPr>
            <w:tcW w:w="3343" w:type="dxa"/>
            <w:vAlign w:val="center"/>
          </w:tcPr>
          <w:p w14:paraId="2F94BA39" w14:textId="77777777" w:rsidR="00F671DE" w:rsidRDefault="00514F74">
            <w:r>
              <w:rPr>
                <w:sz w:val="18"/>
              </w:rPr>
              <w:lastRenderedPageBreak/>
              <w:t>3</w:t>
            </w:r>
          </w:p>
        </w:tc>
        <w:tc>
          <w:tcPr>
            <w:tcW w:w="3343" w:type="dxa"/>
            <w:vAlign w:val="center"/>
          </w:tcPr>
          <w:p w14:paraId="77B8EB14" w14:textId="241D604F" w:rsidR="00F671DE" w:rsidRPr="009A1E92" w:rsidRDefault="009A1E92" w:rsidP="009A1E92">
            <w:pPr>
              <w:rPr>
                <w:highlight w:val="yellow"/>
                <w:lang w:val="kk-KZ"/>
              </w:rPr>
            </w:pPr>
            <w:proofErr w:type="spellStart"/>
            <w:r w:rsidRPr="009A1E92">
              <w:rPr>
                <w:sz w:val="18"/>
                <w:lang w:val="ru-RU"/>
              </w:rPr>
              <w:t>Мемл</w:t>
            </w:r>
            <w:r>
              <w:rPr>
                <w:sz w:val="18"/>
                <w:lang w:val="ru-RU"/>
              </w:rPr>
              <w:t>екеттік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өрт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бақылау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басқармасы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бастығының</w:t>
            </w:r>
            <w:proofErr w:type="spellEnd"/>
            <w:r w:rsidRPr="009A1E92">
              <w:rPr>
                <w:sz w:val="18"/>
              </w:rPr>
              <w:t xml:space="preserve"> </w:t>
            </w:r>
            <w:r>
              <w:rPr>
                <w:sz w:val="18"/>
                <w:lang w:val="kk-KZ"/>
              </w:rPr>
              <w:t>орынбасары</w:t>
            </w:r>
          </w:p>
        </w:tc>
        <w:tc>
          <w:tcPr>
            <w:tcW w:w="3343" w:type="dxa"/>
            <w:vAlign w:val="center"/>
          </w:tcPr>
          <w:p w14:paraId="0C1F5E52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432DBB9A" w14:textId="77777777">
        <w:trPr>
          <w:jc w:val="center"/>
        </w:trPr>
        <w:tc>
          <w:tcPr>
            <w:tcW w:w="3343" w:type="dxa"/>
            <w:vAlign w:val="center"/>
          </w:tcPr>
          <w:p w14:paraId="7A325D2E" w14:textId="77777777" w:rsidR="00F671DE" w:rsidRDefault="00514F74">
            <w:r>
              <w:rPr>
                <w:sz w:val="18"/>
              </w:rPr>
              <w:t>4</w:t>
            </w:r>
          </w:p>
        </w:tc>
        <w:tc>
          <w:tcPr>
            <w:tcW w:w="3343" w:type="dxa"/>
            <w:vAlign w:val="center"/>
          </w:tcPr>
          <w:p w14:paraId="792D9D6D" w14:textId="1E52781D" w:rsidR="00F671DE" w:rsidRPr="0052036F" w:rsidRDefault="009A1E92">
            <w:pPr>
              <w:rPr>
                <w:highlight w:val="yellow"/>
                <w:lang w:val="ru-RU"/>
              </w:rPr>
            </w:pPr>
            <w:proofErr w:type="spellStart"/>
            <w:r w:rsidRPr="009A1E92">
              <w:rPr>
                <w:sz w:val="18"/>
                <w:lang w:val="ru-RU"/>
              </w:rPr>
              <w:t>Төтенше</w:t>
            </w:r>
            <w:proofErr w:type="spellEnd"/>
            <w:r w:rsidRPr="009A1E92">
              <w:rPr>
                <w:sz w:val="18"/>
                <w:lang w:val="ru-RU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жағдайларды</w:t>
            </w:r>
            <w:proofErr w:type="spellEnd"/>
            <w:r w:rsidRPr="009A1E92">
              <w:rPr>
                <w:sz w:val="18"/>
                <w:lang w:val="ru-RU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жою</w:t>
            </w:r>
            <w:proofErr w:type="spellEnd"/>
            <w:r w:rsidRPr="009A1E92">
              <w:rPr>
                <w:sz w:val="18"/>
                <w:lang w:val="ru-RU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басқармасы</w:t>
            </w:r>
            <w:proofErr w:type="spellEnd"/>
          </w:p>
        </w:tc>
        <w:tc>
          <w:tcPr>
            <w:tcW w:w="3343" w:type="dxa"/>
            <w:vAlign w:val="center"/>
          </w:tcPr>
          <w:p w14:paraId="65FD5834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A5B1C64" w14:textId="77777777">
        <w:trPr>
          <w:jc w:val="center"/>
        </w:trPr>
        <w:tc>
          <w:tcPr>
            <w:tcW w:w="3343" w:type="dxa"/>
            <w:vAlign w:val="center"/>
          </w:tcPr>
          <w:p w14:paraId="4C82CE53" w14:textId="77777777" w:rsidR="00F671DE" w:rsidRDefault="00514F74">
            <w:r>
              <w:rPr>
                <w:sz w:val="18"/>
              </w:rPr>
              <w:t>5</w:t>
            </w:r>
          </w:p>
        </w:tc>
        <w:tc>
          <w:tcPr>
            <w:tcW w:w="3343" w:type="dxa"/>
            <w:vAlign w:val="center"/>
          </w:tcPr>
          <w:p w14:paraId="513215A7" w14:textId="6BEAFA8D" w:rsidR="00F671DE" w:rsidRPr="009A1E92" w:rsidRDefault="009A1E92">
            <w:pPr>
              <w:rPr>
                <w:highlight w:val="yellow"/>
              </w:rPr>
            </w:pPr>
            <w:proofErr w:type="spellStart"/>
            <w:r w:rsidRPr="009A1E92">
              <w:rPr>
                <w:sz w:val="18"/>
                <w:lang w:val="ru-RU"/>
              </w:rPr>
              <w:t>Төтенше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жағдайларды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жою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басқармасының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бастығы</w:t>
            </w:r>
            <w:proofErr w:type="spellEnd"/>
          </w:p>
        </w:tc>
        <w:tc>
          <w:tcPr>
            <w:tcW w:w="3343" w:type="dxa"/>
            <w:vAlign w:val="center"/>
          </w:tcPr>
          <w:p w14:paraId="097576CC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5E09C684" w14:textId="77777777">
        <w:trPr>
          <w:jc w:val="center"/>
        </w:trPr>
        <w:tc>
          <w:tcPr>
            <w:tcW w:w="3343" w:type="dxa"/>
            <w:vAlign w:val="center"/>
          </w:tcPr>
          <w:p w14:paraId="145D0F95" w14:textId="77777777" w:rsidR="00F671DE" w:rsidRDefault="00514F74">
            <w:r>
              <w:rPr>
                <w:sz w:val="18"/>
              </w:rPr>
              <w:t>6</w:t>
            </w:r>
          </w:p>
        </w:tc>
        <w:tc>
          <w:tcPr>
            <w:tcW w:w="3343" w:type="dxa"/>
            <w:vAlign w:val="center"/>
          </w:tcPr>
          <w:p w14:paraId="512B864B" w14:textId="50CE03B6" w:rsidR="00F671DE" w:rsidRPr="009A1E92" w:rsidRDefault="009A1E92">
            <w:pPr>
              <w:rPr>
                <w:highlight w:val="yellow"/>
              </w:rPr>
            </w:pPr>
            <w:proofErr w:type="spellStart"/>
            <w:r w:rsidRPr="009A1E92">
              <w:rPr>
                <w:sz w:val="18"/>
                <w:lang w:val="ru-RU"/>
              </w:rPr>
              <w:t>Төтенше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жағдайлардың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алдын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алу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басқармасы</w:t>
            </w:r>
            <w:proofErr w:type="spellEnd"/>
          </w:p>
        </w:tc>
        <w:tc>
          <w:tcPr>
            <w:tcW w:w="3343" w:type="dxa"/>
            <w:vAlign w:val="center"/>
          </w:tcPr>
          <w:p w14:paraId="0DCBC9CF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23DC097B" w14:textId="77777777">
        <w:trPr>
          <w:jc w:val="center"/>
        </w:trPr>
        <w:tc>
          <w:tcPr>
            <w:tcW w:w="3343" w:type="dxa"/>
            <w:vAlign w:val="center"/>
          </w:tcPr>
          <w:p w14:paraId="38119843" w14:textId="77777777" w:rsidR="00F671DE" w:rsidRDefault="00514F74">
            <w:r>
              <w:rPr>
                <w:sz w:val="18"/>
              </w:rPr>
              <w:t>7</w:t>
            </w:r>
          </w:p>
        </w:tc>
        <w:tc>
          <w:tcPr>
            <w:tcW w:w="3343" w:type="dxa"/>
            <w:vAlign w:val="center"/>
          </w:tcPr>
          <w:p w14:paraId="160B01CF" w14:textId="38470CF8" w:rsidR="00F671DE" w:rsidRPr="009A1E92" w:rsidRDefault="009A1E92">
            <w:pPr>
              <w:rPr>
                <w:highlight w:val="yellow"/>
              </w:rPr>
            </w:pPr>
            <w:proofErr w:type="spellStart"/>
            <w:r w:rsidRPr="009A1E92">
              <w:rPr>
                <w:sz w:val="18"/>
                <w:lang w:val="ru-RU"/>
              </w:rPr>
              <w:t>Төтенше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жағдайлардың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алдын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 w:rsidRPr="009A1E92">
              <w:rPr>
                <w:sz w:val="18"/>
                <w:lang w:val="ru-RU"/>
              </w:rPr>
              <w:t>алу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басқармасының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бастығы</w:t>
            </w:r>
            <w:proofErr w:type="spellEnd"/>
          </w:p>
        </w:tc>
        <w:tc>
          <w:tcPr>
            <w:tcW w:w="3343" w:type="dxa"/>
            <w:vAlign w:val="center"/>
          </w:tcPr>
          <w:p w14:paraId="3F510FE8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692BF25E" w14:textId="77777777">
        <w:trPr>
          <w:jc w:val="center"/>
        </w:trPr>
        <w:tc>
          <w:tcPr>
            <w:tcW w:w="3343" w:type="dxa"/>
            <w:vAlign w:val="center"/>
          </w:tcPr>
          <w:p w14:paraId="4B647120" w14:textId="77777777" w:rsidR="00F671DE" w:rsidRDefault="00514F74">
            <w:r>
              <w:rPr>
                <w:sz w:val="18"/>
              </w:rPr>
              <w:t>8</w:t>
            </w:r>
          </w:p>
        </w:tc>
        <w:tc>
          <w:tcPr>
            <w:tcW w:w="3343" w:type="dxa"/>
            <w:vAlign w:val="center"/>
          </w:tcPr>
          <w:p w14:paraId="6754B05D" w14:textId="02313A9C" w:rsidR="00F671DE" w:rsidRPr="0052036F" w:rsidRDefault="005C1482">
            <w:pPr>
              <w:rPr>
                <w:highlight w:val="yellow"/>
                <w:lang w:val="ru-RU"/>
              </w:rPr>
            </w:pPr>
            <w:proofErr w:type="spellStart"/>
            <w:r w:rsidRPr="005C1482">
              <w:rPr>
                <w:sz w:val="18"/>
                <w:lang w:val="ru-RU"/>
              </w:rPr>
              <w:t>Азаматтық</w:t>
            </w:r>
            <w:proofErr w:type="spellEnd"/>
            <w:r w:rsidRPr="005C1482">
              <w:rPr>
                <w:sz w:val="18"/>
                <w:lang w:val="ru-RU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қорғаныс</w:t>
            </w:r>
            <w:proofErr w:type="spellEnd"/>
            <w:r w:rsidRPr="005C1482">
              <w:rPr>
                <w:sz w:val="18"/>
                <w:lang w:val="ru-RU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басқармасы</w:t>
            </w:r>
            <w:proofErr w:type="spellEnd"/>
          </w:p>
        </w:tc>
        <w:tc>
          <w:tcPr>
            <w:tcW w:w="3343" w:type="dxa"/>
            <w:vAlign w:val="center"/>
          </w:tcPr>
          <w:p w14:paraId="36FED486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29A7218B" w14:textId="77777777">
        <w:trPr>
          <w:jc w:val="center"/>
        </w:trPr>
        <w:tc>
          <w:tcPr>
            <w:tcW w:w="3343" w:type="dxa"/>
            <w:vAlign w:val="center"/>
          </w:tcPr>
          <w:p w14:paraId="55FDEA3F" w14:textId="77777777" w:rsidR="00F671DE" w:rsidRDefault="00514F74">
            <w:r>
              <w:rPr>
                <w:sz w:val="18"/>
              </w:rPr>
              <w:t>9</w:t>
            </w:r>
          </w:p>
        </w:tc>
        <w:tc>
          <w:tcPr>
            <w:tcW w:w="3343" w:type="dxa"/>
            <w:vAlign w:val="center"/>
          </w:tcPr>
          <w:p w14:paraId="09105486" w14:textId="06ADD9AB" w:rsidR="00F671DE" w:rsidRPr="0052036F" w:rsidRDefault="005C1482">
            <w:pPr>
              <w:rPr>
                <w:highlight w:val="yellow"/>
              </w:rPr>
            </w:pPr>
            <w:proofErr w:type="spellStart"/>
            <w:r w:rsidRPr="005C1482">
              <w:rPr>
                <w:sz w:val="18"/>
                <w:lang w:val="ru-RU"/>
              </w:rPr>
              <w:t>Азаматтық</w:t>
            </w:r>
            <w:proofErr w:type="spellEnd"/>
            <w:r w:rsidRPr="005C1482">
              <w:rPr>
                <w:sz w:val="18"/>
                <w:lang w:val="ru-RU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қорғаныс</w:t>
            </w:r>
            <w:proofErr w:type="spellEnd"/>
            <w:r w:rsidRPr="005C1482">
              <w:rPr>
                <w:sz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басқармасының</w:t>
            </w:r>
            <w:proofErr w:type="spellEnd"/>
            <w:r w:rsidRPr="009A1E92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  <w:lang w:val="ru-RU"/>
              </w:rPr>
              <w:t>бастығы</w:t>
            </w:r>
            <w:proofErr w:type="spellEnd"/>
          </w:p>
        </w:tc>
        <w:tc>
          <w:tcPr>
            <w:tcW w:w="3343" w:type="dxa"/>
            <w:vAlign w:val="center"/>
          </w:tcPr>
          <w:p w14:paraId="52873FCB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61D1B679" w14:textId="77777777">
        <w:trPr>
          <w:jc w:val="center"/>
        </w:trPr>
        <w:tc>
          <w:tcPr>
            <w:tcW w:w="3343" w:type="dxa"/>
            <w:vAlign w:val="center"/>
          </w:tcPr>
          <w:p w14:paraId="0BBEA053" w14:textId="77777777" w:rsidR="00F671DE" w:rsidRDefault="00514F74">
            <w:r>
              <w:rPr>
                <w:sz w:val="18"/>
              </w:rPr>
              <w:t>10</w:t>
            </w:r>
          </w:p>
        </w:tc>
        <w:tc>
          <w:tcPr>
            <w:tcW w:w="3343" w:type="dxa"/>
            <w:vAlign w:val="center"/>
          </w:tcPr>
          <w:p w14:paraId="2B1946ED" w14:textId="00643F86" w:rsidR="00F671DE" w:rsidRPr="005C1482" w:rsidRDefault="005C1482">
            <w:pPr>
              <w:rPr>
                <w:highlight w:val="yellow"/>
                <w:lang w:val="kk-KZ"/>
              </w:rPr>
            </w:pPr>
            <w:r w:rsidRPr="005C1482">
              <w:rPr>
                <w:sz w:val="18"/>
                <w:lang w:val="kk-KZ"/>
              </w:rPr>
              <w:t>Жұмылдыру дайындығы бөлімшесі</w:t>
            </w:r>
            <w:r>
              <w:rPr>
                <w:sz w:val="18"/>
                <w:lang w:val="kk-KZ"/>
              </w:rPr>
              <w:t>нің бастығы</w:t>
            </w:r>
          </w:p>
        </w:tc>
        <w:tc>
          <w:tcPr>
            <w:tcW w:w="3343" w:type="dxa"/>
            <w:vAlign w:val="center"/>
          </w:tcPr>
          <w:p w14:paraId="03C2C379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7E7379E9" w14:textId="77777777">
        <w:trPr>
          <w:jc w:val="center"/>
        </w:trPr>
        <w:tc>
          <w:tcPr>
            <w:tcW w:w="3343" w:type="dxa"/>
            <w:vAlign w:val="center"/>
          </w:tcPr>
          <w:p w14:paraId="45521EAB" w14:textId="77777777" w:rsidR="00F671DE" w:rsidRDefault="00514F74">
            <w:r>
              <w:rPr>
                <w:sz w:val="18"/>
              </w:rPr>
              <w:t>11</w:t>
            </w:r>
          </w:p>
        </w:tc>
        <w:tc>
          <w:tcPr>
            <w:tcW w:w="3343" w:type="dxa"/>
            <w:vAlign w:val="center"/>
          </w:tcPr>
          <w:p w14:paraId="7A6F505F" w14:textId="15EAE104" w:rsidR="00F671DE" w:rsidRPr="0052036F" w:rsidRDefault="005C1482">
            <w:pPr>
              <w:rPr>
                <w:highlight w:val="yellow"/>
                <w:lang w:val="ru-RU"/>
              </w:rPr>
            </w:pPr>
            <w:proofErr w:type="spellStart"/>
            <w:r w:rsidRPr="005C1482">
              <w:rPr>
                <w:sz w:val="18"/>
                <w:lang w:val="ru-RU"/>
              </w:rPr>
              <w:t>Жұмылдыру</w:t>
            </w:r>
            <w:proofErr w:type="spellEnd"/>
            <w:r w:rsidRPr="005C1482">
              <w:rPr>
                <w:sz w:val="18"/>
                <w:lang w:val="ru-RU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дайындығы</w:t>
            </w:r>
            <w:proofErr w:type="spellEnd"/>
            <w:r w:rsidRPr="005C1482">
              <w:rPr>
                <w:sz w:val="18"/>
                <w:lang w:val="ru-RU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бөлімшесі</w:t>
            </w:r>
            <w:proofErr w:type="spellEnd"/>
          </w:p>
        </w:tc>
        <w:tc>
          <w:tcPr>
            <w:tcW w:w="3343" w:type="dxa"/>
            <w:vAlign w:val="center"/>
          </w:tcPr>
          <w:p w14:paraId="1B6B4CF1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6A6BA9A9" w14:textId="77777777">
        <w:trPr>
          <w:jc w:val="center"/>
        </w:trPr>
        <w:tc>
          <w:tcPr>
            <w:tcW w:w="3343" w:type="dxa"/>
            <w:vAlign w:val="center"/>
          </w:tcPr>
          <w:p w14:paraId="2F18E0F9" w14:textId="77777777" w:rsidR="00F671DE" w:rsidRDefault="00514F74">
            <w:r>
              <w:rPr>
                <w:sz w:val="18"/>
              </w:rPr>
              <w:t>12</w:t>
            </w:r>
          </w:p>
        </w:tc>
        <w:tc>
          <w:tcPr>
            <w:tcW w:w="3343" w:type="dxa"/>
            <w:vAlign w:val="center"/>
          </w:tcPr>
          <w:p w14:paraId="687B77B6" w14:textId="6E648863" w:rsidR="00F671DE" w:rsidRPr="0052036F" w:rsidRDefault="005C1482">
            <w:pPr>
              <w:rPr>
                <w:highlight w:val="yellow"/>
              </w:rPr>
            </w:pPr>
            <w:proofErr w:type="spellStart"/>
            <w:r w:rsidRPr="005C1482">
              <w:rPr>
                <w:sz w:val="18"/>
              </w:rPr>
              <w:t>Анықтау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бөлімі</w:t>
            </w:r>
            <w:proofErr w:type="spellEnd"/>
          </w:p>
        </w:tc>
        <w:tc>
          <w:tcPr>
            <w:tcW w:w="3343" w:type="dxa"/>
            <w:vAlign w:val="center"/>
          </w:tcPr>
          <w:p w14:paraId="63AC775A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6DA3235C" w14:textId="77777777">
        <w:trPr>
          <w:jc w:val="center"/>
        </w:trPr>
        <w:tc>
          <w:tcPr>
            <w:tcW w:w="3343" w:type="dxa"/>
            <w:vAlign w:val="center"/>
          </w:tcPr>
          <w:p w14:paraId="3F589CCC" w14:textId="77777777" w:rsidR="00F671DE" w:rsidRDefault="00514F74">
            <w:r>
              <w:rPr>
                <w:sz w:val="18"/>
              </w:rPr>
              <w:t>13</w:t>
            </w:r>
          </w:p>
        </w:tc>
        <w:tc>
          <w:tcPr>
            <w:tcW w:w="3343" w:type="dxa"/>
            <w:vAlign w:val="center"/>
          </w:tcPr>
          <w:p w14:paraId="4584273C" w14:textId="68FD26EB" w:rsidR="00F671DE" w:rsidRPr="005C1482" w:rsidRDefault="005C1482">
            <w:pPr>
              <w:rPr>
                <w:highlight w:val="yellow"/>
                <w:lang w:val="kk-KZ"/>
              </w:rPr>
            </w:pPr>
            <w:proofErr w:type="spellStart"/>
            <w:r w:rsidRPr="005C1482">
              <w:rPr>
                <w:sz w:val="18"/>
              </w:rPr>
              <w:t>Анықтау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</w:rPr>
              <w:t>бөлімі</w:t>
            </w:r>
            <w:proofErr w:type="spellEnd"/>
            <w:r>
              <w:rPr>
                <w:sz w:val="18"/>
                <w:lang w:val="kk-KZ"/>
              </w:rPr>
              <w:t>нің бастығы</w:t>
            </w:r>
          </w:p>
        </w:tc>
        <w:tc>
          <w:tcPr>
            <w:tcW w:w="3343" w:type="dxa"/>
            <w:vAlign w:val="center"/>
          </w:tcPr>
          <w:p w14:paraId="79E1FC90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6489A894" w14:textId="77777777">
        <w:trPr>
          <w:jc w:val="center"/>
        </w:trPr>
        <w:tc>
          <w:tcPr>
            <w:tcW w:w="3343" w:type="dxa"/>
            <w:vAlign w:val="center"/>
          </w:tcPr>
          <w:p w14:paraId="269074CA" w14:textId="77777777" w:rsidR="00F671DE" w:rsidRDefault="00514F74">
            <w:r>
              <w:rPr>
                <w:sz w:val="18"/>
              </w:rPr>
              <w:t>14</w:t>
            </w:r>
          </w:p>
        </w:tc>
        <w:tc>
          <w:tcPr>
            <w:tcW w:w="3343" w:type="dxa"/>
            <w:vAlign w:val="center"/>
          </w:tcPr>
          <w:p w14:paraId="0EDD204F" w14:textId="6F2549E2" w:rsidR="00F671DE" w:rsidRPr="005C1482" w:rsidRDefault="005C1482">
            <w:pPr>
              <w:rPr>
                <w:highlight w:val="yellow"/>
              </w:rPr>
            </w:pPr>
            <w:proofErr w:type="spellStart"/>
            <w:r w:rsidRPr="005C1482">
              <w:rPr>
                <w:sz w:val="18"/>
                <w:lang w:val="ru-RU"/>
              </w:rPr>
              <w:t>Ақпараттандыру</w:t>
            </w:r>
            <w:proofErr w:type="spellEnd"/>
            <w:r w:rsidRPr="005C1482">
              <w:rPr>
                <w:sz w:val="18"/>
              </w:rPr>
              <w:t xml:space="preserve">, </w:t>
            </w:r>
            <w:proofErr w:type="spellStart"/>
            <w:r w:rsidRPr="005C1482">
              <w:rPr>
                <w:sz w:val="18"/>
                <w:lang w:val="ru-RU"/>
              </w:rPr>
              <w:t>цифрландыру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және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байланыс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бөлімі</w:t>
            </w:r>
            <w:proofErr w:type="spellEnd"/>
          </w:p>
        </w:tc>
        <w:tc>
          <w:tcPr>
            <w:tcW w:w="3343" w:type="dxa"/>
            <w:vAlign w:val="center"/>
          </w:tcPr>
          <w:p w14:paraId="542D2FA5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32E420D6" w14:textId="77777777">
        <w:trPr>
          <w:jc w:val="center"/>
        </w:trPr>
        <w:tc>
          <w:tcPr>
            <w:tcW w:w="3343" w:type="dxa"/>
            <w:vAlign w:val="center"/>
          </w:tcPr>
          <w:p w14:paraId="1015153A" w14:textId="77777777" w:rsidR="00F671DE" w:rsidRDefault="00514F74">
            <w:r>
              <w:rPr>
                <w:sz w:val="18"/>
              </w:rPr>
              <w:t>15</w:t>
            </w:r>
          </w:p>
        </w:tc>
        <w:tc>
          <w:tcPr>
            <w:tcW w:w="3343" w:type="dxa"/>
            <w:vAlign w:val="center"/>
          </w:tcPr>
          <w:p w14:paraId="13DC1549" w14:textId="2B0DCB65" w:rsidR="00F671DE" w:rsidRPr="005C1482" w:rsidRDefault="005C1482">
            <w:pPr>
              <w:rPr>
                <w:highlight w:val="yellow"/>
                <w:lang w:val="kk-KZ"/>
              </w:rPr>
            </w:pPr>
            <w:proofErr w:type="spellStart"/>
            <w:r w:rsidRPr="005C1482">
              <w:rPr>
                <w:sz w:val="18"/>
                <w:lang w:val="ru-RU"/>
              </w:rPr>
              <w:t>Ақпараттандыру</w:t>
            </w:r>
            <w:proofErr w:type="spellEnd"/>
            <w:r w:rsidRPr="005C1482">
              <w:rPr>
                <w:sz w:val="18"/>
              </w:rPr>
              <w:t xml:space="preserve">, </w:t>
            </w:r>
            <w:proofErr w:type="spellStart"/>
            <w:r w:rsidRPr="005C1482">
              <w:rPr>
                <w:sz w:val="18"/>
                <w:lang w:val="ru-RU"/>
              </w:rPr>
              <w:t>цифрландыру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және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байланыс</w:t>
            </w:r>
            <w:proofErr w:type="spellEnd"/>
            <w:r w:rsidRPr="005C1482">
              <w:rPr>
                <w:sz w:val="18"/>
              </w:rPr>
              <w:t xml:space="preserve"> </w:t>
            </w:r>
            <w:proofErr w:type="spellStart"/>
            <w:r w:rsidRPr="005C1482">
              <w:rPr>
                <w:sz w:val="18"/>
                <w:lang w:val="ru-RU"/>
              </w:rPr>
              <w:t>бөлімі</w:t>
            </w:r>
            <w:r>
              <w:rPr>
                <w:sz w:val="18"/>
                <w:lang w:val="ru-RU"/>
              </w:rPr>
              <w:t>нің</w:t>
            </w:r>
            <w:proofErr w:type="spellEnd"/>
            <w:r w:rsidRPr="005C1482">
              <w:rPr>
                <w:sz w:val="18"/>
              </w:rPr>
              <w:t xml:space="preserve"> </w:t>
            </w:r>
            <w:r>
              <w:rPr>
                <w:sz w:val="18"/>
                <w:lang w:val="kk-KZ"/>
              </w:rPr>
              <w:t>бастығы</w:t>
            </w:r>
          </w:p>
        </w:tc>
        <w:tc>
          <w:tcPr>
            <w:tcW w:w="3343" w:type="dxa"/>
            <w:vAlign w:val="center"/>
          </w:tcPr>
          <w:p w14:paraId="7D29425F" w14:textId="77777777" w:rsidR="00F671DE" w:rsidRDefault="00514F74">
            <w:r>
              <w:rPr>
                <w:sz w:val="18"/>
              </w:rPr>
              <w:t>1</w:t>
            </w:r>
          </w:p>
        </w:tc>
      </w:tr>
      <w:tr w:rsidR="00F671DE" w14:paraId="4CE5034C" w14:textId="77777777">
        <w:trPr>
          <w:jc w:val="center"/>
        </w:trPr>
        <w:tc>
          <w:tcPr>
            <w:tcW w:w="3343" w:type="dxa"/>
            <w:vAlign w:val="center"/>
          </w:tcPr>
          <w:p w14:paraId="74CC81FD" w14:textId="77777777" w:rsidR="00F671DE" w:rsidRDefault="00F671DE"/>
        </w:tc>
        <w:tc>
          <w:tcPr>
            <w:tcW w:w="3343" w:type="dxa"/>
            <w:vAlign w:val="center"/>
          </w:tcPr>
          <w:p w14:paraId="64A3B55A" w14:textId="77777777" w:rsidR="00F671DE" w:rsidRDefault="00514F74">
            <w:proofErr w:type="spellStart"/>
            <w:r>
              <w:rPr>
                <w:b/>
                <w:sz w:val="18"/>
              </w:rPr>
              <w:t>Итого</w:t>
            </w:r>
            <w:proofErr w:type="spellEnd"/>
          </w:p>
        </w:tc>
        <w:tc>
          <w:tcPr>
            <w:tcW w:w="3343" w:type="dxa"/>
            <w:vAlign w:val="center"/>
          </w:tcPr>
          <w:p w14:paraId="77713401" w14:textId="77777777" w:rsidR="00F671DE" w:rsidRDefault="00514F74">
            <w:r>
              <w:rPr>
                <w:b/>
                <w:sz w:val="18"/>
              </w:rPr>
              <w:t>15</w:t>
            </w:r>
          </w:p>
        </w:tc>
      </w:tr>
    </w:tbl>
    <w:p w14:paraId="08BC5B0C" w14:textId="77777777" w:rsidR="00F671DE" w:rsidRDefault="00514F74">
      <w:pPr>
        <w:pStyle w:val="21"/>
      </w:pPr>
      <w:r>
        <w:t>СВОДНАЯ ПОТРЕБНОСТЬ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5014"/>
        <w:gridCol w:w="5014"/>
      </w:tblGrid>
      <w:tr w:rsidR="00F671DE" w14:paraId="44D94BB1" w14:textId="77777777">
        <w:tc>
          <w:tcPr>
            <w:tcW w:w="5014" w:type="dxa"/>
          </w:tcPr>
          <w:p w14:paraId="3CFD8612" w14:textId="77777777" w:rsidR="00F671DE" w:rsidRDefault="00514F74">
            <w:proofErr w:type="spellStart"/>
            <w:r>
              <w:t>Этаж</w:t>
            </w:r>
            <w:proofErr w:type="spellEnd"/>
          </w:p>
        </w:tc>
        <w:tc>
          <w:tcPr>
            <w:tcW w:w="5014" w:type="dxa"/>
          </w:tcPr>
          <w:p w14:paraId="650D288B" w14:textId="77777777" w:rsidR="00F671DE" w:rsidRDefault="00514F74"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вывесок</w:t>
            </w:r>
            <w:proofErr w:type="spellEnd"/>
          </w:p>
        </w:tc>
      </w:tr>
      <w:tr w:rsidR="00F671DE" w14:paraId="5DB5C511" w14:textId="77777777">
        <w:tc>
          <w:tcPr>
            <w:tcW w:w="5014" w:type="dxa"/>
          </w:tcPr>
          <w:p w14:paraId="5F398E0E" w14:textId="77777777" w:rsidR="00F671DE" w:rsidRDefault="00514F74">
            <w:proofErr w:type="spellStart"/>
            <w:r>
              <w:t>Подвальный</w:t>
            </w:r>
            <w:proofErr w:type="spellEnd"/>
            <w:r>
              <w:t xml:space="preserve"> </w:t>
            </w:r>
            <w:proofErr w:type="spellStart"/>
            <w:r>
              <w:t>этаж</w:t>
            </w:r>
            <w:proofErr w:type="spellEnd"/>
          </w:p>
        </w:tc>
        <w:tc>
          <w:tcPr>
            <w:tcW w:w="5014" w:type="dxa"/>
          </w:tcPr>
          <w:p w14:paraId="3E0B973D" w14:textId="77777777" w:rsidR="00F671DE" w:rsidRDefault="00514F74">
            <w:r>
              <w:t>11</w:t>
            </w:r>
          </w:p>
        </w:tc>
      </w:tr>
      <w:tr w:rsidR="00F671DE" w14:paraId="29F722AA" w14:textId="77777777">
        <w:tc>
          <w:tcPr>
            <w:tcW w:w="5014" w:type="dxa"/>
          </w:tcPr>
          <w:p w14:paraId="21560913" w14:textId="77777777" w:rsidR="00F671DE" w:rsidRDefault="00514F74">
            <w:proofErr w:type="spellStart"/>
            <w:r>
              <w:t>Первый</w:t>
            </w:r>
            <w:proofErr w:type="spellEnd"/>
            <w:r>
              <w:t xml:space="preserve"> </w:t>
            </w:r>
            <w:proofErr w:type="spellStart"/>
            <w:r>
              <w:t>этаж</w:t>
            </w:r>
            <w:proofErr w:type="spellEnd"/>
          </w:p>
        </w:tc>
        <w:tc>
          <w:tcPr>
            <w:tcW w:w="5014" w:type="dxa"/>
          </w:tcPr>
          <w:p w14:paraId="7CA6E6F4" w14:textId="77777777" w:rsidR="00F671DE" w:rsidRDefault="00514F74">
            <w:r>
              <w:t>12</w:t>
            </w:r>
          </w:p>
        </w:tc>
      </w:tr>
      <w:tr w:rsidR="00F671DE" w14:paraId="48E263F1" w14:textId="77777777">
        <w:tc>
          <w:tcPr>
            <w:tcW w:w="5014" w:type="dxa"/>
          </w:tcPr>
          <w:p w14:paraId="08F9AFB3" w14:textId="77777777" w:rsidR="00F671DE" w:rsidRDefault="00514F74">
            <w:proofErr w:type="spellStart"/>
            <w:r>
              <w:t>Второй</w:t>
            </w:r>
            <w:proofErr w:type="spellEnd"/>
            <w:r>
              <w:t xml:space="preserve"> </w:t>
            </w:r>
            <w:proofErr w:type="spellStart"/>
            <w:r>
              <w:t>этаж</w:t>
            </w:r>
            <w:proofErr w:type="spellEnd"/>
          </w:p>
        </w:tc>
        <w:tc>
          <w:tcPr>
            <w:tcW w:w="5014" w:type="dxa"/>
          </w:tcPr>
          <w:p w14:paraId="6DD614A1" w14:textId="77777777" w:rsidR="00F671DE" w:rsidRDefault="00514F74">
            <w:r>
              <w:t>15</w:t>
            </w:r>
          </w:p>
        </w:tc>
      </w:tr>
      <w:tr w:rsidR="00F671DE" w14:paraId="3871C2EC" w14:textId="77777777">
        <w:tc>
          <w:tcPr>
            <w:tcW w:w="5014" w:type="dxa"/>
          </w:tcPr>
          <w:p w14:paraId="3020ED58" w14:textId="77777777" w:rsidR="00F671DE" w:rsidRDefault="00514F74">
            <w:proofErr w:type="spellStart"/>
            <w:r>
              <w:t>Третий</w:t>
            </w:r>
            <w:proofErr w:type="spellEnd"/>
            <w:r>
              <w:t xml:space="preserve"> </w:t>
            </w:r>
            <w:proofErr w:type="spellStart"/>
            <w:r>
              <w:t>этаж</w:t>
            </w:r>
            <w:proofErr w:type="spellEnd"/>
          </w:p>
        </w:tc>
        <w:tc>
          <w:tcPr>
            <w:tcW w:w="5014" w:type="dxa"/>
          </w:tcPr>
          <w:p w14:paraId="7A3E05CF" w14:textId="77777777" w:rsidR="00F671DE" w:rsidRDefault="00514F74">
            <w:r>
              <w:t>16</w:t>
            </w:r>
          </w:p>
        </w:tc>
      </w:tr>
      <w:tr w:rsidR="00F671DE" w14:paraId="7F90D8EE" w14:textId="77777777">
        <w:tc>
          <w:tcPr>
            <w:tcW w:w="5014" w:type="dxa"/>
          </w:tcPr>
          <w:p w14:paraId="7F4FA0C9" w14:textId="77777777" w:rsidR="00F671DE" w:rsidRDefault="00514F74">
            <w:proofErr w:type="spellStart"/>
            <w:r>
              <w:t>Четвёртый</w:t>
            </w:r>
            <w:proofErr w:type="spellEnd"/>
            <w:r>
              <w:t xml:space="preserve"> </w:t>
            </w:r>
            <w:proofErr w:type="spellStart"/>
            <w:r>
              <w:t>этаж</w:t>
            </w:r>
            <w:proofErr w:type="spellEnd"/>
          </w:p>
        </w:tc>
        <w:tc>
          <w:tcPr>
            <w:tcW w:w="5014" w:type="dxa"/>
          </w:tcPr>
          <w:p w14:paraId="2CD8430B" w14:textId="62D0098B" w:rsidR="00F671DE" w:rsidRPr="0038005E" w:rsidRDefault="0038005E">
            <w:pPr>
              <w:rPr>
                <w:lang w:val="kk-KZ"/>
              </w:rPr>
            </w:pPr>
            <w:r>
              <w:t>1</w:t>
            </w:r>
            <w:r>
              <w:rPr>
                <w:lang w:val="kk-KZ"/>
              </w:rPr>
              <w:t>2</w:t>
            </w:r>
          </w:p>
        </w:tc>
      </w:tr>
      <w:tr w:rsidR="00F671DE" w14:paraId="72992345" w14:textId="77777777">
        <w:tc>
          <w:tcPr>
            <w:tcW w:w="5014" w:type="dxa"/>
          </w:tcPr>
          <w:p w14:paraId="72DF1DCA" w14:textId="77777777" w:rsidR="00F671DE" w:rsidRDefault="00514F74">
            <w:proofErr w:type="spellStart"/>
            <w:r>
              <w:t>Пятый</w:t>
            </w:r>
            <w:proofErr w:type="spellEnd"/>
            <w:r>
              <w:t xml:space="preserve"> </w:t>
            </w:r>
            <w:proofErr w:type="spellStart"/>
            <w:r>
              <w:t>этаж</w:t>
            </w:r>
            <w:proofErr w:type="spellEnd"/>
          </w:p>
        </w:tc>
        <w:tc>
          <w:tcPr>
            <w:tcW w:w="5014" w:type="dxa"/>
          </w:tcPr>
          <w:p w14:paraId="7486CDFC" w14:textId="77777777" w:rsidR="00F671DE" w:rsidRDefault="00514F74">
            <w:r>
              <w:t>15</w:t>
            </w:r>
          </w:p>
        </w:tc>
      </w:tr>
      <w:tr w:rsidR="00F671DE" w14:paraId="69D0303E" w14:textId="77777777">
        <w:tc>
          <w:tcPr>
            <w:tcW w:w="5014" w:type="dxa"/>
          </w:tcPr>
          <w:p w14:paraId="77EB0F77" w14:textId="77777777" w:rsidR="00F671DE" w:rsidRDefault="00514F74">
            <w:r>
              <w:t>ВСЕГО</w:t>
            </w:r>
          </w:p>
        </w:tc>
        <w:tc>
          <w:tcPr>
            <w:tcW w:w="5014" w:type="dxa"/>
          </w:tcPr>
          <w:p w14:paraId="0FBD3CBF" w14:textId="4C35C262" w:rsidR="00F671DE" w:rsidRPr="0038005E" w:rsidRDefault="0038005E">
            <w:pPr>
              <w:rPr>
                <w:lang w:val="kk-KZ"/>
              </w:rPr>
            </w:pPr>
            <w:r>
              <w:t>8</w:t>
            </w:r>
            <w:r>
              <w:rPr>
                <w:lang w:val="kk-KZ"/>
              </w:rPr>
              <w:t>1</w:t>
            </w:r>
          </w:p>
        </w:tc>
      </w:tr>
    </w:tbl>
    <w:p w14:paraId="72D7B7F3" w14:textId="7A3AEDE8" w:rsidR="00F671DE" w:rsidRDefault="00514F74">
      <w:pPr>
        <w:rPr>
          <w:lang w:val="ru-RU"/>
        </w:rPr>
      </w:pPr>
      <w:r w:rsidRPr="00514F74">
        <w:rPr>
          <w:lang w:val="ru-RU"/>
        </w:rPr>
        <w:t>Примечание: наименования приведены по предоставленному перечню; перед изготовлением рекомендуется согласовать официальные названия подразделений и надписи на государственном языке.</w:t>
      </w:r>
    </w:p>
    <w:p w14:paraId="41C5D551" w14:textId="5D955DF7" w:rsidR="00CB57C4" w:rsidRDefault="00CB57C4">
      <w:pPr>
        <w:rPr>
          <w:lang w:val="ru-RU"/>
        </w:rPr>
      </w:pPr>
    </w:p>
    <w:p w14:paraId="4642A8E4" w14:textId="720FD436" w:rsidR="00CB57C4" w:rsidRPr="00CB57C4" w:rsidRDefault="00CB57C4">
      <w:pPr>
        <w:rPr>
          <w:b/>
          <w:sz w:val="28"/>
          <w:szCs w:val="28"/>
          <w:lang w:val="ru-RU"/>
        </w:rPr>
      </w:pPr>
      <w:r w:rsidRPr="00CB57C4">
        <w:rPr>
          <w:b/>
          <w:sz w:val="28"/>
          <w:szCs w:val="28"/>
          <w:lang w:val="ru-RU"/>
        </w:rPr>
        <w:t>4 таблички пустые</w:t>
      </w:r>
    </w:p>
    <w:p w14:paraId="61FDA71E" w14:textId="77777777" w:rsidR="00CB57C4" w:rsidRPr="00CB57C4" w:rsidRDefault="00CB57C4" w:rsidP="00CB57C4">
      <w:pPr>
        <w:rPr>
          <w:lang w:val="ru-RU"/>
        </w:rPr>
      </w:pPr>
      <w:bookmarkStart w:id="0" w:name="_GoBack"/>
      <w:bookmarkEnd w:id="0"/>
    </w:p>
    <w:p w14:paraId="534F206E" w14:textId="77777777" w:rsidR="00CB57C4" w:rsidRPr="00CB57C4" w:rsidRDefault="00CB57C4" w:rsidP="00CB57C4">
      <w:pPr>
        <w:rPr>
          <w:lang w:val="ru-RU"/>
        </w:rPr>
      </w:pPr>
    </w:p>
    <w:p w14:paraId="644D0B09" w14:textId="1D9C0E87" w:rsidR="00CB57C4" w:rsidRDefault="00CB57C4" w:rsidP="00CB57C4">
      <w:pPr>
        <w:rPr>
          <w:lang w:val="ru-RU"/>
        </w:rPr>
      </w:pPr>
    </w:p>
    <w:p w14:paraId="06E62079" w14:textId="6DF1A55A" w:rsidR="00CB57C4" w:rsidRPr="00CB57C4" w:rsidRDefault="00CB57C4" w:rsidP="00CB57C4">
      <w:pPr>
        <w:rPr>
          <w:lang w:val="ru-RU"/>
        </w:rPr>
      </w:pPr>
      <w:r>
        <w:rPr>
          <w:lang w:val="ru-RU"/>
        </w:rPr>
        <w:t>Подписи____________________________________</w:t>
      </w:r>
    </w:p>
    <w:sectPr w:rsidR="00CB57C4" w:rsidRPr="00CB57C4" w:rsidSect="00034616">
      <w:pgSz w:w="12240" w:h="15840"/>
      <w:pgMar w:top="1020" w:right="964" w:bottom="96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0607D"/>
    <w:rsid w:val="00034616"/>
    <w:rsid w:val="000375EC"/>
    <w:rsid w:val="0006063C"/>
    <w:rsid w:val="000A4DE5"/>
    <w:rsid w:val="0015074B"/>
    <w:rsid w:val="00153D9F"/>
    <w:rsid w:val="001F51D6"/>
    <w:rsid w:val="00264B0D"/>
    <w:rsid w:val="0029639D"/>
    <w:rsid w:val="00326F90"/>
    <w:rsid w:val="0038005E"/>
    <w:rsid w:val="00406A89"/>
    <w:rsid w:val="00514F74"/>
    <w:rsid w:val="0052036F"/>
    <w:rsid w:val="005C1482"/>
    <w:rsid w:val="006C3E2D"/>
    <w:rsid w:val="00797B32"/>
    <w:rsid w:val="008241A4"/>
    <w:rsid w:val="00834697"/>
    <w:rsid w:val="0090161F"/>
    <w:rsid w:val="009A1E92"/>
    <w:rsid w:val="00A93F0B"/>
    <w:rsid w:val="00AA1D8D"/>
    <w:rsid w:val="00B47730"/>
    <w:rsid w:val="00CB0664"/>
    <w:rsid w:val="00CB57C4"/>
    <w:rsid w:val="00EC145A"/>
    <w:rsid w:val="00F671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AA2D08"/>
  <w14:defaultImageDpi w14:val="300"/>
  <w15:docId w15:val="{06180C9E-87B2-475F-AA79-49ED8DBDE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FCD54F-C4FD-4A93-92FB-F47C998E0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3894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Asus</cp:lastModifiedBy>
  <cp:revision>19</cp:revision>
  <dcterms:created xsi:type="dcterms:W3CDTF">2013-12-23T23:15:00Z</dcterms:created>
  <dcterms:modified xsi:type="dcterms:W3CDTF">2026-10-20T07:08:00Z</dcterms:modified>
  <cp:category/>
</cp:coreProperties>
</file>