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678829" w14:textId="77777777" w:rsidR="001B5081" w:rsidRPr="0091344A" w:rsidRDefault="00C27271" w:rsidP="0091344A">
      <w:pPr>
        <w:spacing w:after="0" w:line="240" w:lineRule="auto"/>
        <w:jc w:val="center"/>
        <w:rPr>
          <w:sz w:val="24"/>
          <w:szCs w:val="24"/>
          <w:lang w:val="ru-RU"/>
        </w:rPr>
      </w:pPr>
      <w:r w:rsidRPr="0091344A">
        <w:rPr>
          <w:b/>
          <w:sz w:val="24"/>
          <w:szCs w:val="24"/>
          <w:lang w:val="ru-RU"/>
        </w:rPr>
        <w:t>ТЕХНИЧЕСКАЯ СПЕЦИФИКАЦИЯ</w:t>
      </w:r>
    </w:p>
    <w:p w14:paraId="0097E171" w14:textId="0BF1907C" w:rsidR="001B5081" w:rsidRPr="0075162E" w:rsidRDefault="00C27271" w:rsidP="0075162E">
      <w:pPr>
        <w:spacing w:after="0" w:line="240" w:lineRule="auto"/>
        <w:jc w:val="center"/>
        <w:rPr>
          <w:b/>
          <w:sz w:val="24"/>
          <w:szCs w:val="24"/>
          <w:lang w:val="ru-RU"/>
        </w:rPr>
      </w:pPr>
      <w:r w:rsidRPr="0091344A">
        <w:rPr>
          <w:b/>
          <w:sz w:val="24"/>
          <w:szCs w:val="24"/>
          <w:lang w:val="ru-RU"/>
        </w:rPr>
        <w:t>на оказание услуг по организации и проведению программы профессионального развития</w:t>
      </w:r>
      <w:r w:rsidR="0075162E">
        <w:rPr>
          <w:b/>
          <w:sz w:val="24"/>
          <w:szCs w:val="24"/>
          <w:lang w:val="ru-RU"/>
        </w:rPr>
        <w:t xml:space="preserve">, </w:t>
      </w:r>
      <w:r w:rsidR="0075162E" w:rsidRPr="00AE78F3">
        <w:rPr>
          <w:b/>
          <w:sz w:val="24"/>
          <w:szCs w:val="24"/>
          <w:lang w:val="ru-RU"/>
        </w:rPr>
        <w:t>направленной на</w:t>
      </w:r>
      <w:r w:rsidR="0075162E">
        <w:rPr>
          <w:b/>
          <w:sz w:val="24"/>
          <w:szCs w:val="24"/>
          <w:lang w:val="ru-RU"/>
        </w:rPr>
        <w:t xml:space="preserve"> у</w:t>
      </w:r>
      <w:r w:rsidRPr="0091344A">
        <w:rPr>
          <w:b/>
          <w:sz w:val="24"/>
          <w:szCs w:val="24"/>
          <w:lang w:val="ru-RU"/>
        </w:rPr>
        <w:t>крепление практики на</w:t>
      </w:r>
      <w:r w:rsidR="0075162E">
        <w:rPr>
          <w:b/>
          <w:sz w:val="24"/>
          <w:szCs w:val="24"/>
          <w:lang w:val="ru-RU"/>
        </w:rPr>
        <w:t>учного руководства докторантами</w:t>
      </w:r>
    </w:p>
    <w:p w14:paraId="5DB058A2" w14:textId="77777777" w:rsidR="001B5081" w:rsidRPr="0091344A" w:rsidRDefault="00C27271" w:rsidP="0091344A">
      <w:pPr>
        <w:spacing w:before="160" w:after="0"/>
        <w:ind w:firstLine="567"/>
        <w:rPr>
          <w:sz w:val="24"/>
          <w:szCs w:val="24"/>
          <w:lang w:val="ru-RU"/>
        </w:rPr>
      </w:pPr>
      <w:r w:rsidRPr="0091344A">
        <w:rPr>
          <w:b/>
          <w:sz w:val="24"/>
          <w:szCs w:val="24"/>
          <w:lang w:val="ru-RU"/>
        </w:rPr>
        <w:t>1. Общие положения</w:t>
      </w:r>
    </w:p>
    <w:p w14:paraId="51451B9D" w14:textId="77777777" w:rsidR="001B5081" w:rsidRPr="0091344A" w:rsidRDefault="00C27271" w:rsidP="0091344A">
      <w:pPr>
        <w:spacing w:after="0" w:line="240" w:lineRule="auto"/>
        <w:ind w:firstLine="567"/>
        <w:jc w:val="both"/>
        <w:rPr>
          <w:b/>
          <w:bCs/>
          <w:sz w:val="24"/>
          <w:szCs w:val="24"/>
          <w:lang w:val="ru-RU"/>
        </w:rPr>
      </w:pPr>
      <w:r w:rsidRPr="0091344A">
        <w:rPr>
          <w:b/>
          <w:bCs/>
          <w:sz w:val="24"/>
          <w:szCs w:val="24"/>
          <w:lang w:val="ru-RU"/>
        </w:rPr>
        <w:t>1.1. Наименование услуги:</w:t>
      </w:r>
    </w:p>
    <w:p w14:paraId="63413664" w14:textId="18AF8242" w:rsidR="001B5081" w:rsidRPr="0091344A" w:rsidRDefault="008C339B" w:rsidP="0091344A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  <w:r w:rsidRPr="00154CD5">
        <w:rPr>
          <w:sz w:val="24"/>
          <w:szCs w:val="24"/>
          <w:lang w:val="ru-RU"/>
        </w:rPr>
        <w:t>Услуги по организации и проведению курс</w:t>
      </w:r>
      <w:r w:rsidR="00E9521B">
        <w:rPr>
          <w:sz w:val="24"/>
          <w:szCs w:val="24"/>
          <w:lang w:val="ru-RU"/>
        </w:rPr>
        <w:t>ов</w:t>
      </w:r>
      <w:r w:rsidRPr="00154CD5">
        <w:rPr>
          <w:sz w:val="24"/>
          <w:szCs w:val="24"/>
          <w:lang w:val="ru-RU"/>
        </w:rPr>
        <w:t xml:space="preserve"> повышения </w:t>
      </w:r>
      <w:r w:rsidRPr="00AE78F3">
        <w:rPr>
          <w:sz w:val="24"/>
          <w:szCs w:val="24"/>
          <w:lang w:val="ru-RU"/>
        </w:rPr>
        <w:t>квалификации</w:t>
      </w:r>
      <w:r w:rsidR="00E9521B" w:rsidRPr="00AE78F3">
        <w:rPr>
          <w:sz w:val="24"/>
          <w:szCs w:val="24"/>
          <w:lang w:val="ru-RU"/>
        </w:rPr>
        <w:t>,</w:t>
      </w:r>
      <w:r w:rsidR="0075162E" w:rsidRPr="00AE78F3">
        <w:rPr>
          <w:sz w:val="24"/>
          <w:szCs w:val="24"/>
          <w:lang w:val="ru-RU"/>
        </w:rPr>
        <w:t xml:space="preserve"> направленн</w:t>
      </w:r>
      <w:r w:rsidR="00E9521B" w:rsidRPr="00AE78F3">
        <w:rPr>
          <w:sz w:val="24"/>
          <w:szCs w:val="24"/>
          <w:lang w:val="ru-RU"/>
        </w:rPr>
        <w:t>ых</w:t>
      </w:r>
      <w:r w:rsidR="0075162E" w:rsidRPr="00AE78F3">
        <w:rPr>
          <w:sz w:val="24"/>
          <w:szCs w:val="24"/>
          <w:lang w:val="ru-RU"/>
        </w:rPr>
        <w:t xml:space="preserve"> на у</w:t>
      </w:r>
      <w:r w:rsidR="00C27271" w:rsidRPr="00AE78F3">
        <w:rPr>
          <w:sz w:val="24"/>
          <w:szCs w:val="24"/>
          <w:lang w:val="ru-RU"/>
        </w:rPr>
        <w:t>крепление практики на</w:t>
      </w:r>
      <w:r w:rsidR="00D15C55" w:rsidRPr="00AE78F3">
        <w:rPr>
          <w:sz w:val="24"/>
          <w:szCs w:val="24"/>
          <w:lang w:val="ru-RU"/>
        </w:rPr>
        <w:t>учного руководства докторантами</w:t>
      </w:r>
      <w:r w:rsidR="00C27271" w:rsidRPr="00AE78F3">
        <w:rPr>
          <w:sz w:val="24"/>
          <w:szCs w:val="24"/>
          <w:lang w:val="ru-RU"/>
        </w:rPr>
        <w:t>.</w:t>
      </w:r>
      <w:r w:rsidR="0075162E" w:rsidRPr="00AE78F3">
        <w:rPr>
          <w:sz w:val="24"/>
          <w:szCs w:val="24"/>
          <w:lang w:val="ru-RU"/>
        </w:rPr>
        <w:t xml:space="preserve"> Место оказания услуги – город Астана.</w:t>
      </w:r>
    </w:p>
    <w:p w14:paraId="20B7AD21" w14:textId="77777777" w:rsidR="0091344A" w:rsidRDefault="0091344A" w:rsidP="0091344A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</w:p>
    <w:p w14:paraId="57D08ACB" w14:textId="7F55FC29" w:rsidR="001B5081" w:rsidRPr="008C339B" w:rsidRDefault="00C27271" w:rsidP="0091344A">
      <w:pPr>
        <w:spacing w:after="0" w:line="240" w:lineRule="auto"/>
        <w:ind w:firstLine="567"/>
        <w:jc w:val="both"/>
        <w:rPr>
          <w:b/>
          <w:bCs/>
          <w:sz w:val="24"/>
          <w:szCs w:val="24"/>
          <w:lang w:val="ru-RU"/>
        </w:rPr>
      </w:pPr>
      <w:r w:rsidRPr="008C339B">
        <w:rPr>
          <w:b/>
          <w:bCs/>
          <w:sz w:val="24"/>
          <w:szCs w:val="24"/>
          <w:lang w:val="ru-RU"/>
        </w:rPr>
        <w:t>1.2. Срок оказания услуг:</w:t>
      </w:r>
    </w:p>
    <w:p w14:paraId="4D6532D0" w14:textId="2416C0AD" w:rsidR="00B4207E" w:rsidRPr="008C339B" w:rsidRDefault="00D164E7" w:rsidP="009F7284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  <w:r w:rsidRPr="00C07729">
        <w:rPr>
          <w:sz w:val="24"/>
          <w:szCs w:val="24"/>
          <w:lang w:val="ru-RU"/>
        </w:rPr>
        <w:t>По заявке Заказчика до 31 декабря 2026 года, в три этапа</w:t>
      </w:r>
      <w:r w:rsidR="0075162E" w:rsidRPr="00C07729">
        <w:rPr>
          <w:sz w:val="24"/>
          <w:szCs w:val="24"/>
          <w:lang w:val="ru-RU"/>
        </w:rPr>
        <w:t xml:space="preserve"> с</w:t>
      </w:r>
      <w:r w:rsidR="0075162E" w:rsidRPr="00D164E7">
        <w:rPr>
          <w:color w:val="EE0000"/>
          <w:sz w:val="24"/>
          <w:szCs w:val="24"/>
          <w:lang w:val="ru-RU"/>
        </w:rPr>
        <w:t xml:space="preserve"> </w:t>
      </w:r>
      <w:r w:rsidR="0075162E" w:rsidRPr="00AE78F3">
        <w:rPr>
          <w:sz w:val="24"/>
          <w:szCs w:val="24"/>
          <w:lang w:val="ru-RU"/>
        </w:rPr>
        <w:t>момента заключения договора</w:t>
      </w:r>
      <w:r w:rsidR="00C27271" w:rsidRPr="00AE78F3">
        <w:rPr>
          <w:sz w:val="24"/>
          <w:szCs w:val="24"/>
          <w:lang w:val="ru-RU"/>
        </w:rPr>
        <w:t>.</w:t>
      </w:r>
      <w:r w:rsidR="00B4207E" w:rsidRPr="00154CD5">
        <w:rPr>
          <w:sz w:val="24"/>
          <w:szCs w:val="24"/>
          <w:lang w:val="ru-RU"/>
        </w:rPr>
        <w:t xml:space="preserve"> Поставщик организует и проводит </w:t>
      </w:r>
      <w:r w:rsidR="00E9521B">
        <w:rPr>
          <w:sz w:val="24"/>
          <w:szCs w:val="24"/>
          <w:lang w:val="ru-RU"/>
        </w:rPr>
        <w:t>курсы</w:t>
      </w:r>
      <w:r w:rsidR="00B4207E" w:rsidRPr="00154CD5">
        <w:rPr>
          <w:sz w:val="24"/>
          <w:szCs w:val="24"/>
          <w:lang w:val="ru-RU"/>
        </w:rPr>
        <w:t xml:space="preserve"> в соответствии с утвержденной программой, графиком обучения, условиями заключенного договора и настоящей технической спецификацией.</w:t>
      </w:r>
    </w:p>
    <w:p w14:paraId="6DE6E209" w14:textId="77777777" w:rsidR="0091344A" w:rsidRPr="008C339B" w:rsidRDefault="0091344A" w:rsidP="0091344A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</w:p>
    <w:p w14:paraId="48696C9E" w14:textId="417984C2" w:rsidR="001B5081" w:rsidRPr="008C339B" w:rsidRDefault="00C27271" w:rsidP="0091344A">
      <w:pPr>
        <w:spacing w:after="0" w:line="240" w:lineRule="auto"/>
        <w:ind w:firstLine="567"/>
        <w:jc w:val="both"/>
        <w:rPr>
          <w:b/>
          <w:bCs/>
          <w:sz w:val="24"/>
          <w:szCs w:val="24"/>
          <w:lang w:val="ru-RU"/>
        </w:rPr>
      </w:pPr>
      <w:r w:rsidRPr="008C339B">
        <w:rPr>
          <w:b/>
          <w:bCs/>
          <w:sz w:val="24"/>
          <w:szCs w:val="24"/>
          <w:lang w:val="ru-RU"/>
        </w:rPr>
        <w:t>1.3. Формат реализации программы:</w:t>
      </w:r>
    </w:p>
    <w:p w14:paraId="1C7279DF" w14:textId="06B70C77" w:rsidR="008C339B" w:rsidRDefault="00154CD5" w:rsidP="0091344A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Программа</w:t>
      </w:r>
      <w:r w:rsidR="00E9521B">
        <w:rPr>
          <w:sz w:val="24"/>
          <w:szCs w:val="24"/>
          <w:lang w:val="ru-RU"/>
        </w:rPr>
        <w:t xml:space="preserve"> курса</w:t>
      </w:r>
      <w:r>
        <w:rPr>
          <w:sz w:val="24"/>
          <w:szCs w:val="24"/>
          <w:lang w:val="ru-RU"/>
        </w:rPr>
        <w:t xml:space="preserve"> реализуется в три фазы и предусматривает</w:t>
      </w:r>
      <w:r w:rsidR="00B4207E" w:rsidRPr="00154CD5">
        <w:rPr>
          <w:sz w:val="24"/>
          <w:szCs w:val="24"/>
          <w:lang w:val="ru-RU"/>
        </w:rPr>
        <w:t xml:space="preserve"> сочетание очного и онлайн-обучения, самостоятельной работы участников, проведения институционального исследования в университете и командной разработки практических решений</w:t>
      </w:r>
      <w:r w:rsidR="00B4207E" w:rsidRPr="00AE78F3">
        <w:rPr>
          <w:sz w:val="24"/>
          <w:szCs w:val="24"/>
          <w:lang w:val="ru-RU"/>
        </w:rPr>
        <w:t>.</w:t>
      </w:r>
      <w:r w:rsidR="00D15C55" w:rsidRPr="00AE78F3">
        <w:rPr>
          <w:sz w:val="24"/>
          <w:szCs w:val="24"/>
          <w:lang w:val="ru-RU"/>
        </w:rPr>
        <w:t xml:space="preserve"> Очное обучение по 3 этапам (фазам) не более 6 дней.</w:t>
      </w:r>
    </w:p>
    <w:p w14:paraId="5531A9E1" w14:textId="77777777" w:rsidR="00B4207E" w:rsidRDefault="00B4207E" w:rsidP="0091344A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</w:p>
    <w:p w14:paraId="205E6539" w14:textId="77777777" w:rsidR="00B4207E" w:rsidRPr="00154CD5" w:rsidRDefault="00B4207E" w:rsidP="00B4207E">
      <w:pPr>
        <w:spacing w:after="0" w:line="240" w:lineRule="auto"/>
        <w:ind w:firstLine="567"/>
        <w:jc w:val="both"/>
        <w:rPr>
          <w:b/>
          <w:bCs/>
          <w:sz w:val="24"/>
          <w:szCs w:val="24"/>
          <w:lang w:val="ru-RU"/>
        </w:rPr>
      </w:pPr>
      <w:r w:rsidRPr="00154CD5">
        <w:rPr>
          <w:b/>
          <w:bCs/>
          <w:sz w:val="24"/>
          <w:szCs w:val="24"/>
          <w:lang w:val="ru-RU"/>
        </w:rPr>
        <w:t xml:space="preserve">Фаза 1. Современное докторское образование и научное руководство </w:t>
      </w:r>
    </w:p>
    <w:p w14:paraId="605E0CA1" w14:textId="2124D9E1" w:rsidR="00B4207E" w:rsidRPr="00154CD5" w:rsidRDefault="0075162E" w:rsidP="00B4207E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  <w:r w:rsidRPr="00AE78F3">
        <w:rPr>
          <w:sz w:val="24"/>
          <w:szCs w:val="24"/>
          <w:lang w:val="ru-RU"/>
        </w:rPr>
        <w:t xml:space="preserve">Очное обучение не </w:t>
      </w:r>
      <w:r w:rsidR="00D15C55" w:rsidRPr="00AE78F3">
        <w:rPr>
          <w:sz w:val="24"/>
          <w:szCs w:val="24"/>
          <w:lang w:val="ru-RU"/>
        </w:rPr>
        <w:t>менее 3</w:t>
      </w:r>
      <w:r w:rsidRPr="00AE78F3">
        <w:rPr>
          <w:sz w:val="24"/>
          <w:szCs w:val="24"/>
          <w:lang w:val="ru-RU"/>
        </w:rPr>
        <w:t xml:space="preserve"> дней на базе организации Поставщика услуги.</w:t>
      </w:r>
    </w:p>
    <w:p w14:paraId="02549AD0" w14:textId="53C6F634" w:rsidR="00B4207E" w:rsidRPr="0073427A" w:rsidRDefault="00B4207E" w:rsidP="0073427A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  <w:r w:rsidRPr="00154CD5">
        <w:rPr>
          <w:sz w:val="24"/>
          <w:szCs w:val="24"/>
          <w:lang w:val="ru-RU"/>
        </w:rPr>
        <w:t>В рамках первой фазы слушатели знакомятся с современными подходами к докторскому образованию и научному руководству, анализируют роль институциональной политики и университетских структур, рассматривают современные модели научного руководства и совместного руководства, а также вопросы исследовательского дизайна, методологии и академического письма.</w:t>
      </w:r>
    </w:p>
    <w:p w14:paraId="02C3BF36" w14:textId="77777777" w:rsidR="00B4207E" w:rsidRPr="00154CD5" w:rsidRDefault="00B4207E" w:rsidP="00B4207E">
      <w:pPr>
        <w:spacing w:after="0" w:line="240" w:lineRule="auto"/>
        <w:ind w:firstLine="567"/>
        <w:jc w:val="both"/>
        <w:rPr>
          <w:b/>
          <w:bCs/>
          <w:sz w:val="24"/>
          <w:szCs w:val="24"/>
          <w:lang w:val="ru-RU"/>
        </w:rPr>
      </w:pPr>
      <w:r w:rsidRPr="00154CD5">
        <w:rPr>
          <w:b/>
          <w:bCs/>
          <w:sz w:val="24"/>
          <w:szCs w:val="24"/>
          <w:lang w:val="ru-RU"/>
        </w:rPr>
        <w:t>Фаза 2. Институциональное исследование</w:t>
      </w:r>
    </w:p>
    <w:p w14:paraId="2A8B1D17" w14:textId="72759F04" w:rsidR="00B4207E" w:rsidRPr="00154CD5" w:rsidRDefault="0075162E" w:rsidP="00B4207E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  <w:r w:rsidRPr="00AE78F3">
        <w:rPr>
          <w:sz w:val="24"/>
          <w:szCs w:val="24"/>
          <w:lang w:val="ru-RU"/>
        </w:rPr>
        <w:t>О</w:t>
      </w:r>
      <w:r w:rsidR="00B4207E" w:rsidRPr="00AE78F3">
        <w:rPr>
          <w:sz w:val="24"/>
          <w:szCs w:val="24"/>
          <w:lang w:val="ru-RU"/>
        </w:rPr>
        <w:t>нлайн-формат/ самостоятельная работа.</w:t>
      </w:r>
    </w:p>
    <w:p w14:paraId="150DDAD5" w14:textId="391D175A" w:rsidR="00B4207E" w:rsidRPr="0073427A" w:rsidRDefault="00B4207E" w:rsidP="0073427A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  <w:r w:rsidRPr="00154CD5">
        <w:rPr>
          <w:sz w:val="24"/>
          <w:szCs w:val="24"/>
          <w:lang w:val="ru-RU"/>
        </w:rPr>
        <w:t>В рамках второй фазы слушатели проводят институциональное исследование в своих университетах: анализируют внутренние документы и регламенты, изучают действующие процессы научного руководства, взаимодействуют с преподавателями, докторантами и другими заинтересованными сторонами, собирают и анализируют данные.</w:t>
      </w:r>
    </w:p>
    <w:p w14:paraId="4F90CFE1" w14:textId="77777777" w:rsidR="00B4207E" w:rsidRPr="00154CD5" w:rsidRDefault="00B4207E" w:rsidP="00B4207E">
      <w:pPr>
        <w:spacing w:after="0" w:line="240" w:lineRule="auto"/>
        <w:ind w:firstLine="567"/>
        <w:jc w:val="both"/>
        <w:rPr>
          <w:b/>
          <w:bCs/>
          <w:sz w:val="24"/>
          <w:szCs w:val="24"/>
          <w:lang w:val="ru-RU"/>
        </w:rPr>
      </w:pPr>
      <w:r w:rsidRPr="00154CD5">
        <w:rPr>
          <w:b/>
          <w:bCs/>
          <w:sz w:val="24"/>
          <w:szCs w:val="24"/>
          <w:lang w:val="ru-RU"/>
        </w:rPr>
        <w:t>Фаза 3. Разработка практических решений</w:t>
      </w:r>
    </w:p>
    <w:p w14:paraId="6EB45B58" w14:textId="64094B33" w:rsidR="0075162E" w:rsidRPr="00154CD5" w:rsidRDefault="00D15C55" w:rsidP="0075162E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  <w:r w:rsidRPr="00AE78F3">
        <w:rPr>
          <w:sz w:val="24"/>
          <w:szCs w:val="24"/>
          <w:lang w:val="ru-RU"/>
        </w:rPr>
        <w:t>Очное обучение не менее 3</w:t>
      </w:r>
      <w:r w:rsidR="0075162E" w:rsidRPr="00AE78F3">
        <w:rPr>
          <w:sz w:val="24"/>
          <w:szCs w:val="24"/>
          <w:lang w:val="ru-RU"/>
        </w:rPr>
        <w:t xml:space="preserve"> дней на базе организации Поставщика услуги.</w:t>
      </w:r>
    </w:p>
    <w:p w14:paraId="0D47500C" w14:textId="398BD73F" w:rsidR="00B4207E" w:rsidRDefault="00B4207E" w:rsidP="00B4207E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  <w:r w:rsidRPr="00154CD5">
        <w:rPr>
          <w:sz w:val="24"/>
          <w:szCs w:val="24"/>
          <w:lang w:val="ru-RU"/>
        </w:rPr>
        <w:t>В рамках третьей фазы слушатели представляют результаты институционального исследования, сопоставляют опыт различных университетов и разрабатывают конкретные предложения по совершенствованию системы научного руководства.</w:t>
      </w:r>
    </w:p>
    <w:p w14:paraId="4C92F594" w14:textId="77777777" w:rsidR="00B4207E" w:rsidRPr="008C339B" w:rsidRDefault="00B4207E" w:rsidP="0091344A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</w:p>
    <w:p w14:paraId="75CA6C72" w14:textId="0F6BCB35" w:rsidR="001B5081" w:rsidRPr="008C339B" w:rsidRDefault="00C27271" w:rsidP="0075162E">
      <w:pPr>
        <w:spacing w:after="0" w:line="240" w:lineRule="auto"/>
        <w:ind w:firstLine="567"/>
        <w:jc w:val="both"/>
        <w:rPr>
          <w:b/>
          <w:bCs/>
          <w:sz w:val="24"/>
          <w:szCs w:val="24"/>
          <w:lang w:val="ru-RU"/>
        </w:rPr>
      </w:pPr>
      <w:r w:rsidRPr="008C339B">
        <w:rPr>
          <w:b/>
          <w:bCs/>
          <w:sz w:val="24"/>
          <w:szCs w:val="24"/>
          <w:lang w:val="ru-RU"/>
        </w:rPr>
        <w:t>1.4. Общий объем программы:</w:t>
      </w:r>
      <w:r w:rsidR="0091344A" w:rsidRPr="008C339B">
        <w:rPr>
          <w:b/>
          <w:bCs/>
          <w:sz w:val="24"/>
          <w:szCs w:val="24"/>
          <w:lang w:val="ru-RU"/>
        </w:rPr>
        <w:t xml:space="preserve"> </w:t>
      </w:r>
      <w:r w:rsidRPr="008C339B">
        <w:rPr>
          <w:b/>
          <w:bCs/>
          <w:sz w:val="24"/>
          <w:szCs w:val="24"/>
          <w:lang w:val="ru-RU"/>
        </w:rPr>
        <w:t>80 часов.</w:t>
      </w:r>
    </w:p>
    <w:p w14:paraId="2933DB14" w14:textId="77777777" w:rsidR="0091344A" w:rsidRPr="008C339B" w:rsidRDefault="0091344A" w:rsidP="0075162E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</w:p>
    <w:p w14:paraId="2CD5345F" w14:textId="1A6D0C0D" w:rsidR="00154CD5" w:rsidRPr="0073427A" w:rsidRDefault="00C27271" w:rsidP="0075162E">
      <w:pPr>
        <w:spacing w:after="0" w:line="240" w:lineRule="auto"/>
        <w:ind w:firstLine="567"/>
        <w:jc w:val="both"/>
        <w:rPr>
          <w:b/>
          <w:bCs/>
          <w:sz w:val="24"/>
          <w:szCs w:val="24"/>
          <w:lang w:val="ru-RU"/>
        </w:rPr>
      </w:pPr>
      <w:r w:rsidRPr="008C339B">
        <w:rPr>
          <w:b/>
          <w:bCs/>
          <w:sz w:val="24"/>
          <w:szCs w:val="24"/>
          <w:lang w:val="ru-RU"/>
        </w:rPr>
        <w:t>1.5. Количество участников:</w:t>
      </w:r>
      <w:r w:rsidR="00A002FF" w:rsidRPr="008C339B">
        <w:rPr>
          <w:b/>
          <w:bCs/>
          <w:sz w:val="24"/>
          <w:szCs w:val="24"/>
          <w:lang w:val="ru-RU"/>
        </w:rPr>
        <w:t xml:space="preserve"> </w:t>
      </w:r>
      <w:r w:rsidR="008C339B" w:rsidRPr="00154CD5">
        <w:rPr>
          <w:b/>
          <w:bCs/>
          <w:sz w:val="24"/>
          <w:szCs w:val="24"/>
          <w:lang w:val="ru-RU"/>
        </w:rPr>
        <w:t>3</w:t>
      </w:r>
    </w:p>
    <w:p w14:paraId="28187565" w14:textId="0C622940" w:rsidR="001B5081" w:rsidRPr="0091344A" w:rsidRDefault="00C27271" w:rsidP="0075162E">
      <w:pPr>
        <w:spacing w:after="0"/>
        <w:ind w:firstLine="567"/>
        <w:rPr>
          <w:sz w:val="24"/>
          <w:szCs w:val="24"/>
          <w:lang w:val="ru-RU"/>
        </w:rPr>
      </w:pPr>
      <w:r w:rsidRPr="0091344A">
        <w:rPr>
          <w:b/>
          <w:sz w:val="24"/>
          <w:szCs w:val="24"/>
          <w:lang w:val="ru-RU"/>
        </w:rPr>
        <w:t>2. Требования к содержанию программы</w:t>
      </w:r>
    </w:p>
    <w:p w14:paraId="734F7FF5" w14:textId="63073200" w:rsidR="0091344A" w:rsidRDefault="00154CD5" w:rsidP="0075162E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Программа </w:t>
      </w:r>
      <w:r w:rsidR="00C27271" w:rsidRPr="0091344A">
        <w:rPr>
          <w:sz w:val="24"/>
          <w:szCs w:val="24"/>
          <w:lang w:val="ru-RU"/>
        </w:rPr>
        <w:t>направлена на развитие современных практик научного руководства докторантами и совершенствование институциональной системы научного руководства в университетах Казахстана.</w:t>
      </w:r>
    </w:p>
    <w:p w14:paraId="256A5CDB" w14:textId="77777777" w:rsidR="0075162E" w:rsidRPr="0091344A" w:rsidRDefault="0075162E" w:rsidP="0075162E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</w:p>
    <w:p w14:paraId="1A9A0203" w14:textId="6740FA81" w:rsidR="001B5081" w:rsidRPr="0091344A" w:rsidRDefault="00154CD5" w:rsidP="0075162E">
      <w:pPr>
        <w:spacing w:after="0" w:line="240" w:lineRule="auto"/>
        <w:jc w:val="both"/>
        <w:rPr>
          <w:b/>
          <w:bCs/>
          <w:sz w:val="24"/>
          <w:szCs w:val="24"/>
          <w:lang w:val="ru-RU"/>
        </w:rPr>
      </w:pPr>
      <w:r>
        <w:rPr>
          <w:b/>
          <w:bCs/>
          <w:sz w:val="24"/>
          <w:szCs w:val="24"/>
          <w:lang w:val="ru-RU"/>
        </w:rPr>
        <w:t>Программа охватывает</w:t>
      </w:r>
      <w:r w:rsidR="00C27271" w:rsidRPr="0091344A">
        <w:rPr>
          <w:b/>
          <w:bCs/>
          <w:sz w:val="24"/>
          <w:szCs w:val="24"/>
          <w:lang w:val="ru-RU"/>
        </w:rPr>
        <w:t xml:space="preserve"> следующие основные тематические направления:</w:t>
      </w:r>
    </w:p>
    <w:p w14:paraId="214BF95E" w14:textId="77777777" w:rsidR="001B5081" w:rsidRPr="0091344A" w:rsidRDefault="00C27271" w:rsidP="0075162E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  <w:r w:rsidRPr="0091344A">
        <w:rPr>
          <w:sz w:val="24"/>
          <w:szCs w:val="24"/>
          <w:lang w:val="ru-RU"/>
        </w:rPr>
        <w:lastRenderedPageBreak/>
        <w:t>• современное докторское образование и системы научного руководства;</w:t>
      </w:r>
    </w:p>
    <w:p w14:paraId="7AAA618A" w14:textId="77777777" w:rsidR="001B5081" w:rsidRPr="0091344A" w:rsidRDefault="00C27271" w:rsidP="0075162E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  <w:r w:rsidRPr="0091344A">
        <w:rPr>
          <w:sz w:val="24"/>
          <w:szCs w:val="24"/>
          <w:lang w:val="ru-RU"/>
        </w:rPr>
        <w:t>• практика научного руководства докторантами и совместного руководства;</w:t>
      </w:r>
    </w:p>
    <w:p w14:paraId="756CD587" w14:textId="77777777" w:rsidR="001B5081" w:rsidRPr="0091344A" w:rsidRDefault="00C27271" w:rsidP="0075162E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  <w:r w:rsidRPr="0091344A">
        <w:rPr>
          <w:sz w:val="24"/>
          <w:szCs w:val="24"/>
          <w:lang w:val="ru-RU"/>
        </w:rPr>
        <w:t>• исследовательский дизайн и методология;</w:t>
      </w:r>
    </w:p>
    <w:p w14:paraId="5B37734A" w14:textId="77777777" w:rsidR="001B5081" w:rsidRPr="0091344A" w:rsidRDefault="00C27271" w:rsidP="0075162E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  <w:r w:rsidRPr="0091344A">
        <w:rPr>
          <w:sz w:val="24"/>
          <w:szCs w:val="24"/>
          <w:lang w:val="ru-RU"/>
        </w:rPr>
        <w:t>• исследовательская этика и академическая добросовестность;</w:t>
      </w:r>
    </w:p>
    <w:p w14:paraId="794EB938" w14:textId="77777777" w:rsidR="001B5081" w:rsidRPr="0091344A" w:rsidRDefault="00C27271" w:rsidP="0075162E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  <w:r w:rsidRPr="0091344A">
        <w:rPr>
          <w:sz w:val="24"/>
          <w:szCs w:val="24"/>
          <w:lang w:val="ru-RU"/>
        </w:rPr>
        <w:t>• институциональная организация и механизмы поддержки научных руководителей;</w:t>
      </w:r>
    </w:p>
    <w:p w14:paraId="5C24834A" w14:textId="77777777" w:rsidR="001B5081" w:rsidRPr="0091344A" w:rsidRDefault="00C27271" w:rsidP="0075162E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  <w:r w:rsidRPr="0091344A">
        <w:rPr>
          <w:sz w:val="24"/>
          <w:szCs w:val="24"/>
          <w:lang w:val="ru-RU"/>
        </w:rPr>
        <w:t>• мониторинг прогресса докторантов;</w:t>
      </w:r>
    </w:p>
    <w:p w14:paraId="7FCDA816" w14:textId="5D25ECDA" w:rsidR="001B5081" w:rsidRPr="0091344A" w:rsidRDefault="00C27271" w:rsidP="0075162E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  <w:r w:rsidRPr="0091344A">
        <w:rPr>
          <w:sz w:val="24"/>
          <w:szCs w:val="24"/>
          <w:lang w:val="ru-RU"/>
        </w:rPr>
        <w:t>• использование искусственного интеллекта в исследовательской деятельности и научном руководстве</w:t>
      </w:r>
      <w:r w:rsidR="00E9521B">
        <w:rPr>
          <w:sz w:val="24"/>
          <w:szCs w:val="24"/>
          <w:lang w:val="ru-RU"/>
        </w:rPr>
        <w:t>.</w:t>
      </w:r>
    </w:p>
    <w:p w14:paraId="691D0D38" w14:textId="77777777" w:rsidR="0091344A" w:rsidRDefault="0091344A" w:rsidP="0075162E">
      <w:pPr>
        <w:spacing w:after="0" w:line="240" w:lineRule="auto"/>
        <w:jc w:val="both"/>
        <w:rPr>
          <w:sz w:val="24"/>
          <w:szCs w:val="24"/>
          <w:lang w:val="ru-RU"/>
        </w:rPr>
      </w:pPr>
    </w:p>
    <w:p w14:paraId="39F5825F" w14:textId="3F153C47" w:rsidR="008C339B" w:rsidRDefault="00154CD5" w:rsidP="0075162E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Программа обеспечивает </w:t>
      </w:r>
      <w:r w:rsidR="00C27271" w:rsidRPr="0091344A">
        <w:rPr>
          <w:sz w:val="24"/>
          <w:szCs w:val="24"/>
          <w:lang w:val="ru-RU"/>
        </w:rPr>
        <w:t>практическую связь между профессиональным развитием участников и совершенствованием институциональной сред</w:t>
      </w:r>
      <w:r>
        <w:rPr>
          <w:sz w:val="24"/>
          <w:szCs w:val="24"/>
          <w:lang w:val="ru-RU"/>
        </w:rPr>
        <w:t xml:space="preserve">ы университета. Итогом обучения становится </w:t>
      </w:r>
      <w:r w:rsidR="00C27271" w:rsidRPr="0091344A">
        <w:rPr>
          <w:sz w:val="24"/>
          <w:szCs w:val="24"/>
          <w:lang w:val="ru-RU"/>
        </w:rPr>
        <w:t>не только новый набор профессиональных компетенций, но и конкретные предложения по развитию системы научного руководства.</w:t>
      </w:r>
    </w:p>
    <w:p w14:paraId="2CB64789" w14:textId="77777777" w:rsidR="001B1871" w:rsidRPr="001B1871" w:rsidRDefault="001B1871" w:rsidP="0075162E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</w:p>
    <w:p w14:paraId="0181818E" w14:textId="3523D029" w:rsidR="001B5081" w:rsidRPr="0091344A" w:rsidRDefault="00C27271" w:rsidP="0075162E">
      <w:pPr>
        <w:spacing w:after="0"/>
        <w:ind w:firstLine="567"/>
        <w:rPr>
          <w:sz w:val="24"/>
          <w:szCs w:val="24"/>
          <w:lang w:val="ru-RU"/>
        </w:rPr>
      </w:pPr>
      <w:r w:rsidRPr="0091344A">
        <w:rPr>
          <w:b/>
          <w:sz w:val="24"/>
          <w:szCs w:val="24"/>
          <w:lang w:val="ru-RU"/>
        </w:rPr>
        <w:t>3. Условия оказания услуг</w:t>
      </w:r>
    </w:p>
    <w:p w14:paraId="6053CEEB" w14:textId="44DC950C" w:rsidR="001B5081" w:rsidRPr="0091344A" w:rsidRDefault="001B1871" w:rsidP="0075162E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3.1. Программа </w:t>
      </w:r>
      <w:r w:rsidR="00D164E7" w:rsidRPr="00C07729">
        <w:rPr>
          <w:sz w:val="24"/>
          <w:szCs w:val="24"/>
          <w:lang w:val="ru-RU"/>
        </w:rPr>
        <w:t xml:space="preserve">должна быть </w:t>
      </w:r>
      <w:r w:rsidR="00C27271" w:rsidRPr="0091344A">
        <w:rPr>
          <w:sz w:val="24"/>
          <w:szCs w:val="24"/>
          <w:lang w:val="ru-RU"/>
        </w:rPr>
        <w:t>организована и проведена в соответствии с утвержденной структурой, содержанием и графиком.</w:t>
      </w:r>
    </w:p>
    <w:p w14:paraId="0A35FF44" w14:textId="25DD0070" w:rsidR="001B5081" w:rsidRPr="0091344A" w:rsidRDefault="001B1871" w:rsidP="0075162E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3.2. Обучение сочетает</w:t>
      </w:r>
      <w:r w:rsidR="00C27271" w:rsidRPr="0091344A">
        <w:rPr>
          <w:sz w:val="24"/>
          <w:szCs w:val="24"/>
          <w:lang w:val="ru-RU"/>
        </w:rPr>
        <w:t xml:space="preserve"> теоретическую подготовку, практическую работу, самостоятельную работу участников, институциональное исследование и командную разработку решений.</w:t>
      </w:r>
    </w:p>
    <w:p w14:paraId="548E963D" w14:textId="389CD5B8" w:rsidR="001B5081" w:rsidRPr="0091344A" w:rsidRDefault="00C27271" w:rsidP="0075162E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  <w:r w:rsidRPr="0091344A">
        <w:rPr>
          <w:sz w:val="24"/>
          <w:szCs w:val="24"/>
          <w:lang w:val="ru-RU"/>
        </w:rPr>
        <w:t xml:space="preserve">3.3. </w:t>
      </w:r>
      <w:r w:rsidR="001B1871">
        <w:rPr>
          <w:sz w:val="24"/>
          <w:szCs w:val="24"/>
          <w:lang w:val="ru-RU"/>
        </w:rPr>
        <w:t>Поставщик обеспечивает</w:t>
      </w:r>
      <w:r w:rsidRPr="0091344A">
        <w:rPr>
          <w:sz w:val="24"/>
          <w:szCs w:val="24"/>
          <w:lang w:val="ru-RU"/>
        </w:rPr>
        <w:t xml:space="preserve"> методическое сопровождение участников на всех этапах программы, включая проведение институционального исследования и подготовку итогового продукта.</w:t>
      </w:r>
    </w:p>
    <w:p w14:paraId="7D268763" w14:textId="0393A666" w:rsidR="001B5081" w:rsidRPr="0091344A" w:rsidRDefault="001B1871" w:rsidP="0075162E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3.4. В рамках программы </w:t>
      </w:r>
      <w:r w:rsidR="00C27271" w:rsidRPr="0091344A">
        <w:rPr>
          <w:sz w:val="24"/>
          <w:szCs w:val="24"/>
          <w:lang w:val="ru-RU"/>
        </w:rPr>
        <w:t>обеспечено взаимодействие представителей различных университетов, включая обмен опытом и обсуждение практик организации докторского образования.</w:t>
      </w:r>
    </w:p>
    <w:p w14:paraId="4A24CA04" w14:textId="42FD686E" w:rsidR="001B5081" w:rsidRPr="0091344A" w:rsidRDefault="001B1871" w:rsidP="0075162E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3.5. В ходе программы участники исследуют</w:t>
      </w:r>
      <w:r w:rsidR="00C27271" w:rsidRPr="0091344A">
        <w:rPr>
          <w:sz w:val="24"/>
          <w:szCs w:val="24"/>
          <w:lang w:val="ru-RU"/>
        </w:rPr>
        <w:t xml:space="preserve"> действующую систему научного руководства в своих университетах на основе внутренних документов, данных и взаимодействия с заинтересованными сторонами.</w:t>
      </w:r>
    </w:p>
    <w:p w14:paraId="0066C869" w14:textId="7B333090" w:rsidR="001B5081" w:rsidRPr="0091344A" w:rsidRDefault="00C27271" w:rsidP="0075162E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  <w:r w:rsidRPr="0091344A">
        <w:rPr>
          <w:sz w:val="24"/>
          <w:szCs w:val="24"/>
          <w:lang w:val="ru-RU"/>
        </w:rPr>
        <w:t>3.6. По результатам институцио</w:t>
      </w:r>
      <w:r w:rsidR="001C76A4">
        <w:rPr>
          <w:sz w:val="24"/>
          <w:szCs w:val="24"/>
          <w:lang w:val="ru-RU"/>
        </w:rPr>
        <w:t>нального исследования участники разработают</w:t>
      </w:r>
      <w:r w:rsidRPr="0091344A">
        <w:rPr>
          <w:sz w:val="24"/>
          <w:szCs w:val="24"/>
          <w:lang w:val="ru-RU"/>
        </w:rPr>
        <w:t xml:space="preserve"> и представить конкретные предложения по совершенствованию системы научного руководства.</w:t>
      </w:r>
    </w:p>
    <w:p w14:paraId="0223062B" w14:textId="61747E97" w:rsidR="001B5081" w:rsidRPr="0091344A" w:rsidRDefault="00C27271" w:rsidP="0075162E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  <w:r w:rsidRPr="0091344A">
        <w:rPr>
          <w:sz w:val="24"/>
          <w:szCs w:val="24"/>
          <w:lang w:val="ru-RU"/>
        </w:rPr>
        <w:t>3.</w:t>
      </w:r>
      <w:r w:rsidR="001C76A4">
        <w:rPr>
          <w:sz w:val="24"/>
          <w:szCs w:val="24"/>
          <w:lang w:val="ru-RU"/>
        </w:rPr>
        <w:t>7. Итоговым продуктом программы является</w:t>
      </w:r>
      <w:r w:rsidR="0075162E">
        <w:rPr>
          <w:sz w:val="24"/>
          <w:szCs w:val="24"/>
          <w:lang w:val="ru-RU"/>
        </w:rPr>
        <w:t xml:space="preserve"> </w:t>
      </w:r>
      <w:r w:rsidRPr="0091344A">
        <w:rPr>
          <w:sz w:val="24"/>
          <w:szCs w:val="24"/>
          <w:lang w:val="ru-RU"/>
        </w:rPr>
        <w:t>институциональный план развития системы научного руководства в университете.</w:t>
      </w:r>
    </w:p>
    <w:p w14:paraId="5AECC285" w14:textId="33E60117" w:rsidR="00B4207E" w:rsidRDefault="0075162E" w:rsidP="0075162E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3.8</w:t>
      </w:r>
      <w:r w:rsidR="00C27271" w:rsidRPr="0091344A">
        <w:rPr>
          <w:sz w:val="24"/>
          <w:szCs w:val="24"/>
          <w:lang w:val="ru-RU"/>
        </w:rPr>
        <w:t xml:space="preserve">. </w:t>
      </w:r>
      <w:r w:rsidR="001C76A4">
        <w:rPr>
          <w:sz w:val="24"/>
          <w:szCs w:val="24"/>
          <w:lang w:val="ru-RU"/>
        </w:rPr>
        <w:t>Поставщик</w:t>
      </w:r>
      <w:r w:rsidR="004F5836">
        <w:rPr>
          <w:sz w:val="24"/>
          <w:szCs w:val="24"/>
          <w:lang w:val="ru-RU"/>
        </w:rPr>
        <w:t xml:space="preserve"> обеспечивает</w:t>
      </w:r>
      <w:r w:rsidR="00C27271" w:rsidRPr="0091344A">
        <w:rPr>
          <w:sz w:val="24"/>
          <w:szCs w:val="24"/>
          <w:lang w:val="ru-RU"/>
        </w:rPr>
        <w:t xml:space="preserve"> привлечение преподавателей и экспертов, имеющих соответствующую академическую и практическую экспертизу в области докторского образования, научного руководства и развития высшего образования.</w:t>
      </w:r>
    </w:p>
    <w:p w14:paraId="18F2F07B" w14:textId="77777777" w:rsidR="00162A06" w:rsidRPr="00101C67" w:rsidRDefault="00162A06" w:rsidP="0075162E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</w:p>
    <w:p w14:paraId="39105EA7" w14:textId="51EE25C8" w:rsidR="001B5081" w:rsidRPr="0091344A" w:rsidRDefault="00C27271" w:rsidP="0075162E">
      <w:pPr>
        <w:spacing w:after="0"/>
        <w:ind w:firstLine="567"/>
        <w:rPr>
          <w:sz w:val="24"/>
          <w:szCs w:val="24"/>
          <w:lang w:val="ru-RU"/>
        </w:rPr>
      </w:pPr>
      <w:r w:rsidRPr="0091344A">
        <w:rPr>
          <w:b/>
          <w:sz w:val="24"/>
          <w:szCs w:val="24"/>
          <w:lang w:val="ru-RU"/>
        </w:rPr>
        <w:t>4. Поставщ</w:t>
      </w:r>
      <w:r w:rsidR="00D164E7">
        <w:rPr>
          <w:b/>
          <w:sz w:val="24"/>
          <w:szCs w:val="24"/>
          <w:lang w:val="ru-RU"/>
        </w:rPr>
        <w:t xml:space="preserve">ик </w:t>
      </w:r>
      <w:r w:rsidR="007E45A4">
        <w:rPr>
          <w:b/>
          <w:sz w:val="24"/>
          <w:szCs w:val="24"/>
          <w:lang w:val="ru-RU"/>
        </w:rPr>
        <w:t>обязуется</w:t>
      </w:r>
      <w:r w:rsidR="00D164E7">
        <w:rPr>
          <w:b/>
          <w:sz w:val="24"/>
          <w:szCs w:val="24"/>
          <w:lang w:val="ru-RU"/>
        </w:rPr>
        <w:t>:</w:t>
      </w:r>
    </w:p>
    <w:p w14:paraId="7345625A" w14:textId="7C939C2B" w:rsidR="00B4207E" w:rsidRPr="00CB4379" w:rsidRDefault="003E102E" w:rsidP="0075162E">
      <w:pPr>
        <w:spacing w:after="0" w:line="240" w:lineRule="auto"/>
        <w:ind w:firstLine="567"/>
        <w:jc w:val="both"/>
        <w:rPr>
          <w:sz w:val="24"/>
          <w:szCs w:val="24"/>
          <w:lang w:val="kk-KZ"/>
        </w:rPr>
      </w:pPr>
      <w:r>
        <w:rPr>
          <w:sz w:val="24"/>
          <w:szCs w:val="24"/>
          <w:lang w:val="kk-KZ"/>
        </w:rPr>
        <w:t>4.1</w:t>
      </w:r>
      <w:r w:rsidR="00F7515D">
        <w:rPr>
          <w:sz w:val="24"/>
          <w:szCs w:val="24"/>
          <w:lang w:val="kk-KZ"/>
        </w:rPr>
        <w:t>.</w:t>
      </w:r>
      <w:r w:rsidR="00B4207E" w:rsidRPr="00CB4379">
        <w:rPr>
          <w:sz w:val="24"/>
          <w:szCs w:val="24"/>
          <w:lang w:val="kk-KZ"/>
        </w:rPr>
        <w:t xml:space="preserve"> После завершении обучения слушателям Заказчика Поставщик обязуется выдать соответствующие  сертификаты. </w:t>
      </w:r>
    </w:p>
    <w:p w14:paraId="3C467913" w14:textId="5B6BA318" w:rsidR="00B4207E" w:rsidRPr="00CB4379" w:rsidRDefault="00B4207E" w:rsidP="0075162E">
      <w:pPr>
        <w:spacing w:after="0" w:line="240" w:lineRule="auto"/>
        <w:ind w:firstLine="567"/>
        <w:jc w:val="both"/>
        <w:rPr>
          <w:sz w:val="24"/>
          <w:szCs w:val="24"/>
          <w:lang w:val="kk-KZ"/>
        </w:rPr>
      </w:pPr>
      <w:r w:rsidRPr="00CB4379">
        <w:rPr>
          <w:sz w:val="24"/>
          <w:szCs w:val="24"/>
          <w:lang w:val="ru-RU"/>
        </w:rPr>
        <w:t>4</w:t>
      </w:r>
      <w:r w:rsidR="003E102E">
        <w:rPr>
          <w:sz w:val="24"/>
          <w:szCs w:val="24"/>
          <w:lang w:val="kk-KZ"/>
        </w:rPr>
        <w:t>.2</w:t>
      </w:r>
      <w:r w:rsidR="00F7515D">
        <w:rPr>
          <w:sz w:val="24"/>
          <w:szCs w:val="24"/>
          <w:lang w:val="kk-KZ"/>
        </w:rPr>
        <w:t>.</w:t>
      </w:r>
      <w:r w:rsidRPr="00CB4379">
        <w:rPr>
          <w:sz w:val="24"/>
          <w:szCs w:val="24"/>
          <w:lang w:val="kk-KZ"/>
        </w:rPr>
        <w:t xml:space="preserve"> Поставщик обеспечивает методическое сопровождение участников на всех этапах программы, включая проведение институционального исследования и подготовку итогового продукта.</w:t>
      </w:r>
    </w:p>
    <w:p w14:paraId="38E42A86" w14:textId="03007468" w:rsidR="008C339B" w:rsidRDefault="003E102E" w:rsidP="0075162E">
      <w:pPr>
        <w:spacing w:after="0" w:line="240" w:lineRule="auto"/>
        <w:ind w:firstLine="567"/>
        <w:jc w:val="both"/>
        <w:rPr>
          <w:sz w:val="24"/>
          <w:szCs w:val="24"/>
          <w:lang w:val="kk-KZ"/>
        </w:rPr>
      </w:pPr>
      <w:r>
        <w:rPr>
          <w:sz w:val="24"/>
          <w:szCs w:val="24"/>
          <w:lang w:val="kk-KZ"/>
        </w:rPr>
        <w:t>4.3</w:t>
      </w:r>
      <w:r w:rsidR="00F7515D">
        <w:rPr>
          <w:sz w:val="24"/>
          <w:szCs w:val="24"/>
          <w:lang w:val="kk-KZ"/>
        </w:rPr>
        <w:t>.</w:t>
      </w:r>
      <w:r w:rsidR="00B4207E" w:rsidRPr="00CB4379">
        <w:rPr>
          <w:sz w:val="24"/>
          <w:szCs w:val="24"/>
          <w:lang w:val="kk-KZ"/>
        </w:rPr>
        <w:t xml:space="preserve"> Поставщик обеспечивает взаимодействие участников, представляющих различные университеты, включая обмен опытом и обсуждение практик организации докторского образования.</w:t>
      </w:r>
    </w:p>
    <w:p w14:paraId="0558826D" w14:textId="026013CE" w:rsidR="000734E4" w:rsidRPr="000734E4" w:rsidRDefault="000734E4" w:rsidP="000734E4">
      <w:pPr>
        <w:spacing w:after="0"/>
        <w:ind w:firstLine="567"/>
        <w:jc w:val="both"/>
        <w:rPr>
          <w:sz w:val="24"/>
          <w:szCs w:val="24"/>
          <w:lang w:val="kk-KZ"/>
        </w:rPr>
      </w:pPr>
      <w:r w:rsidRPr="000734E4">
        <w:rPr>
          <w:sz w:val="24"/>
          <w:szCs w:val="24"/>
          <w:lang w:val="kk-KZ"/>
        </w:rPr>
        <w:t xml:space="preserve">4.4. Поставщик обеспечивает предоставление всех методических материалов и инструментов, необходимых для проведения институционального исследования, включая </w:t>
      </w:r>
      <w:r w:rsidRPr="000734E4">
        <w:rPr>
          <w:sz w:val="24"/>
          <w:szCs w:val="24"/>
          <w:lang w:val="kk-KZ"/>
        </w:rPr>
        <w:lastRenderedPageBreak/>
        <w:t>доступ к системе управления обучением, содержащей полный комплекс интерактивных учебных материалов.</w:t>
      </w:r>
    </w:p>
    <w:p w14:paraId="4CA93EBB" w14:textId="77777777" w:rsidR="000734E4" w:rsidRPr="000734E4" w:rsidRDefault="000734E4" w:rsidP="000734E4">
      <w:pPr>
        <w:spacing w:after="0"/>
        <w:ind w:firstLine="567"/>
        <w:jc w:val="both"/>
        <w:rPr>
          <w:sz w:val="24"/>
          <w:szCs w:val="24"/>
          <w:lang w:val="kk-KZ"/>
        </w:rPr>
      </w:pPr>
      <w:r w:rsidRPr="000734E4">
        <w:rPr>
          <w:sz w:val="24"/>
          <w:szCs w:val="24"/>
          <w:lang w:val="kk-KZ"/>
        </w:rPr>
        <w:t>4.5. Поставщик обеспечивает проведение курсов в смешанном языковом формате с использованием русского и английского языков.</w:t>
      </w:r>
    </w:p>
    <w:p w14:paraId="6D9D476E" w14:textId="3AE47BDC" w:rsidR="000734E4" w:rsidRPr="000734E4" w:rsidRDefault="000734E4" w:rsidP="000734E4">
      <w:pPr>
        <w:spacing w:after="0"/>
        <w:ind w:firstLine="567"/>
        <w:jc w:val="both"/>
        <w:rPr>
          <w:sz w:val="24"/>
          <w:szCs w:val="24"/>
          <w:lang w:val="kk-KZ"/>
        </w:rPr>
      </w:pPr>
      <w:r w:rsidRPr="000734E4">
        <w:rPr>
          <w:sz w:val="24"/>
          <w:szCs w:val="24"/>
          <w:lang w:val="kk-KZ"/>
        </w:rPr>
        <w:t>4.6. Поставщик обеспечивает привлечение к проведению курсов зарубежных экспертов в качестве спикеров, обладающих профессиональными компетенциями и практическим опытом по направлению курса.</w:t>
      </w:r>
    </w:p>
    <w:p w14:paraId="79DFC19C" w14:textId="77777777" w:rsidR="000734E4" w:rsidRPr="000734E4" w:rsidRDefault="000734E4" w:rsidP="000734E4">
      <w:pPr>
        <w:spacing w:after="0"/>
        <w:ind w:firstLine="567"/>
        <w:jc w:val="both"/>
        <w:rPr>
          <w:sz w:val="24"/>
          <w:szCs w:val="24"/>
          <w:lang w:val="kk-KZ"/>
        </w:rPr>
      </w:pPr>
      <w:r w:rsidRPr="000734E4">
        <w:rPr>
          <w:sz w:val="24"/>
          <w:szCs w:val="24"/>
          <w:lang w:val="kk-KZ"/>
        </w:rPr>
        <w:t>4.7. Поставщик обеспечивает синхронный двусторонний перевод с русского языка на английский и с английского языка на русский на всех этапах обучения, включая лекционные и практические занятия, дискуссии и иные мероприятия, предусмотренные программой курса.</w:t>
      </w:r>
    </w:p>
    <w:p w14:paraId="5EEB2126" w14:textId="4A400B21" w:rsidR="00D15C55" w:rsidRDefault="000734E4" w:rsidP="000734E4">
      <w:pPr>
        <w:spacing w:after="0"/>
        <w:ind w:firstLine="567"/>
        <w:jc w:val="both"/>
        <w:rPr>
          <w:sz w:val="24"/>
          <w:szCs w:val="24"/>
          <w:lang w:val="kk-KZ"/>
        </w:rPr>
      </w:pPr>
      <w:r w:rsidRPr="000734E4">
        <w:rPr>
          <w:sz w:val="24"/>
          <w:szCs w:val="24"/>
          <w:lang w:val="kk-KZ"/>
        </w:rPr>
        <w:t>4.8. Поставщик обеспечивает организацию и проведение ежедневных кофе-брейков во время перерывов между очными занятиями.</w:t>
      </w:r>
    </w:p>
    <w:p w14:paraId="15F7C6C9" w14:textId="77777777" w:rsidR="000734E4" w:rsidRDefault="000734E4" w:rsidP="000734E4">
      <w:pPr>
        <w:spacing w:after="0"/>
        <w:ind w:firstLine="567"/>
        <w:rPr>
          <w:b/>
          <w:sz w:val="24"/>
          <w:szCs w:val="24"/>
          <w:lang w:val="kk-KZ"/>
        </w:rPr>
      </w:pPr>
    </w:p>
    <w:p w14:paraId="675310AC" w14:textId="06F422E3" w:rsidR="001B5081" w:rsidRPr="0091344A" w:rsidRDefault="00C27271" w:rsidP="0075162E">
      <w:pPr>
        <w:spacing w:after="0"/>
        <w:ind w:firstLine="567"/>
        <w:rPr>
          <w:sz w:val="24"/>
          <w:szCs w:val="24"/>
          <w:lang w:val="ru-RU"/>
        </w:rPr>
      </w:pPr>
      <w:r w:rsidRPr="0091344A">
        <w:rPr>
          <w:b/>
          <w:sz w:val="24"/>
          <w:szCs w:val="24"/>
          <w:lang w:val="ru-RU"/>
        </w:rPr>
        <w:t>5. Результат оказания услуг</w:t>
      </w:r>
    </w:p>
    <w:p w14:paraId="78B394CF" w14:textId="3410942E" w:rsidR="001B5081" w:rsidRPr="0091344A" w:rsidRDefault="00CB4379" w:rsidP="0075162E">
      <w:pPr>
        <w:spacing w:after="0" w:line="240" w:lineRule="auto"/>
        <w:ind w:firstLine="567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По итогам оказания услуг </w:t>
      </w:r>
      <w:r w:rsidR="00C27271" w:rsidRPr="0091344A">
        <w:rPr>
          <w:sz w:val="24"/>
          <w:szCs w:val="24"/>
          <w:lang w:val="ru-RU"/>
        </w:rPr>
        <w:t>проведена программа профессионал</w:t>
      </w:r>
      <w:r w:rsidR="00A002FF">
        <w:rPr>
          <w:sz w:val="24"/>
          <w:szCs w:val="24"/>
          <w:lang w:val="ru-RU"/>
        </w:rPr>
        <w:t>ьного развития в объеме 80 часов с выдачей сертификата.</w:t>
      </w:r>
      <w:r w:rsidR="001260D9">
        <w:rPr>
          <w:sz w:val="24"/>
          <w:szCs w:val="24"/>
          <w:lang w:val="ru-RU"/>
        </w:rPr>
        <w:t xml:space="preserve"> </w:t>
      </w:r>
    </w:p>
    <w:p w14:paraId="498575DF" w14:textId="3A6F494C" w:rsidR="001B5081" w:rsidRPr="0091344A" w:rsidRDefault="001B5081" w:rsidP="0075162E">
      <w:pPr>
        <w:spacing w:after="0" w:line="240" w:lineRule="auto"/>
        <w:jc w:val="both"/>
        <w:rPr>
          <w:sz w:val="24"/>
          <w:szCs w:val="24"/>
          <w:lang w:val="ru-RU"/>
        </w:rPr>
      </w:pPr>
    </w:p>
    <w:sectPr w:rsidR="001B5081" w:rsidRPr="0091344A" w:rsidSect="00034616">
      <w:pgSz w:w="12240" w:h="15840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662122056">
    <w:abstractNumId w:val="8"/>
  </w:num>
  <w:num w:numId="2" w16cid:durableId="268783301">
    <w:abstractNumId w:val="6"/>
  </w:num>
  <w:num w:numId="3" w16cid:durableId="1615097440">
    <w:abstractNumId w:val="5"/>
  </w:num>
  <w:num w:numId="4" w16cid:durableId="1123890498">
    <w:abstractNumId w:val="4"/>
  </w:num>
  <w:num w:numId="5" w16cid:durableId="1839072541">
    <w:abstractNumId w:val="7"/>
  </w:num>
  <w:num w:numId="6" w16cid:durableId="879824728">
    <w:abstractNumId w:val="3"/>
  </w:num>
  <w:num w:numId="7" w16cid:durableId="1213418937">
    <w:abstractNumId w:val="2"/>
  </w:num>
  <w:num w:numId="8" w16cid:durableId="1574657869">
    <w:abstractNumId w:val="1"/>
  </w:num>
  <w:num w:numId="9" w16cid:durableId="13382682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1071D"/>
    <w:rsid w:val="00034616"/>
    <w:rsid w:val="0006063C"/>
    <w:rsid w:val="000734E4"/>
    <w:rsid w:val="00101C67"/>
    <w:rsid w:val="001260D9"/>
    <w:rsid w:val="0015074B"/>
    <w:rsid w:val="00154CD5"/>
    <w:rsid w:val="00162A06"/>
    <w:rsid w:val="00163F11"/>
    <w:rsid w:val="001B1871"/>
    <w:rsid w:val="001B5081"/>
    <w:rsid w:val="001C76A4"/>
    <w:rsid w:val="0029639D"/>
    <w:rsid w:val="00326F90"/>
    <w:rsid w:val="003E102E"/>
    <w:rsid w:val="00463C4E"/>
    <w:rsid w:val="004F5836"/>
    <w:rsid w:val="0052086F"/>
    <w:rsid w:val="005C3C5F"/>
    <w:rsid w:val="005C577D"/>
    <w:rsid w:val="0073427A"/>
    <w:rsid w:val="0075162E"/>
    <w:rsid w:val="007A7FFD"/>
    <w:rsid w:val="007E45A4"/>
    <w:rsid w:val="008C339B"/>
    <w:rsid w:val="0091344A"/>
    <w:rsid w:val="00970325"/>
    <w:rsid w:val="009F7284"/>
    <w:rsid w:val="00A002FF"/>
    <w:rsid w:val="00AA1D8D"/>
    <w:rsid w:val="00AE78F3"/>
    <w:rsid w:val="00B4207E"/>
    <w:rsid w:val="00B47730"/>
    <w:rsid w:val="00C07729"/>
    <w:rsid w:val="00C27271"/>
    <w:rsid w:val="00CB0664"/>
    <w:rsid w:val="00CB4379"/>
    <w:rsid w:val="00CE0249"/>
    <w:rsid w:val="00D15C55"/>
    <w:rsid w:val="00D164E7"/>
    <w:rsid w:val="00E9521B"/>
    <w:rsid w:val="00F7515D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AD5D2F0"/>
  <w14:defaultImageDpi w14:val="300"/>
  <w15:docId w15:val="{7429EED1-7D5B-41C9-A985-B87673926E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rPr>
      <w:rFonts w:ascii="Times New Roman" w:hAnsi="Times New Roman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aff8">
    <w:name w:val="Balloon Text"/>
    <w:basedOn w:val="a1"/>
    <w:link w:val="aff9"/>
    <w:uiPriority w:val="99"/>
    <w:semiHidden/>
    <w:unhideWhenUsed/>
    <w:rsid w:val="003E10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f9">
    <w:name w:val="Текст выноски Знак"/>
    <w:basedOn w:val="a2"/>
    <w:link w:val="aff8"/>
    <w:uiPriority w:val="99"/>
    <w:semiHidden/>
    <w:rsid w:val="003E102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9370E6BC-0B8F-46BE-8756-CBF59FFA2C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3</Pages>
  <Words>931</Words>
  <Characters>5308</Characters>
  <Application>Microsoft Office Word</Application>
  <DocSecurity>0</DocSecurity>
  <Lines>44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6227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user</cp:lastModifiedBy>
  <cp:revision>33</cp:revision>
  <cp:lastPrinted>2026-10-09T08:55:00Z</cp:lastPrinted>
  <dcterms:created xsi:type="dcterms:W3CDTF">2013-12-23T23:15:00Z</dcterms:created>
  <dcterms:modified xsi:type="dcterms:W3CDTF">2026-10-20T09:58:00Z</dcterms:modified>
  <cp:category/>
</cp:coreProperties>
</file>