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78829" w14:textId="77777777" w:rsidR="001B5081" w:rsidRPr="0091344A" w:rsidRDefault="00C27271" w:rsidP="0091344A">
      <w:pPr>
        <w:spacing w:after="0" w:line="240" w:lineRule="auto"/>
        <w:jc w:val="center"/>
        <w:rPr>
          <w:sz w:val="24"/>
          <w:szCs w:val="24"/>
          <w:lang w:val="ru-RU"/>
        </w:rPr>
      </w:pPr>
      <w:r w:rsidRPr="0091344A">
        <w:rPr>
          <w:b/>
          <w:sz w:val="24"/>
          <w:szCs w:val="24"/>
          <w:lang w:val="ru-RU"/>
        </w:rPr>
        <w:t>ТЕХНИКАЛЫҚ СИПАТТАМА</w:t>
      </w:r>
    </w:p>
    <w:p w14:paraId="0097E171" w14:textId="0BF1907C" w:rsidR="001B5081" w:rsidRPr="0075162E" w:rsidRDefault="00C27271" w:rsidP="0075162E">
      <w:pPr>
        <w:spacing w:after="0" w:line="240" w:lineRule="auto"/>
        <w:jc w:val="center"/>
        <w:rPr>
          <w:b/>
          <w:sz w:val="24"/>
          <w:szCs w:val="24"/>
          <w:lang w:val="ru-RU"/>
        </w:rPr>
      </w:pPr>
      <w:proofErr w:type="spellStart"/>
      <w:r w:rsidRPr="0091344A">
        <w:rPr>
          <w:b/>
          <w:sz w:val="24"/>
          <w:szCs w:val="24"/>
          <w:lang w:val="ru-RU"/>
        </w:rPr>
        <w:t>докторанттарға</w:t>
      </w:r>
      <w:proofErr w:type="spellEnd"/>
      <w:r w:rsidRPr="0091344A">
        <w:rPr>
          <w:b/>
          <w:sz w:val="24"/>
          <w:szCs w:val="24"/>
          <w:lang w:val="ru-RU"/>
        </w:rPr>
        <w:t xml:space="preserve"> </w:t>
      </w:r>
      <w:proofErr w:type="spellStart"/>
      <w:r w:rsidRPr="0091344A">
        <w:rPr>
          <w:b/>
          <w:sz w:val="24"/>
          <w:szCs w:val="24"/>
          <w:lang w:val="ru-RU"/>
        </w:rPr>
        <w:t>ғылыми</w:t>
      </w:r>
      <w:proofErr w:type="spellEnd"/>
      <w:r w:rsidRPr="0091344A">
        <w:rPr>
          <w:b/>
          <w:sz w:val="24"/>
          <w:szCs w:val="24"/>
          <w:lang w:val="ru-RU"/>
        </w:rPr>
        <w:t xml:space="preserve"> </w:t>
      </w:r>
      <w:proofErr w:type="spellStart"/>
      <w:r w:rsidRPr="0091344A">
        <w:rPr>
          <w:b/>
          <w:sz w:val="24"/>
          <w:szCs w:val="24"/>
          <w:lang w:val="ru-RU"/>
        </w:rPr>
        <w:t>жетекшілік</w:t>
      </w:r>
      <w:proofErr w:type="spellEnd"/>
      <w:r w:rsidRPr="0091344A">
        <w:rPr>
          <w:b/>
          <w:sz w:val="24"/>
          <w:szCs w:val="24"/>
          <w:lang w:val="ru-RU"/>
        </w:rPr>
        <w:t xml:space="preserve"> </w:t>
      </w:r>
      <w:proofErr w:type="spellStart"/>
      <w:r w:rsidRPr="0091344A">
        <w:rPr>
          <w:b/>
          <w:sz w:val="24"/>
          <w:szCs w:val="24"/>
          <w:lang w:val="ru-RU"/>
        </w:rPr>
        <w:t>ету</w:t>
      </w:r>
      <w:proofErr w:type="spellEnd"/>
      <w:r w:rsidRPr="0091344A">
        <w:rPr>
          <w:b/>
          <w:sz w:val="24"/>
          <w:szCs w:val="24"/>
          <w:lang w:val="ru-RU"/>
        </w:rPr>
        <w:t xml:space="preserve"> </w:t>
      </w:r>
      <w:proofErr w:type="spellStart"/>
      <w:r w:rsidRPr="0091344A">
        <w:rPr>
          <w:b/>
          <w:sz w:val="24"/>
          <w:szCs w:val="24"/>
          <w:lang w:val="ru-RU"/>
        </w:rPr>
        <w:t>тәжірибесін</w:t>
      </w:r>
      <w:proofErr w:type="spellEnd"/>
      <w:r w:rsidRPr="0091344A">
        <w:rPr>
          <w:b/>
          <w:sz w:val="24"/>
          <w:szCs w:val="24"/>
          <w:lang w:val="ru-RU"/>
        </w:rPr>
        <w:t xml:space="preserve"> </w:t>
      </w:r>
      <w:proofErr w:type="spellStart"/>
      <w:r w:rsidRPr="0091344A">
        <w:rPr>
          <w:b/>
          <w:sz w:val="24"/>
          <w:szCs w:val="24"/>
          <w:lang w:val="ru-RU"/>
        </w:rPr>
        <w:t>нығайтуға</w:t>
      </w:r>
      <w:proofErr w:type="spellEnd"/>
      <w:r w:rsidRPr="0091344A">
        <w:rPr>
          <w:b/>
          <w:sz w:val="24"/>
          <w:szCs w:val="24"/>
          <w:lang w:val="ru-RU"/>
        </w:rPr>
        <w:t xml:space="preserve"> </w:t>
      </w:r>
      <w:proofErr w:type="spellStart"/>
      <w:r w:rsidRPr="0091344A">
        <w:rPr>
          <w:b/>
          <w:sz w:val="24"/>
          <w:szCs w:val="24"/>
          <w:lang w:val="ru-RU"/>
        </w:rPr>
        <w:t>бағытталған</w:t>
      </w:r>
      <w:proofErr w:type="spellEnd"/>
      <w:r w:rsidRPr="0091344A">
        <w:rPr>
          <w:b/>
          <w:sz w:val="24"/>
          <w:szCs w:val="24"/>
          <w:lang w:val="ru-RU"/>
        </w:rPr>
        <w:t xml:space="preserve"> </w:t>
      </w:r>
      <w:proofErr w:type="spellStart"/>
      <w:r w:rsidRPr="0091344A">
        <w:rPr>
          <w:b/>
          <w:sz w:val="24"/>
          <w:szCs w:val="24"/>
          <w:lang w:val="ru-RU"/>
        </w:rPr>
        <w:t>кәсіби</w:t>
      </w:r>
      <w:proofErr w:type="spellEnd"/>
      <w:r w:rsidRPr="0091344A">
        <w:rPr>
          <w:b/>
          <w:sz w:val="24"/>
          <w:szCs w:val="24"/>
          <w:lang w:val="ru-RU"/>
        </w:rPr>
        <w:t xml:space="preserve"> даму </w:t>
      </w:r>
      <w:proofErr w:type="spellStart"/>
      <w:r w:rsidRPr="0091344A">
        <w:rPr>
          <w:b/>
          <w:sz w:val="24"/>
          <w:szCs w:val="24"/>
          <w:lang w:val="ru-RU"/>
        </w:rPr>
        <w:t>бағдарламасын</w:t>
      </w:r>
      <w:proofErr w:type="spellEnd"/>
      <w:r w:rsidRPr="0091344A">
        <w:rPr>
          <w:b/>
          <w:sz w:val="24"/>
          <w:szCs w:val="24"/>
          <w:lang w:val="ru-RU"/>
        </w:rPr>
        <w:t xml:space="preserve"> </w:t>
      </w:r>
      <w:proofErr w:type="spellStart"/>
      <w:r w:rsidRPr="0091344A">
        <w:rPr>
          <w:b/>
          <w:sz w:val="24"/>
          <w:szCs w:val="24"/>
          <w:lang w:val="ru-RU"/>
        </w:rPr>
        <w:t>ұйымдастыру</w:t>
      </w:r>
      <w:proofErr w:type="spellEnd"/>
      <w:r w:rsidRPr="0091344A">
        <w:rPr>
          <w:b/>
          <w:sz w:val="24"/>
          <w:szCs w:val="24"/>
          <w:lang w:val="ru-RU"/>
        </w:rPr>
        <w:t xml:space="preserve"> </w:t>
      </w:r>
      <w:proofErr w:type="spellStart"/>
      <w:r w:rsidRPr="0091344A">
        <w:rPr>
          <w:b/>
          <w:sz w:val="24"/>
          <w:szCs w:val="24"/>
          <w:lang w:val="ru-RU"/>
        </w:rPr>
        <w:t>және</w:t>
      </w:r>
      <w:proofErr w:type="spellEnd"/>
      <w:r w:rsidRPr="0091344A">
        <w:rPr>
          <w:b/>
          <w:sz w:val="24"/>
          <w:szCs w:val="24"/>
          <w:lang w:val="ru-RU"/>
        </w:rPr>
        <w:t xml:space="preserve"> </w:t>
      </w:r>
      <w:proofErr w:type="spellStart"/>
      <w:r w:rsidRPr="0091344A">
        <w:rPr>
          <w:b/>
          <w:sz w:val="24"/>
          <w:szCs w:val="24"/>
          <w:lang w:val="ru-RU"/>
        </w:rPr>
        <w:t>өткізу</w:t>
      </w:r>
      <w:proofErr w:type="spellEnd"/>
      <w:r w:rsidRPr="0091344A">
        <w:rPr>
          <w:b/>
          <w:sz w:val="24"/>
          <w:szCs w:val="24"/>
          <w:lang w:val="ru-RU"/>
        </w:rPr>
        <w:t xml:space="preserve"> </w:t>
      </w:r>
      <w:proofErr w:type="spellStart"/>
      <w:r w:rsidRPr="0091344A">
        <w:rPr>
          <w:b/>
          <w:sz w:val="24"/>
          <w:szCs w:val="24"/>
          <w:lang w:val="ru-RU"/>
        </w:rPr>
        <w:t>жөніндегі</w:t>
      </w:r>
      <w:proofErr w:type="spellEnd"/>
      <w:r w:rsidRPr="0091344A">
        <w:rPr>
          <w:b/>
          <w:sz w:val="24"/>
          <w:szCs w:val="24"/>
          <w:lang w:val="ru-RU"/>
        </w:rPr>
        <w:t xml:space="preserve"> </w:t>
      </w:r>
      <w:proofErr w:type="spellStart"/>
      <w:r w:rsidRPr="0091344A">
        <w:rPr>
          <w:b/>
          <w:sz w:val="24"/>
          <w:szCs w:val="24"/>
          <w:lang w:val="ru-RU"/>
        </w:rPr>
        <w:t>қызметтерді</w:t>
      </w:r>
      <w:proofErr w:type="spellEnd"/>
      <w:r w:rsidRPr="0091344A">
        <w:rPr>
          <w:b/>
          <w:sz w:val="24"/>
          <w:szCs w:val="24"/>
          <w:lang w:val="ru-RU"/>
        </w:rPr>
        <w:t xml:space="preserve"> </w:t>
      </w:r>
      <w:proofErr w:type="spellStart"/>
      <w:r w:rsidRPr="0091344A">
        <w:rPr>
          <w:b/>
          <w:sz w:val="24"/>
          <w:szCs w:val="24"/>
          <w:lang w:val="ru-RU"/>
        </w:rPr>
        <w:t>көрсетуге</w:t>
      </w:r>
      <w:proofErr w:type="spellEnd"/>
      <w:r w:rsidRPr="0091344A">
        <w:rPr>
          <w:b/>
          <w:sz w:val="24"/>
          <w:szCs w:val="24"/>
          <w:lang w:val="ru-RU"/>
        </w:rPr>
        <w:t xml:space="preserve"> </w:t>
      </w:r>
      <w:proofErr w:type="spellStart"/>
      <w:r w:rsidRPr="0091344A">
        <w:rPr>
          <w:b/>
          <w:sz w:val="24"/>
          <w:szCs w:val="24"/>
          <w:lang w:val="ru-RU"/>
        </w:rPr>
        <w:t>арналған</w:t>
      </w:r>
      <w:proofErr w:type="spellEnd"/>
    </w:p>
    <w:p w14:paraId="5DB058A2" w14:textId="77777777" w:rsidR="001B5081" w:rsidRPr="0091344A" w:rsidRDefault="00C27271" w:rsidP="0091344A">
      <w:pPr>
        <w:spacing w:before="160" w:after="0"/>
        <w:ind w:firstLine="567"/>
        <w:rPr>
          <w:sz w:val="24"/>
          <w:szCs w:val="24"/>
          <w:lang w:val="ru-RU"/>
        </w:rPr>
      </w:pPr>
      <w:r w:rsidRPr="0091344A">
        <w:rPr>
          <w:b/>
          <w:sz w:val="24"/>
          <w:szCs w:val="24"/>
          <w:lang w:val="ru-RU"/>
        </w:rPr>
        <w:t xml:space="preserve">1. </w:t>
      </w:r>
      <w:proofErr w:type="spellStart"/>
      <w:r w:rsidRPr="0091344A">
        <w:rPr>
          <w:b/>
          <w:sz w:val="24"/>
          <w:szCs w:val="24"/>
          <w:lang w:val="ru-RU"/>
        </w:rPr>
        <w:t>Жалпы</w:t>
      </w:r>
      <w:proofErr w:type="spellEnd"/>
      <w:r w:rsidRPr="0091344A">
        <w:rPr>
          <w:b/>
          <w:sz w:val="24"/>
          <w:szCs w:val="24"/>
          <w:lang w:val="ru-RU"/>
        </w:rPr>
        <w:t xml:space="preserve"> </w:t>
      </w:r>
      <w:proofErr w:type="spellStart"/>
      <w:r w:rsidRPr="0091344A">
        <w:rPr>
          <w:b/>
          <w:sz w:val="24"/>
          <w:szCs w:val="24"/>
          <w:lang w:val="ru-RU"/>
        </w:rPr>
        <w:t>ережелер</w:t>
      </w:r>
      <w:proofErr w:type="spellEnd"/>
    </w:p>
    <w:p w14:paraId="51451B9D" w14:textId="77777777" w:rsidR="001B5081" w:rsidRPr="0091344A" w:rsidRDefault="00C27271" w:rsidP="0091344A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91344A">
        <w:rPr>
          <w:b/>
          <w:bCs/>
          <w:sz w:val="24"/>
          <w:szCs w:val="24"/>
          <w:lang w:val="ru-RU"/>
        </w:rPr>
        <w:t xml:space="preserve">1.1. </w:t>
      </w:r>
      <w:proofErr w:type="spellStart"/>
      <w:r w:rsidRPr="0091344A">
        <w:rPr>
          <w:b/>
          <w:bCs/>
          <w:sz w:val="24"/>
          <w:szCs w:val="24"/>
          <w:lang w:val="ru-RU"/>
        </w:rPr>
        <w:t>Қызметтің</w:t>
      </w:r>
      <w:proofErr w:type="spellEnd"/>
      <w:r w:rsidRPr="0091344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91344A">
        <w:rPr>
          <w:b/>
          <w:bCs/>
          <w:sz w:val="24"/>
          <w:szCs w:val="24"/>
          <w:lang w:val="ru-RU"/>
        </w:rPr>
        <w:t>атауы</w:t>
      </w:r>
      <w:proofErr w:type="spellEnd"/>
      <w:r w:rsidRPr="0091344A">
        <w:rPr>
          <w:b/>
          <w:bCs/>
          <w:sz w:val="24"/>
          <w:szCs w:val="24"/>
          <w:lang w:val="ru-RU"/>
        </w:rPr>
        <w:t>:</w:t>
      </w:r>
    </w:p>
    <w:p w14:paraId="63413664" w14:textId="18AF8242" w:rsidR="001B5081" w:rsidRPr="0091344A" w:rsidRDefault="008C339B" w:rsidP="0091344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proofErr w:type="spellStart"/>
      <w:r w:rsidRPr="00154CD5">
        <w:rPr>
          <w:sz w:val="24"/>
          <w:szCs w:val="24"/>
          <w:lang w:val="ru-RU"/>
        </w:rPr>
        <w:t>Докторанттарға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ғылыми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жетекшілік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ету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тәжірибесін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нығайтуға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бағытталған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біліктілікті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арттыру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курстарын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ұйымдастыру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және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өткізу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жөніндегі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қызметтер</w:t>
      </w:r>
      <w:proofErr w:type="spellEnd"/>
      <w:r w:rsidRPr="00154CD5">
        <w:rPr>
          <w:sz w:val="24"/>
          <w:szCs w:val="24"/>
          <w:lang w:val="ru-RU"/>
        </w:rPr>
        <w:t xml:space="preserve">. </w:t>
      </w:r>
      <w:proofErr w:type="spellStart"/>
      <w:r w:rsidRPr="00154CD5">
        <w:rPr>
          <w:sz w:val="24"/>
          <w:szCs w:val="24"/>
          <w:lang w:val="ru-RU"/>
        </w:rPr>
        <w:t>Қызмет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көрсету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орны</w:t>
      </w:r>
      <w:proofErr w:type="spellEnd"/>
      <w:r w:rsidRPr="00154CD5">
        <w:rPr>
          <w:sz w:val="24"/>
          <w:szCs w:val="24"/>
          <w:lang w:val="ru-RU"/>
        </w:rPr>
        <w:t xml:space="preserve"> – Астана </w:t>
      </w:r>
      <w:proofErr w:type="spellStart"/>
      <w:r w:rsidRPr="00154CD5">
        <w:rPr>
          <w:sz w:val="24"/>
          <w:szCs w:val="24"/>
          <w:lang w:val="ru-RU"/>
        </w:rPr>
        <w:t>қаласы</w:t>
      </w:r>
      <w:proofErr w:type="spellEnd"/>
      <w:r w:rsidRPr="00154CD5">
        <w:rPr>
          <w:sz w:val="24"/>
          <w:szCs w:val="24"/>
          <w:lang w:val="ru-RU"/>
        </w:rPr>
        <w:t>.</w:t>
      </w:r>
    </w:p>
    <w:p w14:paraId="20B7AD21" w14:textId="77777777" w:rsidR="0091344A" w:rsidRDefault="0091344A" w:rsidP="0091344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57D08ACB" w14:textId="7F55FC29" w:rsidR="001B5081" w:rsidRPr="008C339B" w:rsidRDefault="00C27271" w:rsidP="0091344A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8C339B">
        <w:rPr>
          <w:b/>
          <w:bCs/>
          <w:sz w:val="24"/>
          <w:szCs w:val="24"/>
          <w:lang w:val="ru-RU"/>
        </w:rPr>
        <w:t xml:space="preserve">1.2. </w:t>
      </w:r>
      <w:proofErr w:type="spellStart"/>
      <w:r w:rsidRPr="008C339B">
        <w:rPr>
          <w:b/>
          <w:bCs/>
          <w:sz w:val="24"/>
          <w:szCs w:val="24"/>
          <w:lang w:val="ru-RU"/>
        </w:rPr>
        <w:t>Қызмет</w:t>
      </w:r>
      <w:proofErr w:type="spellEnd"/>
      <w:r w:rsidRPr="008C339B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8C339B">
        <w:rPr>
          <w:b/>
          <w:bCs/>
          <w:sz w:val="24"/>
          <w:szCs w:val="24"/>
          <w:lang w:val="ru-RU"/>
        </w:rPr>
        <w:t>көрсету</w:t>
      </w:r>
      <w:proofErr w:type="spellEnd"/>
      <w:r w:rsidRPr="008C339B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8C339B">
        <w:rPr>
          <w:b/>
          <w:bCs/>
          <w:sz w:val="24"/>
          <w:szCs w:val="24"/>
          <w:lang w:val="ru-RU"/>
        </w:rPr>
        <w:t>мерзімі</w:t>
      </w:r>
      <w:proofErr w:type="spellEnd"/>
      <w:r w:rsidRPr="008C339B">
        <w:rPr>
          <w:b/>
          <w:bCs/>
          <w:sz w:val="24"/>
          <w:szCs w:val="24"/>
          <w:lang w:val="ru-RU"/>
        </w:rPr>
        <w:t>:</w:t>
      </w:r>
    </w:p>
    <w:p w14:paraId="4D6532D0" w14:textId="2416C0AD" w:rsidR="00B4207E" w:rsidRPr="006442BE" w:rsidRDefault="00D164E7" w:rsidP="009F7284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proofErr w:type="spellStart"/>
      <w:r w:rsidRPr="006442BE">
        <w:rPr>
          <w:sz w:val="24"/>
          <w:szCs w:val="24"/>
          <w:lang w:val="ru-RU"/>
        </w:rPr>
        <w:t>Тапсырыс</w:t>
      </w:r>
      <w:proofErr w:type="spellEnd"/>
      <w:r w:rsidRPr="006442BE">
        <w:rPr>
          <w:sz w:val="24"/>
          <w:szCs w:val="24"/>
          <w:lang w:val="ru-RU"/>
        </w:rPr>
        <w:t xml:space="preserve"> </w:t>
      </w:r>
      <w:proofErr w:type="spellStart"/>
      <w:r w:rsidRPr="006442BE">
        <w:rPr>
          <w:sz w:val="24"/>
          <w:szCs w:val="24"/>
          <w:lang w:val="ru-RU"/>
        </w:rPr>
        <w:t>берушінің</w:t>
      </w:r>
      <w:proofErr w:type="spellEnd"/>
      <w:r w:rsidRPr="006442BE">
        <w:rPr>
          <w:sz w:val="24"/>
          <w:szCs w:val="24"/>
          <w:lang w:val="ru-RU"/>
        </w:rPr>
        <w:t xml:space="preserve"> </w:t>
      </w:r>
      <w:proofErr w:type="spellStart"/>
      <w:r w:rsidRPr="006442BE">
        <w:rPr>
          <w:sz w:val="24"/>
          <w:szCs w:val="24"/>
          <w:lang w:val="ru-RU"/>
        </w:rPr>
        <w:t>өтінімі</w:t>
      </w:r>
      <w:proofErr w:type="spellEnd"/>
      <w:r w:rsidRPr="006442BE">
        <w:rPr>
          <w:sz w:val="24"/>
          <w:szCs w:val="24"/>
          <w:lang w:val="ru-RU"/>
        </w:rPr>
        <w:t xml:space="preserve"> </w:t>
      </w:r>
      <w:proofErr w:type="spellStart"/>
      <w:r w:rsidRPr="006442BE">
        <w:rPr>
          <w:sz w:val="24"/>
          <w:szCs w:val="24"/>
          <w:lang w:val="ru-RU"/>
        </w:rPr>
        <w:t>бойынша</w:t>
      </w:r>
      <w:proofErr w:type="spellEnd"/>
      <w:r w:rsidRPr="006442BE">
        <w:rPr>
          <w:sz w:val="24"/>
          <w:szCs w:val="24"/>
          <w:lang w:val="ru-RU"/>
        </w:rPr>
        <w:t xml:space="preserve"> 2026 </w:t>
      </w:r>
      <w:proofErr w:type="spellStart"/>
      <w:r w:rsidRPr="006442BE">
        <w:rPr>
          <w:sz w:val="24"/>
          <w:szCs w:val="24"/>
          <w:lang w:val="ru-RU"/>
        </w:rPr>
        <w:t>жылғы</w:t>
      </w:r>
      <w:proofErr w:type="spellEnd"/>
      <w:r w:rsidRPr="006442BE">
        <w:rPr>
          <w:sz w:val="24"/>
          <w:szCs w:val="24"/>
          <w:lang w:val="ru-RU"/>
        </w:rPr>
        <w:t xml:space="preserve"> 31 </w:t>
      </w:r>
      <w:proofErr w:type="spellStart"/>
      <w:r w:rsidRPr="006442BE">
        <w:rPr>
          <w:sz w:val="24"/>
          <w:szCs w:val="24"/>
          <w:lang w:val="ru-RU"/>
        </w:rPr>
        <w:t>желтоқсанға</w:t>
      </w:r>
      <w:proofErr w:type="spellEnd"/>
      <w:r w:rsidRPr="006442BE">
        <w:rPr>
          <w:sz w:val="24"/>
          <w:szCs w:val="24"/>
          <w:lang w:val="ru-RU"/>
        </w:rPr>
        <w:t xml:space="preserve"> </w:t>
      </w:r>
      <w:proofErr w:type="spellStart"/>
      <w:r w:rsidRPr="006442BE">
        <w:rPr>
          <w:sz w:val="24"/>
          <w:szCs w:val="24"/>
          <w:lang w:val="ru-RU"/>
        </w:rPr>
        <w:t>дейін</w:t>
      </w:r>
      <w:proofErr w:type="spellEnd"/>
      <w:r w:rsidRPr="006442BE">
        <w:rPr>
          <w:sz w:val="24"/>
          <w:szCs w:val="24"/>
          <w:lang w:val="ru-RU"/>
        </w:rPr>
        <w:t xml:space="preserve">, </w:t>
      </w:r>
      <w:proofErr w:type="spellStart"/>
      <w:r w:rsidRPr="006442BE">
        <w:rPr>
          <w:sz w:val="24"/>
          <w:szCs w:val="24"/>
          <w:lang w:val="ru-RU"/>
        </w:rPr>
        <w:t>шарт</w:t>
      </w:r>
      <w:proofErr w:type="spellEnd"/>
      <w:r w:rsidRPr="006442BE">
        <w:rPr>
          <w:sz w:val="24"/>
          <w:szCs w:val="24"/>
          <w:lang w:val="ru-RU"/>
        </w:rPr>
        <w:t xml:space="preserve"> </w:t>
      </w:r>
      <w:proofErr w:type="spellStart"/>
      <w:r w:rsidRPr="006442BE">
        <w:rPr>
          <w:sz w:val="24"/>
          <w:szCs w:val="24"/>
          <w:lang w:val="ru-RU"/>
        </w:rPr>
        <w:t>жасалған</w:t>
      </w:r>
      <w:proofErr w:type="spellEnd"/>
      <w:r w:rsidRPr="006442BE">
        <w:rPr>
          <w:sz w:val="24"/>
          <w:szCs w:val="24"/>
          <w:lang w:val="ru-RU"/>
        </w:rPr>
        <w:t xml:space="preserve"> </w:t>
      </w:r>
      <w:proofErr w:type="spellStart"/>
      <w:r w:rsidRPr="006442BE">
        <w:rPr>
          <w:sz w:val="24"/>
          <w:szCs w:val="24"/>
          <w:lang w:val="ru-RU"/>
        </w:rPr>
        <w:t>сәттен</w:t>
      </w:r>
      <w:proofErr w:type="spellEnd"/>
      <w:r w:rsidRPr="006442BE">
        <w:rPr>
          <w:sz w:val="24"/>
          <w:szCs w:val="24"/>
          <w:lang w:val="ru-RU"/>
        </w:rPr>
        <w:t xml:space="preserve"> </w:t>
      </w:r>
      <w:proofErr w:type="spellStart"/>
      <w:r w:rsidRPr="006442BE">
        <w:rPr>
          <w:sz w:val="24"/>
          <w:szCs w:val="24"/>
          <w:lang w:val="ru-RU"/>
        </w:rPr>
        <w:t>бастап</w:t>
      </w:r>
      <w:proofErr w:type="spellEnd"/>
      <w:r w:rsidRPr="006442BE">
        <w:rPr>
          <w:sz w:val="24"/>
          <w:szCs w:val="24"/>
          <w:lang w:val="ru-RU"/>
        </w:rPr>
        <w:t xml:space="preserve"> </w:t>
      </w:r>
      <w:proofErr w:type="spellStart"/>
      <w:r w:rsidRPr="006442BE">
        <w:rPr>
          <w:sz w:val="24"/>
          <w:szCs w:val="24"/>
          <w:lang w:val="ru-RU"/>
        </w:rPr>
        <w:t>үш</w:t>
      </w:r>
      <w:proofErr w:type="spellEnd"/>
      <w:r w:rsidRPr="006442BE">
        <w:rPr>
          <w:sz w:val="24"/>
          <w:szCs w:val="24"/>
          <w:lang w:val="ru-RU"/>
        </w:rPr>
        <w:t xml:space="preserve"> </w:t>
      </w:r>
      <w:proofErr w:type="spellStart"/>
      <w:r w:rsidRPr="006442BE">
        <w:rPr>
          <w:sz w:val="24"/>
          <w:szCs w:val="24"/>
          <w:lang w:val="ru-RU"/>
        </w:rPr>
        <w:t>кезеңде</w:t>
      </w:r>
      <w:proofErr w:type="spellEnd"/>
      <w:r w:rsidRPr="006442BE">
        <w:rPr>
          <w:sz w:val="24"/>
          <w:szCs w:val="24"/>
          <w:lang w:val="ru-RU"/>
        </w:rPr>
        <w:t xml:space="preserve">. </w:t>
      </w:r>
      <w:proofErr w:type="spellStart"/>
      <w:r w:rsidRPr="006442BE">
        <w:rPr>
          <w:sz w:val="24"/>
          <w:szCs w:val="24"/>
          <w:lang w:val="ru-RU"/>
        </w:rPr>
        <w:t>Өнім</w:t>
      </w:r>
      <w:proofErr w:type="spellEnd"/>
      <w:r w:rsidRPr="006442BE">
        <w:rPr>
          <w:sz w:val="24"/>
          <w:szCs w:val="24"/>
          <w:lang w:val="ru-RU"/>
        </w:rPr>
        <w:t xml:space="preserve"> </w:t>
      </w:r>
      <w:proofErr w:type="spellStart"/>
      <w:r w:rsidRPr="006442BE">
        <w:rPr>
          <w:sz w:val="24"/>
          <w:szCs w:val="24"/>
          <w:lang w:val="ru-RU"/>
        </w:rPr>
        <w:t>беруші</w:t>
      </w:r>
      <w:proofErr w:type="spellEnd"/>
      <w:r w:rsidRPr="006442BE">
        <w:rPr>
          <w:sz w:val="24"/>
          <w:szCs w:val="24"/>
          <w:lang w:val="ru-RU"/>
        </w:rPr>
        <w:t xml:space="preserve"> </w:t>
      </w:r>
      <w:proofErr w:type="spellStart"/>
      <w:r w:rsidRPr="006442BE">
        <w:rPr>
          <w:sz w:val="24"/>
          <w:szCs w:val="24"/>
          <w:lang w:val="ru-RU"/>
        </w:rPr>
        <w:t>курстарды</w:t>
      </w:r>
      <w:proofErr w:type="spellEnd"/>
      <w:r w:rsidRPr="006442BE">
        <w:rPr>
          <w:sz w:val="24"/>
          <w:szCs w:val="24"/>
          <w:lang w:val="ru-RU"/>
        </w:rPr>
        <w:t xml:space="preserve"> </w:t>
      </w:r>
      <w:proofErr w:type="spellStart"/>
      <w:r w:rsidRPr="006442BE">
        <w:rPr>
          <w:sz w:val="24"/>
          <w:szCs w:val="24"/>
          <w:lang w:val="ru-RU"/>
        </w:rPr>
        <w:t>бекітілген</w:t>
      </w:r>
      <w:proofErr w:type="spellEnd"/>
      <w:r w:rsidRPr="006442BE">
        <w:rPr>
          <w:sz w:val="24"/>
          <w:szCs w:val="24"/>
          <w:lang w:val="ru-RU"/>
        </w:rPr>
        <w:t xml:space="preserve"> </w:t>
      </w:r>
      <w:proofErr w:type="spellStart"/>
      <w:r w:rsidRPr="006442BE">
        <w:rPr>
          <w:sz w:val="24"/>
          <w:szCs w:val="24"/>
          <w:lang w:val="ru-RU"/>
        </w:rPr>
        <w:t>бағдарламаға</w:t>
      </w:r>
      <w:proofErr w:type="spellEnd"/>
      <w:r w:rsidRPr="006442BE">
        <w:rPr>
          <w:sz w:val="24"/>
          <w:szCs w:val="24"/>
          <w:lang w:val="ru-RU"/>
        </w:rPr>
        <w:t xml:space="preserve">, </w:t>
      </w:r>
      <w:proofErr w:type="spellStart"/>
      <w:r w:rsidRPr="006442BE">
        <w:rPr>
          <w:sz w:val="24"/>
          <w:szCs w:val="24"/>
          <w:lang w:val="ru-RU"/>
        </w:rPr>
        <w:t>оқу</w:t>
      </w:r>
      <w:proofErr w:type="spellEnd"/>
      <w:r w:rsidRPr="006442BE">
        <w:rPr>
          <w:sz w:val="24"/>
          <w:szCs w:val="24"/>
          <w:lang w:val="ru-RU"/>
        </w:rPr>
        <w:t xml:space="preserve"> </w:t>
      </w:r>
      <w:proofErr w:type="spellStart"/>
      <w:r w:rsidRPr="006442BE">
        <w:rPr>
          <w:sz w:val="24"/>
          <w:szCs w:val="24"/>
          <w:lang w:val="ru-RU"/>
        </w:rPr>
        <w:t>кестесіне</w:t>
      </w:r>
      <w:proofErr w:type="spellEnd"/>
      <w:r w:rsidRPr="006442BE">
        <w:rPr>
          <w:sz w:val="24"/>
          <w:szCs w:val="24"/>
          <w:lang w:val="ru-RU"/>
        </w:rPr>
        <w:t xml:space="preserve">, </w:t>
      </w:r>
      <w:proofErr w:type="spellStart"/>
      <w:r w:rsidRPr="006442BE">
        <w:rPr>
          <w:sz w:val="24"/>
          <w:szCs w:val="24"/>
          <w:lang w:val="ru-RU"/>
        </w:rPr>
        <w:t>жасалған</w:t>
      </w:r>
      <w:proofErr w:type="spellEnd"/>
      <w:r w:rsidRPr="006442BE">
        <w:rPr>
          <w:sz w:val="24"/>
          <w:szCs w:val="24"/>
          <w:lang w:val="ru-RU"/>
        </w:rPr>
        <w:t xml:space="preserve"> </w:t>
      </w:r>
      <w:proofErr w:type="spellStart"/>
      <w:r w:rsidRPr="006442BE">
        <w:rPr>
          <w:sz w:val="24"/>
          <w:szCs w:val="24"/>
          <w:lang w:val="ru-RU"/>
        </w:rPr>
        <w:t>шарттың</w:t>
      </w:r>
      <w:proofErr w:type="spellEnd"/>
      <w:r w:rsidRPr="006442BE">
        <w:rPr>
          <w:sz w:val="24"/>
          <w:szCs w:val="24"/>
          <w:lang w:val="ru-RU"/>
        </w:rPr>
        <w:t xml:space="preserve"> </w:t>
      </w:r>
      <w:proofErr w:type="spellStart"/>
      <w:r w:rsidRPr="006442BE">
        <w:rPr>
          <w:sz w:val="24"/>
          <w:szCs w:val="24"/>
          <w:lang w:val="ru-RU"/>
        </w:rPr>
        <w:t>талаптарына</w:t>
      </w:r>
      <w:proofErr w:type="spellEnd"/>
      <w:r w:rsidRPr="006442BE">
        <w:rPr>
          <w:sz w:val="24"/>
          <w:szCs w:val="24"/>
          <w:lang w:val="ru-RU"/>
        </w:rPr>
        <w:t xml:space="preserve"> </w:t>
      </w:r>
      <w:proofErr w:type="spellStart"/>
      <w:r w:rsidRPr="006442BE">
        <w:rPr>
          <w:sz w:val="24"/>
          <w:szCs w:val="24"/>
          <w:lang w:val="ru-RU"/>
        </w:rPr>
        <w:t>және</w:t>
      </w:r>
      <w:proofErr w:type="spellEnd"/>
      <w:r w:rsidRPr="006442BE">
        <w:rPr>
          <w:sz w:val="24"/>
          <w:szCs w:val="24"/>
          <w:lang w:val="ru-RU"/>
        </w:rPr>
        <w:t xml:space="preserve"> осы </w:t>
      </w:r>
      <w:proofErr w:type="spellStart"/>
      <w:r w:rsidRPr="006442BE">
        <w:rPr>
          <w:sz w:val="24"/>
          <w:szCs w:val="24"/>
          <w:lang w:val="ru-RU"/>
        </w:rPr>
        <w:t>техникалық</w:t>
      </w:r>
      <w:proofErr w:type="spellEnd"/>
      <w:r w:rsidRPr="006442BE">
        <w:rPr>
          <w:sz w:val="24"/>
          <w:szCs w:val="24"/>
          <w:lang w:val="ru-RU"/>
        </w:rPr>
        <w:t xml:space="preserve"> </w:t>
      </w:r>
      <w:proofErr w:type="spellStart"/>
      <w:r w:rsidRPr="006442BE">
        <w:rPr>
          <w:sz w:val="24"/>
          <w:szCs w:val="24"/>
          <w:lang w:val="ru-RU"/>
        </w:rPr>
        <w:t>сипаттамаға</w:t>
      </w:r>
      <w:proofErr w:type="spellEnd"/>
      <w:r w:rsidRPr="006442BE">
        <w:rPr>
          <w:sz w:val="24"/>
          <w:szCs w:val="24"/>
          <w:lang w:val="ru-RU"/>
        </w:rPr>
        <w:t xml:space="preserve"> </w:t>
      </w:r>
      <w:proofErr w:type="spellStart"/>
      <w:r w:rsidRPr="006442BE">
        <w:rPr>
          <w:sz w:val="24"/>
          <w:szCs w:val="24"/>
          <w:lang w:val="ru-RU"/>
        </w:rPr>
        <w:t>сәйкес</w:t>
      </w:r>
      <w:proofErr w:type="spellEnd"/>
      <w:r w:rsidRPr="006442BE">
        <w:rPr>
          <w:sz w:val="24"/>
          <w:szCs w:val="24"/>
          <w:lang w:val="ru-RU"/>
        </w:rPr>
        <w:t xml:space="preserve"> </w:t>
      </w:r>
      <w:proofErr w:type="spellStart"/>
      <w:r w:rsidRPr="006442BE">
        <w:rPr>
          <w:sz w:val="24"/>
          <w:szCs w:val="24"/>
          <w:lang w:val="ru-RU"/>
        </w:rPr>
        <w:t>ұйымдастырады</w:t>
      </w:r>
      <w:proofErr w:type="spellEnd"/>
      <w:r w:rsidRPr="006442BE">
        <w:rPr>
          <w:sz w:val="24"/>
          <w:szCs w:val="24"/>
          <w:lang w:val="ru-RU"/>
        </w:rPr>
        <w:t xml:space="preserve"> </w:t>
      </w:r>
      <w:proofErr w:type="spellStart"/>
      <w:r w:rsidRPr="006442BE">
        <w:rPr>
          <w:sz w:val="24"/>
          <w:szCs w:val="24"/>
          <w:lang w:val="ru-RU"/>
        </w:rPr>
        <w:t>және</w:t>
      </w:r>
      <w:proofErr w:type="spellEnd"/>
      <w:r w:rsidRPr="006442BE">
        <w:rPr>
          <w:sz w:val="24"/>
          <w:szCs w:val="24"/>
          <w:lang w:val="ru-RU"/>
        </w:rPr>
        <w:t xml:space="preserve"> </w:t>
      </w:r>
      <w:proofErr w:type="spellStart"/>
      <w:r w:rsidRPr="006442BE">
        <w:rPr>
          <w:sz w:val="24"/>
          <w:szCs w:val="24"/>
          <w:lang w:val="ru-RU"/>
        </w:rPr>
        <w:t>өткізеді</w:t>
      </w:r>
      <w:proofErr w:type="spellEnd"/>
      <w:r w:rsidRPr="006442BE">
        <w:rPr>
          <w:sz w:val="24"/>
          <w:szCs w:val="24"/>
          <w:lang w:val="ru-RU"/>
        </w:rPr>
        <w:t>.</w:t>
      </w:r>
    </w:p>
    <w:p w14:paraId="6DE6E209" w14:textId="77777777" w:rsidR="0091344A" w:rsidRPr="008C339B" w:rsidRDefault="0091344A" w:rsidP="0091344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48696C9E" w14:textId="417984C2" w:rsidR="001B5081" w:rsidRPr="008C339B" w:rsidRDefault="00C27271" w:rsidP="0091344A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8C339B">
        <w:rPr>
          <w:b/>
          <w:bCs/>
          <w:sz w:val="24"/>
          <w:szCs w:val="24"/>
          <w:lang w:val="ru-RU"/>
        </w:rPr>
        <w:t xml:space="preserve">1.3. </w:t>
      </w:r>
      <w:proofErr w:type="spellStart"/>
      <w:r w:rsidRPr="008C339B">
        <w:rPr>
          <w:b/>
          <w:bCs/>
          <w:sz w:val="24"/>
          <w:szCs w:val="24"/>
          <w:lang w:val="ru-RU"/>
        </w:rPr>
        <w:t>Бағдарламаны</w:t>
      </w:r>
      <w:proofErr w:type="spellEnd"/>
      <w:r w:rsidRPr="008C339B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8C339B">
        <w:rPr>
          <w:b/>
          <w:bCs/>
          <w:sz w:val="24"/>
          <w:szCs w:val="24"/>
          <w:lang w:val="ru-RU"/>
        </w:rPr>
        <w:t>іске</w:t>
      </w:r>
      <w:proofErr w:type="spellEnd"/>
      <w:r w:rsidRPr="008C339B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8C339B">
        <w:rPr>
          <w:b/>
          <w:bCs/>
          <w:sz w:val="24"/>
          <w:szCs w:val="24"/>
          <w:lang w:val="ru-RU"/>
        </w:rPr>
        <w:t>асыру</w:t>
      </w:r>
      <w:proofErr w:type="spellEnd"/>
      <w:r w:rsidRPr="008C339B">
        <w:rPr>
          <w:b/>
          <w:bCs/>
          <w:sz w:val="24"/>
          <w:szCs w:val="24"/>
          <w:lang w:val="ru-RU"/>
        </w:rPr>
        <w:t xml:space="preserve"> форматы:</w:t>
      </w:r>
    </w:p>
    <w:p w14:paraId="1C7279DF" w14:textId="06B70C77" w:rsidR="008C339B" w:rsidRDefault="00154CD5" w:rsidP="0091344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Курс </w:t>
      </w:r>
      <w:proofErr w:type="spellStart"/>
      <w:r>
        <w:rPr>
          <w:sz w:val="24"/>
          <w:szCs w:val="24"/>
          <w:lang w:val="ru-RU"/>
        </w:rPr>
        <w:t>бағдарламасы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үш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кезеңде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іске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асырылады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және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күндізгі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әрі</w:t>
      </w:r>
      <w:proofErr w:type="spellEnd"/>
      <w:r>
        <w:rPr>
          <w:sz w:val="24"/>
          <w:szCs w:val="24"/>
          <w:lang w:val="ru-RU"/>
        </w:rPr>
        <w:t xml:space="preserve"> онлайн </w:t>
      </w:r>
      <w:proofErr w:type="spellStart"/>
      <w:r>
        <w:rPr>
          <w:sz w:val="24"/>
          <w:szCs w:val="24"/>
          <w:lang w:val="ru-RU"/>
        </w:rPr>
        <w:t>оқытуды</w:t>
      </w:r>
      <w:proofErr w:type="spellEnd"/>
      <w:r>
        <w:rPr>
          <w:sz w:val="24"/>
          <w:szCs w:val="24"/>
          <w:lang w:val="ru-RU"/>
        </w:rPr>
        <w:t xml:space="preserve">, </w:t>
      </w:r>
      <w:proofErr w:type="spellStart"/>
      <w:r>
        <w:rPr>
          <w:sz w:val="24"/>
          <w:szCs w:val="24"/>
          <w:lang w:val="ru-RU"/>
        </w:rPr>
        <w:t>қатысушылардың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өзіндік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жұмысын</w:t>
      </w:r>
      <w:proofErr w:type="spellEnd"/>
      <w:r>
        <w:rPr>
          <w:sz w:val="24"/>
          <w:szCs w:val="24"/>
          <w:lang w:val="ru-RU"/>
        </w:rPr>
        <w:t xml:space="preserve">, </w:t>
      </w:r>
      <w:proofErr w:type="spellStart"/>
      <w:r>
        <w:rPr>
          <w:sz w:val="24"/>
          <w:szCs w:val="24"/>
          <w:lang w:val="ru-RU"/>
        </w:rPr>
        <w:t>университетте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институционалдық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зерттеу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жүргізуді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және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практикалық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шешімдерді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командалық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әзірлеуді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ұштастыруды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көздейді</w:t>
      </w:r>
      <w:proofErr w:type="spellEnd"/>
      <w:r>
        <w:rPr>
          <w:sz w:val="24"/>
          <w:szCs w:val="24"/>
          <w:lang w:val="ru-RU"/>
        </w:rPr>
        <w:t xml:space="preserve">. </w:t>
      </w:r>
      <w:proofErr w:type="spellStart"/>
      <w:r>
        <w:rPr>
          <w:sz w:val="24"/>
          <w:szCs w:val="24"/>
          <w:lang w:val="ru-RU"/>
        </w:rPr>
        <w:t>Үш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кезең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бойынша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күндізгі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оқу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ұзақтығы</w:t>
      </w:r>
      <w:proofErr w:type="spellEnd"/>
      <w:r>
        <w:rPr>
          <w:sz w:val="24"/>
          <w:szCs w:val="24"/>
          <w:lang w:val="ru-RU"/>
        </w:rPr>
        <w:t xml:space="preserve"> 6 </w:t>
      </w:r>
      <w:proofErr w:type="spellStart"/>
      <w:r>
        <w:rPr>
          <w:sz w:val="24"/>
          <w:szCs w:val="24"/>
          <w:lang w:val="ru-RU"/>
        </w:rPr>
        <w:t>күннен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аспайды</w:t>
      </w:r>
      <w:proofErr w:type="spellEnd"/>
      <w:r>
        <w:rPr>
          <w:sz w:val="24"/>
          <w:szCs w:val="24"/>
          <w:lang w:val="ru-RU"/>
        </w:rPr>
        <w:t>.</w:t>
      </w:r>
    </w:p>
    <w:p w14:paraId="5531A9E1" w14:textId="77777777" w:rsidR="00B4207E" w:rsidRDefault="00B4207E" w:rsidP="0091344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205E6539" w14:textId="77777777" w:rsidR="00B4207E" w:rsidRPr="00154CD5" w:rsidRDefault="00B4207E" w:rsidP="00B4207E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154CD5">
        <w:rPr>
          <w:b/>
          <w:bCs/>
          <w:sz w:val="24"/>
          <w:szCs w:val="24"/>
          <w:lang w:val="ru-RU"/>
        </w:rPr>
        <w:t xml:space="preserve">1-кезең. </w:t>
      </w:r>
      <w:proofErr w:type="spellStart"/>
      <w:r w:rsidRPr="00154CD5">
        <w:rPr>
          <w:b/>
          <w:bCs/>
          <w:sz w:val="24"/>
          <w:szCs w:val="24"/>
          <w:lang w:val="ru-RU"/>
        </w:rPr>
        <w:t>Заманауи</w:t>
      </w:r>
      <w:proofErr w:type="spellEnd"/>
      <w:r w:rsidRPr="00154CD5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154CD5">
        <w:rPr>
          <w:b/>
          <w:bCs/>
          <w:sz w:val="24"/>
          <w:szCs w:val="24"/>
          <w:lang w:val="ru-RU"/>
        </w:rPr>
        <w:t>докторлық</w:t>
      </w:r>
      <w:proofErr w:type="spellEnd"/>
      <w:r w:rsidRPr="00154CD5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154CD5">
        <w:rPr>
          <w:b/>
          <w:bCs/>
          <w:sz w:val="24"/>
          <w:szCs w:val="24"/>
          <w:lang w:val="ru-RU"/>
        </w:rPr>
        <w:t>білім</w:t>
      </w:r>
      <w:proofErr w:type="spellEnd"/>
      <w:r w:rsidRPr="00154CD5">
        <w:rPr>
          <w:b/>
          <w:bCs/>
          <w:sz w:val="24"/>
          <w:szCs w:val="24"/>
          <w:lang w:val="ru-RU"/>
        </w:rPr>
        <w:t xml:space="preserve"> беру </w:t>
      </w:r>
      <w:proofErr w:type="spellStart"/>
      <w:r w:rsidRPr="00154CD5">
        <w:rPr>
          <w:b/>
          <w:bCs/>
          <w:sz w:val="24"/>
          <w:szCs w:val="24"/>
          <w:lang w:val="ru-RU"/>
        </w:rPr>
        <w:t>және</w:t>
      </w:r>
      <w:proofErr w:type="spellEnd"/>
      <w:r w:rsidRPr="00154CD5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154CD5">
        <w:rPr>
          <w:b/>
          <w:bCs/>
          <w:sz w:val="24"/>
          <w:szCs w:val="24"/>
          <w:lang w:val="ru-RU"/>
        </w:rPr>
        <w:t>ғылыми</w:t>
      </w:r>
      <w:proofErr w:type="spellEnd"/>
      <w:r w:rsidRPr="00154CD5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154CD5">
        <w:rPr>
          <w:b/>
          <w:bCs/>
          <w:sz w:val="24"/>
          <w:szCs w:val="24"/>
          <w:lang w:val="ru-RU"/>
        </w:rPr>
        <w:t>жетекшілік</w:t>
      </w:r>
      <w:proofErr w:type="spellEnd"/>
    </w:p>
    <w:p w14:paraId="605E0CA1" w14:textId="2124D9E1" w:rsidR="00B4207E" w:rsidRPr="00154CD5" w:rsidRDefault="0075162E" w:rsidP="00B4207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proofErr w:type="spellStart"/>
      <w:r w:rsidRPr="00AE78F3">
        <w:rPr>
          <w:sz w:val="24"/>
          <w:szCs w:val="24"/>
          <w:lang w:val="ru-RU"/>
        </w:rPr>
        <w:t>Өнім</w:t>
      </w:r>
      <w:proofErr w:type="spellEnd"/>
      <w:r w:rsidRPr="00AE78F3">
        <w:rPr>
          <w:sz w:val="24"/>
          <w:szCs w:val="24"/>
          <w:lang w:val="ru-RU"/>
        </w:rPr>
        <w:t xml:space="preserve"> </w:t>
      </w:r>
      <w:proofErr w:type="spellStart"/>
      <w:r w:rsidRPr="00AE78F3">
        <w:rPr>
          <w:sz w:val="24"/>
          <w:szCs w:val="24"/>
          <w:lang w:val="ru-RU"/>
        </w:rPr>
        <w:t>беруші</w:t>
      </w:r>
      <w:proofErr w:type="spellEnd"/>
      <w:r w:rsidRPr="00AE78F3">
        <w:rPr>
          <w:sz w:val="24"/>
          <w:szCs w:val="24"/>
          <w:lang w:val="ru-RU"/>
        </w:rPr>
        <w:t xml:space="preserve"> </w:t>
      </w:r>
      <w:proofErr w:type="spellStart"/>
      <w:r w:rsidRPr="00AE78F3">
        <w:rPr>
          <w:sz w:val="24"/>
          <w:szCs w:val="24"/>
          <w:lang w:val="ru-RU"/>
        </w:rPr>
        <w:t>ұйымның</w:t>
      </w:r>
      <w:proofErr w:type="spellEnd"/>
      <w:r w:rsidRPr="00AE78F3">
        <w:rPr>
          <w:sz w:val="24"/>
          <w:szCs w:val="24"/>
          <w:lang w:val="ru-RU"/>
        </w:rPr>
        <w:t xml:space="preserve"> </w:t>
      </w:r>
      <w:proofErr w:type="spellStart"/>
      <w:r w:rsidRPr="00AE78F3">
        <w:rPr>
          <w:sz w:val="24"/>
          <w:szCs w:val="24"/>
          <w:lang w:val="ru-RU"/>
        </w:rPr>
        <w:t>базасында</w:t>
      </w:r>
      <w:proofErr w:type="spellEnd"/>
      <w:r w:rsidRPr="00AE78F3">
        <w:rPr>
          <w:sz w:val="24"/>
          <w:szCs w:val="24"/>
          <w:lang w:val="ru-RU"/>
        </w:rPr>
        <w:t xml:space="preserve"> </w:t>
      </w:r>
      <w:proofErr w:type="spellStart"/>
      <w:r w:rsidRPr="00AE78F3">
        <w:rPr>
          <w:sz w:val="24"/>
          <w:szCs w:val="24"/>
          <w:lang w:val="ru-RU"/>
        </w:rPr>
        <w:t>кемінде</w:t>
      </w:r>
      <w:proofErr w:type="spellEnd"/>
      <w:r w:rsidRPr="00AE78F3">
        <w:rPr>
          <w:sz w:val="24"/>
          <w:szCs w:val="24"/>
          <w:lang w:val="ru-RU"/>
        </w:rPr>
        <w:t xml:space="preserve"> 3 </w:t>
      </w:r>
      <w:proofErr w:type="spellStart"/>
      <w:r w:rsidRPr="00AE78F3">
        <w:rPr>
          <w:sz w:val="24"/>
          <w:szCs w:val="24"/>
          <w:lang w:val="ru-RU"/>
        </w:rPr>
        <w:t>күн</w:t>
      </w:r>
      <w:proofErr w:type="spellEnd"/>
      <w:r w:rsidRPr="00AE78F3">
        <w:rPr>
          <w:sz w:val="24"/>
          <w:szCs w:val="24"/>
          <w:lang w:val="ru-RU"/>
        </w:rPr>
        <w:t xml:space="preserve"> </w:t>
      </w:r>
      <w:proofErr w:type="spellStart"/>
      <w:r w:rsidRPr="00AE78F3">
        <w:rPr>
          <w:sz w:val="24"/>
          <w:szCs w:val="24"/>
          <w:lang w:val="ru-RU"/>
        </w:rPr>
        <w:t>күндізгі</w:t>
      </w:r>
      <w:proofErr w:type="spellEnd"/>
      <w:r w:rsidRPr="00AE78F3">
        <w:rPr>
          <w:sz w:val="24"/>
          <w:szCs w:val="24"/>
          <w:lang w:val="ru-RU"/>
        </w:rPr>
        <w:t xml:space="preserve"> </w:t>
      </w:r>
      <w:proofErr w:type="spellStart"/>
      <w:r w:rsidRPr="00AE78F3">
        <w:rPr>
          <w:sz w:val="24"/>
          <w:szCs w:val="24"/>
          <w:lang w:val="ru-RU"/>
        </w:rPr>
        <w:t>оқу</w:t>
      </w:r>
      <w:proofErr w:type="spellEnd"/>
      <w:r w:rsidRPr="00AE78F3">
        <w:rPr>
          <w:sz w:val="24"/>
          <w:szCs w:val="24"/>
          <w:lang w:val="ru-RU"/>
        </w:rPr>
        <w:t>.</w:t>
      </w:r>
    </w:p>
    <w:p w14:paraId="02549AD0" w14:textId="53C6F634" w:rsidR="00B4207E" w:rsidRPr="0073427A" w:rsidRDefault="00B4207E" w:rsidP="0073427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proofErr w:type="spellStart"/>
      <w:r w:rsidRPr="00154CD5">
        <w:rPr>
          <w:sz w:val="24"/>
          <w:szCs w:val="24"/>
          <w:lang w:val="ru-RU"/>
        </w:rPr>
        <w:t>Бірінші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кезең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аясында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тыңдаушылар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докторлық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білім</w:t>
      </w:r>
      <w:proofErr w:type="spellEnd"/>
      <w:r w:rsidRPr="00154CD5">
        <w:rPr>
          <w:sz w:val="24"/>
          <w:szCs w:val="24"/>
          <w:lang w:val="ru-RU"/>
        </w:rPr>
        <w:t xml:space="preserve"> беру мен </w:t>
      </w:r>
      <w:proofErr w:type="spellStart"/>
      <w:r w:rsidRPr="00154CD5">
        <w:rPr>
          <w:sz w:val="24"/>
          <w:szCs w:val="24"/>
          <w:lang w:val="ru-RU"/>
        </w:rPr>
        <w:t>ғылыми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жетекшіліктің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заманауи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тәсілдерімен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танысады</w:t>
      </w:r>
      <w:proofErr w:type="spellEnd"/>
      <w:r w:rsidRPr="00154CD5">
        <w:rPr>
          <w:sz w:val="24"/>
          <w:szCs w:val="24"/>
          <w:lang w:val="ru-RU"/>
        </w:rPr>
        <w:t xml:space="preserve">, </w:t>
      </w:r>
      <w:proofErr w:type="spellStart"/>
      <w:r w:rsidRPr="00154CD5">
        <w:rPr>
          <w:sz w:val="24"/>
          <w:szCs w:val="24"/>
          <w:lang w:val="ru-RU"/>
        </w:rPr>
        <w:t>институционалдық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саясат</w:t>
      </w:r>
      <w:proofErr w:type="spellEnd"/>
      <w:r w:rsidRPr="00154CD5">
        <w:rPr>
          <w:sz w:val="24"/>
          <w:szCs w:val="24"/>
          <w:lang w:val="ru-RU"/>
        </w:rPr>
        <w:t xml:space="preserve"> пен университет </w:t>
      </w:r>
      <w:proofErr w:type="spellStart"/>
      <w:r w:rsidRPr="00154CD5">
        <w:rPr>
          <w:sz w:val="24"/>
          <w:szCs w:val="24"/>
          <w:lang w:val="ru-RU"/>
        </w:rPr>
        <w:t>құрылымдарының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рөлін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талдайды</w:t>
      </w:r>
      <w:proofErr w:type="spellEnd"/>
      <w:r w:rsidRPr="00154CD5">
        <w:rPr>
          <w:sz w:val="24"/>
          <w:szCs w:val="24"/>
          <w:lang w:val="ru-RU"/>
        </w:rPr>
        <w:t xml:space="preserve">, </w:t>
      </w:r>
      <w:proofErr w:type="spellStart"/>
      <w:r w:rsidRPr="00154CD5">
        <w:rPr>
          <w:sz w:val="24"/>
          <w:szCs w:val="24"/>
          <w:lang w:val="ru-RU"/>
        </w:rPr>
        <w:t>ғылыми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жетекшілік</w:t>
      </w:r>
      <w:proofErr w:type="spellEnd"/>
      <w:r w:rsidRPr="00154CD5">
        <w:rPr>
          <w:sz w:val="24"/>
          <w:szCs w:val="24"/>
          <w:lang w:val="ru-RU"/>
        </w:rPr>
        <w:t xml:space="preserve"> пен </w:t>
      </w:r>
      <w:proofErr w:type="spellStart"/>
      <w:r w:rsidRPr="00154CD5">
        <w:rPr>
          <w:sz w:val="24"/>
          <w:szCs w:val="24"/>
          <w:lang w:val="ru-RU"/>
        </w:rPr>
        <w:t>бірлескен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жетекшіліктің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заманауи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модельдерін</w:t>
      </w:r>
      <w:proofErr w:type="spellEnd"/>
      <w:r w:rsidRPr="00154CD5">
        <w:rPr>
          <w:sz w:val="24"/>
          <w:szCs w:val="24"/>
          <w:lang w:val="ru-RU"/>
        </w:rPr>
        <w:t xml:space="preserve">, </w:t>
      </w:r>
      <w:proofErr w:type="spellStart"/>
      <w:r w:rsidRPr="00154CD5">
        <w:rPr>
          <w:sz w:val="24"/>
          <w:szCs w:val="24"/>
          <w:lang w:val="ru-RU"/>
        </w:rPr>
        <w:t>сондай-ақ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зерттеу</w:t>
      </w:r>
      <w:proofErr w:type="spellEnd"/>
      <w:r w:rsidRPr="00154CD5">
        <w:rPr>
          <w:sz w:val="24"/>
          <w:szCs w:val="24"/>
          <w:lang w:val="ru-RU"/>
        </w:rPr>
        <w:t xml:space="preserve"> дизайны, </w:t>
      </w:r>
      <w:proofErr w:type="spellStart"/>
      <w:r w:rsidRPr="00154CD5">
        <w:rPr>
          <w:sz w:val="24"/>
          <w:szCs w:val="24"/>
          <w:lang w:val="ru-RU"/>
        </w:rPr>
        <w:t>әдіснама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және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академиялық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жазылым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мәселелерін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қарастырады</w:t>
      </w:r>
      <w:proofErr w:type="spellEnd"/>
      <w:r w:rsidRPr="00154CD5">
        <w:rPr>
          <w:sz w:val="24"/>
          <w:szCs w:val="24"/>
          <w:lang w:val="ru-RU"/>
        </w:rPr>
        <w:t>.</w:t>
      </w:r>
    </w:p>
    <w:p w14:paraId="02C3BF36" w14:textId="77777777" w:rsidR="00B4207E" w:rsidRPr="00154CD5" w:rsidRDefault="00B4207E" w:rsidP="00B4207E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154CD5">
        <w:rPr>
          <w:b/>
          <w:bCs/>
          <w:sz w:val="24"/>
          <w:szCs w:val="24"/>
          <w:lang w:val="ru-RU"/>
        </w:rPr>
        <w:t xml:space="preserve">2-кезең. </w:t>
      </w:r>
      <w:proofErr w:type="spellStart"/>
      <w:r w:rsidRPr="00154CD5">
        <w:rPr>
          <w:b/>
          <w:bCs/>
          <w:sz w:val="24"/>
          <w:szCs w:val="24"/>
          <w:lang w:val="ru-RU"/>
        </w:rPr>
        <w:t>Институционалдық</w:t>
      </w:r>
      <w:proofErr w:type="spellEnd"/>
      <w:r w:rsidRPr="00154CD5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154CD5">
        <w:rPr>
          <w:b/>
          <w:bCs/>
          <w:sz w:val="24"/>
          <w:szCs w:val="24"/>
          <w:lang w:val="ru-RU"/>
        </w:rPr>
        <w:t>зерттеу</w:t>
      </w:r>
      <w:proofErr w:type="spellEnd"/>
    </w:p>
    <w:p w14:paraId="2A8B1D17" w14:textId="72759F04" w:rsidR="00B4207E" w:rsidRPr="00154CD5" w:rsidRDefault="0075162E" w:rsidP="00B4207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AE78F3">
        <w:rPr>
          <w:sz w:val="24"/>
          <w:szCs w:val="24"/>
          <w:lang w:val="ru-RU"/>
        </w:rPr>
        <w:t xml:space="preserve">Онлайн формат / </w:t>
      </w:r>
      <w:proofErr w:type="spellStart"/>
      <w:r w:rsidRPr="00AE78F3">
        <w:rPr>
          <w:sz w:val="24"/>
          <w:szCs w:val="24"/>
          <w:lang w:val="ru-RU"/>
        </w:rPr>
        <w:t>өзіндік</w:t>
      </w:r>
      <w:proofErr w:type="spellEnd"/>
      <w:r w:rsidRPr="00AE78F3">
        <w:rPr>
          <w:sz w:val="24"/>
          <w:szCs w:val="24"/>
          <w:lang w:val="ru-RU"/>
        </w:rPr>
        <w:t xml:space="preserve"> </w:t>
      </w:r>
      <w:proofErr w:type="spellStart"/>
      <w:r w:rsidRPr="00AE78F3">
        <w:rPr>
          <w:sz w:val="24"/>
          <w:szCs w:val="24"/>
          <w:lang w:val="ru-RU"/>
        </w:rPr>
        <w:t>жұмыс</w:t>
      </w:r>
      <w:proofErr w:type="spellEnd"/>
      <w:r w:rsidRPr="00AE78F3">
        <w:rPr>
          <w:sz w:val="24"/>
          <w:szCs w:val="24"/>
          <w:lang w:val="ru-RU"/>
        </w:rPr>
        <w:t>.</w:t>
      </w:r>
    </w:p>
    <w:p w14:paraId="150DDAD5" w14:textId="391D175A" w:rsidR="00B4207E" w:rsidRPr="0073427A" w:rsidRDefault="00B4207E" w:rsidP="0073427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proofErr w:type="spellStart"/>
      <w:r w:rsidRPr="00154CD5">
        <w:rPr>
          <w:sz w:val="24"/>
          <w:szCs w:val="24"/>
          <w:lang w:val="ru-RU"/>
        </w:rPr>
        <w:t>Екінші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кезең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аясында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тыңдаушылар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өз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университеттерінде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институционалдық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зерттеу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жүргізеді</w:t>
      </w:r>
      <w:proofErr w:type="spellEnd"/>
      <w:r w:rsidRPr="00154CD5">
        <w:rPr>
          <w:sz w:val="24"/>
          <w:szCs w:val="24"/>
          <w:lang w:val="ru-RU"/>
        </w:rPr>
        <w:t xml:space="preserve">: </w:t>
      </w:r>
      <w:proofErr w:type="spellStart"/>
      <w:r w:rsidRPr="00154CD5">
        <w:rPr>
          <w:sz w:val="24"/>
          <w:szCs w:val="24"/>
          <w:lang w:val="ru-RU"/>
        </w:rPr>
        <w:t>ішкі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құжаттар</w:t>
      </w:r>
      <w:proofErr w:type="spellEnd"/>
      <w:r w:rsidRPr="00154CD5">
        <w:rPr>
          <w:sz w:val="24"/>
          <w:szCs w:val="24"/>
          <w:lang w:val="ru-RU"/>
        </w:rPr>
        <w:t xml:space="preserve"> мен </w:t>
      </w:r>
      <w:proofErr w:type="spellStart"/>
      <w:r w:rsidRPr="00154CD5">
        <w:rPr>
          <w:sz w:val="24"/>
          <w:szCs w:val="24"/>
          <w:lang w:val="ru-RU"/>
        </w:rPr>
        <w:t>регламенттерді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талдайды</w:t>
      </w:r>
      <w:proofErr w:type="spellEnd"/>
      <w:r w:rsidRPr="00154CD5">
        <w:rPr>
          <w:sz w:val="24"/>
          <w:szCs w:val="24"/>
          <w:lang w:val="ru-RU"/>
        </w:rPr>
        <w:t xml:space="preserve">, </w:t>
      </w:r>
      <w:proofErr w:type="spellStart"/>
      <w:r w:rsidRPr="00154CD5">
        <w:rPr>
          <w:sz w:val="24"/>
          <w:szCs w:val="24"/>
          <w:lang w:val="ru-RU"/>
        </w:rPr>
        <w:t>ғылыми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жетекшіліктің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қолданыстағы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үдерістерін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зерделейді</w:t>
      </w:r>
      <w:proofErr w:type="spellEnd"/>
      <w:r w:rsidRPr="00154CD5">
        <w:rPr>
          <w:sz w:val="24"/>
          <w:szCs w:val="24"/>
          <w:lang w:val="ru-RU"/>
        </w:rPr>
        <w:t xml:space="preserve">, </w:t>
      </w:r>
      <w:proofErr w:type="spellStart"/>
      <w:r w:rsidRPr="00154CD5">
        <w:rPr>
          <w:sz w:val="24"/>
          <w:szCs w:val="24"/>
          <w:lang w:val="ru-RU"/>
        </w:rPr>
        <w:t>оқытушылармен</w:t>
      </w:r>
      <w:proofErr w:type="spellEnd"/>
      <w:r w:rsidRPr="00154CD5">
        <w:rPr>
          <w:sz w:val="24"/>
          <w:szCs w:val="24"/>
          <w:lang w:val="ru-RU"/>
        </w:rPr>
        <w:t xml:space="preserve">, </w:t>
      </w:r>
      <w:proofErr w:type="spellStart"/>
      <w:r w:rsidRPr="00154CD5">
        <w:rPr>
          <w:sz w:val="24"/>
          <w:szCs w:val="24"/>
          <w:lang w:val="ru-RU"/>
        </w:rPr>
        <w:t>докторанттармен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және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басқа</w:t>
      </w:r>
      <w:proofErr w:type="spellEnd"/>
      <w:r w:rsidRPr="00154CD5">
        <w:rPr>
          <w:sz w:val="24"/>
          <w:szCs w:val="24"/>
          <w:lang w:val="ru-RU"/>
        </w:rPr>
        <w:t xml:space="preserve"> да </w:t>
      </w:r>
      <w:proofErr w:type="spellStart"/>
      <w:r w:rsidRPr="00154CD5">
        <w:rPr>
          <w:sz w:val="24"/>
          <w:szCs w:val="24"/>
          <w:lang w:val="ru-RU"/>
        </w:rPr>
        <w:t>мүдделі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тараптармен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өзара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іс-қимыл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жасайды</w:t>
      </w:r>
      <w:proofErr w:type="spellEnd"/>
      <w:r w:rsidRPr="00154CD5">
        <w:rPr>
          <w:sz w:val="24"/>
          <w:szCs w:val="24"/>
          <w:lang w:val="ru-RU"/>
        </w:rPr>
        <w:t xml:space="preserve">, </w:t>
      </w:r>
      <w:proofErr w:type="spellStart"/>
      <w:r w:rsidRPr="00154CD5">
        <w:rPr>
          <w:sz w:val="24"/>
          <w:szCs w:val="24"/>
          <w:lang w:val="ru-RU"/>
        </w:rPr>
        <w:t>деректерді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жинайды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және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талдайды</w:t>
      </w:r>
      <w:proofErr w:type="spellEnd"/>
      <w:r w:rsidRPr="00154CD5">
        <w:rPr>
          <w:sz w:val="24"/>
          <w:szCs w:val="24"/>
          <w:lang w:val="ru-RU"/>
        </w:rPr>
        <w:t>.</w:t>
      </w:r>
    </w:p>
    <w:p w14:paraId="4F90CFE1" w14:textId="77777777" w:rsidR="00B4207E" w:rsidRPr="00154CD5" w:rsidRDefault="00B4207E" w:rsidP="00B4207E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154CD5">
        <w:rPr>
          <w:b/>
          <w:bCs/>
          <w:sz w:val="24"/>
          <w:szCs w:val="24"/>
          <w:lang w:val="ru-RU"/>
        </w:rPr>
        <w:t xml:space="preserve">3-кезең. </w:t>
      </w:r>
      <w:proofErr w:type="spellStart"/>
      <w:r w:rsidRPr="00154CD5">
        <w:rPr>
          <w:b/>
          <w:bCs/>
          <w:sz w:val="24"/>
          <w:szCs w:val="24"/>
          <w:lang w:val="ru-RU"/>
        </w:rPr>
        <w:t>Практикалық</w:t>
      </w:r>
      <w:proofErr w:type="spellEnd"/>
      <w:r w:rsidRPr="00154CD5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154CD5">
        <w:rPr>
          <w:b/>
          <w:bCs/>
          <w:sz w:val="24"/>
          <w:szCs w:val="24"/>
          <w:lang w:val="ru-RU"/>
        </w:rPr>
        <w:t>шешімдерді</w:t>
      </w:r>
      <w:proofErr w:type="spellEnd"/>
      <w:r w:rsidRPr="00154CD5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154CD5">
        <w:rPr>
          <w:b/>
          <w:bCs/>
          <w:sz w:val="24"/>
          <w:szCs w:val="24"/>
          <w:lang w:val="ru-RU"/>
        </w:rPr>
        <w:t>әзірлеу</w:t>
      </w:r>
      <w:proofErr w:type="spellEnd"/>
    </w:p>
    <w:p w14:paraId="6EB45B58" w14:textId="64094B33" w:rsidR="0075162E" w:rsidRPr="00154CD5" w:rsidRDefault="00D15C55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proofErr w:type="spellStart"/>
      <w:r w:rsidRPr="00AE78F3">
        <w:rPr>
          <w:sz w:val="24"/>
          <w:szCs w:val="24"/>
          <w:lang w:val="ru-RU"/>
        </w:rPr>
        <w:t>Өнім</w:t>
      </w:r>
      <w:proofErr w:type="spellEnd"/>
      <w:r w:rsidRPr="00AE78F3">
        <w:rPr>
          <w:sz w:val="24"/>
          <w:szCs w:val="24"/>
          <w:lang w:val="ru-RU"/>
        </w:rPr>
        <w:t xml:space="preserve"> </w:t>
      </w:r>
      <w:proofErr w:type="spellStart"/>
      <w:r w:rsidRPr="00AE78F3">
        <w:rPr>
          <w:sz w:val="24"/>
          <w:szCs w:val="24"/>
          <w:lang w:val="ru-RU"/>
        </w:rPr>
        <w:t>беруші</w:t>
      </w:r>
      <w:proofErr w:type="spellEnd"/>
      <w:r w:rsidRPr="00AE78F3">
        <w:rPr>
          <w:sz w:val="24"/>
          <w:szCs w:val="24"/>
          <w:lang w:val="ru-RU"/>
        </w:rPr>
        <w:t xml:space="preserve"> </w:t>
      </w:r>
      <w:proofErr w:type="spellStart"/>
      <w:r w:rsidRPr="00AE78F3">
        <w:rPr>
          <w:sz w:val="24"/>
          <w:szCs w:val="24"/>
          <w:lang w:val="ru-RU"/>
        </w:rPr>
        <w:t>ұйымның</w:t>
      </w:r>
      <w:proofErr w:type="spellEnd"/>
      <w:r w:rsidRPr="00AE78F3">
        <w:rPr>
          <w:sz w:val="24"/>
          <w:szCs w:val="24"/>
          <w:lang w:val="ru-RU"/>
        </w:rPr>
        <w:t xml:space="preserve"> </w:t>
      </w:r>
      <w:proofErr w:type="spellStart"/>
      <w:r w:rsidRPr="00AE78F3">
        <w:rPr>
          <w:sz w:val="24"/>
          <w:szCs w:val="24"/>
          <w:lang w:val="ru-RU"/>
        </w:rPr>
        <w:t>базасында</w:t>
      </w:r>
      <w:proofErr w:type="spellEnd"/>
      <w:r w:rsidRPr="00AE78F3">
        <w:rPr>
          <w:sz w:val="24"/>
          <w:szCs w:val="24"/>
          <w:lang w:val="ru-RU"/>
        </w:rPr>
        <w:t xml:space="preserve"> </w:t>
      </w:r>
      <w:proofErr w:type="spellStart"/>
      <w:r w:rsidRPr="00AE78F3">
        <w:rPr>
          <w:sz w:val="24"/>
          <w:szCs w:val="24"/>
          <w:lang w:val="ru-RU"/>
        </w:rPr>
        <w:t>кемінде</w:t>
      </w:r>
      <w:proofErr w:type="spellEnd"/>
      <w:r w:rsidRPr="00AE78F3">
        <w:rPr>
          <w:sz w:val="24"/>
          <w:szCs w:val="24"/>
          <w:lang w:val="ru-RU"/>
        </w:rPr>
        <w:t xml:space="preserve"> 3 </w:t>
      </w:r>
      <w:proofErr w:type="spellStart"/>
      <w:r w:rsidRPr="00AE78F3">
        <w:rPr>
          <w:sz w:val="24"/>
          <w:szCs w:val="24"/>
          <w:lang w:val="ru-RU"/>
        </w:rPr>
        <w:t>күн</w:t>
      </w:r>
      <w:proofErr w:type="spellEnd"/>
      <w:r w:rsidRPr="00AE78F3">
        <w:rPr>
          <w:sz w:val="24"/>
          <w:szCs w:val="24"/>
          <w:lang w:val="ru-RU"/>
        </w:rPr>
        <w:t xml:space="preserve"> </w:t>
      </w:r>
      <w:proofErr w:type="spellStart"/>
      <w:r w:rsidRPr="00AE78F3">
        <w:rPr>
          <w:sz w:val="24"/>
          <w:szCs w:val="24"/>
          <w:lang w:val="ru-RU"/>
        </w:rPr>
        <w:t>күндізгі</w:t>
      </w:r>
      <w:proofErr w:type="spellEnd"/>
      <w:r w:rsidRPr="00AE78F3">
        <w:rPr>
          <w:sz w:val="24"/>
          <w:szCs w:val="24"/>
          <w:lang w:val="ru-RU"/>
        </w:rPr>
        <w:t xml:space="preserve"> </w:t>
      </w:r>
      <w:proofErr w:type="spellStart"/>
      <w:r w:rsidRPr="00AE78F3">
        <w:rPr>
          <w:sz w:val="24"/>
          <w:szCs w:val="24"/>
          <w:lang w:val="ru-RU"/>
        </w:rPr>
        <w:t>оқу</w:t>
      </w:r>
      <w:proofErr w:type="spellEnd"/>
      <w:r w:rsidRPr="00AE78F3">
        <w:rPr>
          <w:sz w:val="24"/>
          <w:szCs w:val="24"/>
          <w:lang w:val="ru-RU"/>
        </w:rPr>
        <w:t>.</w:t>
      </w:r>
    </w:p>
    <w:p w14:paraId="0D47500C" w14:textId="398BD73F" w:rsidR="00B4207E" w:rsidRDefault="00B4207E" w:rsidP="00B4207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proofErr w:type="spellStart"/>
      <w:r w:rsidRPr="00154CD5">
        <w:rPr>
          <w:sz w:val="24"/>
          <w:szCs w:val="24"/>
          <w:lang w:val="ru-RU"/>
        </w:rPr>
        <w:t>Үшінші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кезең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аясында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тыңдаушылар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институционалдық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зерттеу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нәтижелерін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ұсынады</w:t>
      </w:r>
      <w:proofErr w:type="spellEnd"/>
      <w:r w:rsidRPr="00154CD5">
        <w:rPr>
          <w:sz w:val="24"/>
          <w:szCs w:val="24"/>
          <w:lang w:val="ru-RU"/>
        </w:rPr>
        <w:t xml:space="preserve">, </w:t>
      </w:r>
      <w:proofErr w:type="spellStart"/>
      <w:r w:rsidRPr="00154CD5">
        <w:rPr>
          <w:sz w:val="24"/>
          <w:szCs w:val="24"/>
          <w:lang w:val="ru-RU"/>
        </w:rPr>
        <w:t>әртүрлі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университеттердің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тәжірибесін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салыстырады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және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ғылыми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жетекшілік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жүйесін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жетілдіру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бойынша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нақты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ұсыныстар</w:t>
      </w:r>
      <w:proofErr w:type="spellEnd"/>
      <w:r w:rsidRPr="00154CD5">
        <w:rPr>
          <w:sz w:val="24"/>
          <w:szCs w:val="24"/>
          <w:lang w:val="ru-RU"/>
        </w:rPr>
        <w:t xml:space="preserve"> </w:t>
      </w:r>
      <w:proofErr w:type="spellStart"/>
      <w:r w:rsidRPr="00154CD5">
        <w:rPr>
          <w:sz w:val="24"/>
          <w:szCs w:val="24"/>
          <w:lang w:val="ru-RU"/>
        </w:rPr>
        <w:t>әзірлейді</w:t>
      </w:r>
      <w:proofErr w:type="spellEnd"/>
      <w:r w:rsidRPr="00154CD5">
        <w:rPr>
          <w:sz w:val="24"/>
          <w:szCs w:val="24"/>
          <w:lang w:val="ru-RU"/>
        </w:rPr>
        <w:t>.</w:t>
      </w:r>
    </w:p>
    <w:p w14:paraId="4C92F594" w14:textId="77777777" w:rsidR="00B4207E" w:rsidRPr="008C339B" w:rsidRDefault="00B4207E" w:rsidP="0091344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75CA6C72" w14:textId="0F6BCB35" w:rsidR="001B5081" w:rsidRPr="008C339B" w:rsidRDefault="00C27271" w:rsidP="0075162E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8C339B">
        <w:rPr>
          <w:b/>
          <w:bCs/>
          <w:sz w:val="24"/>
          <w:szCs w:val="24"/>
          <w:lang w:val="ru-RU"/>
        </w:rPr>
        <w:t xml:space="preserve">1.4. </w:t>
      </w:r>
      <w:proofErr w:type="spellStart"/>
      <w:r w:rsidRPr="008C339B">
        <w:rPr>
          <w:b/>
          <w:bCs/>
          <w:sz w:val="24"/>
          <w:szCs w:val="24"/>
          <w:lang w:val="ru-RU"/>
        </w:rPr>
        <w:t>Бағдарламаның</w:t>
      </w:r>
      <w:proofErr w:type="spellEnd"/>
      <w:r w:rsidRPr="008C339B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8C339B">
        <w:rPr>
          <w:b/>
          <w:bCs/>
          <w:sz w:val="24"/>
          <w:szCs w:val="24"/>
          <w:lang w:val="ru-RU"/>
        </w:rPr>
        <w:t>жалпы</w:t>
      </w:r>
      <w:proofErr w:type="spellEnd"/>
      <w:r w:rsidRPr="008C339B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8C339B">
        <w:rPr>
          <w:b/>
          <w:bCs/>
          <w:sz w:val="24"/>
          <w:szCs w:val="24"/>
          <w:lang w:val="ru-RU"/>
        </w:rPr>
        <w:t>көлемі</w:t>
      </w:r>
      <w:proofErr w:type="spellEnd"/>
      <w:r w:rsidRPr="008C339B">
        <w:rPr>
          <w:b/>
          <w:bCs/>
          <w:sz w:val="24"/>
          <w:szCs w:val="24"/>
          <w:lang w:val="ru-RU"/>
        </w:rPr>
        <w:t xml:space="preserve">: 80 </w:t>
      </w:r>
      <w:proofErr w:type="spellStart"/>
      <w:r w:rsidRPr="008C339B">
        <w:rPr>
          <w:b/>
          <w:bCs/>
          <w:sz w:val="24"/>
          <w:szCs w:val="24"/>
          <w:lang w:val="ru-RU"/>
        </w:rPr>
        <w:t>сағат</w:t>
      </w:r>
      <w:proofErr w:type="spellEnd"/>
      <w:r w:rsidRPr="008C339B">
        <w:rPr>
          <w:b/>
          <w:bCs/>
          <w:sz w:val="24"/>
          <w:szCs w:val="24"/>
          <w:lang w:val="ru-RU"/>
        </w:rPr>
        <w:t>.</w:t>
      </w:r>
    </w:p>
    <w:p w14:paraId="2933DB14" w14:textId="77777777" w:rsidR="0091344A" w:rsidRPr="008C339B" w:rsidRDefault="0091344A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2CD5345F" w14:textId="1A6D0C0D" w:rsidR="00154CD5" w:rsidRPr="0073427A" w:rsidRDefault="00C27271" w:rsidP="0075162E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8C339B">
        <w:rPr>
          <w:b/>
          <w:bCs/>
          <w:sz w:val="24"/>
          <w:szCs w:val="24"/>
          <w:lang w:val="ru-RU"/>
        </w:rPr>
        <w:t xml:space="preserve">1.5. </w:t>
      </w:r>
      <w:proofErr w:type="spellStart"/>
      <w:r w:rsidRPr="008C339B">
        <w:rPr>
          <w:b/>
          <w:bCs/>
          <w:sz w:val="24"/>
          <w:szCs w:val="24"/>
          <w:lang w:val="ru-RU"/>
        </w:rPr>
        <w:t>Қатысушылар</w:t>
      </w:r>
      <w:proofErr w:type="spellEnd"/>
      <w:r w:rsidRPr="008C339B">
        <w:rPr>
          <w:b/>
          <w:bCs/>
          <w:sz w:val="24"/>
          <w:szCs w:val="24"/>
          <w:lang w:val="ru-RU"/>
        </w:rPr>
        <w:t xml:space="preserve"> саны: 3</w:t>
      </w:r>
    </w:p>
    <w:p w14:paraId="28187565" w14:textId="0C622940" w:rsidR="001B5081" w:rsidRPr="0091344A" w:rsidRDefault="00C27271" w:rsidP="0075162E">
      <w:pPr>
        <w:spacing w:after="0"/>
        <w:ind w:firstLine="567"/>
        <w:rPr>
          <w:sz w:val="24"/>
          <w:szCs w:val="24"/>
          <w:lang w:val="ru-RU"/>
        </w:rPr>
      </w:pPr>
      <w:r w:rsidRPr="0091344A">
        <w:rPr>
          <w:b/>
          <w:sz w:val="24"/>
          <w:szCs w:val="24"/>
          <w:lang w:val="ru-RU"/>
        </w:rPr>
        <w:t xml:space="preserve">2. </w:t>
      </w:r>
      <w:proofErr w:type="spellStart"/>
      <w:r w:rsidRPr="0091344A">
        <w:rPr>
          <w:b/>
          <w:sz w:val="24"/>
          <w:szCs w:val="24"/>
          <w:lang w:val="ru-RU"/>
        </w:rPr>
        <w:t>Бағдарлама</w:t>
      </w:r>
      <w:proofErr w:type="spellEnd"/>
      <w:r w:rsidRPr="0091344A">
        <w:rPr>
          <w:b/>
          <w:sz w:val="24"/>
          <w:szCs w:val="24"/>
          <w:lang w:val="ru-RU"/>
        </w:rPr>
        <w:t xml:space="preserve"> </w:t>
      </w:r>
      <w:proofErr w:type="spellStart"/>
      <w:r w:rsidRPr="0091344A">
        <w:rPr>
          <w:b/>
          <w:sz w:val="24"/>
          <w:szCs w:val="24"/>
          <w:lang w:val="ru-RU"/>
        </w:rPr>
        <w:t>мазмұнына</w:t>
      </w:r>
      <w:proofErr w:type="spellEnd"/>
      <w:r w:rsidRPr="0091344A">
        <w:rPr>
          <w:b/>
          <w:sz w:val="24"/>
          <w:szCs w:val="24"/>
          <w:lang w:val="ru-RU"/>
        </w:rPr>
        <w:t xml:space="preserve"> </w:t>
      </w:r>
      <w:proofErr w:type="spellStart"/>
      <w:r w:rsidRPr="0091344A">
        <w:rPr>
          <w:b/>
          <w:sz w:val="24"/>
          <w:szCs w:val="24"/>
          <w:lang w:val="ru-RU"/>
        </w:rPr>
        <w:t>қойылатын</w:t>
      </w:r>
      <w:proofErr w:type="spellEnd"/>
      <w:r w:rsidRPr="0091344A">
        <w:rPr>
          <w:b/>
          <w:sz w:val="24"/>
          <w:szCs w:val="24"/>
          <w:lang w:val="ru-RU"/>
        </w:rPr>
        <w:t xml:space="preserve"> </w:t>
      </w:r>
      <w:proofErr w:type="spellStart"/>
      <w:r w:rsidRPr="0091344A">
        <w:rPr>
          <w:b/>
          <w:sz w:val="24"/>
          <w:szCs w:val="24"/>
          <w:lang w:val="ru-RU"/>
        </w:rPr>
        <w:t>талаптар</w:t>
      </w:r>
      <w:proofErr w:type="spellEnd"/>
    </w:p>
    <w:p w14:paraId="734F7FF5" w14:textId="63073200" w:rsidR="0091344A" w:rsidRDefault="00154CD5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proofErr w:type="spellStart"/>
      <w:r>
        <w:rPr>
          <w:sz w:val="24"/>
          <w:szCs w:val="24"/>
          <w:lang w:val="ru-RU"/>
        </w:rPr>
        <w:t>Бағдарлама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докторанттарға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ғылыми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жетекшілік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етудің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заманауи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тәжірибелерін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дамытуға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және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Қазақстан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университеттеріндегі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ғылыми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жетекшіліктің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институционалдық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жүйесін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жетілдіруге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бағытталған</w:t>
      </w:r>
      <w:proofErr w:type="spellEnd"/>
      <w:r>
        <w:rPr>
          <w:sz w:val="24"/>
          <w:szCs w:val="24"/>
          <w:lang w:val="ru-RU"/>
        </w:rPr>
        <w:t>.</w:t>
      </w:r>
    </w:p>
    <w:p w14:paraId="256A5CDB" w14:textId="77777777" w:rsidR="0075162E" w:rsidRPr="0091344A" w:rsidRDefault="0075162E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1A9A0203" w14:textId="6740FA81" w:rsidR="001B5081" w:rsidRPr="0091344A" w:rsidRDefault="00154CD5" w:rsidP="0075162E">
      <w:pPr>
        <w:spacing w:after="0" w:line="240" w:lineRule="auto"/>
        <w:jc w:val="both"/>
        <w:rPr>
          <w:b/>
          <w:bCs/>
          <w:sz w:val="24"/>
          <w:szCs w:val="24"/>
          <w:lang w:val="ru-RU"/>
        </w:rPr>
      </w:pPr>
      <w:proofErr w:type="spellStart"/>
      <w:r>
        <w:rPr>
          <w:b/>
          <w:bCs/>
          <w:sz w:val="24"/>
          <w:szCs w:val="24"/>
          <w:lang w:val="ru-RU"/>
        </w:rPr>
        <w:t>Бағдарлама</w:t>
      </w:r>
      <w:proofErr w:type="spellEnd"/>
      <w:r>
        <w:rPr>
          <w:b/>
          <w:bCs/>
          <w:sz w:val="24"/>
          <w:szCs w:val="24"/>
          <w:lang w:val="ru-RU"/>
        </w:rPr>
        <w:t xml:space="preserve"> </w:t>
      </w:r>
      <w:proofErr w:type="spellStart"/>
      <w:r>
        <w:rPr>
          <w:b/>
          <w:bCs/>
          <w:sz w:val="24"/>
          <w:szCs w:val="24"/>
          <w:lang w:val="ru-RU"/>
        </w:rPr>
        <w:t>мынадай</w:t>
      </w:r>
      <w:proofErr w:type="spellEnd"/>
      <w:r>
        <w:rPr>
          <w:b/>
          <w:bCs/>
          <w:sz w:val="24"/>
          <w:szCs w:val="24"/>
          <w:lang w:val="ru-RU"/>
        </w:rPr>
        <w:t xml:space="preserve"> </w:t>
      </w:r>
      <w:proofErr w:type="spellStart"/>
      <w:r>
        <w:rPr>
          <w:b/>
          <w:bCs/>
          <w:sz w:val="24"/>
          <w:szCs w:val="24"/>
          <w:lang w:val="ru-RU"/>
        </w:rPr>
        <w:t>негізгі</w:t>
      </w:r>
      <w:proofErr w:type="spellEnd"/>
      <w:r>
        <w:rPr>
          <w:b/>
          <w:bCs/>
          <w:sz w:val="24"/>
          <w:szCs w:val="24"/>
          <w:lang w:val="ru-RU"/>
        </w:rPr>
        <w:t xml:space="preserve"> </w:t>
      </w:r>
      <w:proofErr w:type="spellStart"/>
      <w:r>
        <w:rPr>
          <w:b/>
          <w:bCs/>
          <w:sz w:val="24"/>
          <w:szCs w:val="24"/>
          <w:lang w:val="ru-RU"/>
        </w:rPr>
        <w:t>тақырыптық</w:t>
      </w:r>
      <w:proofErr w:type="spellEnd"/>
      <w:r>
        <w:rPr>
          <w:b/>
          <w:bCs/>
          <w:sz w:val="24"/>
          <w:szCs w:val="24"/>
          <w:lang w:val="ru-RU"/>
        </w:rPr>
        <w:t xml:space="preserve"> </w:t>
      </w:r>
      <w:proofErr w:type="spellStart"/>
      <w:r>
        <w:rPr>
          <w:b/>
          <w:bCs/>
          <w:sz w:val="24"/>
          <w:szCs w:val="24"/>
          <w:lang w:val="ru-RU"/>
        </w:rPr>
        <w:t>бағыттарды</w:t>
      </w:r>
      <w:proofErr w:type="spellEnd"/>
      <w:r>
        <w:rPr>
          <w:b/>
          <w:bCs/>
          <w:sz w:val="24"/>
          <w:szCs w:val="24"/>
          <w:lang w:val="ru-RU"/>
        </w:rPr>
        <w:t xml:space="preserve"> </w:t>
      </w:r>
      <w:proofErr w:type="spellStart"/>
      <w:r>
        <w:rPr>
          <w:b/>
          <w:bCs/>
          <w:sz w:val="24"/>
          <w:szCs w:val="24"/>
          <w:lang w:val="ru-RU"/>
        </w:rPr>
        <w:t>қамтиды</w:t>
      </w:r>
      <w:proofErr w:type="spellEnd"/>
      <w:r>
        <w:rPr>
          <w:b/>
          <w:bCs/>
          <w:sz w:val="24"/>
          <w:szCs w:val="24"/>
          <w:lang w:val="ru-RU"/>
        </w:rPr>
        <w:t>:</w:t>
      </w:r>
    </w:p>
    <w:p w14:paraId="214BF95E" w14:textId="77777777" w:rsidR="001B5081" w:rsidRPr="0091344A" w:rsidRDefault="00C272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lastRenderedPageBreak/>
        <w:t xml:space="preserve">• </w:t>
      </w:r>
      <w:proofErr w:type="spellStart"/>
      <w:r w:rsidRPr="0091344A">
        <w:rPr>
          <w:sz w:val="24"/>
          <w:szCs w:val="24"/>
          <w:lang w:val="ru-RU"/>
        </w:rPr>
        <w:t>заманауи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докторлық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білім</w:t>
      </w:r>
      <w:proofErr w:type="spellEnd"/>
      <w:r w:rsidRPr="0091344A">
        <w:rPr>
          <w:sz w:val="24"/>
          <w:szCs w:val="24"/>
          <w:lang w:val="ru-RU"/>
        </w:rPr>
        <w:t xml:space="preserve"> беру </w:t>
      </w:r>
      <w:proofErr w:type="spellStart"/>
      <w:r w:rsidRPr="0091344A">
        <w:rPr>
          <w:sz w:val="24"/>
          <w:szCs w:val="24"/>
          <w:lang w:val="ru-RU"/>
        </w:rPr>
        <w:t>және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ғылыми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жетекшілік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жүйелері</w:t>
      </w:r>
      <w:proofErr w:type="spellEnd"/>
      <w:r w:rsidRPr="0091344A">
        <w:rPr>
          <w:sz w:val="24"/>
          <w:szCs w:val="24"/>
          <w:lang w:val="ru-RU"/>
        </w:rPr>
        <w:t>;</w:t>
      </w:r>
    </w:p>
    <w:p w14:paraId="7AAA618A" w14:textId="77777777" w:rsidR="001B5081" w:rsidRPr="0091344A" w:rsidRDefault="00C272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 xml:space="preserve">• </w:t>
      </w:r>
      <w:proofErr w:type="spellStart"/>
      <w:r w:rsidRPr="0091344A">
        <w:rPr>
          <w:sz w:val="24"/>
          <w:szCs w:val="24"/>
          <w:lang w:val="ru-RU"/>
        </w:rPr>
        <w:t>докторанттарға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ғылыми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жетекшілік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ету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және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бірлескен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жетекшілік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тәжірибесі</w:t>
      </w:r>
      <w:proofErr w:type="spellEnd"/>
      <w:r w:rsidRPr="0091344A">
        <w:rPr>
          <w:sz w:val="24"/>
          <w:szCs w:val="24"/>
          <w:lang w:val="ru-RU"/>
        </w:rPr>
        <w:t>;</w:t>
      </w:r>
    </w:p>
    <w:p w14:paraId="756CD587" w14:textId="77777777" w:rsidR="001B5081" w:rsidRPr="0091344A" w:rsidRDefault="00C272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 xml:space="preserve">• </w:t>
      </w:r>
      <w:proofErr w:type="spellStart"/>
      <w:r w:rsidRPr="0091344A">
        <w:rPr>
          <w:sz w:val="24"/>
          <w:szCs w:val="24"/>
          <w:lang w:val="ru-RU"/>
        </w:rPr>
        <w:t>зерттеу</w:t>
      </w:r>
      <w:proofErr w:type="spellEnd"/>
      <w:r w:rsidRPr="0091344A">
        <w:rPr>
          <w:sz w:val="24"/>
          <w:szCs w:val="24"/>
          <w:lang w:val="ru-RU"/>
        </w:rPr>
        <w:t xml:space="preserve"> дизайны </w:t>
      </w:r>
      <w:proofErr w:type="spellStart"/>
      <w:r w:rsidRPr="0091344A">
        <w:rPr>
          <w:sz w:val="24"/>
          <w:szCs w:val="24"/>
          <w:lang w:val="ru-RU"/>
        </w:rPr>
        <w:t>және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әдіснама</w:t>
      </w:r>
      <w:proofErr w:type="spellEnd"/>
      <w:r w:rsidRPr="0091344A">
        <w:rPr>
          <w:sz w:val="24"/>
          <w:szCs w:val="24"/>
          <w:lang w:val="ru-RU"/>
        </w:rPr>
        <w:t>;</w:t>
      </w:r>
    </w:p>
    <w:p w14:paraId="5B37734A" w14:textId="77777777" w:rsidR="001B5081" w:rsidRPr="0091344A" w:rsidRDefault="00C272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 xml:space="preserve">• </w:t>
      </w:r>
      <w:proofErr w:type="spellStart"/>
      <w:r w:rsidRPr="0091344A">
        <w:rPr>
          <w:sz w:val="24"/>
          <w:szCs w:val="24"/>
          <w:lang w:val="ru-RU"/>
        </w:rPr>
        <w:t>зерттеу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этикасы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және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академиялық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адалдық</w:t>
      </w:r>
      <w:proofErr w:type="spellEnd"/>
      <w:r w:rsidRPr="0091344A">
        <w:rPr>
          <w:sz w:val="24"/>
          <w:szCs w:val="24"/>
          <w:lang w:val="ru-RU"/>
        </w:rPr>
        <w:t>;</w:t>
      </w:r>
    </w:p>
    <w:p w14:paraId="794EB938" w14:textId="77777777" w:rsidR="001B5081" w:rsidRPr="0091344A" w:rsidRDefault="00C272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 xml:space="preserve">• </w:t>
      </w:r>
      <w:proofErr w:type="spellStart"/>
      <w:r w:rsidRPr="0091344A">
        <w:rPr>
          <w:sz w:val="24"/>
          <w:szCs w:val="24"/>
          <w:lang w:val="ru-RU"/>
        </w:rPr>
        <w:t>институционалдық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ұйымдастыру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және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ғылыми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жетекшілерді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қолдау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тетіктері</w:t>
      </w:r>
      <w:proofErr w:type="spellEnd"/>
      <w:r w:rsidRPr="0091344A">
        <w:rPr>
          <w:sz w:val="24"/>
          <w:szCs w:val="24"/>
          <w:lang w:val="ru-RU"/>
        </w:rPr>
        <w:t>;</w:t>
      </w:r>
    </w:p>
    <w:p w14:paraId="5C24834A" w14:textId="77777777" w:rsidR="001B5081" w:rsidRPr="0091344A" w:rsidRDefault="00C272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 xml:space="preserve">• </w:t>
      </w:r>
      <w:proofErr w:type="spellStart"/>
      <w:r w:rsidRPr="0091344A">
        <w:rPr>
          <w:sz w:val="24"/>
          <w:szCs w:val="24"/>
          <w:lang w:val="ru-RU"/>
        </w:rPr>
        <w:t>докторанттардың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ілгерілеуін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мониторингтеу</w:t>
      </w:r>
      <w:proofErr w:type="spellEnd"/>
      <w:r w:rsidRPr="0091344A">
        <w:rPr>
          <w:sz w:val="24"/>
          <w:szCs w:val="24"/>
          <w:lang w:val="ru-RU"/>
        </w:rPr>
        <w:t>;</w:t>
      </w:r>
    </w:p>
    <w:p w14:paraId="7FCDA816" w14:textId="5D25ECDA" w:rsidR="001B5081" w:rsidRPr="0091344A" w:rsidRDefault="00C272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 xml:space="preserve">• </w:t>
      </w:r>
      <w:proofErr w:type="spellStart"/>
      <w:r w:rsidRPr="0091344A">
        <w:rPr>
          <w:sz w:val="24"/>
          <w:szCs w:val="24"/>
          <w:lang w:val="ru-RU"/>
        </w:rPr>
        <w:t>зерттеу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қызметінде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және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ғылыми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жетекшілікте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жасанды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интеллектіні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пайдалану</w:t>
      </w:r>
      <w:proofErr w:type="spellEnd"/>
      <w:r w:rsidRPr="0091344A">
        <w:rPr>
          <w:sz w:val="24"/>
          <w:szCs w:val="24"/>
          <w:lang w:val="ru-RU"/>
        </w:rPr>
        <w:t>.</w:t>
      </w:r>
    </w:p>
    <w:p w14:paraId="691D0D38" w14:textId="77777777" w:rsidR="0091344A" w:rsidRDefault="0091344A" w:rsidP="0075162E">
      <w:pPr>
        <w:spacing w:after="0" w:line="240" w:lineRule="auto"/>
        <w:jc w:val="both"/>
        <w:rPr>
          <w:sz w:val="24"/>
          <w:szCs w:val="24"/>
          <w:lang w:val="ru-RU"/>
        </w:rPr>
      </w:pPr>
    </w:p>
    <w:p w14:paraId="39F5825F" w14:textId="3F153C47" w:rsidR="008C339B" w:rsidRDefault="00154CD5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proofErr w:type="spellStart"/>
      <w:r>
        <w:rPr>
          <w:sz w:val="24"/>
          <w:szCs w:val="24"/>
          <w:lang w:val="ru-RU"/>
        </w:rPr>
        <w:t>Бағдарлама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қатысушылардың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кәсіби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дамуы</w:t>
      </w:r>
      <w:proofErr w:type="spellEnd"/>
      <w:r>
        <w:rPr>
          <w:sz w:val="24"/>
          <w:szCs w:val="24"/>
          <w:lang w:val="ru-RU"/>
        </w:rPr>
        <w:t xml:space="preserve"> мен </w:t>
      </w:r>
      <w:proofErr w:type="spellStart"/>
      <w:r>
        <w:rPr>
          <w:sz w:val="24"/>
          <w:szCs w:val="24"/>
          <w:lang w:val="ru-RU"/>
        </w:rPr>
        <w:t>университеттің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институционалдық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ортасын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жетілдіру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арасындағы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практикалық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байланысты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қамтамасыз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етеді</w:t>
      </w:r>
      <w:proofErr w:type="spellEnd"/>
      <w:r>
        <w:rPr>
          <w:sz w:val="24"/>
          <w:szCs w:val="24"/>
          <w:lang w:val="ru-RU"/>
        </w:rPr>
        <w:t xml:space="preserve">. </w:t>
      </w:r>
      <w:proofErr w:type="spellStart"/>
      <w:r>
        <w:rPr>
          <w:sz w:val="24"/>
          <w:szCs w:val="24"/>
          <w:lang w:val="ru-RU"/>
        </w:rPr>
        <w:t>Оқу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нәтижесі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жаңа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кәсіби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құзыреттер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жиынтығымен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ғана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шектелмей</w:t>
      </w:r>
      <w:proofErr w:type="spellEnd"/>
      <w:r>
        <w:rPr>
          <w:sz w:val="24"/>
          <w:szCs w:val="24"/>
          <w:lang w:val="ru-RU"/>
        </w:rPr>
        <w:t xml:space="preserve">, </w:t>
      </w:r>
      <w:proofErr w:type="spellStart"/>
      <w:r>
        <w:rPr>
          <w:sz w:val="24"/>
          <w:szCs w:val="24"/>
          <w:lang w:val="ru-RU"/>
        </w:rPr>
        <w:t>ғылыми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жетекшілік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жүйесін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дамыту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жөніндегі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нақты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ұсыныстарды</w:t>
      </w:r>
      <w:proofErr w:type="spellEnd"/>
      <w:r>
        <w:rPr>
          <w:sz w:val="24"/>
          <w:szCs w:val="24"/>
          <w:lang w:val="ru-RU"/>
        </w:rPr>
        <w:t xml:space="preserve"> да </w:t>
      </w:r>
      <w:proofErr w:type="spellStart"/>
      <w:r>
        <w:rPr>
          <w:sz w:val="24"/>
          <w:szCs w:val="24"/>
          <w:lang w:val="ru-RU"/>
        </w:rPr>
        <w:t>қамтиды</w:t>
      </w:r>
      <w:proofErr w:type="spellEnd"/>
      <w:r>
        <w:rPr>
          <w:sz w:val="24"/>
          <w:szCs w:val="24"/>
          <w:lang w:val="ru-RU"/>
        </w:rPr>
        <w:t>.</w:t>
      </w:r>
    </w:p>
    <w:p w14:paraId="2CB64789" w14:textId="77777777" w:rsidR="001B1871" w:rsidRPr="001B1871" w:rsidRDefault="001B18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0181818E" w14:textId="3523D029" w:rsidR="001B5081" w:rsidRPr="0091344A" w:rsidRDefault="00C27271" w:rsidP="0075162E">
      <w:pPr>
        <w:spacing w:after="0"/>
        <w:ind w:firstLine="567"/>
        <w:rPr>
          <w:sz w:val="24"/>
          <w:szCs w:val="24"/>
          <w:lang w:val="ru-RU"/>
        </w:rPr>
      </w:pPr>
      <w:r w:rsidRPr="0091344A">
        <w:rPr>
          <w:b/>
          <w:sz w:val="24"/>
          <w:szCs w:val="24"/>
          <w:lang w:val="ru-RU"/>
        </w:rPr>
        <w:t xml:space="preserve">3. </w:t>
      </w:r>
      <w:proofErr w:type="spellStart"/>
      <w:r w:rsidRPr="0091344A">
        <w:rPr>
          <w:b/>
          <w:sz w:val="24"/>
          <w:szCs w:val="24"/>
          <w:lang w:val="ru-RU"/>
        </w:rPr>
        <w:t>Қызмет</w:t>
      </w:r>
      <w:proofErr w:type="spellEnd"/>
      <w:r w:rsidRPr="0091344A">
        <w:rPr>
          <w:b/>
          <w:sz w:val="24"/>
          <w:szCs w:val="24"/>
          <w:lang w:val="ru-RU"/>
        </w:rPr>
        <w:t xml:space="preserve"> </w:t>
      </w:r>
      <w:proofErr w:type="spellStart"/>
      <w:r w:rsidRPr="0091344A">
        <w:rPr>
          <w:b/>
          <w:sz w:val="24"/>
          <w:szCs w:val="24"/>
          <w:lang w:val="ru-RU"/>
        </w:rPr>
        <w:t>көрсету</w:t>
      </w:r>
      <w:proofErr w:type="spellEnd"/>
      <w:r w:rsidRPr="0091344A">
        <w:rPr>
          <w:b/>
          <w:sz w:val="24"/>
          <w:szCs w:val="24"/>
          <w:lang w:val="ru-RU"/>
        </w:rPr>
        <w:t xml:space="preserve"> </w:t>
      </w:r>
      <w:proofErr w:type="spellStart"/>
      <w:r w:rsidRPr="0091344A">
        <w:rPr>
          <w:b/>
          <w:sz w:val="24"/>
          <w:szCs w:val="24"/>
          <w:lang w:val="ru-RU"/>
        </w:rPr>
        <w:t>шарттары</w:t>
      </w:r>
      <w:proofErr w:type="spellEnd"/>
    </w:p>
    <w:p w14:paraId="6053CEEB" w14:textId="44DC950C" w:rsidR="001B5081" w:rsidRPr="0091344A" w:rsidRDefault="001B18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3.1. </w:t>
      </w:r>
      <w:proofErr w:type="spellStart"/>
      <w:r>
        <w:rPr>
          <w:sz w:val="24"/>
          <w:szCs w:val="24"/>
          <w:lang w:val="ru-RU"/>
        </w:rPr>
        <w:t>Бағдарлама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бекітілген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құрылымға</w:t>
      </w:r>
      <w:proofErr w:type="spellEnd"/>
      <w:r>
        <w:rPr>
          <w:sz w:val="24"/>
          <w:szCs w:val="24"/>
          <w:lang w:val="ru-RU"/>
        </w:rPr>
        <w:t xml:space="preserve">, </w:t>
      </w:r>
      <w:proofErr w:type="spellStart"/>
      <w:r>
        <w:rPr>
          <w:sz w:val="24"/>
          <w:szCs w:val="24"/>
          <w:lang w:val="ru-RU"/>
        </w:rPr>
        <w:t>мазмұнға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және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кестеге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сәйкес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ұйымдастырылып</w:t>
      </w:r>
      <w:proofErr w:type="spellEnd"/>
      <w:r>
        <w:rPr>
          <w:sz w:val="24"/>
          <w:szCs w:val="24"/>
          <w:lang w:val="ru-RU"/>
        </w:rPr>
        <w:t xml:space="preserve">, </w:t>
      </w:r>
      <w:proofErr w:type="spellStart"/>
      <w:r>
        <w:rPr>
          <w:sz w:val="24"/>
          <w:szCs w:val="24"/>
          <w:lang w:val="ru-RU"/>
        </w:rPr>
        <w:t>өткізілуге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тиіс</w:t>
      </w:r>
      <w:proofErr w:type="spellEnd"/>
      <w:r>
        <w:rPr>
          <w:sz w:val="24"/>
          <w:szCs w:val="24"/>
          <w:lang w:val="ru-RU"/>
        </w:rPr>
        <w:t>.</w:t>
      </w:r>
    </w:p>
    <w:p w14:paraId="0A35FF44" w14:textId="25DD0070" w:rsidR="001B5081" w:rsidRPr="0091344A" w:rsidRDefault="001B18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3.2. </w:t>
      </w:r>
      <w:proofErr w:type="spellStart"/>
      <w:r>
        <w:rPr>
          <w:sz w:val="24"/>
          <w:szCs w:val="24"/>
          <w:lang w:val="ru-RU"/>
        </w:rPr>
        <w:t>Оқыту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теориялық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даярлықты</w:t>
      </w:r>
      <w:proofErr w:type="spellEnd"/>
      <w:r>
        <w:rPr>
          <w:sz w:val="24"/>
          <w:szCs w:val="24"/>
          <w:lang w:val="ru-RU"/>
        </w:rPr>
        <w:t xml:space="preserve">, </w:t>
      </w:r>
      <w:proofErr w:type="spellStart"/>
      <w:r>
        <w:rPr>
          <w:sz w:val="24"/>
          <w:szCs w:val="24"/>
          <w:lang w:val="ru-RU"/>
        </w:rPr>
        <w:t>практикалық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жұмысты</w:t>
      </w:r>
      <w:proofErr w:type="spellEnd"/>
      <w:r>
        <w:rPr>
          <w:sz w:val="24"/>
          <w:szCs w:val="24"/>
          <w:lang w:val="ru-RU"/>
        </w:rPr>
        <w:t xml:space="preserve">, </w:t>
      </w:r>
      <w:proofErr w:type="spellStart"/>
      <w:r>
        <w:rPr>
          <w:sz w:val="24"/>
          <w:szCs w:val="24"/>
          <w:lang w:val="ru-RU"/>
        </w:rPr>
        <w:t>қатысушылардың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өзіндік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жұмысын</w:t>
      </w:r>
      <w:proofErr w:type="spellEnd"/>
      <w:r>
        <w:rPr>
          <w:sz w:val="24"/>
          <w:szCs w:val="24"/>
          <w:lang w:val="ru-RU"/>
        </w:rPr>
        <w:t xml:space="preserve">, </w:t>
      </w:r>
      <w:proofErr w:type="spellStart"/>
      <w:r>
        <w:rPr>
          <w:sz w:val="24"/>
          <w:szCs w:val="24"/>
          <w:lang w:val="ru-RU"/>
        </w:rPr>
        <w:t>институционалдық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зерттеуді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және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шешімдерді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командалық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әзірлеуді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ұштастырады</w:t>
      </w:r>
      <w:proofErr w:type="spellEnd"/>
      <w:r>
        <w:rPr>
          <w:sz w:val="24"/>
          <w:szCs w:val="24"/>
          <w:lang w:val="ru-RU"/>
        </w:rPr>
        <w:t>.</w:t>
      </w:r>
    </w:p>
    <w:p w14:paraId="548E963D" w14:textId="389CD5B8" w:rsidR="001B5081" w:rsidRPr="0091344A" w:rsidRDefault="00C272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 xml:space="preserve">3.3. </w:t>
      </w:r>
      <w:proofErr w:type="spellStart"/>
      <w:r w:rsidRPr="0091344A">
        <w:rPr>
          <w:sz w:val="24"/>
          <w:szCs w:val="24"/>
          <w:lang w:val="ru-RU"/>
        </w:rPr>
        <w:t>Өнім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беруші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бағдарламаның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барлық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кезеңінде</w:t>
      </w:r>
      <w:proofErr w:type="spellEnd"/>
      <w:r w:rsidRPr="0091344A">
        <w:rPr>
          <w:sz w:val="24"/>
          <w:szCs w:val="24"/>
          <w:lang w:val="ru-RU"/>
        </w:rPr>
        <w:t xml:space="preserve">, </w:t>
      </w:r>
      <w:proofErr w:type="spellStart"/>
      <w:r w:rsidRPr="0091344A">
        <w:rPr>
          <w:sz w:val="24"/>
          <w:szCs w:val="24"/>
          <w:lang w:val="ru-RU"/>
        </w:rPr>
        <w:t>оның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ішінде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институционалдық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зерттеу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жүргізу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және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қорытынды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өнімді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дайындау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барысында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қатысушыларға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әдістемелік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сүйемелдеуді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қамтамасыз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етеді</w:t>
      </w:r>
      <w:proofErr w:type="spellEnd"/>
      <w:r w:rsidRPr="0091344A">
        <w:rPr>
          <w:sz w:val="24"/>
          <w:szCs w:val="24"/>
          <w:lang w:val="ru-RU"/>
        </w:rPr>
        <w:t>.</w:t>
      </w:r>
    </w:p>
    <w:p w14:paraId="7D268763" w14:textId="0393A666" w:rsidR="001B5081" w:rsidRPr="0091344A" w:rsidRDefault="001B18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3.4. </w:t>
      </w:r>
      <w:proofErr w:type="spellStart"/>
      <w:r>
        <w:rPr>
          <w:sz w:val="24"/>
          <w:szCs w:val="24"/>
          <w:lang w:val="ru-RU"/>
        </w:rPr>
        <w:t>Бағдарлама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аясында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әртүрлі</w:t>
      </w:r>
      <w:proofErr w:type="spellEnd"/>
      <w:r>
        <w:rPr>
          <w:sz w:val="24"/>
          <w:szCs w:val="24"/>
          <w:lang w:val="ru-RU"/>
        </w:rPr>
        <w:t xml:space="preserve"> университет </w:t>
      </w:r>
      <w:proofErr w:type="spellStart"/>
      <w:r>
        <w:rPr>
          <w:sz w:val="24"/>
          <w:szCs w:val="24"/>
          <w:lang w:val="ru-RU"/>
        </w:rPr>
        <w:t>өкілдерінің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өзара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іс-қимылы</w:t>
      </w:r>
      <w:proofErr w:type="spellEnd"/>
      <w:r>
        <w:rPr>
          <w:sz w:val="24"/>
          <w:szCs w:val="24"/>
          <w:lang w:val="ru-RU"/>
        </w:rPr>
        <w:t xml:space="preserve">, </w:t>
      </w:r>
      <w:proofErr w:type="spellStart"/>
      <w:r>
        <w:rPr>
          <w:sz w:val="24"/>
          <w:szCs w:val="24"/>
          <w:lang w:val="ru-RU"/>
        </w:rPr>
        <w:t>оның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ішінде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тәжірибе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алмасу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және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докторлық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білім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беруді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ұйымдастыру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тәжірибелерін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талқылау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қамтамасыз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етіледі</w:t>
      </w:r>
      <w:proofErr w:type="spellEnd"/>
      <w:r>
        <w:rPr>
          <w:sz w:val="24"/>
          <w:szCs w:val="24"/>
          <w:lang w:val="ru-RU"/>
        </w:rPr>
        <w:t>.</w:t>
      </w:r>
    </w:p>
    <w:p w14:paraId="4A24CA04" w14:textId="42FD686E" w:rsidR="001B5081" w:rsidRPr="0091344A" w:rsidRDefault="001B18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3.5. </w:t>
      </w:r>
      <w:proofErr w:type="spellStart"/>
      <w:r>
        <w:rPr>
          <w:sz w:val="24"/>
          <w:szCs w:val="24"/>
          <w:lang w:val="ru-RU"/>
        </w:rPr>
        <w:t>Бағдарлама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барысында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қатысушылар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ішкі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құжаттар</w:t>
      </w:r>
      <w:proofErr w:type="spellEnd"/>
      <w:r>
        <w:rPr>
          <w:sz w:val="24"/>
          <w:szCs w:val="24"/>
          <w:lang w:val="ru-RU"/>
        </w:rPr>
        <w:t xml:space="preserve">, </w:t>
      </w:r>
      <w:proofErr w:type="spellStart"/>
      <w:r>
        <w:rPr>
          <w:sz w:val="24"/>
          <w:szCs w:val="24"/>
          <w:lang w:val="ru-RU"/>
        </w:rPr>
        <w:t>деректер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және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мүдделі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тараптармен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өзара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іс-қимыл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негізінде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өз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университеттеріндегі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ғылыми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жетекшіліктің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қолданыстағы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жүйесін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зерттейді</w:t>
      </w:r>
      <w:proofErr w:type="spellEnd"/>
      <w:r>
        <w:rPr>
          <w:sz w:val="24"/>
          <w:szCs w:val="24"/>
          <w:lang w:val="ru-RU"/>
        </w:rPr>
        <w:t>.</w:t>
      </w:r>
    </w:p>
    <w:p w14:paraId="0066C869" w14:textId="7B333090" w:rsidR="001B5081" w:rsidRPr="0091344A" w:rsidRDefault="00C272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 xml:space="preserve">3.6. </w:t>
      </w:r>
      <w:proofErr w:type="spellStart"/>
      <w:r w:rsidRPr="0091344A">
        <w:rPr>
          <w:sz w:val="24"/>
          <w:szCs w:val="24"/>
          <w:lang w:val="ru-RU"/>
        </w:rPr>
        <w:t>Институционалдық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зерттеу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нәтижелері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бойынша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қатысушылар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ғылыми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жетекшілік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жүйесін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жетілдіру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жөнінде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нақты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ұсыныстар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әзірлеп</w:t>
      </w:r>
      <w:proofErr w:type="spellEnd"/>
      <w:r w:rsidRPr="0091344A">
        <w:rPr>
          <w:sz w:val="24"/>
          <w:szCs w:val="24"/>
          <w:lang w:val="ru-RU"/>
        </w:rPr>
        <w:t xml:space="preserve">, </w:t>
      </w:r>
      <w:proofErr w:type="spellStart"/>
      <w:r w:rsidRPr="0091344A">
        <w:rPr>
          <w:sz w:val="24"/>
          <w:szCs w:val="24"/>
          <w:lang w:val="ru-RU"/>
        </w:rPr>
        <w:t>ұсынады</w:t>
      </w:r>
      <w:proofErr w:type="spellEnd"/>
      <w:r w:rsidRPr="0091344A">
        <w:rPr>
          <w:sz w:val="24"/>
          <w:szCs w:val="24"/>
          <w:lang w:val="ru-RU"/>
        </w:rPr>
        <w:t>.</w:t>
      </w:r>
    </w:p>
    <w:p w14:paraId="0223062B" w14:textId="61747E97" w:rsidR="001B5081" w:rsidRPr="0091344A" w:rsidRDefault="00C272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 xml:space="preserve">3.7. </w:t>
      </w:r>
      <w:proofErr w:type="spellStart"/>
      <w:r w:rsidRPr="0091344A">
        <w:rPr>
          <w:sz w:val="24"/>
          <w:szCs w:val="24"/>
          <w:lang w:val="ru-RU"/>
        </w:rPr>
        <w:t>Бағдарламаның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қорытынды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өнімі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университеттегі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ғылыми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жетекшілік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жүйесін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дамытудың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институционалдық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жоспары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болып</w:t>
      </w:r>
      <w:proofErr w:type="spellEnd"/>
      <w:r w:rsidRPr="0091344A">
        <w:rPr>
          <w:sz w:val="24"/>
          <w:szCs w:val="24"/>
          <w:lang w:val="ru-RU"/>
        </w:rPr>
        <w:t xml:space="preserve"> </w:t>
      </w:r>
      <w:proofErr w:type="spellStart"/>
      <w:r w:rsidRPr="0091344A">
        <w:rPr>
          <w:sz w:val="24"/>
          <w:szCs w:val="24"/>
          <w:lang w:val="ru-RU"/>
        </w:rPr>
        <w:t>табылады</w:t>
      </w:r>
      <w:proofErr w:type="spellEnd"/>
      <w:r w:rsidRPr="0091344A">
        <w:rPr>
          <w:sz w:val="24"/>
          <w:szCs w:val="24"/>
          <w:lang w:val="ru-RU"/>
        </w:rPr>
        <w:t>.</w:t>
      </w:r>
    </w:p>
    <w:p w14:paraId="5AECC285" w14:textId="33E60117" w:rsidR="00B4207E" w:rsidRDefault="0075162E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3.8. </w:t>
      </w:r>
      <w:proofErr w:type="spellStart"/>
      <w:r>
        <w:rPr>
          <w:sz w:val="24"/>
          <w:szCs w:val="24"/>
          <w:lang w:val="ru-RU"/>
        </w:rPr>
        <w:t>Өнім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беруші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докторлық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білім</w:t>
      </w:r>
      <w:proofErr w:type="spellEnd"/>
      <w:r>
        <w:rPr>
          <w:sz w:val="24"/>
          <w:szCs w:val="24"/>
          <w:lang w:val="ru-RU"/>
        </w:rPr>
        <w:t xml:space="preserve"> беру, </w:t>
      </w:r>
      <w:proofErr w:type="spellStart"/>
      <w:r>
        <w:rPr>
          <w:sz w:val="24"/>
          <w:szCs w:val="24"/>
          <w:lang w:val="ru-RU"/>
        </w:rPr>
        <w:t>ғылыми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жетекшілік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және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жоғары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білім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беруді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дамыту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саласында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тиісті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академиялық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әрі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практикалық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сараптамаға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ие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оқытушылар</w:t>
      </w:r>
      <w:proofErr w:type="spellEnd"/>
      <w:r>
        <w:rPr>
          <w:sz w:val="24"/>
          <w:szCs w:val="24"/>
          <w:lang w:val="ru-RU"/>
        </w:rPr>
        <w:t xml:space="preserve"> мен </w:t>
      </w:r>
      <w:proofErr w:type="spellStart"/>
      <w:r>
        <w:rPr>
          <w:sz w:val="24"/>
          <w:szCs w:val="24"/>
          <w:lang w:val="ru-RU"/>
        </w:rPr>
        <w:t>сарапшыларды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тартуды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қамтамасыз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етеді</w:t>
      </w:r>
      <w:proofErr w:type="spellEnd"/>
      <w:r>
        <w:rPr>
          <w:sz w:val="24"/>
          <w:szCs w:val="24"/>
          <w:lang w:val="ru-RU"/>
        </w:rPr>
        <w:t>.</w:t>
      </w:r>
    </w:p>
    <w:p w14:paraId="18F2F07B" w14:textId="77777777" w:rsidR="00162A06" w:rsidRPr="00101C67" w:rsidRDefault="00162A06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39105EA7" w14:textId="7ADDCC1A" w:rsidR="001B5081" w:rsidRPr="0091344A" w:rsidRDefault="00C27271" w:rsidP="0075162E">
      <w:pPr>
        <w:spacing w:after="0"/>
        <w:ind w:firstLine="567"/>
        <w:rPr>
          <w:sz w:val="24"/>
          <w:szCs w:val="24"/>
          <w:lang w:val="ru-RU"/>
        </w:rPr>
      </w:pPr>
      <w:r w:rsidRPr="0091344A">
        <w:rPr>
          <w:b/>
          <w:sz w:val="24"/>
          <w:szCs w:val="24"/>
          <w:lang w:val="ru-RU"/>
        </w:rPr>
        <w:t xml:space="preserve">4. </w:t>
      </w:r>
      <w:proofErr w:type="spellStart"/>
      <w:r w:rsidRPr="0091344A">
        <w:rPr>
          <w:b/>
          <w:sz w:val="24"/>
          <w:szCs w:val="24"/>
          <w:lang w:val="ru-RU"/>
        </w:rPr>
        <w:t>Өнім</w:t>
      </w:r>
      <w:proofErr w:type="spellEnd"/>
      <w:r w:rsidRPr="0091344A">
        <w:rPr>
          <w:b/>
          <w:sz w:val="24"/>
          <w:szCs w:val="24"/>
          <w:lang w:val="ru-RU"/>
        </w:rPr>
        <w:t xml:space="preserve"> </w:t>
      </w:r>
      <w:proofErr w:type="spellStart"/>
      <w:r w:rsidRPr="0091344A">
        <w:rPr>
          <w:b/>
          <w:sz w:val="24"/>
          <w:szCs w:val="24"/>
          <w:lang w:val="ru-RU"/>
        </w:rPr>
        <w:t>беруші</w:t>
      </w:r>
      <w:proofErr w:type="spellEnd"/>
      <w:r w:rsidRPr="0091344A">
        <w:rPr>
          <w:b/>
          <w:sz w:val="24"/>
          <w:szCs w:val="24"/>
          <w:lang w:val="ru-RU"/>
        </w:rPr>
        <w:t xml:space="preserve"> </w:t>
      </w:r>
      <w:proofErr w:type="spellStart"/>
      <w:r w:rsidRPr="0091344A">
        <w:rPr>
          <w:b/>
          <w:sz w:val="24"/>
          <w:szCs w:val="24"/>
          <w:lang w:val="ru-RU"/>
        </w:rPr>
        <w:t>міндеттенеді</w:t>
      </w:r>
      <w:proofErr w:type="spellEnd"/>
      <w:r w:rsidRPr="0091344A">
        <w:rPr>
          <w:b/>
          <w:sz w:val="24"/>
          <w:szCs w:val="24"/>
          <w:lang w:val="ru-RU"/>
        </w:rPr>
        <w:t>:</w:t>
      </w:r>
    </w:p>
    <w:p w14:paraId="7345625A" w14:textId="7C939C2B" w:rsidR="00B4207E" w:rsidRPr="00CB4379" w:rsidRDefault="003E102E" w:rsidP="0075162E">
      <w:pPr>
        <w:spacing w:after="0" w:line="240" w:lineRule="auto"/>
        <w:ind w:firstLine="567"/>
        <w:jc w:val="both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>4.1. Оқу аяқталғаннан кейін Өнім беруші Тапсырыс берушінің тыңдаушыларына тиісті сертификаттар беруге міндеттенеді.</w:t>
      </w:r>
    </w:p>
    <w:p w14:paraId="3C467913" w14:textId="5B6BA318" w:rsidR="00B4207E" w:rsidRPr="00CB4379" w:rsidRDefault="00B4207E" w:rsidP="0075162E">
      <w:pPr>
        <w:spacing w:after="0" w:line="240" w:lineRule="auto"/>
        <w:ind w:firstLine="567"/>
        <w:jc w:val="both"/>
        <w:rPr>
          <w:sz w:val="24"/>
          <w:szCs w:val="24"/>
          <w:lang w:val="kk-KZ"/>
        </w:rPr>
      </w:pPr>
      <w:r w:rsidRPr="006442BE">
        <w:rPr>
          <w:sz w:val="24"/>
          <w:szCs w:val="24"/>
          <w:lang w:val="kk-KZ"/>
        </w:rPr>
        <w:t>4.2. Өнім беруші бағдарламаның барлық кезеңінде, оның ішінде институционалдық зерттеу жүргізу және қорытынды өнімді дайындау барысында қатысушыларға әдістемелік сүйемелдеуді қамтамасыз етеді.</w:t>
      </w:r>
    </w:p>
    <w:p w14:paraId="38E42A86" w14:textId="03007468" w:rsidR="008C339B" w:rsidRDefault="003E102E" w:rsidP="0075162E">
      <w:pPr>
        <w:spacing w:after="0" w:line="240" w:lineRule="auto"/>
        <w:ind w:firstLine="567"/>
        <w:jc w:val="both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>4.3. Өнім беруші әртүрлі университеттерді таныстыратын қатысушылардың өзара іс-қимылын, оның ішінде тәжірибе алмасуды және докторлық білім беруді ұйымдастыру тәжірибелерін талқылауды қамтамасыз етеді.</w:t>
      </w:r>
    </w:p>
    <w:p w14:paraId="0558826D" w14:textId="026013CE" w:rsidR="000734E4" w:rsidRPr="000734E4" w:rsidRDefault="000734E4" w:rsidP="000734E4">
      <w:pPr>
        <w:spacing w:after="0"/>
        <w:ind w:firstLine="567"/>
        <w:jc w:val="both"/>
        <w:rPr>
          <w:sz w:val="24"/>
          <w:szCs w:val="24"/>
          <w:lang w:val="kk-KZ"/>
        </w:rPr>
      </w:pPr>
      <w:r w:rsidRPr="000734E4">
        <w:rPr>
          <w:sz w:val="24"/>
          <w:szCs w:val="24"/>
          <w:lang w:val="kk-KZ"/>
        </w:rPr>
        <w:t>4.4. Өнім беруші институционалдық зерттеу жүргізуге қажетті барлық әдістемелік материалдар мен құралдарды, оның ішінде интерактивті оқу материалдарының толық кешені қамтылған оқытуды басқару жүйесіне қолжетімділікті ұсынуды қамтамасыз етеді.</w:t>
      </w:r>
    </w:p>
    <w:p w14:paraId="4CA93EBB" w14:textId="77777777" w:rsidR="000734E4" w:rsidRPr="000734E4" w:rsidRDefault="000734E4" w:rsidP="000734E4">
      <w:pPr>
        <w:spacing w:after="0"/>
        <w:ind w:firstLine="567"/>
        <w:jc w:val="both"/>
        <w:rPr>
          <w:sz w:val="24"/>
          <w:szCs w:val="24"/>
          <w:lang w:val="kk-KZ"/>
        </w:rPr>
      </w:pPr>
      <w:r w:rsidRPr="000734E4">
        <w:rPr>
          <w:sz w:val="24"/>
          <w:szCs w:val="24"/>
          <w:lang w:val="kk-KZ"/>
        </w:rPr>
        <w:lastRenderedPageBreak/>
        <w:t>4.5. Өнім беруші курстардың орыс және ағылшын тілдері қолданылатын аралас тілдік форматта өткізілуін қамтамасыз етеді.</w:t>
      </w:r>
    </w:p>
    <w:p w14:paraId="6D9D476E" w14:textId="3AE47BDC" w:rsidR="000734E4" w:rsidRPr="000734E4" w:rsidRDefault="000734E4" w:rsidP="000734E4">
      <w:pPr>
        <w:spacing w:after="0"/>
        <w:ind w:firstLine="567"/>
        <w:jc w:val="both"/>
        <w:rPr>
          <w:sz w:val="24"/>
          <w:szCs w:val="24"/>
          <w:lang w:val="kk-KZ"/>
        </w:rPr>
      </w:pPr>
      <w:r w:rsidRPr="000734E4">
        <w:rPr>
          <w:sz w:val="24"/>
          <w:szCs w:val="24"/>
          <w:lang w:val="kk-KZ"/>
        </w:rPr>
        <w:t>4.6. Өнім беруші курс бағыты бойынша кәсіби құзыреттері мен практикалық тәжірибесі бар шетелдік сарапшыларды спикер ретінде курстарды өткізуге тартуды қамтамасыз етеді.</w:t>
      </w:r>
    </w:p>
    <w:p w14:paraId="79DFC19C" w14:textId="77777777" w:rsidR="000734E4" w:rsidRPr="000734E4" w:rsidRDefault="000734E4" w:rsidP="000734E4">
      <w:pPr>
        <w:spacing w:after="0"/>
        <w:ind w:firstLine="567"/>
        <w:jc w:val="both"/>
        <w:rPr>
          <w:sz w:val="24"/>
          <w:szCs w:val="24"/>
          <w:lang w:val="kk-KZ"/>
        </w:rPr>
      </w:pPr>
      <w:r w:rsidRPr="000734E4">
        <w:rPr>
          <w:sz w:val="24"/>
          <w:szCs w:val="24"/>
          <w:lang w:val="kk-KZ"/>
        </w:rPr>
        <w:t>4.7. Өнім беруші оқытудың барлық кезеңінде, оның ішінде дәрістік және практикалық сабақтарда, пікірталастарда және курс бағдарламасында көзделген өзге де іс-шараларда орыс тілінен ағылшын тіліне және ағылшын тілінен орыс тіліне синхронды екіжақты аударманы қамтамасыз етеді.</w:t>
      </w:r>
    </w:p>
    <w:p w14:paraId="5EEB2126" w14:textId="4A400B21" w:rsidR="00D15C55" w:rsidRDefault="000734E4" w:rsidP="000734E4">
      <w:pPr>
        <w:spacing w:after="0"/>
        <w:ind w:firstLine="567"/>
        <w:jc w:val="both"/>
        <w:rPr>
          <w:sz w:val="24"/>
          <w:szCs w:val="24"/>
          <w:lang w:val="kk-KZ"/>
        </w:rPr>
      </w:pPr>
      <w:r w:rsidRPr="000734E4">
        <w:rPr>
          <w:sz w:val="24"/>
          <w:szCs w:val="24"/>
          <w:lang w:val="kk-KZ"/>
        </w:rPr>
        <w:t>4.8. Өнім беруші күндізгі сабақтар арасындағы үзілістер кезінде күн сайын кофе-брейктер ұйымдастыруды және өткізуді қамтамасыз етеді.</w:t>
      </w:r>
    </w:p>
    <w:p w14:paraId="15F7C6C9" w14:textId="77777777" w:rsidR="000734E4" w:rsidRDefault="000734E4" w:rsidP="000734E4">
      <w:pPr>
        <w:spacing w:after="0"/>
        <w:ind w:firstLine="567"/>
        <w:rPr>
          <w:b/>
          <w:sz w:val="24"/>
          <w:szCs w:val="24"/>
          <w:lang w:val="kk-KZ"/>
        </w:rPr>
      </w:pPr>
    </w:p>
    <w:p w14:paraId="675310AC" w14:textId="06F422E3" w:rsidR="001B5081" w:rsidRPr="006442BE" w:rsidRDefault="00C27271" w:rsidP="0075162E">
      <w:pPr>
        <w:spacing w:after="0"/>
        <w:ind w:firstLine="567"/>
        <w:rPr>
          <w:sz w:val="24"/>
          <w:szCs w:val="24"/>
          <w:lang w:val="kk-KZ"/>
        </w:rPr>
      </w:pPr>
      <w:r w:rsidRPr="006442BE">
        <w:rPr>
          <w:b/>
          <w:sz w:val="24"/>
          <w:szCs w:val="24"/>
          <w:lang w:val="kk-KZ"/>
        </w:rPr>
        <w:t>5. Қызмет көрсету нәтижесі</w:t>
      </w:r>
    </w:p>
    <w:p w14:paraId="78B394CF" w14:textId="3410942E" w:rsidR="001B5081" w:rsidRPr="006442BE" w:rsidRDefault="00CB4379" w:rsidP="0075162E">
      <w:pPr>
        <w:spacing w:after="0" w:line="240" w:lineRule="auto"/>
        <w:ind w:firstLine="567"/>
        <w:jc w:val="both"/>
        <w:rPr>
          <w:sz w:val="24"/>
          <w:szCs w:val="24"/>
          <w:lang w:val="kk-KZ"/>
        </w:rPr>
      </w:pPr>
      <w:r w:rsidRPr="006442BE">
        <w:rPr>
          <w:sz w:val="24"/>
          <w:szCs w:val="24"/>
          <w:lang w:val="kk-KZ"/>
        </w:rPr>
        <w:t>Қызмет көрсету қорытындысы бойынша сертификат берілетін, көлемі 80 сағаттық кәсіби даму бағдарламасы өткізіледі.</w:t>
      </w:r>
    </w:p>
    <w:p w14:paraId="498575DF" w14:textId="3A6F494C" w:rsidR="001B5081" w:rsidRPr="006442BE" w:rsidRDefault="001B5081" w:rsidP="0075162E">
      <w:pPr>
        <w:spacing w:after="0" w:line="240" w:lineRule="auto"/>
        <w:jc w:val="both"/>
        <w:rPr>
          <w:sz w:val="24"/>
          <w:szCs w:val="24"/>
          <w:lang w:val="kk-KZ"/>
        </w:rPr>
      </w:pPr>
    </w:p>
    <w:sectPr w:rsidR="001B5081" w:rsidRPr="006442BE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62122056">
    <w:abstractNumId w:val="8"/>
  </w:num>
  <w:num w:numId="2" w16cid:durableId="268783301">
    <w:abstractNumId w:val="6"/>
  </w:num>
  <w:num w:numId="3" w16cid:durableId="1615097440">
    <w:abstractNumId w:val="5"/>
  </w:num>
  <w:num w:numId="4" w16cid:durableId="1123890498">
    <w:abstractNumId w:val="4"/>
  </w:num>
  <w:num w:numId="5" w16cid:durableId="1839072541">
    <w:abstractNumId w:val="7"/>
  </w:num>
  <w:num w:numId="6" w16cid:durableId="879824728">
    <w:abstractNumId w:val="3"/>
  </w:num>
  <w:num w:numId="7" w16cid:durableId="1213418937">
    <w:abstractNumId w:val="2"/>
  </w:num>
  <w:num w:numId="8" w16cid:durableId="1574657869">
    <w:abstractNumId w:val="1"/>
  </w:num>
  <w:num w:numId="9" w16cid:durableId="1338268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1071D"/>
    <w:rsid w:val="00034616"/>
    <w:rsid w:val="00052C56"/>
    <w:rsid w:val="0006063C"/>
    <w:rsid w:val="000734E4"/>
    <w:rsid w:val="00101C67"/>
    <w:rsid w:val="001260D9"/>
    <w:rsid w:val="0015074B"/>
    <w:rsid w:val="00154CD5"/>
    <w:rsid w:val="00162A06"/>
    <w:rsid w:val="00163F11"/>
    <w:rsid w:val="001B1871"/>
    <w:rsid w:val="001B5081"/>
    <w:rsid w:val="001C76A4"/>
    <w:rsid w:val="0029639D"/>
    <w:rsid w:val="00326F90"/>
    <w:rsid w:val="003E102E"/>
    <w:rsid w:val="00463C4E"/>
    <w:rsid w:val="004F5836"/>
    <w:rsid w:val="0052086F"/>
    <w:rsid w:val="005C3C5F"/>
    <w:rsid w:val="005C577D"/>
    <w:rsid w:val="006442BE"/>
    <w:rsid w:val="0073427A"/>
    <w:rsid w:val="0075162E"/>
    <w:rsid w:val="008C339B"/>
    <w:rsid w:val="0091344A"/>
    <w:rsid w:val="00970325"/>
    <w:rsid w:val="009F7284"/>
    <w:rsid w:val="00A002FF"/>
    <w:rsid w:val="00AA1D8D"/>
    <w:rsid w:val="00AE78F3"/>
    <w:rsid w:val="00B4207E"/>
    <w:rsid w:val="00B47730"/>
    <w:rsid w:val="00C27271"/>
    <w:rsid w:val="00CB0664"/>
    <w:rsid w:val="00CB4379"/>
    <w:rsid w:val="00CE0249"/>
    <w:rsid w:val="00D15C55"/>
    <w:rsid w:val="00D164E7"/>
    <w:rsid w:val="00E9521B"/>
    <w:rsid w:val="00F7515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D5D2F0"/>
  <w14:defaultImageDpi w14:val="300"/>
  <w15:docId w15:val="{7429EED1-7D5B-41C9-A985-B87673926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Balloon Text"/>
    <w:basedOn w:val="a1"/>
    <w:link w:val="aff9"/>
    <w:uiPriority w:val="99"/>
    <w:semiHidden/>
    <w:unhideWhenUsed/>
    <w:rsid w:val="003E10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9">
    <w:name w:val="Текст выноски Знак"/>
    <w:basedOn w:val="a2"/>
    <w:link w:val="aff8"/>
    <w:uiPriority w:val="99"/>
    <w:semiHidden/>
    <w:rsid w:val="003E10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370E6BC-0B8F-46BE-8756-CBF59FFA2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921</Words>
  <Characters>5256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6165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Техникалық сипаттама Academic Leadership</dc:title>
  <dc:subject>Докторанттарға ғылыми жетекшілік ету тәжірибесін нығайтуға бағытталған кәсіби даму бағдарламасы</dc:subject>
  <dc:creator>python-docx</dc:creator>
  <cp:keywords/>
  <dc:description>generated by python-docx</dc:description>
  <cp:lastModifiedBy>Akbota Nurgali</cp:lastModifiedBy>
  <cp:revision>32</cp:revision>
  <cp:lastPrinted>2026-10-09T08:55:00Z</cp:lastPrinted>
  <dcterms:created xsi:type="dcterms:W3CDTF">2013-12-23T23:15:00Z</dcterms:created>
  <dcterms:modified xsi:type="dcterms:W3CDTF">2026-10-19T11:54:00Z</dcterms:modified>
  <cp:category/>
</cp:coreProperties>
</file>