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40D15" w14:textId="77777777" w:rsidR="00DD34DE" w:rsidRPr="0085503B" w:rsidRDefault="00000000">
      <w:pPr>
        <w:jc w:val="center"/>
        <w:rPr>
          <w:lang w:val="ru-RU"/>
        </w:rPr>
      </w:pPr>
      <w:r w:rsidRPr="0085503B">
        <w:rPr>
          <w:b/>
          <w:lang w:val="ru-RU"/>
        </w:rPr>
        <w:t>Техническая спецификация / Ведомость объемов работ</w:t>
      </w:r>
    </w:p>
    <w:p w14:paraId="54087ACA" w14:textId="2952605A" w:rsidR="00DD34DE" w:rsidRPr="0085503B" w:rsidRDefault="00000000">
      <w:pPr>
        <w:rPr>
          <w:lang w:val="ru-RU"/>
        </w:rPr>
      </w:pPr>
      <w:r w:rsidRPr="0085503B">
        <w:rPr>
          <w:b/>
          <w:lang w:val="ru-RU"/>
        </w:rPr>
        <w:t xml:space="preserve">Предмет: </w:t>
      </w:r>
      <w:r w:rsidRPr="0085503B">
        <w:rPr>
          <w:lang w:val="ru-RU"/>
        </w:rPr>
        <w:t>Комплекс работ по устройству профессионального напольного покрытия</w:t>
      </w:r>
      <w:r w:rsidR="0085503B">
        <w:rPr>
          <w:lang w:val="ru-RU"/>
        </w:rPr>
        <w:t xml:space="preserve">(спортивный </w:t>
      </w:r>
      <w:proofErr w:type="spellStart"/>
      <w:r w:rsidR="0085503B">
        <w:rPr>
          <w:lang w:val="ru-RU"/>
        </w:rPr>
        <w:t>линолиум</w:t>
      </w:r>
      <w:proofErr w:type="spellEnd"/>
      <w:r w:rsidR="0085503B">
        <w:rPr>
          <w:lang w:val="ru-RU"/>
        </w:rPr>
        <w:t>)</w:t>
      </w:r>
      <w:r w:rsidRPr="0085503B">
        <w:rPr>
          <w:lang w:val="ru-RU"/>
        </w:rPr>
        <w:t xml:space="preserve"> в спортивном зал</w:t>
      </w:r>
      <w:r w:rsidR="0085503B">
        <w:rPr>
          <w:lang w:val="ru-RU"/>
        </w:rPr>
        <w:t>е</w:t>
      </w:r>
      <w:r w:rsidRPr="0085503B">
        <w:rPr>
          <w:lang w:val="ru-RU"/>
        </w:rPr>
        <w:br/>
      </w:r>
      <w:r w:rsidRPr="0085503B">
        <w:rPr>
          <w:lang w:val="ru-RU"/>
        </w:rPr>
        <w:br/>
        <w:t>Расчет материалов и работ выполнен для площади 200 м².</w:t>
      </w: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00DD34DE" w14:paraId="4385587A" w14:textId="77777777" w:rsidTr="00DD34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645B7C3C" w14:textId="77777777" w:rsidR="00DD34DE" w:rsidRDefault="00000000">
            <w:r>
              <w:t>№</w:t>
            </w:r>
          </w:p>
        </w:tc>
        <w:tc>
          <w:tcPr>
            <w:tcW w:w="2340" w:type="dxa"/>
          </w:tcPr>
          <w:p w14:paraId="24B9F65F" w14:textId="77777777" w:rsidR="00DD34DE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Наименование товара / услуги</w:t>
            </w:r>
          </w:p>
        </w:tc>
        <w:tc>
          <w:tcPr>
            <w:tcW w:w="2340" w:type="dxa"/>
          </w:tcPr>
          <w:p w14:paraId="0D2D558F" w14:textId="77777777" w:rsidR="00DD34DE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Ед. изм.</w:t>
            </w:r>
          </w:p>
        </w:tc>
        <w:tc>
          <w:tcPr>
            <w:tcW w:w="2340" w:type="dxa"/>
          </w:tcPr>
          <w:p w14:paraId="1F380786" w14:textId="77777777" w:rsidR="00DD34DE" w:rsidRDefault="000000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Кол-во</w:t>
            </w:r>
          </w:p>
        </w:tc>
      </w:tr>
      <w:tr w:rsidR="00DD34DE" w14:paraId="0A67DF66" w14:textId="77777777" w:rsidTr="00DD34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6DA00E05" w14:textId="77777777" w:rsidR="00DD34DE" w:rsidRDefault="00000000">
            <w:r>
              <w:t>1</w:t>
            </w:r>
          </w:p>
        </w:tc>
        <w:tc>
          <w:tcPr>
            <w:tcW w:w="2340" w:type="dxa"/>
          </w:tcPr>
          <w:p w14:paraId="3046BD85" w14:textId="77777777" w:rsidR="00DD34DE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Материалы</w:t>
            </w:r>
          </w:p>
        </w:tc>
        <w:tc>
          <w:tcPr>
            <w:tcW w:w="2340" w:type="dxa"/>
          </w:tcPr>
          <w:p w14:paraId="24E159C8" w14:textId="77777777" w:rsidR="00DD34DE" w:rsidRDefault="00DD3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0" w:type="dxa"/>
          </w:tcPr>
          <w:p w14:paraId="743E058D" w14:textId="77777777" w:rsidR="00DD34DE" w:rsidRDefault="00DD3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D34DE" w14:paraId="79DFE50B" w14:textId="77777777" w:rsidTr="00DD34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4DF1F231" w14:textId="77777777" w:rsidR="00DD34DE" w:rsidRDefault="00000000">
            <w:r>
              <w:t>1.1</w:t>
            </w:r>
          </w:p>
        </w:tc>
        <w:tc>
          <w:tcPr>
            <w:tcW w:w="2340" w:type="dxa"/>
          </w:tcPr>
          <w:p w14:paraId="55E52D19" w14:textId="77777777" w:rsidR="00DD34DE" w:rsidRPr="0085503B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 w:rsidRPr="0085503B">
              <w:rPr>
                <w:lang w:val="ru-RU"/>
              </w:rPr>
              <w:t>Двухкомпонентный клей для спортивных покрытий</w:t>
            </w:r>
          </w:p>
        </w:tc>
        <w:tc>
          <w:tcPr>
            <w:tcW w:w="2340" w:type="dxa"/>
          </w:tcPr>
          <w:p w14:paraId="53FFF61E" w14:textId="77777777" w:rsidR="00DD34DE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кг</w:t>
            </w:r>
            <w:proofErr w:type="spellEnd"/>
          </w:p>
        </w:tc>
        <w:tc>
          <w:tcPr>
            <w:tcW w:w="2340" w:type="dxa"/>
          </w:tcPr>
          <w:p w14:paraId="1D91B52B" w14:textId="77777777" w:rsidR="00DD34DE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</w:t>
            </w:r>
          </w:p>
        </w:tc>
      </w:tr>
      <w:tr w:rsidR="00DD34DE" w14:paraId="670A6D33" w14:textId="77777777" w:rsidTr="00DD34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1D62E091" w14:textId="77777777" w:rsidR="00DD34DE" w:rsidRDefault="00000000">
            <w:r>
              <w:t>1.2</w:t>
            </w:r>
          </w:p>
        </w:tc>
        <w:tc>
          <w:tcPr>
            <w:tcW w:w="2340" w:type="dxa"/>
          </w:tcPr>
          <w:p w14:paraId="754DE108" w14:textId="77777777" w:rsidR="00DD34DE" w:rsidRPr="0085503B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 w:rsidRPr="0085503B">
              <w:rPr>
                <w:lang w:val="ru-RU"/>
              </w:rPr>
              <w:t>Сварочный шнур ПВХ (для бесшовного соединения стыков)</w:t>
            </w:r>
          </w:p>
        </w:tc>
        <w:tc>
          <w:tcPr>
            <w:tcW w:w="2340" w:type="dxa"/>
          </w:tcPr>
          <w:p w14:paraId="47BEDF40" w14:textId="77777777" w:rsidR="00DD34DE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пог</w:t>
            </w:r>
            <w:proofErr w:type="spellEnd"/>
            <w:r>
              <w:t>. м</w:t>
            </w:r>
          </w:p>
        </w:tc>
        <w:tc>
          <w:tcPr>
            <w:tcW w:w="2340" w:type="dxa"/>
          </w:tcPr>
          <w:p w14:paraId="00877119" w14:textId="77777777" w:rsidR="00DD34DE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150</w:t>
            </w:r>
          </w:p>
        </w:tc>
      </w:tr>
      <w:tr w:rsidR="00DD34DE" w14:paraId="28B0F757" w14:textId="77777777" w:rsidTr="00DD34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160C224F" w14:textId="77777777" w:rsidR="00DD34DE" w:rsidRDefault="00000000">
            <w:r>
              <w:t>1.3</w:t>
            </w:r>
          </w:p>
        </w:tc>
        <w:tc>
          <w:tcPr>
            <w:tcW w:w="2340" w:type="dxa"/>
          </w:tcPr>
          <w:p w14:paraId="6A8CFB67" w14:textId="77777777" w:rsidR="00DD34DE" w:rsidRPr="0085503B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 w:rsidRPr="0085503B">
              <w:rPr>
                <w:lang w:val="ru-RU"/>
              </w:rPr>
              <w:t>Ремонтная смесь / Ровнитель для подготовки основания</w:t>
            </w:r>
          </w:p>
        </w:tc>
        <w:tc>
          <w:tcPr>
            <w:tcW w:w="2340" w:type="dxa"/>
          </w:tcPr>
          <w:p w14:paraId="3D957BEE" w14:textId="77777777" w:rsidR="00DD34DE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кг</w:t>
            </w:r>
            <w:proofErr w:type="spellEnd"/>
          </w:p>
        </w:tc>
        <w:tc>
          <w:tcPr>
            <w:tcW w:w="2340" w:type="dxa"/>
          </w:tcPr>
          <w:p w14:paraId="2AC02750" w14:textId="77777777" w:rsidR="00DD34DE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300</w:t>
            </w:r>
          </w:p>
        </w:tc>
      </w:tr>
      <w:tr w:rsidR="00DD34DE" w14:paraId="184F8234" w14:textId="77777777" w:rsidTr="00DD34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280D7ED4" w14:textId="77777777" w:rsidR="00DD34DE" w:rsidRDefault="00000000">
            <w:r>
              <w:t>2</w:t>
            </w:r>
          </w:p>
        </w:tc>
        <w:tc>
          <w:tcPr>
            <w:tcW w:w="2340" w:type="dxa"/>
          </w:tcPr>
          <w:p w14:paraId="28C743AA" w14:textId="77777777" w:rsidR="00DD34DE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Строительно-монтажные работы</w:t>
            </w:r>
          </w:p>
        </w:tc>
        <w:tc>
          <w:tcPr>
            <w:tcW w:w="2340" w:type="dxa"/>
          </w:tcPr>
          <w:p w14:paraId="7F7B9085" w14:textId="77777777" w:rsidR="00DD34DE" w:rsidRDefault="00DD3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40" w:type="dxa"/>
          </w:tcPr>
          <w:p w14:paraId="42642E42" w14:textId="77777777" w:rsidR="00DD34DE" w:rsidRDefault="00DD34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D34DE" w14:paraId="4DB7D787" w14:textId="77777777" w:rsidTr="00DD34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3D42D1C4" w14:textId="77777777" w:rsidR="00DD34DE" w:rsidRDefault="00000000">
            <w:r>
              <w:t>2.1</w:t>
            </w:r>
          </w:p>
        </w:tc>
        <w:tc>
          <w:tcPr>
            <w:tcW w:w="2340" w:type="dxa"/>
          </w:tcPr>
          <w:p w14:paraId="477633FB" w14:textId="77777777" w:rsidR="00DD34DE" w:rsidRPr="0085503B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 w:rsidRPr="0085503B">
              <w:rPr>
                <w:lang w:val="ru-RU"/>
              </w:rPr>
              <w:t>Подготовка основания (шлифовка бетона, обеспыливание, грунтование)</w:t>
            </w:r>
          </w:p>
        </w:tc>
        <w:tc>
          <w:tcPr>
            <w:tcW w:w="2340" w:type="dxa"/>
          </w:tcPr>
          <w:p w14:paraId="1CB4ED9E" w14:textId="77777777" w:rsidR="00DD34DE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м²</w:t>
            </w:r>
          </w:p>
        </w:tc>
        <w:tc>
          <w:tcPr>
            <w:tcW w:w="2340" w:type="dxa"/>
          </w:tcPr>
          <w:p w14:paraId="640C7A2C" w14:textId="77777777" w:rsidR="00DD34DE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200</w:t>
            </w:r>
          </w:p>
        </w:tc>
      </w:tr>
      <w:tr w:rsidR="00DD34DE" w14:paraId="51C3EFBD" w14:textId="77777777" w:rsidTr="00DD34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20D44550" w14:textId="77777777" w:rsidR="00DD34DE" w:rsidRDefault="00000000">
            <w:r>
              <w:t>2.2</w:t>
            </w:r>
          </w:p>
        </w:tc>
        <w:tc>
          <w:tcPr>
            <w:tcW w:w="2340" w:type="dxa"/>
          </w:tcPr>
          <w:p w14:paraId="0A73DDCA" w14:textId="77777777" w:rsidR="00DD34DE" w:rsidRPr="0085503B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 w:rsidRPr="0085503B">
              <w:rPr>
                <w:lang w:val="ru-RU"/>
              </w:rPr>
              <w:t>Укладка и фиксация спортивного линолеума на клей</w:t>
            </w:r>
          </w:p>
        </w:tc>
        <w:tc>
          <w:tcPr>
            <w:tcW w:w="2340" w:type="dxa"/>
          </w:tcPr>
          <w:p w14:paraId="1A104C0D" w14:textId="77777777" w:rsidR="00DD34DE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м²</w:t>
            </w:r>
          </w:p>
        </w:tc>
        <w:tc>
          <w:tcPr>
            <w:tcW w:w="2340" w:type="dxa"/>
          </w:tcPr>
          <w:p w14:paraId="7E425500" w14:textId="77777777" w:rsidR="00DD34DE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200</w:t>
            </w:r>
          </w:p>
        </w:tc>
      </w:tr>
      <w:tr w:rsidR="00DD34DE" w14:paraId="128D2D84" w14:textId="77777777" w:rsidTr="00DD34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64D1008C" w14:textId="77777777" w:rsidR="00DD34DE" w:rsidRDefault="00000000">
            <w:r>
              <w:t>2.3</w:t>
            </w:r>
          </w:p>
        </w:tc>
        <w:tc>
          <w:tcPr>
            <w:tcW w:w="2340" w:type="dxa"/>
          </w:tcPr>
          <w:p w14:paraId="410EE15D" w14:textId="77777777" w:rsidR="00DD34DE" w:rsidRPr="0085503B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ru-RU"/>
              </w:rPr>
            </w:pPr>
            <w:r w:rsidRPr="0085503B">
              <w:rPr>
                <w:lang w:val="ru-RU"/>
              </w:rPr>
              <w:t>Горячая сварка стыков линолеума профессиональным шнуром</w:t>
            </w:r>
          </w:p>
        </w:tc>
        <w:tc>
          <w:tcPr>
            <w:tcW w:w="2340" w:type="dxa"/>
          </w:tcPr>
          <w:p w14:paraId="72E872D7" w14:textId="77777777" w:rsidR="00DD34DE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пог</w:t>
            </w:r>
            <w:proofErr w:type="spellEnd"/>
            <w:r>
              <w:t>. м</w:t>
            </w:r>
          </w:p>
        </w:tc>
        <w:tc>
          <w:tcPr>
            <w:tcW w:w="2340" w:type="dxa"/>
          </w:tcPr>
          <w:p w14:paraId="5A8A9BF0" w14:textId="77777777" w:rsidR="00DD34DE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150</w:t>
            </w:r>
          </w:p>
        </w:tc>
      </w:tr>
      <w:tr w:rsidR="00DD34DE" w14:paraId="2130CAB9" w14:textId="77777777" w:rsidTr="00DD34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4D17E6F0" w14:textId="77777777" w:rsidR="00DD34DE" w:rsidRDefault="00000000">
            <w:r>
              <w:t>2.4</w:t>
            </w:r>
          </w:p>
        </w:tc>
        <w:tc>
          <w:tcPr>
            <w:tcW w:w="2340" w:type="dxa"/>
          </w:tcPr>
          <w:p w14:paraId="290351B1" w14:textId="77777777" w:rsidR="00DD34DE" w:rsidRPr="0085503B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 w:rsidRPr="0085503B">
              <w:rPr>
                <w:lang w:val="ru-RU"/>
              </w:rPr>
              <w:t>Нанесение спортивной разметки (игровая зона на выбор)</w:t>
            </w:r>
          </w:p>
        </w:tc>
        <w:tc>
          <w:tcPr>
            <w:tcW w:w="2340" w:type="dxa"/>
          </w:tcPr>
          <w:p w14:paraId="7F61B83B" w14:textId="77777777" w:rsidR="00DD34DE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усл</w:t>
            </w:r>
            <w:proofErr w:type="spellEnd"/>
            <w:r>
              <w:t>.</w:t>
            </w:r>
          </w:p>
        </w:tc>
        <w:tc>
          <w:tcPr>
            <w:tcW w:w="2340" w:type="dxa"/>
          </w:tcPr>
          <w:p w14:paraId="62E5B3D5" w14:textId="77777777" w:rsidR="00DD34DE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DD34DE" w14:paraId="4B94EAB8" w14:textId="77777777" w:rsidTr="00DD34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67DDD49A" w14:textId="77777777" w:rsidR="00DD34DE" w:rsidRDefault="00000000">
            <w:r>
              <w:t>3</w:t>
            </w:r>
          </w:p>
        </w:tc>
        <w:tc>
          <w:tcPr>
            <w:tcW w:w="2340" w:type="dxa"/>
          </w:tcPr>
          <w:p w14:paraId="4431F708" w14:textId="77777777" w:rsidR="00DD34DE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</w:rPr>
              <w:t>Логистика</w:t>
            </w:r>
          </w:p>
        </w:tc>
        <w:tc>
          <w:tcPr>
            <w:tcW w:w="2340" w:type="dxa"/>
          </w:tcPr>
          <w:p w14:paraId="4BDEB4A3" w14:textId="77777777" w:rsidR="00DD34DE" w:rsidRDefault="00DD3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40" w:type="dxa"/>
          </w:tcPr>
          <w:p w14:paraId="39C4BD0A" w14:textId="77777777" w:rsidR="00DD34DE" w:rsidRDefault="00DD34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D34DE" w14:paraId="04BD41B0" w14:textId="77777777" w:rsidTr="00DD34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14:paraId="2AFD76A0" w14:textId="77777777" w:rsidR="00DD34DE" w:rsidRDefault="00000000">
            <w:r>
              <w:t>3.1</w:t>
            </w:r>
          </w:p>
        </w:tc>
        <w:tc>
          <w:tcPr>
            <w:tcW w:w="2340" w:type="dxa"/>
          </w:tcPr>
          <w:p w14:paraId="58BCB389" w14:textId="77777777" w:rsidR="00DD34DE" w:rsidRPr="0085503B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ru-RU"/>
              </w:rPr>
            </w:pPr>
            <w:r w:rsidRPr="0085503B">
              <w:rPr>
                <w:lang w:val="ru-RU"/>
              </w:rPr>
              <w:t>Доставка материалов на объект и разгрузка</w:t>
            </w:r>
          </w:p>
        </w:tc>
        <w:tc>
          <w:tcPr>
            <w:tcW w:w="2340" w:type="dxa"/>
          </w:tcPr>
          <w:p w14:paraId="5A407FAF" w14:textId="77777777" w:rsidR="00DD34DE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усл</w:t>
            </w:r>
            <w:proofErr w:type="spellEnd"/>
            <w:r>
              <w:t>.</w:t>
            </w:r>
          </w:p>
        </w:tc>
        <w:tc>
          <w:tcPr>
            <w:tcW w:w="2340" w:type="dxa"/>
          </w:tcPr>
          <w:p w14:paraId="776F5282" w14:textId="77777777" w:rsidR="00DD34DE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</w:tbl>
    <w:p w14:paraId="0F4CD8F4" w14:textId="4347CE81" w:rsidR="0085503B" w:rsidRDefault="0085503B">
      <w:pPr>
        <w:rPr>
          <w:lang w:val="ru-RU"/>
        </w:rPr>
      </w:pPr>
      <w:r>
        <w:rPr>
          <w:lang w:val="ru-RU"/>
        </w:rPr>
        <w:t>Материалы и все необходимые расходы за счет поставщика.</w:t>
      </w:r>
    </w:p>
    <w:p w14:paraId="6B8DA52C" w14:textId="698E3324" w:rsidR="00000000" w:rsidRDefault="0085503B">
      <w:pPr>
        <w:rPr>
          <w:lang w:val="ru-RU"/>
        </w:rPr>
      </w:pPr>
      <w:r>
        <w:rPr>
          <w:lang w:val="ru-RU"/>
        </w:rPr>
        <w:t>По всем вопросам обращаться по номеру :8771 620 43 91</w:t>
      </w:r>
    </w:p>
    <w:p w14:paraId="5A8D10BB" w14:textId="1C07928F" w:rsidR="0085503B" w:rsidRPr="0085503B" w:rsidRDefault="0085503B">
      <w:pPr>
        <w:rPr>
          <w:lang w:val="ru-RU"/>
        </w:rPr>
      </w:pPr>
      <w:r>
        <w:rPr>
          <w:lang w:val="ru-RU"/>
        </w:rPr>
        <w:t xml:space="preserve">Предварительно согласовать работу с Заказчиком! </w:t>
      </w:r>
    </w:p>
    <w:sectPr w:rsidR="0085503B" w:rsidRPr="0085503B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33888293">
    <w:abstractNumId w:val="8"/>
  </w:num>
  <w:num w:numId="2" w16cid:durableId="218790618">
    <w:abstractNumId w:val="6"/>
  </w:num>
  <w:num w:numId="3" w16cid:durableId="605890819">
    <w:abstractNumId w:val="5"/>
  </w:num>
  <w:num w:numId="4" w16cid:durableId="1597784737">
    <w:abstractNumId w:val="4"/>
  </w:num>
  <w:num w:numId="5" w16cid:durableId="460194448">
    <w:abstractNumId w:val="7"/>
  </w:num>
  <w:num w:numId="6" w16cid:durableId="748844167">
    <w:abstractNumId w:val="3"/>
  </w:num>
  <w:num w:numId="7" w16cid:durableId="1980301343">
    <w:abstractNumId w:val="2"/>
  </w:num>
  <w:num w:numId="8" w16cid:durableId="970210605">
    <w:abstractNumId w:val="1"/>
  </w:num>
  <w:num w:numId="9" w16cid:durableId="2114933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5503B"/>
    <w:rsid w:val="00AA1D8D"/>
    <w:rsid w:val="00B47730"/>
    <w:rsid w:val="00BD6E3F"/>
    <w:rsid w:val="00CB0664"/>
    <w:rsid w:val="00DD34D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759F36"/>
  <w14:defaultImageDpi w14:val="300"/>
  <w15:docId w15:val="{7CFE1552-41FC-446C-B564-25038EB8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Acer Nitro</cp:lastModifiedBy>
  <cp:revision>3</cp:revision>
  <dcterms:created xsi:type="dcterms:W3CDTF">2013-12-23T23:15:00Z</dcterms:created>
  <dcterms:modified xsi:type="dcterms:W3CDTF">2026-10-20T16:30:00Z</dcterms:modified>
  <cp:category/>
</cp:coreProperties>
</file>