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8CA3CD" w14:textId="439E2A00" w:rsidR="00C55204" w:rsidRPr="00C55204" w:rsidRDefault="00B506FB" w:rsidP="00B506FB">
      <w:pPr>
        <w:spacing w:after="0"/>
        <w:jc w:val="center"/>
        <w:rPr>
          <w:rFonts w:ascii="Times New Roman" w:hAnsi="Times New Roman" w:cs="Times New Roman"/>
          <w:b/>
          <w:bCs/>
          <w:sz w:val="28"/>
          <w:szCs w:val="28"/>
          <w:lang w:val="ru-RU"/>
        </w:rPr>
      </w:pPr>
      <w:r w:rsidRPr="00C55204">
        <w:rPr>
          <w:rFonts w:ascii="Times New Roman" w:hAnsi="Times New Roman" w:cs="Times New Roman"/>
          <w:b/>
          <w:bCs/>
          <w:sz w:val="28"/>
          <w:szCs w:val="28"/>
          <w:lang w:val="ru-RU"/>
        </w:rPr>
        <w:t>Техническая спецификация</w:t>
      </w:r>
    </w:p>
    <w:p w14:paraId="3774B17C" w14:textId="23CC6C9B" w:rsidR="00C55204" w:rsidRPr="00B506FB" w:rsidRDefault="00C55204" w:rsidP="00B506FB">
      <w:pPr>
        <w:spacing w:after="0"/>
        <w:jc w:val="center"/>
        <w:rPr>
          <w:rFonts w:ascii="Times New Roman" w:hAnsi="Times New Roman" w:cs="Times New Roman"/>
          <w:b/>
          <w:sz w:val="28"/>
          <w:szCs w:val="28"/>
          <w:lang w:val="ru-RU"/>
        </w:rPr>
      </w:pPr>
      <w:r w:rsidRPr="00B506FB">
        <w:rPr>
          <w:rFonts w:ascii="Times New Roman" w:hAnsi="Times New Roman" w:cs="Times New Roman"/>
          <w:b/>
          <w:sz w:val="28"/>
          <w:szCs w:val="28"/>
          <w:lang w:val="ru-RU"/>
        </w:rPr>
        <w:t>на выполнение работ по устранению аварийных ситуаций и неисправностей инженерных коммуникаций в квартирах ТОО «Almaty Renovation»</w:t>
      </w:r>
    </w:p>
    <w:p w14:paraId="746F4AAD" w14:textId="77777777" w:rsidR="00B506FB" w:rsidRPr="00C55204" w:rsidRDefault="00B506FB" w:rsidP="00B506FB">
      <w:pPr>
        <w:spacing w:after="0"/>
        <w:jc w:val="center"/>
        <w:rPr>
          <w:rFonts w:ascii="Times New Roman" w:hAnsi="Times New Roman" w:cs="Times New Roman"/>
          <w:sz w:val="28"/>
          <w:szCs w:val="28"/>
          <w:lang w:val="ru-RU"/>
        </w:rPr>
      </w:pPr>
    </w:p>
    <w:p w14:paraId="12C9BCDD" w14:textId="77777777" w:rsidR="00C55204" w:rsidRPr="00B506FB" w:rsidRDefault="00C55204" w:rsidP="00B506FB">
      <w:pPr>
        <w:spacing w:after="0"/>
        <w:jc w:val="both"/>
        <w:rPr>
          <w:rFonts w:ascii="Times New Roman" w:hAnsi="Times New Roman" w:cs="Times New Roman"/>
          <w:b/>
          <w:sz w:val="28"/>
          <w:szCs w:val="28"/>
          <w:lang w:val="ru-RU"/>
        </w:rPr>
      </w:pPr>
      <w:r w:rsidRPr="00B506FB">
        <w:rPr>
          <w:rFonts w:ascii="Times New Roman" w:hAnsi="Times New Roman" w:cs="Times New Roman"/>
          <w:b/>
          <w:sz w:val="28"/>
          <w:szCs w:val="28"/>
          <w:lang w:val="ru-RU"/>
        </w:rPr>
        <w:t>1. Предмет работ</w:t>
      </w:r>
    </w:p>
    <w:p w14:paraId="605F2374" w14:textId="32416541"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 xml:space="preserve">Выполнение комплекса работ по выявлению, локализации и устранению аварийных ситуаций, устранению их последствий и восстановлению работоспособности инженерных коммуникаций в квартирах, находящихся в ведении ТОО «Almaty Renovation» (далее — Товарищество), расположенных в ветхих и расселённых жилых домах города Алматы, </w:t>
      </w:r>
      <w:r>
        <w:rPr>
          <w:rFonts w:ascii="Times New Roman" w:hAnsi="Times New Roman" w:cs="Times New Roman"/>
          <w:sz w:val="28"/>
          <w:szCs w:val="28"/>
          <w:lang w:val="ru-RU"/>
        </w:rPr>
        <w:t xml:space="preserve">количество- </w:t>
      </w:r>
      <w:r w:rsidR="00C55204" w:rsidRPr="00C55204">
        <w:rPr>
          <w:rFonts w:ascii="Times New Roman" w:hAnsi="Times New Roman" w:cs="Times New Roman"/>
          <w:sz w:val="28"/>
          <w:szCs w:val="28"/>
          <w:lang w:val="ru-RU"/>
        </w:rPr>
        <w:t>650 квартир.</w:t>
      </w:r>
    </w:p>
    <w:p w14:paraId="3CE009AF" w14:textId="04EADB1A"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Основной целью выполнения работ является оперативное устранение аварийных ситуаций, в первую очередь протечек, порывов и разгерметизации инженерных коммуникаций, а также предотвращение дальнейшего разрушения конструктивных элементов зданий, повреждения имущества и возникновения угрозы безопасности.</w:t>
      </w:r>
    </w:p>
    <w:p w14:paraId="79E051AB" w14:textId="40E41BEF"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В состав работ входят выявление и устранение неисправностей следующих инженерных систем и коммуникаций, расположенных внутри квартир:</w:t>
      </w:r>
    </w:p>
    <w:p w14:paraId="2DA9F7D2" w14:textId="77777777" w:rsidR="00C55204" w:rsidRPr="00C55204" w:rsidRDefault="00C55204" w:rsidP="00B506FB">
      <w:pPr>
        <w:numPr>
          <w:ilvl w:val="0"/>
          <w:numId w:val="24"/>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систем холодного и горячего водоснабжения;</w:t>
      </w:r>
    </w:p>
    <w:p w14:paraId="6C94FFF0" w14:textId="77777777" w:rsidR="00C55204" w:rsidRPr="00C55204" w:rsidRDefault="00C55204" w:rsidP="00B506FB">
      <w:pPr>
        <w:numPr>
          <w:ilvl w:val="0"/>
          <w:numId w:val="24"/>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систем отопления, включая стояки, радиаторы, подводки, запорную и соединительную арматуру;</w:t>
      </w:r>
    </w:p>
    <w:p w14:paraId="2B2B936C" w14:textId="77777777" w:rsidR="00C55204" w:rsidRPr="00C55204" w:rsidRDefault="00C55204" w:rsidP="00B506FB">
      <w:pPr>
        <w:numPr>
          <w:ilvl w:val="0"/>
          <w:numId w:val="24"/>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систем канализации, включая устранение засоров, протечек, повреждений трубопроводов и соединений;</w:t>
      </w:r>
    </w:p>
    <w:p w14:paraId="41C36C2D" w14:textId="77777777" w:rsidR="00C55204" w:rsidRPr="00C55204" w:rsidRDefault="00C55204" w:rsidP="00B506FB">
      <w:pPr>
        <w:numPr>
          <w:ilvl w:val="0"/>
          <w:numId w:val="24"/>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электрических сетей и электрооборудования в части устранения аварийных и пожароопасных неисправностей;</w:t>
      </w:r>
    </w:p>
    <w:p w14:paraId="0119E14E" w14:textId="77777777" w:rsidR="00C55204" w:rsidRPr="00C55204" w:rsidRDefault="00C55204" w:rsidP="00B506FB">
      <w:pPr>
        <w:numPr>
          <w:ilvl w:val="0"/>
          <w:numId w:val="24"/>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иных инженерных коммуникаций, расположенных внутри квартир, при возникновении аварийных ситуаций и неисправностей, требующих оперативного устранения.</w:t>
      </w:r>
    </w:p>
    <w:p w14:paraId="58E5107A" w14:textId="0A106F1A"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Работы выполняются по мере поступления заявок Заказчика и возникновения аварийных ситуаций на объектах, включённых в Перечень квартир.</w:t>
      </w:r>
    </w:p>
    <w:p w14:paraId="66B5F96D" w14:textId="3382F2AA"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В период действия договора до 31 декабря 2026 года предусматривается выполнение до 100 (ста) аварийных выездов для обследования, локализации и устранения аварийных ситуаций и неисправностей инженерных коммуникаций.</w:t>
      </w:r>
    </w:p>
    <w:p w14:paraId="6E2EBF7C" w14:textId="41A442C4"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lastRenderedPageBreak/>
        <w:tab/>
      </w:r>
      <w:r w:rsidR="00C55204" w:rsidRPr="00C55204">
        <w:rPr>
          <w:rFonts w:ascii="Times New Roman" w:hAnsi="Times New Roman" w:cs="Times New Roman"/>
          <w:sz w:val="28"/>
          <w:szCs w:val="28"/>
          <w:lang w:val="ru-RU"/>
        </w:rPr>
        <w:t>Количество 650 квартир определяет общий перечень объектов, на которых могут выполняться работы, а количество до 100 аварийных выездов — планируемый предельный объём выездов в рамках договора. Фактическое количество выездов определяется исходя из потребности Заказчика и количества возникающих аварийных ситуаций.</w:t>
      </w:r>
    </w:p>
    <w:p w14:paraId="1274DFAD" w14:textId="55A23F54"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Конкретный состав, объём и способ выполнения работ по каждому аварийному случаю определяются по результатам обследования, фиксируются в дефектном акте и согласовываются с Заказчиком до начала выполнения основных ремонтных работ, за исключением необходимых первоочередных мероприятий по локализации аварии и предотвращению дальнейшего ущерба.</w:t>
      </w:r>
    </w:p>
    <w:p w14:paraId="28B5AB6B" w14:textId="77777777" w:rsidR="00C55204" w:rsidRPr="00B506FB" w:rsidRDefault="00C55204" w:rsidP="00B506FB">
      <w:pPr>
        <w:spacing w:after="0"/>
        <w:jc w:val="both"/>
        <w:rPr>
          <w:rFonts w:ascii="Times New Roman" w:hAnsi="Times New Roman" w:cs="Times New Roman"/>
          <w:b/>
          <w:sz w:val="28"/>
          <w:szCs w:val="28"/>
          <w:lang w:val="ru-RU"/>
        </w:rPr>
      </w:pPr>
      <w:r w:rsidRPr="00B506FB">
        <w:rPr>
          <w:rFonts w:ascii="Times New Roman" w:hAnsi="Times New Roman" w:cs="Times New Roman"/>
          <w:b/>
          <w:sz w:val="28"/>
          <w:szCs w:val="28"/>
          <w:lang w:val="ru-RU"/>
        </w:rPr>
        <w:t>2. Перечень выполняемых работ</w:t>
      </w:r>
    </w:p>
    <w:p w14:paraId="5C7DEADB" w14:textId="4C646975"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В зависимости от характера и степени аварийности объекта в состав работ могут входить следующие мероприятия.</w:t>
      </w:r>
    </w:p>
    <w:p w14:paraId="65A7BC3B" w14:textId="432E9594" w:rsidR="00C55204" w:rsidRPr="00B506FB"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B506FB">
        <w:rPr>
          <w:rFonts w:ascii="Times New Roman" w:hAnsi="Times New Roman" w:cs="Times New Roman"/>
          <w:sz w:val="28"/>
          <w:szCs w:val="28"/>
          <w:lang w:val="ru-RU"/>
        </w:rPr>
        <w:t>2.1. Выезд и обследование объекта</w:t>
      </w:r>
    </w:p>
    <w:p w14:paraId="6EED1A1E" w14:textId="77777777" w:rsidR="00C55204" w:rsidRPr="00C55204" w:rsidRDefault="00C55204" w:rsidP="00B506FB">
      <w:pPr>
        <w:numPr>
          <w:ilvl w:val="0"/>
          <w:numId w:val="25"/>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Выезд специалистов на объект по заявке Заказчика в пределах предусмотренного договором объёма.</w:t>
      </w:r>
    </w:p>
    <w:p w14:paraId="190FE650" w14:textId="77777777" w:rsidR="00C55204" w:rsidRPr="00C55204" w:rsidRDefault="00C55204" w:rsidP="00B506FB">
      <w:pPr>
        <w:numPr>
          <w:ilvl w:val="0"/>
          <w:numId w:val="25"/>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Обследование места возникновения аварийной ситуации и определение характера неисправности.</w:t>
      </w:r>
    </w:p>
    <w:p w14:paraId="120356D1" w14:textId="77777777" w:rsidR="00C55204" w:rsidRPr="00C55204" w:rsidRDefault="00C55204" w:rsidP="00B506FB">
      <w:pPr>
        <w:numPr>
          <w:ilvl w:val="0"/>
          <w:numId w:val="25"/>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Визуальный осмотр повреждённых участков инженерных коммуникаций.</w:t>
      </w:r>
    </w:p>
    <w:p w14:paraId="25265BE8" w14:textId="77777777" w:rsidR="00C55204" w:rsidRPr="00C55204" w:rsidRDefault="00C55204" w:rsidP="00B506FB">
      <w:pPr>
        <w:numPr>
          <w:ilvl w:val="0"/>
          <w:numId w:val="25"/>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Определение места протечки, порыва, засора, нарушения герметичности либо выявления электротехнической неисправности.</w:t>
      </w:r>
    </w:p>
    <w:p w14:paraId="4BA08DCD" w14:textId="77777777" w:rsidR="00C55204" w:rsidRPr="00C55204" w:rsidRDefault="00C55204" w:rsidP="00B506FB">
      <w:pPr>
        <w:numPr>
          <w:ilvl w:val="0"/>
          <w:numId w:val="25"/>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Определение технического состояния повреждённых участков коммуникаций, соединений, арматуры и оборудования.</w:t>
      </w:r>
    </w:p>
    <w:p w14:paraId="696CC5FD" w14:textId="77777777" w:rsidR="00C55204" w:rsidRPr="00C55204" w:rsidRDefault="00C55204" w:rsidP="00B506FB">
      <w:pPr>
        <w:numPr>
          <w:ilvl w:val="0"/>
          <w:numId w:val="25"/>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Определение необходимых мероприятий по локализации аварии, устранению неисправности и восстановлению работоспособности соответствующей инженерной системы.</w:t>
      </w:r>
    </w:p>
    <w:p w14:paraId="0CF476EB" w14:textId="77777777" w:rsidR="00C55204" w:rsidRPr="00C55204" w:rsidRDefault="00C55204" w:rsidP="00B506FB">
      <w:pPr>
        <w:numPr>
          <w:ilvl w:val="0"/>
          <w:numId w:val="25"/>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Составление дефектного акта с указанием характера неисправности, необходимых работ и используемых материалов.</w:t>
      </w:r>
    </w:p>
    <w:p w14:paraId="1982E074" w14:textId="77777777" w:rsidR="00C55204" w:rsidRPr="00C55204" w:rsidRDefault="00C55204" w:rsidP="00B506FB">
      <w:pPr>
        <w:numPr>
          <w:ilvl w:val="0"/>
          <w:numId w:val="25"/>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Согласование с Заказчиком технического решения, объёма и стоимости работ.</w:t>
      </w:r>
    </w:p>
    <w:p w14:paraId="4CE975C4" w14:textId="6D2D3411"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2.2. Аварийно-восстановительные работы на системах холодного и горячего водоснабжения</w:t>
      </w:r>
    </w:p>
    <w:p w14:paraId="3357BFD0" w14:textId="77777777" w:rsidR="00C55204" w:rsidRPr="00C55204" w:rsidRDefault="00C55204" w:rsidP="00B506FB">
      <w:pPr>
        <w:numPr>
          <w:ilvl w:val="0"/>
          <w:numId w:val="26"/>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Локализация протечек и устранение причин разгерметизации трубопроводов.</w:t>
      </w:r>
    </w:p>
    <w:p w14:paraId="48665FB6" w14:textId="77777777" w:rsidR="00C55204" w:rsidRPr="00C55204" w:rsidRDefault="00C55204" w:rsidP="00B506FB">
      <w:pPr>
        <w:numPr>
          <w:ilvl w:val="0"/>
          <w:numId w:val="26"/>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lastRenderedPageBreak/>
        <w:t>Демонтаж повреждённых участков труб, соединений, подводок и арматуры.</w:t>
      </w:r>
    </w:p>
    <w:p w14:paraId="1A729818" w14:textId="77777777" w:rsidR="00C55204" w:rsidRPr="00C55204" w:rsidRDefault="00C55204" w:rsidP="00B506FB">
      <w:pPr>
        <w:numPr>
          <w:ilvl w:val="0"/>
          <w:numId w:val="26"/>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Замена повреждённых трубопроводов, фитингов, соединительных элементов, кранов и иных неисправных элементов системы.</w:t>
      </w:r>
    </w:p>
    <w:p w14:paraId="3941956E" w14:textId="77777777" w:rsidR="00C55204" w:rsidRPr="00C55204" w:rsidRDefault="00C55204" w:rsidP="00B506FB">
      <w:pPr>
        <w:numPr>
          <w:ilvl w:val="0"/>
          <w:numId w:val="26"/>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Установка заглушек и отключение повреждённых участков в случаях, когда это технически необходимо.</w:t>
      </w:r>
    </w:p>
    <w:p w14:paraId="240E6618" w14:textId="77777777" w:rsidR="00C55204" w:rsidRPr="00C55204" w:rsidRDefault="00C55204" w:rsidP="00B506FB">
      <w:pPr>
        <w:numPr>
          <w:ilvl w:val="0"/>
          <w:numId w:val="26"/>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Герметизация соединений и восстановление работоспособности системы.</w:t>
      </w:r>
    </w:p>
    <w:p w14:paraId="576F64FC" w14:textId="77777777" w:rsidR="00C55204" w:rsidRPr="00C55204" w:rsidRDefault="00C55204" w:rsidP="00B506FB">
      <w:pPr>
        <w:numPr>
          <w:ilvl w:val="0"/>
          <w:numId w:val="26"/>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Проверка выполненных соединений на герметичность и отсутствие протечек.</w:t>
      </w:r>
    </w:p>
    <w:p w14:paraId="6781EF36" w14:textId="77777777" w:rsidR="00C55204" w:rsidRPr="00C55204" w:rsidRDefault="00C55204" w:rsidP="00B506FB">
      <w:pPr>
        <w:numPr>
          <w:ilvl w:val="0"/>
          <w:numId w:val="26"/>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Принятие необходимых мер по предотвращению повторного возникновения аварийной ситуации.</w:t>
      </w:r>
    </w:p>
    <w:p w14:paraId="7EC2D862" w14:textId="7A336031"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2.3. Аварийно-восстановительные работы на системах отопления</w:t>
      </w:r>
    </w:p>
    <w:p w14:paraId="13F42BC7" w14:textId="77777777" w:rsidR="00C55204" w:rsidRPr="00C55204" w:rsidRDefault="00C55204" w:rsidP="00B506FB">
      <w:pPr>
        <w:numPr>
          <w:ilvl w:val="0"/>
          <w:numId w:val="27"/>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Устранение протечек и разгерметизации стояков, радиаторов, подводок, соединений и запорной арматуры.</w:t>
      </w:r>
    </w:p>
    <w:p w14:paraId="194034A8" w14:textId="77777777" w:rsidR="00C55204" w:rsidRPr="00C55204" w:rsidRDefault="00C55204" w:rsidP="00B506FB">
      <w:pPr>
        <w:numPr>
          <w:ilvl w:val="0"/>
          <w:numId w:val="27"/>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Демонтаж повреждённых участков трубопроводов, радиаторов и иных элементов системы.</w:t>
      </w:r>
    </w:p>
    <w:p w14:paraId="4F30CFD2" w14:textId="77777777" w:rsidR="00C55204" w:rsidRPr="00C55204" w:rsidRDefault="00C55204" w:rsidP="00B506FB">
      <w:pPr>
        <w:numPr>
          <w:ilvl w:val="0"/>
          <w:numId w:val="27"/>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Замена повреждённых труб, соединительных элементов, арматуры и креплений.</w:t>
      </w:r>
    </w:p>
    <w:p w14:paraId="1EA18D5F" w14:textId="77777777" w:rsidR="00C55204" w:rsidRPr="00C55204" w:rsidRDefault="00C55204" w:rsidP="00B506FB">
      <w:pPr>
        <w:numPr>
          <w:ilvl w:val="0"/>
          <w:numId w:val="27"/>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Установка заглушек на отключаемых участках системы отопления при необходимости.</w:t>
      </w:r>
    </w:p>
    <w:p w14:paraId="36B9466F" w14:textId="77777777" w:rsidR="00C55204" w:rsidRPr="00C55204" w:rsidRDefault="00C55204" w:rsidP="00B506FB">
      <w:pPr>
        <w:numPr>
          <w:ilvl w:val="0"/>
          <w:numId w:val="27"/>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Установка перемычек (байпасов), закольцевание стояков и выполнение иных технических мероприятий, необходимых для сохранения циркуляции теплоносителя и работоспособности системы.</w:t>
      </w:r>
    </w:p>
    <w:p w14:paraId="7CCFF0C1" w14:textId="77777777" w:rsidR="00C55204" w:rsidRPr="00C55204" w:rsidRDefault="00C55204" w:rsidP="00B506FB">
      <w:pPr>
        <w:numPr>
          <w:ilvl w:val="0"/>
          <w:numId w:val="27"/>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Восстановление теплоизоляции трубопроводов в местах производства работ при необходимости.</w:t>
      </w:r>
    </w:p>
    <w:p w14:paraId="5054138C" w14:textId="77777777" w:rsidR="00C55204" w:rsidRPr="00C55204" w:rsidRDefault="00C55204" w:rsidP="00B506FB">
      <w:pPr>
        <w:numPr>
          <w:ilvl w:val="0"/>
          <w:numId w:val="27"/>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Проведение опрессовки либо иных предусмотренных техническими требованиями проверок герметичности после завершения монтажных работ.</w:t>
      </w:r>
    </w:p>
    <w:p w14:paraId="447ED061" w14:textId="77777777" w:rsidR="00C55204" w:rsidRPr="00C55204" w:rsidRDefault="00C55204" w:rsidP="00B506FB">
      <w:pPr>
        <w:numPr>
          <w:ilvl w:val="0"/>
          <w:numId w:val="27"/>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Проверка выполненных соединений и отсутствия протечек.</w:t>
      </w:r>
    </w:p>
    <w:p w14:paraId="500CF001" w14:textId="7427ED98"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Отключение отдельных участков системы отопления, стояков или оборудования допускается только при наличии технической необходимости и с соблюдением требований безопасности и эксплуатации инженерных систем здания.</w:t>
      </w:r>
    </w:p>
    <w:p w14:paraId="1B603D3E" w14:textId="1FFE26EC"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2.4. Аварийно-восстановительные работы на системах канализации</w:t>
      </w:r>
    </w:p>
    <w:p w14:paraId="561A360F" w14:textId="77777777" w:rsidR="00C55204" w:rsidRPr="00C55204" w:rsidRDefault="00C55204" w:rsidP="00B506FB">
      <w:pPr>
        <w:numPr>
          <w:ilvl w:val="0"/>
          <w:numId w:val="28"/>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Устранение засоров канализационных трубопроводов и соединений.</w:t>
      </w:r>
    </w:p>
    <w:p w14:paraId="4698C2AD" w14:textId="77777777" w:rsidR="00C55204" w:rsidRPr="00C55204" w:rsidRDefault="00C55204" w:rsidP="00B506FB">
      <w:pPr>
        <w:numPr>
          <w:ilvl w:val="0"/>
          <w:numId w:val="28"/>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lastRenderedPageBreak/>
        <w:t>Выявление и устранение причин протечек и разгерметизации канализационной системы.</w:t>
      </w:r>
    </w:p>
    <w:p w14:paraId="6D714FE5" w14:textId="77777777" w:rsidR="00C55204" w:rsidRPr="00C55204" w:rsidRDefault="00C55204" w:rsidP="00B506FB">
      <w:pPr>
        <w:numPr>
          <w:ilvl w:val="0"/>
          <w:numId w:val="28"/>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Демонтаж повреждённых участков трубопроводов и соединительных элементов.</w:t>
      </w:r>
    </w:p>
    <w:p w14:paraId="2F12F75C" w14:textId="77777777" w:rsidR="00C55204" w:rsidRPr="00C55204" w:rsidRDefault="00C55204" w:rsidP="00B506FB">
      <w:pPr>
        <w:numPr>
          <w:ilvl w:val="0"/>
          <w:numId w:val="28"/>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Замена неисправных труб, фасонных частей, уплотнений и соединений.</w:t>
      </w:r>
    </w:p>
    <w:p w14:paraId="05A83EF2" w14:textId="77777777" w:rsidR="00C55204" w:rsidRPr="00C55204" w:rsidRDefault="00C55204" w:rsidP="00B506FB">
      <w:pPr>
        <w:numPr>
          <w:ilvl w:val="0"/>
          <w:numId w:val="28"/>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Восстановление герметичности канализационных соединений.</w:t>
      </w:r>
    </w:p>
    <w:p w14:paraId="22837812" w14:textId="77777777" w:rsidR="00C55204" w:rsidRPr="00C55204" w:rsidRDefault="00C55204" w:rsidP="00B506FB">
      <w:pPr>
        <w:numPr>
          <w:ilvl w:val="0"/>
          <w:numId w:val="28"/>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Проверка работоспособности системы и отсутствия утечек после выполнения работ.</w:t>
      </w:r>
    </w:p>
    <w:p w14:paraId="28A2202F" w14:textId="3AD2D376"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2.5. Работы по устранению аварийных и пожароопасных неисправностей электрических сетей</w:t>
      </w:r>
    </w:p>
    <w:p w14:paraId="6EB97626" w14:textId="77777777" w:rsidR="00C55204" w:rsidRPr="00C55204" w:rsidRDefault="00C55204" w:rsidP="00B506FB">
      <w:pPr>
        <w:numPr>
          <w:ilvl w:val="0"/>
          <w:numId w:val="29"/>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Обследование выявленных неисправностей электрических сетей и электрооборудования внутри квартир.</w:t>
      </w:r>
    </w:p>
    <w:p w14:paraId="5BF69028" w14:textId="77777777" w:rsidR="00C55204" w:rsidRPr="00C55204" w:rsidRDefault="00C55204" w:rsidP="00B506FB">
      <w:pPr>
        <w:numPr>
          <w:ilvl w:val="0"/>
          <w:numId w:val="29"/>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Выявление повреждённых участков проводки, неисправных соединений, розеток, выключателей и иных элементов.</w:t>
      </w:r>
    </w:p>
    <w:p w14:paraId="1D052E38" w14:textId="77777777" w:rsidR="00C55204" w:rsidRPr="00C55204" w:rsidRDefault="00C55204" w:rsidP="00B506FB">
      <w:pPr>
        <w:numPr>
          <w:ilvl w:val="0"/>
          <w:numId w:val="29"/>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Принятие первоочередных мер по безопасному отключению аварийных участков при необходимости.</w:t>
      </w:r>
    </w:p>
    <w:p w14:paraId="6ACACC18" w14:textId="77777777" w:rsidR="00C55204" w:rsidRPr="00C55204" w:rsidRDefault="00C55204" w:rsidP="00B506FB">
      <w:pPr>
        <w:numPr>
          <w:ilvl w:val="0"/>
          <w:numId w:val="29"/>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Демонтаж и замена повреждённых элементов электрической сети в пределах согласованного объёма работ.</w:t>
      </w:r>
    </w:p>
    <w:p w14:paraId="0104A5F1" w14:textId="77777777" w:rsidR="00C55204" w:rsidRPr="00C55204" w:rsidRDefault="00C55204" w:rsidP="00B506FB">
      <w:pPr>
        <w:numPr>
          <w:ilvl w:val="0"/>
          <w:numId w:val="29"/>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Восстановление надёжности электрических соединений и изоляции.</w:t>
      </w:r>
    </w:p>
    <w:p w14:paraId="2A5EAD59" w14:textId="77777777" w:rsidR="00C55204" w:rsidRPr="00C55204" w:rsidRDefault="00C55204" w:rsidP="00B506FB">
      <w:pPr>
        <w:numPr>
          <w:ilvl w:val="0"/>
          <w:numId w:val="29"/>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Проверка безопасности и работоспособности выполненных работ соответствующими измерениями и проверками, предусмотренными применимыми требованиями.</w:t>
      </w:r>
    </w:p>
    <w:p w14:paraId="0D2CFBEA" w14:textId="4507176E"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Работы на электрических сетях выполняются квалифицированным персоналом с соблюдением требований электробезопасности. Работы, требующие специального допуска или отключения электроснабжения, выполняются с соблюдением установленного порядка.</w:t>
      </w:r>
    </w:p>
    <w:p w14:paraId="11C8F10D" w14:textId="3C1AAE54"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2.6. Демонтажные и подготовительные работы</w:t>
      </w:r>
    </w:p>
    <w:p w14:paraId="64D441EB" w14:textId="77777777" w:rsidR="00C55204" w:rsidRPr="00C55204" w:rsidRDefault="00C55204" w:rsidP="00B506FB">
      <w:pPr>
        <w:numPr>
          <w:ilvl w:val="0"/>
          <w:numId w:val="30"/>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Организация безопасного доступа к местам производства работ.</w:t>
      </w:r>
    </w:p>
    <w:p w14:paraId="3DF1D3C9" w14:textId="77777777" w:rsidR="00C55204" w:rsidRPr="00C55204" w:rsidRDefault="00C55204" w:rsidP="00B506FB">
      <w:pPr>
        <w:numPr>
          <w:ilvl w:val="0"/>
          <w:numId w:val="30"/>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Вскрытие конструкций и локальное вскрытие отделочных покрытий в объёме, необходимом для доступа к повреждённым коммуникациям.</w:t>
      </w:r>
    </w:p>
    <w:p w14:paraId="0156AE79" w14:textId="77777777" w:rsidR="00C55204" w:rsidRPr="00C55204" w:rsidRDefault="00C55204" w:rsidP="00B506FB">
      <w:pPr>
        <w:numPr>
          <w:ilvl w:val="0"/>
          <w:numId w:val="30"/>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При необходимости — вскрытие и восстановление замков входных дверей квартир для обеспечения доступа к аварийным участкам коммуникаций.</w:t>
      </w:r>
    </w:p>
    <w:p w14:paraId="7570135F" w14:textId="77777777" w:rsidR="00C55204" w:rsidRPr="00C55204" w:rsidRDefault="00C55204" w:rsidP="00B506FB">
      <w:pPr>
        <w:numPr>
          <w:ilvl w:val="0"/>
          <w:numId w:val="30"/>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Демонтаж повреждённых трубопроводов, арматуры, креплений и иных элементов, препятствующих выполнению работ.</w:t>
      </w:r>
    </w:p>
    <w:p w14:paraId="67A42549" w14:textId="77777777" w:rsidR="00C55204" w:rsidRPr="00C55204" w:rsidRDefault="00C55204" w:rsidP="00B506FB">
      <w:pPr>
        <w:numPr>
          <w:ilvl w:val="0"/>
          <w:numId w:val="30"/>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lastRenderedPageBreak/>
        <w:t>Принятие мер по защите существующих коммуникаций и имущества от повреждений.</w:t>
      </w:r>
    </w:p>
    <w:p w14:paraId="1F375DFA" w14:textId="77777777" w:rsidR="00C55204" w:rsidRPr="00C55204" w:rsidRDefault="00C55204" w:rsidP="00B506FB">
      <w:pPr>
        <w:numPr>
          <w:ilvl w:val="0"/>
          <w:numId w:val="30"/>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Сбор и удаление отходов, образовавшихся непосредственно в результате выполнения работ.</w:t>
      </w:r>
    </w:p>
    <w:p w14:paraId="2A1D0E59" w14:textId="669E9E69"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2.7. Восстановительные работы и завершение аварийного случая</w:t>
      </w:r>
    </w:p>
    <w:p w14:paraId="37BC2D98" w14:textId="77777777" w:rsidR="00C55204" w:rsidRPr="00C55204" w:rsidRDefault="00C55204" w:rsidP="00B506FB">
      <w:pPr>
        <w:numPr>
          <w:ilvl w:val="0"/>
          <w:numId w:val="31"/>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Выполнение необходимых локальных восстановительных работ в местах непосредственного производства работ.</w:t>
      </w:r>
    </w:p>
    <w:p w14:paraId="492E0213" w14:textId="77777777" w:rsidR="00C55204" w:rsidRPr="00C55204" w:rsidRDefault="00C55204" w:rsidP="00B506FB">
      <w:pPr>
        <w:numPr>
          <w:ilvl w:val="0"/>
          <w:numId w:val="31"/>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Проверка работоспособности отремонтированного участка инженерной системы.</w:t>
      </w:r>
    </w:p>
    <w:p w14:paraId="0512754A" w14:textId="77777777" w:rsidR="00C55204" w:rsidRPr="00C55204" w:rsidRDefault="00C55204" w:rsidP="00B506FB">
      <w:pPr>
        <w:numPr>
          <w:ilvl w:val="0"/>
          <w:numId w:val="31"/>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Проверка отсутствия протечек, утечек и иных признаков неисправности.</w:t>
      </w:r>
    </w:p>
    <w:p w14:paraId="302A37F4" w14:textId="77777777" w:rsidR="00C55204" w:rsidRPr="00C55204" w:rsidRDefault="00C55204" w:rsidP="00B506FB">
      <w:pPr>
        <w:numPr>
          <w:ilvl w:val="0"/>
          <w:numId w:val="31"/>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Уборка места производства работ и вывоз образовавшегося мусора.</w:t>
      </w:r>
    </w:p>
    <w:p w14:paraId="5EB15B96" w14:textId="77777777" w:rsidR="00C55204" w:rsidRPr="00C55204" w:rsidRDefault="00C55204" w:rsidP="00B506FB">
      <w:pPr>
        <w:numPr>
          <w:ilvl w:val="0"/>
          <w:numId w:val="31"/>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Фотофиксация состояния объекта до и после выполнения работ.</w:t>
      </w:r>
    </w:p>
    <w:p w14:paraId="5513826D" w14:textId="77777777" w:rsidR="00C55204" w:rsidRPr="00C55204" w:rsidRDefault="00C55204" w:rsidP="00B506FB">
      <w:pPr>
        <w:numPr>
          <w:ilvl w:val="0"/>
          <w:numId w:val="31"/>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Подготовка отчёта о выполненных работах с приложением дефектного акта, перечня использованных материалов и фотографий.</w:t>
      </w:r>
    </w:p>
    <w:p w14:paraId="687F6FE1" w14:textId="6E301070"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Перечень работ по каждому объекту определяется фактическим состоянием инженерных коммуникаций. Подрядчик выполняет работы, предусмотренные согласованным дефектным актом и согласованной стоимостью, за исключением необходимых первоочередных мер по локализации аварии.</w:t>
      </w:r>
    </w:p>
    <w:p w14:paraId="7BF3F43C" w14:textId="44F380EA"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Каждый аварийный выезд подлежит документальному подтверждению. В случае выявления нескольких неисправностей в одной квартире их перечень отражается в дефектном акте. Необходимость отдельного учёта повторных выездов определяется условиями договора.</w:t>
      </w:r>
    </w:p>
    <w:p w14:paraId="58ED9868" w14:textId="77777777" w:rsidR="00C55204" w:rsidRPr="00B506FB" w:rsidRDefault="00C55204" w:rsidP="00B506FB">
      <w:pPr>
        <w:spacing w:after="0"/>
        <w:jc w:val="both"/>
        <w:rPr>
          <w:rFonts w:ascii="Times New Roman" w:hAnsi="Times New Roman" w:cs="Times New Roman"/>
          <w:b/>
          <w:sz w:val="28"/>
          <w:szCs w:val="28"/>
          <w:lang w:val="ru-RU"/>
        </w:rPr>
      </w:pPr>
      <w:r w:rsidRPr="00B506FB">
        <w:rPr>
          <w:rFonts w:ascii="Times New Roman" w:hAnsi="Times New Roman" w:cs="Times New Roman"/>
          <w:b/>
          <w:sz w:val="28"/>
          <w:szCs w:val="28"/>
          <w:lang w:val="ru-RU"/>
        </w:rPr>
        <w:t>3. Требования к выполнению работ</w:t>
      </w:r>
    </w:p>
    <w:p w14:paraId="2DFCBC4D" w14:textId="4CA55DF5"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3.1. Работы должны выполняться квалифицированным персоналом, имеющим необходимую подготовку и допуски для выполнения соответствующих видов работ, с соблюдением действующих нормативно-технических документов Республики Казахстан, требований охраны труда, техники безопасности, пожарной безопасности и правил эксплуатации инженерных систем.</w:t>
      </w:r>
    </w:p>
    <w:p w14:paraId="53D0ACBD" w14:textId="7F126EBF"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3.2. Подрядчик обязан принимать необходимые меры для предотвращения повреждения существующих инженерных коммуникаций, конструктивных элементов зданий, имущества Заказчика и третьих лиц.</w:t>
      </w:r>
    </w:p>
    <w:p w14:paraId="077FB58A" w14:textId="012F8110"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 xml:space="preserve">3.3. Все материалы, трубы, соединительные элементы, уплотнения, заглушки, запорная арматура, байпасы, крепёжные и электротехнические </w:t>
      </w:r>
      <w:r w:rsidR="00C55204" w:rsidRPr="00C55204">
        <w:rPr>
          <w:rFonts w:ascii="Times New Roman" w:hAnsi="Times New Roman" w:cs="Times New Roman"/>
          <w:sz w:val="28"/>
          <w:szCs w:val="28"/>
          <w:lang w:val="ru-RU"/>
        </w:rPr>
        <w:lastRenderedPageBreak/>
        <w:t>изделия должны быть новыми, соответствовать назначению, условиям эксплуатации и применимым требованиям безопасности.</w:t>
      </w:r>
    </w:p>
    <w:p w14:paraId="496431AB" w14:textId="1676F70A"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3.4. При выявлении аварийной ситуации Подрядчик обязан принять необходимые первоочередные меры по локализации аварии и предотвращению дальнейшего ущерба, уведомить Заказчика и согласовать последующие работы.</w:t>
      </w:r>
    </w:p>
    <w:p w14:paraId="23D2525A" w14:textId="6CF00543"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3.5. До начала основных ремонтных работ Подрядчик составляет дефектный акт с указанием характера неисправности, перечня необходимых мероприятий, объёмов работ, используемых материалов и стоимости.</w:t>
      </w:r>
    </w:p>
    <w:p w14:paraId="56AE0961" w14:textId="4F06BD62"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3.6. Выполнение дополнительных работ, не предусмотренных согласованным дефектным актом, допускается после предварительного согласования с Заказчиком.</w:t>
      </w:r>
    </w:p>
    <w:p w14:paraId="6DAAC167" w14:textId="509C3955"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3.7. При выполнении работ на системах отопления и водоснабжения Подрядчик обязан обеспечить надёжность и герметичность соединений, а также сохранение работоспособности соответствующей инженерной системы в пределах согласованного технического решения.</w:t>
      </w:r>
    </w:p>
    <w:p w14:paraId="4ACA6D3A" w14:textId="14505ED4"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3.8. По завершении работ Подрядчик обязан обеспечить уборку места производства работ и не допускать оставления строительного, металлического и иного мусора в квартире и местах общего пользования.</w:t>
      </w:r>
    </w:p>
    <w:p w14:paraId="52CD179F" w14:textId="6A52A289"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3.9. Подрядчик обязан вести учёт аварийных выездов с указанием даты, адреса объекта, основания выезда, характера неисправности, выполненных мероприятий и результата работ. Сведения отражаются в отчётности, предоставляемой Заказчику.</w:t>
      </w:r>
    </w:p>
    <w:p w14:paraId="21100887" w14:textId="7F325275"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3.10. Общее количество аварийных выездов в рамках договора не должно превышать 100 (ста), если увеличение объёма не оформлено сторонами в установленном договором порядке.</w:t>
      </w:r>
    </w:p>
    <w:p w14:paraId="7F23EDBE" w14:textId="77777777" w:rsidR="00C55204" w:rsidRPr="00B506FB" w:rsidRDefault="00C55204" w:rsidP="00B506FB">
      <w:pPr>
        <w:spacing w:after="0"/>
        <w:jc w:val="both"/>
        <w:rPr>
          <w:rFonts w:ascii="Times New Roman" w:hAnsi="Times New Roman" w:cs="Times New Roman"/>
          <w:b/>
          <w:sz w:val="28"/>
          <w:szCs w:val="28"/>
          <w:lang w:val="ru-RU"/>
        </w:rPr>
      </w:pPr>
      <w:r w:rsidRPr="00B506FB">
        <w:rPr>
          <w:rFonts w:ascii="Times New Roman" w:hAnsi="Times New Roman" w:cs="Times New Roman"/>
          <w:b/>
          <w:sz w:val="28"/>
          <w:szCs w:val="28"/>
          <w:lang w:val="ru-RU"/>
        </w:rPr>
        <w:t>4. Сроки выполнения работ</w:t>
      </w:r>
    </w:p>
    <w:p w14:paraId="206495E6" w14:textId="489259E6"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4.1. Договор действует до 31 декабря 2026 года.</w:t>
      </w:r>
    </w:p>
    <w:p w14:paraId="4DD76668" w14:textId="070CF32E"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4.2. Работы выполняются п</w:t>
      </w:r>
      <w:r>
        <w:rPr>
          <w:rFonts w:ascii="Times New Roman" w:hAnsi="Times New Roman" w:cs="Times New Roman"/>
          <w:sz w:val="28"/>
          <w:szCs w:val="28"/>
          <w:lang w:val="ru-RU"/>
        </w:rPr>
        <w:t>о заявкам Заказчика на объектах</w:t>
      </w:r>
      <w:r w:rsidR="00C55204" w:rsidRPr="00C55204">
        <w:rPr>
          <w:rFonts w:ascii="Times New Roman" w:hAnsi="Times New Roman" w:cs="Times New Roman"/>
          <w:sz w:val="28"/>
          <w:szCs w:val="28"/>
          <w:lang w:val="ru-RU"/>
        </w:rPr>
        <w:t>.</w:t>
      </w:r>
    </w:p>
    <w:p w14:paraId="5B80730E" w14:textId="703CB35C"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4.3. Планируемый предельный объём в период действия договора составляет до 100 (ста) аварийных выездов.</w:t>
      </w:r>
    </w:p>
    <w:p w14:paraId="69CAC0AB" w14:textId="63B9BE7D"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4.4. Срок выполнения комплекса работ по одному аварийному случаю составляет не более 2 (двух) календарных суток с момента согласования дефектного акта и стоимости работ, если иной срок не согласован сторонами с учётом характера и сложности аварийной ситуации.</w:t>
      </w:r>
    </w:p>
    <w:p w14:paraId="224E3F22" w14:textId="67CDBB2B"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lastRenderedPageBreak/>
        <w:tab/>
      </w:r>
      <w:r w:rsidR="00C55204" w:rsidRPr="00C55204">
        <w:rPr>
          <w:rFonts w:ascii="Times New Roman" w:hAnsi="Times New Roman" w:cs="Times New Roman"/>
          <w:sz w:val="28"/>
          <w:szCs w:val="28"/>
          <w:lang w:val="ru-RU"/>
        </w:rPr>
        <w:t>4.5. При возникновении аварийной ситуации, создающей угрозу затопления, повреждения имущества, пожара либо нарушения работы инженерных систем, Подрядчик обязан незамедлительно приступить к первоочередным мероприятиям по локализации аварии после получения заявки Заказчика и обеспечить принятие мер по предотвращению дальнейшего ущерба.</w:t>
      </w:r>
    </w:p>
    <w:p w14:paraId="2ED8BB1E" w14:textId="5A9240D4"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4.6. Сроки выполнения отдельных видов работ, требующих отключения инженерных систем, специального оборудования либо дополнительных согласований, определяются с учётом технической необходимости и согласовываются с Заказчиком.</w:t>
      </w:r>
    </w:p>
    <w:p w14:paraId="4B8F377A" w14:textId="37CDE78C"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4.7. Заявки на аварийные выезды направляются Заказчиком по мере возникновения необходимости. Подрядчик обязан обеспечить возможность выполнения предусмотренных договором выездов в течение срока его действия с соблюдением установленных сроков реагирования и устранения аварийных ситуаций.</w:t>
      </w:r>
    </w:p>
    <w:p w14:paraId="50502B65" w14:textId="77777777" w:rsidR="00C55204" w:rsidRPr="00B506FB" w:rsidRDefault="00C55204" w:rsidP="00B506FB">
      <w:pPr>
        <w:spacing w:after="0"/>
        <w:jc w:val="both"/>
        <w:rPr>
          <w:rFonts w:ascii="Times New Roman" w:hAnsi="Times New Roman" w:cs="Times New Roman"/>
          <w:b/>
          <w:sz w:val="28"/>
          <w:szCs w:val="28"/>
          <w:lang w:val="ru-RU"/>
        </w:rPr>
      </w:pPr>
      <w:r w:rsidRPr="00B506FB">
        <w:rPr>
          <w:rFonts w:ascii="Times New Roman" w:hAnsi="Times New Roman" w:cs="Times New Roman"/>
          <w:b/>
          <w:sz w:val="28"/>
          <w:szCs w:val="28"/>
          <w:lang w:val="ru-RU"/>
        </w:rPr>
        <w:t>5. Стоимость работ и порядок оплаты</w:t>
      </w:r>
    </w:p>
    <w:p w14:paraId="2E9DA6FF" w14:textId="7138BA3A"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5.1. Стоимость определяется отдельно по каждому аварийному случаю на основании дефектного акта, фактического объёма необходимых работ и стоимости используемых материалов.</w:t>
      </w:r>
    </w:p>
    <w:p w14:paraId="711C4E4A" w14:textId="284D3124"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5.2. До начала основных ремонтных работ Подрядчик представляет Заказчику расчёт стоимости и получает согласование. Стоимость и объём работ подтверждаются соответствующими документами.</w:t>
      </w:r>
    </w:p>
    <w:p w14:paraId="65F45BED" w14:textId="34630579"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5.3. Оплата производится за фактически выполненные и принятые Заказчиком работы по каждому аварийному случаю отдельно в течение 1 (одного) месяца со дня предоставления полного комплекта документов и подписания акта выполненных работ, если иной порядок не предусмотрен договором.</w:t>
      </w:r>
    </w:p>
    <w:p w14:paraId="6A77746D" w14:textId="55D5D32A"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5.4. Для оплаты Подрядчик предоставляет:</w:t>
      </w:r>
    </w:p>
    <w:p w14:paraId="03BA77EE" w14:textId="77777777" w:rsidR="00C55204" w:rsidRPr="00C55204" w:rsidRDefault="00C55204" w:rsidP="00B506FB">
      <w:pPr>
        <w:numPr>
          <w:ilvl w:val="0"/>
          <w:numId w:val="32"/>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согласованный дефектный акт;</w:t>
      </w:r>
    </w:p>
    <w:p w14:paraId="2397A261" w14:textId="77777777" w:rsidR="00C55204" w:rsidRPr="00C55204" w:rsidRDefault="00C55204" w:rsidP="00B506FB">
      <w:pPr>
        <w:numPr>
          <w:ilvl w:val="0"/>
          <w:numId w:val="32"/>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акт выполненных работ;</w:t>
      </w:r>
    </w:p>
    <w:p w14:paraId="0B3D3091" w14:textId="77777777" w:rsidR="00C55204" w:rsidRPr="00C55204" w:rsidRDefault="00C55204" w:rsidP="00B506FB">
      <w:pPr>
        <w:numPr>
          <w:ilvl w:val="0"/>
          <w:numId w:val="32"/>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отчёт о проделанной работе в бумажном формате;</w:t>
      </w:r>
    </w:p>
    <w:p w14:paraId="457CEF89" w14:textId="77777777" w:rsidR="00C55204" w:rsidRPr="00C55204" w:rsidRDefault="00C55204" w:rsidP="00B506FB">
      <w:pPr>
        <w:numPr>
          <w:ilvl w:val="0"/>
          <w:numId w:val="32"/>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фотографии выполненных работ в электронном формате;</w:t>
      </w:r>
    </w:p>
    <w:p w14:paraId="64FE31D6" w14:textId="77777777" w:rsidR="00C55204" w:rsidRPr="00C55204" w:rsidRDefault="00C55204" w:rsidP="00B506FB">
      <w:pPr>
        <w:numPr>
          <w:ilvl w:val="0"/>
          <w:numId w:val="32"/>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перечень использованных материалов и, при необходимости, документы, подтверждающие их соответствие установленным требованиям.</w:t>
      </w:r>
    </w:p>
    <w:p w14:paraId="06CABB22" w14:textId="0712D4CB"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lastRenderedPageBreak/>
        <w:tab/>
      </w:r>
      <w:r w:rsidR="00C55204" w:rsidRPr="00C55204">
        <w:rPr>
          <w:rFonts w:ascii="Times New Roman" w:hAnsi="Times New Roman" w:cs="Times New Roman"/>
          <w:sz w:val="28"/>
          <w:szCs w:val="28"/>
          <w:lang w:val="ru-RU"/>
        </w:rPr>
        <w:t>5.5. Планируемый предельный объём составляет до 100 (ста) аварийных выездов в период действия договора до 31 декабря 2026 года. Оплата производится только за фактически выполненные, документально подтверждённые и принятые Заказчиком работы в пределах согласованного объёма и стоимости.</w:t>
      </w:r>
    </w:p>
    <w:p w14:paraId="2A79B968" w14:textId="787A1DC0"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5.6. Стоимость работ включает все расходы Подрядчика, непосредственно связанные с исполнением обязательств, в том числе:</w:t>
      </w:r>
    </w:p>
    <w:p w14:paraId="1ACA8B26" w14:textId="77777777" w:rsidR="00C55204" w:rsidRPr="00C55204" w:rsidRDefault="00C55204" w:rsidP="00B506FB">
      <w:pPr>
        <w:numPr>
          <w:ilvl w:val="0"/>
          <w:numId w:val="33"/>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выезд специалистов на объект;</w:t>
      </w:r>
    </w:p>
    <w:p w14:paraId="6748E567" w14:textId="77777777" w:rsidR="00C55204" w:rsidRPr="00C55204" w:rsidRDefault="00C55204" w:rsidP="00B506FB">
      <w:pPr>
        <w:numPr>
          <w:ilvl w:val="0"/>
          <w:numId w:val="33"/>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обследование аварийной ситуации;</w:t>
      </w:r>
    </w:p>
    <w:p w14:paraId="72958DE3" w14:textId="77777777" w:rsidR="00C55204" w:rsidRPr="00C55204" w:rsidRDefault="00C55204" w:rsidP="00B506FB">
      <w:pPr>
        <w:numPr>
          <w:ilvl w:val="0"/>
          <w:numId w:val="33"/>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подготовительные, демонтажные, монтажные и восстановительные работы;</w:t>
      </w:r>
    </w:p>
    <w:p w14:paraId="6E7125C3" w14:textId="77777777" w:rsidR="00C55204" w:rsidRPr="00C55204" w:rsidRDefault="00C55204" w:rsidP="00B506FB">
      <w:pPr>
        <w:numPr>
          <w:ilvl w:val="0"/>
          <w:numId w:val="33"/>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стоимость необходимых материалов и комплектующих;</w:t>
      </w:r>
    </w:p>
    <w:p w14:paraId="05C2A40D" w14:textId="77777777" w:rsidR="00C55204" w:rsidRPr="00C55204" w:rsidRDefault="00C55204" w:rsidP="00B506FB">
      <w:pPr>
        <w:numPr>
          <w:ilvl w:val="0"/>
          <w:numId w:val="33"/>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установку заглушек, байпасов и соединительных элементов;</w:t>
      </w:r>
    </w:p>
    <w:p w14:paraId="171C4417" w14:textId="77777777" w:rsidR="00C55204" w:rsidRPr="00C55204" w:rsidRDefault="00C55204" w:rsidP="00B506FB">
      <w:pPr>
        <w:numPr>
          <w:ilvl w:val="0"/>
          <w:numId w:val="33"/>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проведение необходимых проверок и испытаний;</w:t>
      </w:r>
    </w:p>
    <w:p w14:paraId="326CF721" w14:textId="77777777" w:rsidR="00C55204" w:rsidRPr="00C55204" w:rsidRDefault="00C55204" w:rsidP="00B506FB">
      <w:pPr>
        <w:numPr>
          <w:ilvl w:val="0"/>
          <w:numId w:val="33"/>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оформление исполнительной документации и отчётности;</w:t>
      </w:r>
    </w:p>
    <w:p w14:paraId="19517F7D" w14:textId="77777777" w:rsidR="00C55204" w:rsidRPr="00C55204" w:rsidRDefault="00C55204" w:rsidP="00B506FB">
      <w:pPr>
        <w:numPr>
          <w:ilvl w:val="0"/>
          <w:numId w:val="33"/>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использование инструментов и оборудования;</w:t>
      </w:r>
    </w:p>
    <w:p w14:paraId="6694915C" w14:textId="77777777" w:rsidR="00C55204" w:rsidRPr="00C55204" w:rsidRDefault="00C55204" w:rsidP="00B506FB">
      <w:pPr>
        <w:numPr>
          <w:ilvl w:val="0"/>
          <w:numId w:val="33"/>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транспортные и погрузочно-разгрузочные расходы;</w:t>
      </w:r>
    </w:p>
    <w:p w14:paraId="6C99640A" w14:textId="77777777" w:rsidR="00C55204" w:rsidRPr="00C55204" w:rsidRDefault="00C55204" w:rsidP="00B506FB">
      <w:pPr>
        <w:numPr>
          <w:ilvl w:val="0"/>
          <w:numId w:val="33"/>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обеспечение доступа к местам производства работ в пределах обязанностей Подрядчика;</w:t>
      </w:r>
    </w:p>
    <w:p w14:paraId="539FC9DE" w14:textId="77777777" w:rsidR="00C55204" w:rsidRPr="00C55204" w:rsidRDefault="00C55204" w:rsidP="00B506FB">
      <w:pPr>
        <w:numPr>
          <w:ilvl w:val="0"/>
          <w:numId w:val="33"/>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уборку и вывоз отходов, образовавшихся в результате выполнения работ;</w:t>
      </w:r>
    </w:p>
    <w:p w14:paraId="34103BC4" w14:textId="77777777" w:rsidR="00C55204" w:rsidRPr="00C55204" w:rsidRDefault="00C55204" w:rsidP="00B506FB">
      <w:pPr>
        <w:numPr>
          <w:ilvl w:val="0"/>
          <w:numId w:val="33"/>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иные сопутствующие расходы, непосредственно связанные с выполнением согласованного объёма работ.</w:t>
      </w:r>
    </w:p>
    <w:p w14:paraId="6DD19A2E" w14:textId="7FD43CD1"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5.7. Все сопутствующие расходы включаются в согласованную стоимость работ и отдельно Заказчику не предъявляются, если иное предварительно не согласовано сторонами в письменной форме.</w:t>
      </w:r>
    </w:p>
    <w:p w14:paraId="1D14B798" w14:textId="0C2E17B0"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5.8. Повторные выезды, необходимость которых возникла вследствие недостатков работ по вине Подрядчика, выполняются за счёт Подрядчика и не подлежат дополнительной оплате Заказчиком.</w:t>
      </w:r>
    </w:p>
    <w:p w14:paraId="3ED416D0" w14:textId="77777777" w:rsidR="00C55204" w:rsidRPr="00B506FB" w:rsidRDefault="00C55204" w:rsidP="00B506FB">
      <w:pPr>
        <w:spacing w:after="0"/>
        <w:jc w:val="both"/>
        <w:rPr>
          <w:rFonts w:ascii="Times New Roman" w:hAnsi="Times New Roman" w:cs="Times New Roman"/>
          <w:b/>
          <w:sz w:val="28"/>
          <w:szCs w:val="28"/>
          <w:lang w:val="ru-RU"/>
        </w:rPr>
      </w:pPr>
      <w:r w:rsidRPr="00B506FB">
        <w:rPr>
          <w:rFonts w:ascii="Times New Roman" w:hAnsi="Times New Roman" w:cs="Times New Roman"/>
          <w:b/>
          <w:sz w:val="28"/>
          <w:szCs w:val="28"/>
          <w:lang w:val="ru-RU"/>
        </w:rPr>
        <w:t>6. Гарантийные обязательства</w:t>
      </w:r>
    </w:p>
    <w:p w14:paraId="697C062C" w14:textId="5F4F74DB"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6.1. Гарантийный срок на выполненные работы составляет 12 (двенадцать) месяцев со дня подписания Заказчиком акта приёмки выполненных работ, если иной срок не установлен договором или обязательными требованиями законодательства.</w:t>
      </w:r>
    </w:p>
    <w:p w14:paraId="5605B34E" w14:textId="0642DF10"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 xml:space="preserve">6.2. В течение гарантийного срока Подрядчик обязан за свой счёт устранять выявленные недостатки выполненных работ, возникшие по его вине, </w:t>
      </w:r>
      <w:r w:rsidR="00C55204" w:rsidRPr="00C55204">
        <w:rPr>
          <w:rFonts w:ascii="Times New Roman" w:hAnsi="Times New Roman" w:cs="Times New Roman"/>
          <w:sz w:val="28"/>
          <w:szCs w:val="28"/>
          <w:lang w:val="ru-RU"/>
        </w:rPr>
        <w:lastRenderedPageBreak/>
        <w:t>включая дефекты монтажа, некачественные соединения и разгерметизацию смонтированных участков.</w:t>
      </w:r>
    </w:p>
    <w:p w14:paraId="33BC91B3" w14:textId="4E7412B2"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6.3. При выявлении гарантийного недостатка Подрядчик обязан приступить к его устранению в течение 1 (одного) календарного дня с момента получения уведомления Заказчика, если иной срок не обусловлен характером аварии и не согласован с Заказчиком.</w:t>
      </w:r>
    </w:p>
    <w:p w14:paraId="642E5C1D" w14:textId="55FE251B"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6.4. При возникновении протечки, порыва или разгерметизации смонтированных узлов и соединений в отопительный период Подрядчик обязуется обеспечить прибытие аварийной бригады на объект для локализации и устранения дефектов в течение 2 (двух) часов с момента получения уведомления от Заказчика.</w:t>
      </w:r>
    </w:p>
    <w:p w14:paraId="6190A770" w14:textId="11E272F9"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6.5. Подрядчик несёт ответственность за ущерб, причинённый имуществу Заказчика или третьих лиц вследствие некачественного выполнения работ, нарушения требований безопасности либо использования материалов, не соответствующих установленным требованиям, в соответствии с законодательством Республики Казахстан и условиями договора.</w:t>
      </w:r>
    </w:p>
    <w:p w14:paraId="05746AE7" w14:textId="37617F18"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6.6. Недостатки и их последствия, возникшие по вине Подрядчика, устраняются им в полном объёме за свой счёт в кратчайшие сроки, необходимые для восстановления безопасной и нормальной эксплуатации соответствующей инженерной системы.</w:t>
      </w:r>
    </w:p>
    <w:p w14:paraId="5E35D304" w14:textId="32557DE2"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6.7. Гарантийные обязательства не освобождают Подрядчика от обязанности соблюдать требования к качеству и безопасности работ при их выполнении.</w:t>
      </w:r>
    </w:p>
    <w:p w14:paraId="51ED3C02" w14:textId="77777777" w:rsidR="00C55204" w:rsidRPr="00B506FB" w:rsidRDefault="00C55204" w:rsidP="00B506FB">
      <w:pPr>
        <w:spacing w:after="0"/>
        <w:jc w:val="both"/>
        <w:rPr>
          <w:rFonts w:ascii="Times New Roman" w:hAnsi="Times New Roman" w:cs="Times New Roman"/>
          <w:b/>
          <w:sz w:val="28"/>
          <w:szCs w:val="28"/>
          <w:lang w:val="ru-RU"/>
        </w:rPr>
      </w:pPr>
      <w:r w:rsidRPr="00B506FB">
        <w:rPr>
          <w:rFonts w:ascii="Times New Roman" w:hAnsi="Times New Roman" w:cs="Times New Roman"/>
          <w:b/>
          <w:sz w:val="28"/>
          <w:szCs w:val="28"/>
          <w:lang w:val="ru-RU"/>
        </w:rPr>
        <w:t>7. Порядок сдачи и приёмки выполненных работ</w:t>
      </w:r>
    </w:p>
    <w:p w14:paraId="152406B9" w14:textId="14CB097E"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7.1. По завершении каждого аварийного случая Подрядчик предъявляет результат работ Заказчику для осмотра и приёмки.</w:t>
      </w:r>
    </w:p>
    <w:p w14:paraId="2222B390" w14:textId="4C37D7B4"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7.2. По каждому объекту Подрядчик предоставляет:</w:t>
      </w:r>
    </w:p>
    <w:p w14:paraId="284F5250" w14:textId="77777777" w:rsidR="00C55204" w:rsidRPr="00C55204" w:rsidRDefault="00C55204" w:rsidP="00B506FB">
      <w:pPr>
        <w:numPr>
          <w:ilvl w:val="0"/>
          <w:numId w:val="34"/>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дефектный акт;</w:t>
      </w:r>
    </w:p>
    <w:p w14:paraId="061586FB" w14:textId="77777777" w:rsidR="00C55204" w:rsidRPr="00C55204" w:rsidRDefault="00C55204" w:rsidP="00B506FB">
      <w:pPr>
        <w:numPr>
          <w:ilvl w:val="0"/>
          <w:numId w:val="34"/>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акт выполненных работ с указанием фактического объёма работ;</w:t>
      </w:r>
    </w:p>
    <w:p w14:paraId="02E7FC57" w14:textId="77777777" w:rsidR="00C55204" w:rsidRPr="00C55204" w:rsidRDefault="00C55204" w:rsidP="00B506FB">
      <w:pPr>
        <w:numPr>
          <w:ilvl w:val="0"/>
          <w:numId w:val="34"/>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отчёт о проделанной работе в бумажном формате;</w:t>
      </w:r>
    </w:p>
    <w:p w14:paraId="18C84F14" w14:textId="77777777" w:rsidR="00C55204" w:rsidRPr="00C55204" w:rsidRDefault="00C55204" w:rsidP="00B506FB">
      <w:pPr>
        <w:numPr>
          <w:ilvl w:val="0"/>
          <w:numId w:val="34"/>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фотографии в электронном формате, отражающие характер неисправности и результаты выполненных работ;</w:t>
      </w:r>
    </w:p>
    <w:p w14:paraId="578E71F5" w14:textId="77777777" w:rsidR="00C55204" w:rsidRPr="00C55204" w:rsidRDefault="00C55204" w:rsidP="00B506FB">
      <w:pPr>
        <w:numPr>
          <w:ilvl w:val="0"/>
          <w:numId w:val="34"/>
        </w:numPr>
        <w:spacing w:after="0"/>
        <w:jc w:val="both"/>
        <w:rPr>
          <w:rFonts w:ascii="Times New Roman" w:hAnsi="Times New Roman" w:cs="Times New Roman"/>
          <w:sz w:val="28"/>
          <w:szCs w:val="28"/>
          <w:lang w:val="ru-RU"/>
        </w:rPr>
      </w:pPr>
      <w:r w:rsidRPr="00C55204">
        <w:rPr>
          <w:rFonts w:ascii="Times New Roman" w:hAnsi="Times New Roman" w:cs="Times New Roman"/>
          <w:sz w:val="28"/>
          <w:szCs w:val="28"/>
          <w:lang w:val="ru-RU"/>
        </w:rPr>
        <w:t>сведения об использованных материалах и выполненных проверках.</w:t>
      </w:r>
    </w:p>
    <w:p w14:paraId="0EB69D9F" w14:textId="155ADF52"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7.3. Каждый аварийный выезд отражается в отчётности с указанием даты, адреса объекта, характера аварийной ситуации, выполненных мероприятий и результата выезда.</w:t>
      </w:r>
    </w:p>
    <w:p w14:paraId="0EC99988" w14:textId="5A3618D7"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lastRenderedPageBreak/>
        <w:tab/>
      </w:r>
      <w:r w:rsidR="00C55204" w:rsidRPr="00C55204">
        <w:rPr>
          <w:rFonts w:ascii="Times New Roman" w:hAnsi="Times New Roman" w:cs="Times New Roman"/>
          <w:sz w:val="28"/>
          <w:szCs w:val="28"/>
          <w:lang w:val="ru-RU"/>
        </w:rPr>
        <w:t>7.4. Подтверждением надлежащего выполнения работ является фактическое устранение неисправности, восстановление работоспособности соответствующего участка инженерной системы и отсутствие признаков протечки, утечки либо иных дефектов в пределах выполненного ремонта.</w:t>
      </w:r>
    </w:p>
    <w:p w14:paraId="6713B5CB" w14:textId="6863D7F4"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7.5. Для систем отопления и водоснабжения, в случаях, когда это технически применимо и предусмотрено требованиями к соответствующему виду работ, подтверждением качества служат результаты проверки герметичности, а для систем отопления — опрессовки после завершения монтажных работ, если она требуется.</w:t>
      </w:r>
    </w:p>
    <w:p w14:paraId="7A322035" w14:textId="5960A267"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7.6. При выполнении работ на канализационных системах подтверждением качества является проверка работоспособности и герметичности отремонтированного участка.</w:t>
      </w:r>
    </w:p>
    <w:p w14:paraId="700A8DEF" w14:textId="6B431F6F"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7.7. При выполнении электротехнических работ подтверждением качества являются результаты необходимых проверок и измерений, предусмотренных применимыми требованиями безопасности.</w:t>
      </w:r>
    </w:p>
    <w:p w14:paraId="5FF3ED41" w14:textId="0919D33F"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7.8. При отсутствии замечаний стороны подписывают акт выполненных работ.</w:t>
      </w:r>
    </w:p>
    <w:p w14:paraId="2BE1B1F4" w14:textId="3EC9DD58"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7.9. При выявлении недостатков, относящихся к объёму и качеству выполненных работ, Подрядчик обязан устранить их за свой счёт в течение 2 (двух) календарных дней с момента получения соответствующего уведомления Заказчика, если иной срок не согласован сторонами с учётом характера выявленных недостатков.</w:t>
      </w:r>
    </w:p>
    <w:p w14:paraId="0C74A13B" w14:textId="613D616B"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7.10. Подписание акта выполненных работ не освобождает Подрядчика от исполнения гарантийных обязательств.</w:t>
      </w:r>
    </w:p>
    <w:p w14:paraId="715A01C3" w14:textId="0ACF27A8"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55204" w:rsidRPr="00C55204">
        <w:rPr>
          <w:rFonts w:ascii="Times New Roman" w:hAnsi="Times New Roman" w:cs="Times New Roman"/>
          <w:sz w:val="28"/>
          <w:szCs w:val="28"/>
          <w:lang w:val="ru-RU"/>
        </w:rPr>
        <w:t>7.11. По завершении исполнения договора Подрядчик предоставляет Заказчику сводный реестр фактически выполненных аварийных выездов с указанием адресов объектов, дат выездов, характера аварийных ситуаций, перечня выполненных работ и стоимости по каждому случаю.</w:t>
      </w:r>
    </w:p>
    <w:p w14:paraId="250291EC" w14:textId="16D9CF28" w:rsidR="00C55204" w:rsidRPr="00C55204" w:rsidRDefault="00B506FB" w:rsidP="00B506F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p>
    <w:p w14:paraId="20D5C392" w14:textId="6EA4DCC7" w:rsidR="00C55204" w:rsidRDefault="00C55204" w:rsidP="00B506FB">
      <w:pPr>
        <w:spacing w:after="0"/>
        <w:rPr>
          <w:rFonts w:ascii="Times New Roman" w:hAnsi="Times New Roman" w:cs="Times New Roman"/>
          <w:b/>
          <w:bCs/>
          <w:sz w:val="28"/>
          <w:szCs w:val="28"/>
          <w:lang w:val="ru-RU"/>
        </w:rPr>
      </w:pPr>
    </w:p>
    <w:p w14:paraId="7FA45BF5" w14:textId="115B2E27" w:rsidR="000C5CC9" w:rsidRDefault="000C5CC9" w:rsidP="00B506FB">
      <w:pPr>
        <w:pStyle w:val="a0"/>
        <w:numPr>
          <w:ilvl w:val="0"/>
          <w:numId w:val="0"/>
        </w:numPr>
        <w:spacing w:after="0"/>
        <w:ind w:left="-426" w:firstLine="426"/>
        <w:jc w:val="both"/>
        <w:rPr>
          <w:rFonts w:ascii="Times New Roman" w:hAnsi="Times New Roman" w:cs="Times New Roman"/>
          <w:sz w:val="28"/>
          <w:szCs w:val="28"/>
          <w:lang w:val="ru-RU"/>
        </w:rPr>
      </w:pPr>
    </w:p>
    <w:p w14:paraId="7206496F" w14:textId="763C1B29" w:rsidR="00B506FB" w:rsidRDefault="00B506FB" w:rsidP="00B506FB">
      <w:pPr>
        <w:pStyle w:val="a0"/>
        <w:numPr>
          <w:ilvl w:val="0"/>
          <w:numId w:val="0"/>
        </w:numPr>
        <w:spacing w:after="0"/>
        <w:ind w:left="-426" w:firstLine="426"/>
        <w:jc w:val="both"/>
        <w:rPr>
          <w:rFonts w:ascii="Times New Roman" w:hAnsi="Times New Roman" w:cs="Times New Roman"/>
          <w:sz w:val="28"/>
          <w:szCs w:val="28"/>
          <w:lang w:val="ru-RU"/>
        </w:rPr>
      </w:pPr>
    </w:p>
    <w:p w14:paraId="7AEAED33" w14:textId="219AC0BB" w:rsidR="00B506FB" w:rsidRDefault="00B506FB" w:rsidP="00B506FB">
      <w:pPr>
        <w:pStyle w:val="a0"/>
        <w:numPr>
          <w:ilvl w:val="0"/>
          <w:numId w:val="0"/>
        </w:numPr>
        <w:spacing w:after="0"/>
        <w:ind w:left="-426" w:firstLine="426"/>
        <w:jc w:val="both"/>
        <w:rPr>
          <w:rFonts w:ascii="Times New Roman" w:hAnsi="Times New Roman" w:cs="Times New Roman"/>
          <w:sz w:val="28"/>
          <w:szCs w:val="28"/>
          <w:lang w:val="ru-RU"/>
        </w:rPr>
      </w:pPr>
    </w:p>
    <w:p w14:paraId="48E07B82" w14:textId="66EEFF31" w:rsidR="00B506FB" w:rsidRDefault="00B506FB" w:rsidP="00B506FB">
      <w:pPr>
        <w:pStyle w:val="a0"/>
        <w:numPr>
          <w:ilvl w:val="0"/>
          <w:numId w:val="0"/>
        </w:numPr>
        <w:spacing w:after="0"/>
        <w:ind w:left="-426" w:firstLine="426"/>
        <w:jc w:val="both"/>
        <w:rPr>
          <w:rFonts w:ascii="Times New Roman" w:hAnsi="Times New Roman" w:cs="Times New Roman"/>
          <w:sz w:val="28"/>
          <w:szCs w:val="28"/>
          <w:lang w:val="ru-RU"/>
        </w:rPr>
      </w:pPr>
    </w:p>
    <w:p w14:paraId="79C0FA40" w14:textId="7B4D6853" w:rsidR="00B506FB" w:rsidRDefault="00B506FB" w:rsidP="00B506FB">
      <w:pPr>
        <w:pStyle w:val="a0"/>
        <w:numPr>
          <w:ilvl w:val="0"/>
          <w:numId w:val="0"/>
        </w:numPr>
        <w:spacing w:after="0"/>
        <w:ind w:left="-426" w:firstLine="426"/>
        <w:jc w:val="both"/>
        <w:rPr>
          <w:rFonts w:ascii="Times New Roman" w:hAnsi="Times New Roman" w:cs="Times New Roman"/>
          <w:sz w:val="28"/>
          <w:szCs w:val="28"/>
          <w:lang w:val="ru-RU"/>
        </w:rPr>
      </w:pPr>
    </w:p>
    <w:p w14:paraId="63A83AC0" w14:textId="47E2C8AB" w:rsidR="00B506FB" w:rsidRDefault="00B506FB" w:rsidP="00B506FB">
      <w:pPr>
        <w:pStyle w:val="a0"/>
        <w:numPr>
          <w:ilvl w:val="0"/>
          <w:numId w:val="0"/>
        </w:numPr>
        <w:spacing w:after="0"/>
        <w:ind w:left="-426" w:firstLine="426"/>
        <w:jc w:val="both"/>
        <w:rPr>
          <w:rFonts w:ascii="Times New Roman" w:hAnsi="Times New Roman" w:cs="Times New Roman"/>
          <w:sz w:val="28"/>
          <w:szCs w:val="28"/>
          <w:lang w:val="ru-RU"/>
        </w:rPr>
      </w:pPr>
    </w:p>
    <w:p w14:paraId="71292CD2" w14:textId="1DF882C5" w:rsidR="00B506FB" w:rsidRDefault="00B506FB" w:rsidP="00B506FB">
      <w:pPr>
        <w:pStyle w:val="1"/>
        <w:jc w:val="center"/>
        <w:rPr>
          <w:rFonts w:ascii="Times New Roman" w:hAnsi="Times New Roman" w:cs="Times New Roman"/>
          <w:color w:val="000000" w:themeColor="text1"/>
          <w:lang w:val="ru-RU"/>
        </w:rPr>
      </w:pPr>
      <w:r w:rsidRPr="00B506FB">
        <w:rPr>
          <w:rFonts w:ascii="Times New Roman" w:hAnsi="Times New Roman" w:cs="Times New Roman"/>
          <w:color w:val="000000" w:themeColor="text1"/>
          <w:lang w:val="ru-RU"/>
        </w:rPr>
        <w:lastRenderedPageBreak/>
        <w:t>«</w:t>
      </w:r>
      <w:r w:rsidRPr="00B506FB">
        <w:rPr>
          <w:rFonts w:ascii="Times New Roman" w:hAnsi="Times New Roman" w:cs="Times New Roman"/>
          <w:color w:val="000000" w:themeColor="text1"/>
        </w:rPr>
        <w:t>Almaty</w:t>
      </w:r>
      <w:r w:rsidRPr="00B506FB">
        <w:rPr>
          <w:rFonts w:ascii="Times New Roman" w:hAnsi="Times New Roman" w:cs="Times New Roman"/>
          <w:color w:val="000000" w:themeColor="text1"/>
          <w:lang w:val="ru-RU"/>
        </w:rPr>
        <w:t xml:space="preserve"> </w:t>
      </w:r>
      <w:r w:rsidRPr="00B506FB">
        <w:rPr>
          <w:rFonts w:ascii="Times New Roman" w:hAnsi="Times New Roman" w:cs="Times New Roman"/>
          <w:color w:val="000000" w:themeColor="text1"/>
        </w:rPr>
        <w:t>Renovation</w:t>
      </w:r>
      <w:r w:rsidRPr="00B506FB">
        <w:rPr>
          <w:rFonts w:ascii="Times New Roman" w:hAnsi="Times New Roman" w:cs="Times New Roman"/>
          <w:color w:val="000000" w:themeColor="text1"/>
          <w:lang w:val="ru-RU"/>
        </w:rPr>
        <w:t>» ЖШС-нің пәтерлеріндегі инженерлік коммуникациялардың авариялық жағдайлары мен ақауларын жою жөніндегі жұмыстарды орындауға арналған техникалық сипаттама</w:t>
      </w:r>
    </w:p>
    <w:p w14:paraId="61BD8A45" w14:textId="77777777" w:rsidR="00B506FB" w:rsidRPr="00B506FB" w:rsidRDefault="00B506FB" w:rsidP="00B506FB">
      <w:pPr>
        <w:rPr>
          <w:lang w:val="ru-RU"/>
        </w:rPr>
      </w:pPr>
    </w:p>
    <w:p w14:paraId="53A963C8" w14:textId="77777777" w:rsidR="00B506FB" w:rsidRPr="00B506FB" w:rsidRDefault="00B506FB" w:rsidP="007F6C8D">
      <w:pPr>
        <w:pStyle w:val="21"/>
        <w:spacing w:before="0"/>
        <w:jc w:val="both"/>
        <w:rPr>
          <w:rFonts w:ascii="Times New Roman" w:hAnsi="Times New Roman" w:cs="Times New Roman"/>
          <w:color w:val="000000" w:themeColor="text1"/>
          <w:sz w:val="28"/>
          <w:szCs w:val="28"/>
          <w:lang w:val="ru-RU"/>
        </w:rPr>
      </w:pPr>
      <w:r w:rsidRPr="00B506FB">
        <w:rPr>
          <w:rFonts w:ascii="Times New Roman" w:hAnsi="Times New Roman" w:cs="Times New Roman"/>
          <w:color w:val="000000" w:themeColor="text1"/>
          <w:sz w:val="28"/>
          <w:szCs w:val="28"/>
          <w:lang w:val="ru-RU"/>
        </w:rPr>
        <w:t>1. Жұмыстардың мәні</w:t>
      </w:r>
    </w:p>
    <w:p w14:paraId="2465D449" w14:textId="453BFC2B" w:rsidR="00B506FB" w:rsidRPr="00B506FB" w:rsidRDefault="00B506FB" w:rsidP="007F6C8D">
      <w:pPr>
        <w:pStyle w:val="x12ofw9d"/>
        <w:spacing w:before="0" w:beforeAutospacing="0"/>
        <w:jc w:val="both"/>
        <w:rPr>
          <w:color w:val="000000" w:themeColor="text1"/>
          <w:sz w:val="28"/>
          <w:szCs w:val="28"/>
        </w:rPr>
      </w:pPr>
      <w:r>
        <w:rPr>
          <w:color w:val="000000" w:themeColor="text1"/>
          <w:sz w:val="28"/>
          <w:szCs w:val="28"/>
        </w:rPr>
        <w:tab/>
      </w:r>
      <w:r w:rsidRPr="00B506FB">
        <w:rPr>
          <w:color w:val="000000" w:themeColor="text1"/>
          <w:sz w:val="28"/>
          <w:szCs w:val="28"/>
        </w:rPr>
        <w:t>«Almaty Renovation» ЖШС-нің (бұдан әрі – Серіктестік) қарамағындағы, Алматы қаласының тозығы жеткен және қоныс аударылған тұрғын үйлерінде орналасқан 650 пәтердегі инженерлік коммуникациялардың авариялық жағдайларын анықтау, оқшаулау және жою, олардың салдарын жою, сондай-ақ инженерлік коммуникациялардың жұмыс</w:t>
      </w:r>
      <w:bookmarkStart w:id="0" w:name="_GoBack"/>
      <w:bookmarkEnd w:id="0"/>
      <w:r w:rsidRPr="00B506FB">
        <w:rPr>
          <w:color w:val="000000" w:themeColor="text1"/>
          <w:sz w:val="28"/>
          <w:szCs w:val="28"/>
        </w:rPr>
        <w:t>қа қабілеттілігін қалпына келтіру жөніндегі жұмыстар кешенін орындау.</w:t>
      </w:r>
    </w:p>
    <w:p w14:paraId="718DCC2F" w14:textId="2945CF12" w:rsidR="00B506FB" w:rsidRPr="00B506FB" w:rsidRDefault="00B506FB" w:rsidP="007F6C8D">
      <w:pPr>
        <w:pStyle w:val="x12ofw9d"/>
        <w:spacing w:before="0" w:beforeAutospacing="0"/>
        <w:jc w:val="both"/>
        <w:rPr>
          <w:color w:val="000000" w:themeColor="text1"/>
          <w:sz w:val="28"/>
          <w:szCs w:val="28"/>
        </w:rPr>
      </w:pPr>
      <w:r>
        <w:rPr>
          <w:color w:val="000000" w:themeColor="text1"/>
          <w:sz w:val="28"/>
          <w:szCs w:val="28"/>
        </w:rPr>
        <w:tab/>
      </w:r>
      <w:r w:rsidRPr="00B506FB">
        <w:rPr>
          <w:color w:val="000000" w:themeColor="text1"/>
          <w:sz w:val="28"/>
          <w:szCs w:val="28"/>
        </w:rPr>
        <w:t>Жұмыстарды орындаудың негізгі мақсаты – авариялық жағдайларды, ең алдымен, су ағуларын, құбырлардың жарылуын және инженерлік коммуникациялардың герметикалығының бұзылуын жедел жою, сондай-ақ ғимараттардың конструктивтік элементтерінің одан әрі бұзылуына, мүліктің бүлінуіне және қауіпсіздікке қатер төнуіне жол бермеу.</w:t>
      </w:r>
    </w:p>
    <w:p w14:paraId="67DF14D8" w14:textId="7625AA05" w:rsidR="00B506FB" w:rsidRPr="00B506FB" w:rsidRDefault="00B506FB" w:rsidP="007F6C8D">
      <w:pPr>
        <w:pStyle w:val="x12ofw9d"/>
        <w:spacing w:before="0" w:beforeAutospacing="0"/>
        <w:jc w:val="both"/>
        <w:rPr>
          <w:color w:val="000000" w:themeColor="text1"/>
          <w:sz w:val="28"/>
          <w:szCs w:val="28"/>
        </w:rPr>
      </w:pPr>
      <w:r>
        <w:rPr>
          <w:color w:val="000000" w:themeColor="text1"/>
          <w:sz w:val="28"/>
          <w:szCs w:val="28"/>
        </w:rPr>
        <w:tab/>
      </w:r>
      <w:r w:rsidRPr="00B506FB">
        <w:rPr>
          <w:color w:val="000000" w:themeColor="text1"/>
          <w:sz w:val="28"/>
          <w:szCs w:val="28"/>
        </w:rPr>
        <w:t>Жұмыстардың құрамына пәтерлердің ішінде орналасқан мынадай инженерлік жүйелер мен коммуникациялардың ақауларын анықтау және жою кіреді:</w:t>
      </w:r>
    </w:p>
    <w:p w14:paraId="742F805A" w14:textId="77777777" w:rsidR="00B506FB" w:rsidRPr="00B506FB" w:rsidRDefault="00B506FB" w:rsidP="007F6C8D">
      <w:pPr>
        <w:numPr>
          <w:ilvl w:val="0"/>
          <w:numId w:val="35"/>
        </w:numPr>
        <w:spacing w:after="100" w:afterAutospacing="1" w:line="240" w:lineRule="auto"/>
        <w:jc w:val="both"/>
        <w:rPr>
          <w:rFonts w:ascii="Times New Roman" w:hAnsi="Times New Roman" w:cs="Times New Roman"/>
          <w:color w:val="000000" w:themeColor="text1"/>
          <w:sz w:val="28"/>
          <w:szCs w:val="28"/>
          <w:lang w:val="ru-RU"/>
        </w:rPr>
      </w:pPr>
      <w:r w:rsidRPr="00B506FB">
        <w:rPr>
          <w:rFonts w:ascii="Times New Roman" w:hAnsi="Times New Roman" w:cs="Times New Roman"/>
          <w:color w:val="000000" w:themeColor="text1"/>
          <w:sz w:val="28"/>
          <w:szCs w:val="28"/>
          <w:lang w:val="ru-RU"/>
        </w:rPr>
        <w:t>суық және ыстық сумен жабдықтау жүйелері;</w:t>
      </w:r>
    </w:p>
    <w:p w14:paraId="5D5BED63" w14:textId="77777777" w:rsidR="00B506FB" w:rsidRPr="00B506FB" w:rsidRDefault="00B506FB" w:rsidP="007F6C8D">
      <w:pPr>
        <w:numPr>
          <w:ilvl w:val="0"/>
          <w:numId w:val="35"/>
        </w:numPr>
        <w:spacing w:after="100" w:afterAutospacing="1" w:line="240" w:lineRule="auto"/>
        <w:jc w:val="both"/>
        <w:rPr>
          <w:rFonts w:ascii="Times New Roman" w:hAnsi="Times New Roman" w:cs="Times New Roman"/>
          <w:color w:val="000000" w:themeColor="text1"/>
          <w:sz w:val="28"/>
          <w:szCs w:val="28"/>
          <w:lang w:val="ru-RU"/>
        </w:rPr>
      </w:pPr>
      <w:r w:rsidRPr="00B506FB">
        <w:rPr>
          <w:rFonts w:ascii="Times New Roman" w:hAnsi="Times New Roman" w:cs="Times New Roman"/>
          <w:color w:val="000000" w:themeColor="text1"/>
          <w:sz w:val="28"/>
          <w:szCs w:val="28"/>
          <w:lang w:val="ru-RU"/>
        </w:rPr>
        <w:t>жылыту жүйелері, оның ішінде тік құбырлар, радиаторлар, қосқыш құбырлар, бекіту және жалғау арматурасы;</w:t>
      </w:r>
    </w:p>
    <w:p w14:paraId="2AAED000" w14:textId="77777777" w:rsidR="00B506FB" w:rsidRPr="00B506FB" w:rsidRDefault="00B506FB" w:rsidP="007F6C8D">
      <w:pPr>
        <w:numPr>
          <w:ilvl w:val="0"/>
          <w:numId w:val="35"/>
        </w:numPr>
        <w:spacing w:after="100" w:afterAutospacing="1" w:line="240" w:lineRule="auto"/>
        <w:jc w:val="both"/>
        <w:rPr>
          <w:rFonts w:ascii="Times New Roman" w:hAnsi="Times New Roman" w:cs="Times New Roman"/>
          <w:color w:val="000000" w:themeColor="text1"/>
          <w:sz w:val="28"/>
          <w:szCs w:val="28"/>
          <w:lang w:val="ru-RU"/>
        </w:rPr>
      </w:pPr>
      <w:r w:rsidRPr="00B506FB">
        <w:rPr>
          <w:rFonts w:ascii="Times New Roman" w:hAnsi="Times New Roman" w:cs="Times New Roman"/>
          <w:color w:val="000000" w:themeColor="text1"/>
          <w:sz w:val="28"/>
          <w:szCs w:val="28"/>
          <w:lang w:val="ru-RU"/>
        </w:rPr>
        <w:t>кәріз жүйелері, оның ішінде бітелулерді, су ағуларын, құбырлар мен қосылыстардың зақымдануын жою;</w:t>
      </w:r>
    </w:p>
    <w:p w14:paraId="0F6E4C19" w14:textId="77777777" w:rsidR="00B506FB" w:rsidRPr="00B506FB" w:rsidRDefault="00B506FB" w:rsidP="007F6C8D">
      <w:pPr>
        <w:numPr>
          <w:ilvl w:val="0"/>
          <w:numId w:val="35"/>
        </w:numPr>
        <w:spacing w:after="100" w:afterAutospacing="1" w:line="240" w:lineRule="auto"/>
        <w:jc w:val="both"/>
        <w:rPr>
          <w:rFonts w:ascii="Times New Roman" w:hAnsi="Times New Roman" w:cs="Times New Roman"/>
          <w:color w:val="000000" w:themeColor="text1"/>
          <w:sz w:val="28"/>
          <w:szCs w:val="28"/>
          <w:lang w:val="ru-RU"/>
        </w:rPr>
      </w:pPr>
      <w:r w:rsidRPr="00B506FB">
        <w:rPr>
          <w:rFonts w:ascii="Times New Roman" w:hAnsi="Times New Roman" w:cs="Times New Roman"/>
          <w:color w:val="000000" w:themeColor="text1"/>
          <w:sz w:val="28"/>
          <w:szCs w:val="28"/>
          <w:lang w:val="ru-RU"/>
        </w:rPr>
        <w:t>электр желілері мен электр жабдықтары – авариялық және өрт қаупін тудыратын ақауларды жою бөлігінде;</w:t>
      </w:r>
    </w:p>
    <w:p w14:paraId="156A021F" w14:textId="77777777" w:rsidR="00B506FB" w:rsidRPr="00B506FB" w:rsidRDefault="00B506FB" w:rsidP="007F6C8D">
      <w:pPr>
        <w:numPr>
          <w:ilvl w:val="0"/>
          <w:numId w:val="35"/>
        </w:numPr>
        <w:spacing w:after="100" w:afterAutospacing="1" w:line="240" w:lineRule="auto"/>
        <w:jc w:val="both"/>
        <w:rPr>
          <w:rFonts w:ascii="Times New Roman" w:hAnsi="Times New Roman" w:cs="Times New Roman"/>
          <w:color w:val="000000" w:themeColor="text1"/>
          <w:sz w:val="28"/>
          <w:szCs w:val="28"/>
          <w:lang w:val="ru-RU"/>
        </w:rPr>
      </w:pPr>
      <w:r w:rsidRPr="00B506FB">
        <w:rPr>
          <w:rFonts w:ascii="Times New Roman" w:hAnsi="Times New Roman" w:cs="Times New Roman"/>
          <w:color w:val="000000" w:themeColor="text1"/>
          <w:sz w:val="28"/>
          <w:szCs w:val="28"/>
          <w:lang w:val="ru-RU"/>
        </w:rPr>
        <w:t>авариялық жағдайлар мен жедел жоюды талап ететін ақаулар туындаған кезде пәтерлердің ішінде орналасқан өзге де инженерлік коммуникациялар.</w:t>
      </w:r>
    </w:p>
    <w:p w14:paraId="1EE02B17" w14:textId="3F6E5694" w:rsidR="00B506FB" w:rsidRPr="00B506FB" w:rsidRDefault="00B506FB" w:rsidP="007F6C8D">
      <w:pPr>
        <w:pStyle w:val="x12ofw9d"/>
        <w:spacing w:before="0" w:beforeAutospacing="0"/>
        <w:jc w:val="both"/>
        <w:rPr>
          <w:color w:val="000000" w:themeColor="text1"/>
          <w:sz w:val="28"/>
          <w:szCs w:val="28"/>
        </w:rPr>
      </w:pPr>
      <w:r>
        <w:rPr>
          <w:color w:val="000000" w:themeColor="text1"/>
          <w:sz w:val="28"/>
          <w:szCs w:val="28"/>
        </w:rPr>
        <w:tab/>
      </w:r>
      <w:r w:rsidRPr="00B506FB">
        <w:rPr>
          <w:color w:val="000000" w:themeColor="text1"/>
          <w:sz w:val="28"/>
          <w:szCs w:val="28"/>
        </w:rPr>
        <w:t>Жұмыстар Тапсырыс берушінің өтінімдері түсуіне және Пәтерлер тізбесіне енгізілген объектілерде авариялық жағдайлардың туындауына қарай орындалады.</w:t>
      </w:r>
    </w:p>
    <w:p w14:paraId="18E1E44E" w14:textId="06FC399F" w:rsidR="00B506FB" w:rsidRPr="00B506FB" w:rsidRDefault="00B506FB" w:rsidP="007F6C8D">
      <w:pPr>
        <w:pStyle w:val="x12ofw9d"/>
        <w:spacing w:before="0" w:beforeAutospacing="0"/>
        <w:jc w:val="both"/>
        <w:rPr>
          <w:color w:val="000000" w:themeColor="text1"/>
          <w:sz w:val="28"/>
          <w:szCs w:val="28"/>
        </w:rPr>
      </w:pPr>
      <w:r>
        <w:rPr>
          <w:color w:val="000000" w:themeColor="text1"/>
          <w:sz w:val="28"/>
          <w:szCs w:val="28"/>
        </w:rPr>
        <w:tab/>
      </w:r>
      <w:r w:rsidRPr="00B506FB">
        <w:rPr>
          <w:color w:val="000000" w:themeColor="text1"/>
          <w:sz w:val="28"/>
          <w:szCs w:val="28"/>
        </w:rPr>
        <w:t>Шарттың қолданылу кезеңінде, 2026 жылғы 31 желтоқсанға дейін, инженерлік коммуникациялардың авариялық жағдайлары мен ақауларын тексеру, оқшаулау және жою үшін 100 (жүз) авариялық шығуға дейін орындау көзделеді.</w:t>
      </w:r>
    </w:p>
    <w:p w14:paraId="2D003ABC" w14:textId="153B31AD" w:rsidR="00B506FB" w:rsidRPr="00B506FB" w:rsidRDefault="00B506FB" w:rsidP="007F6C8D">
      <w:pPr>
        <w:pStyle w:val="x12ofw9d"/>
        <w:spacing w:before="0" w:beforeAutospacing="0"/>
        <w:jc w:val="both"/>
        <w:rPr>
          <w:color w:val="000000" w:themeColor="text1"/>
          <w:sz w:val="28"/>
          <w:szCs w:val="28"/>
        </w:rPr>
      </w:pPr>
      <w:r>
        <w:rPr>
          <w:color w:val="000000" w:themeColor="text1"/>
          <w:sz w:val="28"/>
          <w:szCs w:val="28"/>
        </w:rPr>
        <w:lastRenderedPageBreak/>
        <w:tab/>
      </w:r>
      <w:r w:rsidRPr="00B506FB">
        <w:rPr>
          <w:color w:val="000000" w:themeColor="text1"/>
          <w:sz w:val="28"/>
          <w:szCs w:val="28"/>
        </w:rPr>
        <w:t>650 пәтер саны жұмыстар жүргізілуі мүмкін объектілердің жалпы тізбесін, ал 100-ге дейінгі авариялық шығу саны шарт шеңберіндегі шығулардың жоспарланған шекті көлемін айқындайды. Шығулардың нақты саны Тапсырыс берушінің қажеттілігіне және туындайтын авариялық жағдайлардың санына қарай белгіленеді.</w:t>
      </w:r>
    </w:p>
    <w:p w14:paraId="7CDA1330" w14:textId="1AED7412" w:rsidR="00B506FB" w:rsidRPr="00B506FB" w:rsidRDefault="00B506FB" w:rsidP="007F6C8D">
      <w:pPr>
        <w:pStyle w:val="x12ofw9d"/>
        <w:spacing w:before="0" w:beforeAutospacing="0"/>
        <w:jc w:val="both"/>
        <w:rPr>
          <w:color w:val="000000" w:themeColor="text1"/>
          <w:sz w:val="28"/>
          <w:szCs w:val="28"/>
        </w:rPr>
      </w:pPr>
      <w:r>
        <w:rPr>
          <w:color w:val="000000" w:themeColor="text1"/>
          <w:sz w:val="28"/>
          <w:szCs w:val="28"/>
        </w:rPr>
        <w:tab/>
      </w:r>
      <w:r w:rsidRPr="00B506FB">
        <w:rPr>
          <w:color w:val="000000" w:themeColor="text1"/>
          <w:sz w:val="28"/>
          <w:szCs w:val="28"/>
        </w:rPr>
        <w:t>Әрбір авариялық жағдай бойынша жұмыстардың нақты құрамы, көлемі және орындалу тәсілі объектіні тексеру нәтижелері бойынша айқындалады, ақаулар актісінде тіркеледі және негізгі жөндеу жұмыстары басталғанға дейін Тапсырыс берушімен келісіледі. Бұл талап аварияны оқшаулау және одан әрі залалдың алдын алу үшін қажетті бастапқы кезектегі іс-шараларға қолданылмайды.</w:t>
      </w:r>
    </w:p>
    <w:p w14:paraId="551F10EC" w14:textId="77777777" w:rsidR="00B506FB" w:rsidRPr="00B506FB" w:rsidRDefault="00B506FB" w:rsidP="007F6C8D">
      <w:pPr>
        <w:pStyle w:val="21"/>
        <w:spacing w:before="0"/>
        <w:jc w:val="both"/>
        <w:rPr>
          <w:rFonts w:ascii="Times New Roman" w:hAnsi="Times New Roman" w:cs="Times New Roman"/>
          <w:color w:val="000000" w:themeColor="text1"/>
          <w:sz w:val="28"/>
          <w:szCs w:val="28"/>
          <w:lang w:val="ru-RU"/>
        </w:rPr>
      </w:pPr>
      <w:r w:rsidRPr="00B506FB">
        <w:rPr>
          <w:rFonts w:ascii="Times New Roman" w:hAnsi="Times New Roman" w:cs="Times New Roman"/>
          <w:color w:val="000000" w:themeColor="text1"/>
          <w:sz w:val="28"/>
          <w:szCs w:val="28"/>
          <w:lang w:val="ru-RU"/>
        </w:rPr>
        <w:t>2. Орындалатын жұмыстардың тізбесі</w:t>
      </w:r>
    </w:p>
    <w:p w14:paraId="23D90A93" w14:textId="228A8F30" w:rsidR="00B506FB" w:rsidRPr="00B506FB" w:rsidRDefault="00B506FB" w:rsidP="007F6C8D">
      <w:pPr>
        <w:pStyle w:val="x12ofw9d"/>
        <w:spacing w:before="0" w:beforeAutospacing="0"/>
        <w:jc w:val="both"/>
        <w:rPr>
          <w:color w:val="000000" w:themeColor="text1"/>
          <w:sz w:val="28"/>
          <w:szCs w:val="28"/>
        </w:rPr>
      </w:pPr>
      <w:r>
        <w:rPr>
          <w:color w:val="000000" w:themeColor="text1"/>
          <w:sz w:val="28"/>
          <w:szCs w:val="28"/>
        </w:rPr>
        <w:tab/>
      </w:r>
      <w:r w:rsidRPr="00B506FB">
        <w:rPr>
          <w:color w:val="000000" w:themeColor="text1"/>
          <w:sz w:val="28"/>
          <w:szCs w:val="28"/>
        </w:rPr>
        <w:t>Объектідегі авариялық жағдайдың сипаты мен дәрежесіне қарай жұмыстар құрамына төмендегі іс-шаралар кіруі мүмкін.</w:t>
      </w:r>
    </w:p>
    <w:p w14:paraId="58775EE6" w14:textId="38A3E434" w:rsidR="00B506FB" w:rsidRPr="00B506FB" w:rsidRDefault="00B506FB" w:rsidP="007F6C8D">
      <w:pPr>
        <w:pStyle w:val="31"/>
        <w:spacing w:before="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B506FB">
        <w:rPr>
          <w:rFonts w:ascii="Times New Roman" w:hAnsi="Times New Roman" w:cs="Times New Roman"/>
          <w:color w:val="000000" w:themeColor="text1"/>
          <w:sz w:val="28"/>
          <w:szCs w:val="28"/>
        </w:rPr>
        <w:t>2.1. Объектіге шығу және тексеру</w:t>
      </w:r>
    </w:p>
    <w:p w14:paraId="768091EA" w14:textId="77777777" w:rsidR="00B506FB" w:rsidRPr="00B506FB" w:rsidRDefault="00B506FB" w:rsidP="007F6C8D">
      <w:pPr>
        <w:numPr>
          <w:ilvl w:val="0"/>
          <w:numId w:val="36"/>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Тапсырыс берушінің өтінімі бойынша шартта көзделген көлем шегінде мамандардың объектіге шығуы.</w:t>
      </w:r>
    </w:p>
    <w:p w14:paraId="3D6AC195" w14:textId="77777777" w:rsidR="00B506FB" w:rsidRPr="00B506FB" w:rsidRDefault="00B506FB" w:rsidP="007F6C8D">
      <w:pPr>
        <w:numPr>
          <w:ilvl w:val="0"/>
          <w:numId w:val="36"/>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Авариялық жағдай туындаған орынды тексеру және ақаудың сипатын анықтау.</w:t>
      </w:r>
    </w:p>
    <w:p w14:paraId="43914978" w14:textId="77777777" w:rsidR="00B506FB" w:rsidRPr="00B506FB" w:rsidRDefault="00B506FB" w:rsidP="007F6C8D">
      <w:pPr>
        <w:numPr>
          <w:ilvl w:val="0"/>
          <w:numId w:val="36"/>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Инженерлік коммуникациялардың зақымданған учаскелерін көзбен шолып тексеру.</w:t>
      </w:r>
    </w:p>
    <w:p w14:paraId="37BC605A" w14:textId="77777777" w:rsidR="00B506FB" w:rsidRPr="00B506FB" w:rsidRDefault="00B506FB" w:rsidP="007F6C8D">
      <w:pPr>
        <w:numPr>
          <w:ilvl w:val="0"/>
          <w:numId w:val="36"/>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Су ағу, құбырдың жарылуы, бітелу, герметиканың бұзылуы немесе электротехникалық ақаудың орнын анықтау.</w:t>
      </w:r>
    </w:p>
    <w:p w14:paraId="50C93BC7" w14:textId="77777777" w:rsidR="00B506FB" w:rsidRPr="00B506FB" w:rsidRDefault="00B506FB" w:rsidP="007F6C8D">
      <w:pPr>
        <w:numPr>
          <w:ilvl w:val="0"/>
          <w:numId w:val="36"/>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Коммуникациялардың, қосылыстардың, арматураның және жабдықтардың зақымданған учаскелерінің техникалық жай-күйін бағалау.</w:t>
      </w:r>
    </w:p>
    <w:p w14:paraId="53072E63" w14:textId="77777777" w:rsidR="00B506FB" w:rsidRPr="00B506FB" w:rsidRDefault="00B506FB" w:rsidP="007F6C8D">
      <w:pPr>
        <w:numPr>
          <w:ilvl w:val="0"/>
          <w:numId w:val="36"/>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Аварияны оқшаулау, ақауды жою және тиісті инженерлік жүйенің жұмысқа қабілеттілігін қалпына келтіру үшін қажетті іс-шараларды айқындау.</w:t>
      </w:r>
    </w:p>
    <w:p w14:paraId="558B77C9" w14:textId="77777777" w:rsidR="00B506FB" w:rsidRPr="00B506FB" w:rsidRDefault="00B506FB" w:rsidP="007F6C8D">
      <w:pPr>
        <w:numPr>
          <w:ilvl w:val="0"/>
          <w:numId w:val="36"/>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Ақаудың сипаты, қажетті жұмыстар және пайдаланылатын материалдар көрсетілген ақаулар актісін жасау.</w:t>
      </w:r>
    </w:p>
    <w:p w14:paraId="627F4278" w14:textId="77777777" w:rsidR="00B506FB" w:rsidRPr="00B506FB" w:rsidRDefault="00B506FB" w:rsidP="007F6C8D">
      <w:pPr>
        <w:numPr>
          <w:ilvl w:val="0"/>
          <w:numId w:val="36"/>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Техникалық шешімді, жұмыстардың көлемі мен құнын Тапсырыс берушімен келісу.</w:t>
      </w:r>
    </w:p>
    <w:p w14:paraId="4725D760" w14:textId="02766879" w:rsidR="00B506FB" w:rsidRPr="00B506FB" w:rsidRDefault="00B506FB" w:rsidP="007F6C8D">
      <w:pPr>
        <w:pStyle w:val="31"/>
        <w:spacing w:before="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B506FB">
        <w:rPr>
          <w:rFonts w:ascii="Times New Roman" w:hAnsi="Times New Roman" w:cs="Times New Roman"/>
          <w:color w:val="000000" w:themeColor="text1"/>
          <w:sz w:val="28"/>
          <w:szCs w:val="28"/>
        </w:rPr>
        <w:t>2.2. Суық және ыстық сумен жабдықтау жүйелеріндегі авариялық-қалпына келтіру жұмыстары</w:t>
      </w:r>
    </w:p>
    <w:p w14:paraId="11C4594A" w14:textId="77777777" w:rsidR="00B506FB" w:rsidRPr="00B506FB" w:rsidRDefault="00B506FB" w:rsidP="007F6C8D">
      <w:pPr>
        <w:numPr>
          <w:ilvl w:val="0"/>
          <w:numId w:val="37"/>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Су ағуларын оқшаулау және құбырлардың герметикалығының бұзылу себептерін жою.</w:t>
      </w:r>
    </w:p>
    <w:p w14:paraId="34A23670" w14:textId="77777777" w:rsidR="00B506FB" w:rsidRPr="00B506FB" w:rsidRDefault="00B506FB" w:rsidP="007F6C8D">
      <w:pPr>
        <w:numPr>
          <w:ilvl w:val="0"/>
          <w:numId w:val="37"/>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lastRenderedPageBreak/>
        <w:t>Зақымданған құбыр учаскелерін, қосылыстарды, қосқыш құбырларды және арматураны бөлшектеу.</w:t>
      </w:r>
    </w:p>
    <w:p w14:paraId="4E0F3643" w14:textId="77777777" w:rsidR="00B506FB" w:rsidRPr="00B506FB" w:rsidRDefault="00B506FB" w:rsidP="007F6C8D">
      <w:pPr>
        <w:numPr>
          <w:ilvl w:val="0"/>
          <w:numId w:val="37"/>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Зақымданған құбырларды, фитингтерді, жалғағыш элементтерді, крандарды және жүйенің өзге де ақаулы элементтерін ауыстыру.</w:t>
      </w:r>
    </w:p>
    <w:p w14:paraId="38A17E6F" w14:textId="77777777" w:rsidR="00B506FB" w:rsidRPr="00B506FB" w:rsidRDefault="00B506FB" w:rsidP="007F6C8D">
      <w:pPr>
        <w:numPr>
          <w:ilvl w:val="0"/>
          <w:numId w:val="37"/>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Техникалық тұрғыдан қажет болған жағдайларда бітеуіштер орнату және зақымданған учаскелерді ажырату.</w:t>
      </w:r>
    </w:p>
    <w:p w14:paraId="267C36DA" w14:textId="77777777" w:rsidR="00B506FB" w:rsidRPr="00B506FB" w:rsidRDefault="00B506FB" w:rsidP="007F6C8D">
      <w:pPr>
        <w:numPr>
          <w:ilvl w:val="0"/>
          <w:numId w:val="37"/>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Қосылыстарды герметизациялау және жүйенің жұмысқа қабілеттілігін қалпына келтіру.</w:t>
      </w:r>
    </w:p>
    <w:p w14:paraId="06510A76" w14:textId="77777777" w:rsidR="00B506FB" w:rsidRPr="00B506FB" w:rsidRDefault="00B506FB" w:rsidP="007F6C8D">
      <w:pPr>
        <w:numPr>
          <w:ilvl w:val="0"/>
          <w:numId w:val="37"/>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Орындалған қосылыстардың герметикалығын және су ағуының жоқтығын тексеру.</w:t>
      </w:r>
    </w:p>
    <w:p w14:paraId="6E0B0C5C" w14:textId="77777777" w:rsidR="00B506FB" w:rsidRPr="00B506FB" w:rsidRDefault="00B506FB" w:rsidP="007F6C8D">
      <w:pPr>
        <w:numPr>
          <w:ilvl w:val="0"/>
          <w:numId w:val="37"/>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Авариялық жағдайдың қайталануын болдырмау үшін қажетті шараларды қабылдау.</w:t>
      </w:r>
    </w:p>
    <w:p w14:paraId="38E607CE" w14:textId="1392ABAC" w:rsidR="00B506FB" w:rsidRPr="00B506FB" w:rsidRDefault="00B506FB" w:rsidP="007F6C8D">
      <w:pPr>
        <w:pStyle w:val="31"/>
        <w:spacing w:before="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B506FB">
        <w:rPr>
          <w:rFonts w:ascii="Times New Roman" w:hAnsi="Times New Roman" w:cs="Times New Roman"/>
          <w:color w:val="000000" w:themeColor="text1"/>
          <w:sz w:val="28"/>
          <w:szCs w:val="28"/>
        </w:rPr>
        <w:t>2.3. Жылыту жүйелеріндегі авариялық-қалпына келтіру жұмыстары</w:t>
      </w:r>
    </w:p>
    <w:p w14:paraId="6BC63057" w14:textId="77777777" w:rsidR="00B506FB" w:rsidRPr="00B506FB" w:rsidRDefault="00B506FB" w:rsidP="007F6C8D">
      <w:pPr>
        <w:numPr>
          <w:ilvl w:val="0"/>
          <w:numId w:val="38"/>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Тік құбырлардың, радиаторлардың, қосқыш құбырлардың, қосылыстардың және бекіту арматурасының су ағуын және герметикалығының бұзылуын жою.</w:t>
      </w:r>
    </w:p>
    <w:p w14:paraId="2D3976E3" w14:textId="77777777" w:rsidR="00B506FB" w:rsidRPr="00B506FB" w:rsidRDefault="00B506FB" w:rsidP="007F6C8D">
      <w:pPr>
        <w:numPr>
          <w:ilvl w:val="0"/>
          <w:numId w:val="38"/>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Құбырлардың, радиаторлардың және жүйенің өзге де элементтерінің зақымданған учаскелерін бөлшектеу.</w:t>
      </w:r>
    </w:p>
    <w:p w14:paraId="1092B0EB" w14:textId="77777777" w:rsidR="00B506FB" w:rsidRPr="00B506FB" w:rsidRDefault="00B506FB" w:rsidP="007F6C8D">
      <w:pPr>
        <w:numPr>
          <w:ilvl w:val="0"/>
          <w:numId w:val="38"/>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Зақымданған құбырларды, жалғағыш элементтерді, арматураны және бекіткіштерді ауыстыру.</w:t>
      </w:r>
    </w:p>
    <w:p w14:paraId="6699E1AA" w14:textId="77777777" w:rsidR="00B506FB" w:rsidRPr="00B506FB" w:rsidRDefault="00B506FB" w:rsidP="007F6C8D">
      <w:pPr>
        <w:numPr>
          <w:ilvl w:val="0"/>
          <w:numId w:val="38"/>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Қажет болған жағдайда жылыту жүйесінің ажыратылатын учаскелеріне бітеуіштер орнату.</w:t>
      </w:r>
    </w:p>
    <w:p w14:paraId="38731CBC" w14:textId="77777777" w:rsidR="00B506FB" w:rsidRPr="00B506FB" w:rsidRDefault="00B506FB" w:rsidP="007F6C8D">
      <w:pPr>
        <w:numPr>
          <w:ilvl w:val="0"/>
          <w:numId w:val="38"/>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Жылу тасымалдағыштың айналымын және жүйенің жұмысқа қабілеттілігін сақтау үшін қажетті жалғастырғыштарды (байпастарды) орнату, тік құбырларды тұйық контурға біріктіру және өзге де техникалық іс-шараларды орындау.</w:t>
      </w:r>
    </w:p>
    <w:p w14:paraId="33223A4E" w14:textId="77777777" w:rsidR="00B506FB" w:rsidRPr="00B506FB" w:rsidRDefault="00B506FB" w:rsidP="007F6C8D">
      <w:pPr>
        <w:numPr>
          <w:ilvl w:val="0"/>
          <w:numId w:val="38"/>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Қажет болған жағдайда жұмыстар жүргізілген жерлерде құбырлардың жылу оқшаулауын қалпына келтіру.</w:t>
      </w:r>
    </w:p>
    <w:p w14:paraId="43238C4A" w14:textId="77777777" w:rsidR="00B506FB" w:rsidRPr="00B506FB" w:rsidRDefault="00B506FB" w:rsidP="007F6C8D">
      <w:pPr>
        <w:numPr>
          <w:ilvl w:val="0"/>
          <w:numId w:val="38"/>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Монтаждау жұмыстары аяқталғаннан кейін герметикалығын тексеру үшін қысыммен сынау (опрессовка) немесе техникалық талаптарда көзделген өзге де тексерулер жүргізу.</w:t>
      </w:r>
    </w:p>
    <w:p w14:paraId="45C9D770" w14:textId="77777777" w:rsidR="00B506FB" w:rsidRPr="00B506FB" w:rsidRDefault="00B506FB" w:rsidP="007F6C8D">
      <w:pPr>
        <w:numPr>
          <w:ilvl w:val="0"/>
          <w:numId w:val="38"/>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Орындалған қосылыстарды және су ағуының жоқтығын тексеру.</w:t>
      </w:r>
    </w:p>
    <w:p w14:paraId="6B5AB462" w14:textId="7CD0A46C" w:rsidR="00B506FB" w:rsidRPr="00B506FB" w:rsidRDefault="00B506FB" w:rsidP="007F6C8D">
      <w:pPr>
        <w:pStyle w:val="x12ofw9d"/>
        <w:spacing w:before="0" w:beforeAutospacing="0"/>
        <w:jc w:val="both"/>
        <w:rPr>
          <w:color w:val="000000" w:themeColor="text1"/>
          <w:sz w:val="28"/>
          <w:szCs w:val="28"/>
          <w:lang w:val="en-US"/>
        </w:rPr>
      </w:pPr>
      <w:r>
        <w:rPr>
          <w:color w:val="000000" w:themeColor="text1"/>
          <w:sz w:val="28"/>
          <w:szCs w:val="28"/>
        </w:rPr>
        <w:tab/>
      </w:r>
      <w:r w:rsidRPr="00B506FB">
        <w:rPr>
          <w:color w:val="000000" w:themeColor="text1"/>
          <w:sz w:val="28"/>
          <w:szCs w:val="28"/>
        </w:rPr>
        <w:t>Жылыту</w:t>
      </w:r>
      <w:r w:rsidRPr="00B506FB">
        <w:rPr>
          <w:color w:val="000000" w:themeColor="text1"/>
          <w:sz w:val="28"/>
          <w:szCs w:val="28"/>
          <w:lang w:val="en-US"/>
        </w:rPr>
        <w:t xml:space="preserve"> </w:t>
      </w:r>
      <w:r w:rsidRPr="00B506FB">
        <w:rPr>
          <w:color w:val="000000" w:themeColor="text1"/>
          <w:sz w:val="28"/>
          <w:szCs w:val="28"/>
        </w:rPr>
        <w:t>жүйесінің</w:t>
      </w:r>
      <w:r w:rsidRPr="00B506FB">
        <w:rPr>
          <w:color w:val="000000" w:themeColor="text1"/>
          <w:sz w:val="28"/>
          <w:szCs w:val="28"/>
          <w:lang w:val="en-US"/>
        </w:rPr>
        <w:t xml:space="preserve"> </w:t>
      </w:r>
      <w:r w:rsidRPr="00B506FB">
        <w:rPr>
          <w:color w:val="000000" w:themeColor="text1"/>
          <w:sz w:val="28"/>
          <w:szCs w:val="28"/>
        </w:rPr>
        <w:t>жекелеген</w:t>
      </w:r>
      <w:r w:rsidRPr="00B506FB">
        <w:rPr>
          <w:color w:val="000000" w:themeColor="text1"/>
          <w:sz w:val="28"/>
          <w:szCs w:val="28"/>
          <w:lang w:val="en-US"/>
        </w:rPr>
        <w:t xml:space="preserve"> </w:t>
      </w:r>
      <w:r w:rsidRPr="00B506FB">
        <w:rPr>
          <w:color w:val="000000" w:themeColor="text1"/>
          <w:sz w:val="28"/>
          <w:szCs w:val="28"/>
        </w:rPr>
        <w:t>учаскелерін</w:t>
      </w:r>
      <w:r w:rsidRPr="00B506FB">
        <w:rPr>
          <w:color w:val="000000" w:themeColor="text1"/>
          <w:sz w:val="28"/>
          <w:szCs w:val="28"/>
          <w:lang w:val="en-US"/>
        </w:rPr>
        <w:t xml:space="preserve">, </w:t>
      </w:r>
      <w:r w:rsidRPr="00B506FB">
        <w:rPr>
          <w:color w:val="000000" w:themeColor="text1"/>
          <w:sz w:val="28"/>
          <w:szCs w:val="28"/>
        </w:rPr>
        <w:t>тік</w:t>
      </w:r>
      <w:r w:rsidRPr="00B506FB">
        <w:rPr>
          <w:color w:val="000000" w:themeColor="text1"/>
          <w:sz w:val="28"/>
          <w:szCs w:val="28"/>
          <w:lang w:val="en-US"/>
        </w:rPr>
        <w:t xml:space="preserve"> </w:t>
      </w:r>
      <w:r w:rsidRPr="00B506FB">
        <w:rPr>
          <w:color w:val="000000" w:themeColor="text1"/>
          <w:sz w:val="28"/>
          <w:szCs w:val="28"/>
        </w:rPr>
        <w:t>құбырларын</w:t>
      </w:r>
      <w:r w:rsidRPr="00B506FB">
        <w:rPr>
          <w:color w:val="000000" w:themeColor="text1"/>
          <w:sz w:val="28"/>
          <w:szCs w:val="28"/>
          <w:lang w:val="en-US"/>
        </w:rPr>
        <w:t xml:space="preserve"> </w:t>
      </w:r>
      <w:r w:rsidRPr="00B506FB">
        <w:rPr>
          <w:color w:val="000000" w:themeColor="text1"/>
          <w:sz w:val="28"/>
          <w:szCs w:val="28"/>
        </w:rPr>
        <w:t>немесе</w:t>
      </w:r>
      <w:r w:rsidRPr="00B506FB">
        <w:rPr>
          <w:color w:val="000000" w:themeColor="text1"/>
          <w:sz w:val="28"/>
          <w:szCs w:val="28"/>
          <w:lang w:val="en-US"/>
        </w:rPr>
        <w:t xml:space="preserve"> </w:t>
      </w:r>
      <w:r w:rsidRPr="00B506FB">
        <w:rPr>
          <w:color w:val="000000" w:themeColor="text1"/>
          <w:sz w:val="28"/>
          <w:szCs w:val="28"/>
        </w:rPr>
        <w:t>жабдықтарын</w:t>
      </w:r>
      <w:r w:rsidRPr="00B506FB">
        <w:rPr>
          <w:color w:val="000000" w:themeColor="text1"/>
          <w:sz w:val="28"/>
          <w:szCs w:val="28"/>
          <w:lang w:val="en-US"/>
        </w:rPr>
        <w:t xml:space="preserve"> </w:t>
      </w:r>
      <w:r w:rsidRPr="00B506FB">
        <w:rPr>
          <w:color w:val="000000" w:themeColor="text1"/>
          <w:sz w:val="28"/>
          <w:szCs w:val="28"/>
        </w:rPr>
        <w:t>ажыратуға</w:t>
      </w:r>
      <w:r w:rsidRPr="00B506FB">
        <w:rPr>
          <w:color w:val="000000" w:themeColor="text1"/>
          <w:sz w:val="28"/>
          <w:szCs w:val="28"/>
          <w:lang w:val="en-US"/>
        </w:rPr>
        <w:t xml:space="preserve"> </w:t>
      </w:r>
      <w:r w:rsidRPr="00B506FB">
        <w:rPr>
          <w:color w:val="000000" w:themeColor="text1"/>
          <w:sz w:val="28"/>
          <w:szCs w:val="28"/>
        </w:rPr>
        <w:t>тек</w:t>
      </w:r>
      <w:r w:rsidRPr="00B506FB">
        <w:rPr>
          <w:color w:val="000000" w:themeColor="text1"/>
          <w:sz w:val="28"/>
          <w:szCs w:val="28"/>
          <w:lang w:val="en-US"/>
        </w:rPr>
        <w:t xml:space="preserve"> </w:t>
      </w:r>
      <w:r w:rsidRPr="00B506FB">
        <w:rPr>
          <w:color w:val="000000" w:themeColor="text1"/>
          <w:sz w:val="28"/>
          <w:szCs w:val="28"/>
        </w:rPr>
        <w:t>техникалық</w:t>
      </w:r>
      <w:r w:rsidRPr="00B506FB">
        <w:rPr>
          <w:color w:val="000000" w:themeColor="text1"/>
          <w:sz w:val="28"/>
          <w:szCs w:val="28"/>
          <w:lang w:val="en-US"/>
        </w:rPr>
        <w:t xml:space="preserve"> </w:t>
      </w:r>
      <w:r w:rsidRPr="00B506FB">
        <w:rPr>
          <w:color w:val="000000" w:themeColor="text1"/>
          <w:sz w:val="28"/>
          <w:szCs w:val="28"/>
        </w:rPr>
        <w:t>қажеттілік</w:t>
      </w:r>
      <w:r w:rsidRPr="00B506FB">
        <w:rPr>
          <w:color w:val="000000" w:themeColor="text1"/>
          <w:sz w:val="28"/>
          <w:szCs w:val="28"/>
          <w:lang w:val="en-US"/>
        </w:rPr>
        <w:t xml:space="preserve"> </w:t>
      </w:r>
      <w:r w:rsidRPr="00B506FB">
        <w:rPr>
          <w:color w:val="000000" w:themeColor="text1"/>
          <w:sz w:val="28"/>
          <w:szCs w:val="28"/>
        </w:rPr>
        <w:t>болған</w:t>
      </w:r>
      <w:r w:rsidRPr="00B506FB">
        <w:rPr>
          <w:color w:val="000000" w:themeColor="text1"/>
          <w:sz w:val="28"/>
          <w:szCs w:val="28"/>
          <w:lang w:val="en-US"/>
        </w:rPr>
        <w:t xml:space="preserve"> </w:t>
      </w:r>
      <w:r w:rsidRPr="00B506FB">
        <w:rPr>
          <w:color w:val="000000" w:themeColor="text1"/>
          <w:sz w:val="28"/>
          <w:szCs w:val="28"/>
        </w:rPr>
        <w:t>жағдайда</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қауіпсіздік</w:t>
      </w:r>
      <w:r w:rsidRPr="00B506FB">
        <w:rPr>
          <w:color w:val="000000" w:themeColor="text1"/>
          <w:sz w:val="28"/>
          <w:szCs w:val="28"/>
          <w:lang w:val="en-US"/>
        </w:rPr>
        <w:t xml:space="preserve"> </w:t>
      </w:r>
      <w:r w:rsidRPr="00B506FB">
        <w:rPr>
          <w:color w:val="000000" w:themeColor="text1"/>
          <w:sz w:val="28"/>
          <w:szCs w:val="28"/>
        </w:rPr>
        <w:t>талаптары</w:t>
      </w:r>
      <w:r w:rsidRPr="00B506FB">
        <w:rPr>
          <w:color w:val="000000" w:themeColor="text1"/>
          <w:sz w:val="28"/>
          <w:szCs w:val="28"/>
          <w:lang w:val="en-US"/>
        </w:rPr>
        <w:t xml:space="preserve"> </w:t>
      </w:r>
      <w:r w:rsidRPr="00B506FB">
        <w:rPr>
          <w:color w:val="000000" w:themeColor="text1"/>
          <w:sz w:val="28"/>
          <w:szCs w:val="28"/>
        </w:rPr>
        <w:t>мен</w:t>
      </w:r>
      <w:r w:rsidRPr="00B506FB">
        <w:rPr>
          <w:color w:val="000000" w:themeColor="text1"/>
          <w:sz w:val="28"/>
          <w:szCs w:val="28"/>
          <w:lang w:val="en-US"/>
        </w:rPr>
        <w:t xml:space="preserve"> </w:t>
      </w:r>
      <w:r w:rsidRPr="00B506FB">
        <w:rPr>
          <w:color w:val="000000" w:themeColor="text1"/>
          <w:sz w:val="28"/>
          <w:szCs w:val="28"/>
        </w:rPr>
        <w:t>ғимараттың</w:t>
      </w:r>
      <w:r w:rsidRPr="00B506FB">
        <w:rPr>
          <w:color w:val="000000" w:themeColor="text1"/>
          <w:sz w:val="28"/>
          <w:szCs w:val="28"/>
          <w:lang w:val="en-US"/>
        </w:rPr>
        <w:t xml:space="preserve"> </w:t>
      </w:r>
      <w:r w:rsidRPr="00B506FB">
        <w:rPr>
          <w:color w:val="000000" w:themeColor="text1"/>
          <w:sz w:val="28"/>
          <w:szCs w:val="28"/>
        </w:rPr>
        <w:t>инженерлік</w:t>
      </w:r>
      <w:r w:rsidRPr="00B506FB">
        <w:rPr>
          <w:color w:val="000000" w:themeColor="text1"/>
          <w:sz w:val="28"/>
          <w:szCs w:val="28"/>
          <w:lang w:val="en-US"/>
        </w:rPr>
        <w:t xml:space="preserve"> </w:t>
      </w:r>
      <w:r w:rsidRPr="00B506FB">
        <w:rPr>
          <w:color w:val="000000" w:themeColor="text1"/>
          <w:sz w:val="28"/>
          <w:szCs w:val="28"/>
        </w:rPr>
        <w:t>жүйелерін</w:t>
      </w:r>
      <w:r w:rsidRPr="00B506FB">
        <w:rPr>
          <w:color w:val="000000" w:themeColor="text1"/>
          <w:sz w:val="28"/>
          <w:szCs w:val="28"/>
          <w:lang w:val="en-US"/>
        </w:rPr>
        <w:t xml:space="preserve"> </w:t>
      </w:r>
      <w:r w:rsidRPr="00B506FB">
        <w:rPr>
          <w:color w:val="000000" w:themeColor="text1"/>
          <w:sz w:val="28"/>
          <w:szCs w:val="28"/>
        </w:rPr>
        <w:t>пайдалану</w:t>
      </w:r>
      <w:r w:rsidRPr="00B506FB">
        <w:rPr>
          <w:color w:val="000000" w:themeColor="text1"/>
          <w:sz w:val="28"/>
          <w:szCs w:val="28"/>
          <w:lang w:val="en-US"/>
        </w:rPr>
        <w:t xml:space="preserve"> </w:t>
      </w:r>
      <w:r w:rsidRPr="00B506FB">
        <w:rPr>
          <w:color w:val="000000" w:themeColor="text1"/>
          <w:sz w:val="28"/>
          <w:szCs w:val="28"/>
        </w:rPr>
        <w:t>қағидаларын</w:t>
      </w:r>
      <w:r w:rsidRPr="00B506FB">
        <w:rPr>
          <w:color w:val="000000" w:themeColor="text1"/>
          <w:sz w:val="28"/>
          <w:szCs w:val="28"/>
          <w:lang w:val="en-US"/>
        </w:rPr>
        <w:t xml:space="preserve"> </w:t>
      </w:r>
      <w:r w:rsidRPr="00B506FB">
        <w:rPr>
          <w:color w:val="000000" w:themeColor="text1"/>
          <w:sz w:val="28"/>
          <w:szCs w:val="28"/>
        </w:rPr>
        <w:t>сақтай</w:t>
      </w:r>
      <w:r w:rsidRPr="00B506FB">
        <w:rPr>
          <w:color w:val="000000" w:themeColor="text1"/>
          <w:sz w:val="28"/>
          <w:szCs w:val="28"/>
          <w:lang w:val="en-US"/>
        </w:rPr>
        <w:t xml:space="preserve"> </w:t>
      </w:r>
      <w:r w:rsidRPr="00B506FB">
        <w:rPr>
          <w:color w:val="000000" w:themeColor="text1"/>
          <w:sz w:val="28"/>
          <w:szCs w:val="28"/>
        </w:rPr>
        <w:t>отырып</w:t>
      </w:r>
      <w:r w:rsidRPr="00B506FB">
        <w:rPr>
          <w:color w:val="000000" w:themeColor="text1"/>
          <w:sz w:val="28"/>
          <w:szCs w:val="28"/>
          <w:lang w:val="en-US"/>
        </w:rPr>
        <w:t xml:space="preserve"> </w:t>
      </w:r>
      <w:r w:rsidRPr="00B506FB">
        <w:rPr>
          <w:color w:val="000000" w:themeColor="text1"/>
          <w:sz w:val="28"/>
          <w:szCs w:val="28"/>
        </w:rPr>
        <w:t>жол</w:t>
      </w:r>
      <w:r w:rsidRPr="00B506FB">
        <w:rPr>
          <w:color w:val="000000" w:themeColor="text1"/>
          <w:sz w:val="28"/>
          <w:szCs w:val="28"/>
          <w:lang w:val="en-US"/>
        </w:rPr>
        <w:t xml:space="preserve"> </w:t>
      </w:r>
      <w:r w:rsidRPr="00B506FB">
        <w:rPr>
          <w:color w:val="000000" w:themeColor="text1"/>
          <w:sz w:val="28"/>
          <w:szCs w:val="28"/>
        </w:rPr>
        <w:t>беріледі</w:t>
      </w:r>
      <w:r w:rsidRPr="00B506FB">
        <w:rPr>
          <w:color w:val="000000" w:themeColor="text1"/>
          <w:sz w:val="28"/>
          <w:szCs w:val="28"/>
          <w:lang w:val="en-US"/>
        </w:rPr>
        <w:t>.</w:t>
      </w:r>
    </w:p>
    <w:p w14:paraId="11C7057F" w14:textId="6B40CA41" w:rsidR="00B506FB" w:rsidRPr="00B506FB" w:rsidRDefault="00B506FB" w:rsidP="007F6C8D">
      <w:pPr>
        <w:pStyle w:val="31"/>
        <w:spacing w:before="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B506FB">
        <w:rPr>
          <w:rFonts w:ascii="Times New Roman" w:hAnsi="Times New Roman" w:cs="Times New Roman"/>
          <w:color w:val="000000" w:themeColor="text1"/>
          <w:sz w:val="28"/>
          <w:szCs w:val="28"/>
        </w:rPr>
        <w:t>2.4. Кәріз жүйелеріндегі авариялық-қалпына келтіру жұмыстары</w:t>
      </w:r>
    </w:p>
    <w:p w14:paraId="1B2A9036" w14:textId="77777777" w:rsidR="00B506FB" w:rsidRPr="00B506FB" w:rsidRDefault="00B506FB" w:rsidP="007F6C8D">
      <w:pPr>
        <w:numPr>
          <w:ilvl w:val="0"/>
          <w:numId w:val="39"/>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Кәріз құбырлары мен қосылыстарындағы бітелулерді жою.</w:t>
      </w:r>
    </w:p>
    <w:p w14:paraId="4AEB2E80" w14:textId="77777777" w:rsidR="00B506FB" w:rsidRPr="00B506FB" w:rsidRDefault="00B506FB" w:rsidP="007F6C8D">
      <w:pPr>
        <w:numPr>
          <w:ilvl w:val="0"/>
          <w:numId w:val="39"/>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lastRenderedPageBreak/>
        <w:t>Кәріз жүйесіндегі су ағуы мен герметиканың бұзылу себептерін анықтау және жою.</w:t>
      </w:r>
    </w:p>
    <w:p w14:paraId="3B63B7E5" w14:textId="77777777" w:rsidR="00B506FB" w:rsidRPr="00B506FB" w:rsidRDefault="00B506FB" w:rsidP="007F6C8D">
      <w:pPr>
        <w:numPr>
          <w:ilvl w:val="0"/>
          <w:numId w:val="39"/>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Құбырлардың зақымданған учаскелерін және жалғағыш элементтерді бөлшектеу.</w:t>
      </w:r>
    </w:p>
    <w:p w14:paraId="7B92AC65" w14:textId="77777777" w:rsidR="00B506FB" w:rsidRPr="00B506FB" w:rsidRDefault="00B506FB" w:rsidP="007F6C8D">
      <w:pPr>
        <w:numPr>
          <w:ilvl w:val="0"/>
          <w:numId w:val="39"/>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Ақаулы құбырларды, фасондық бөлшектерді, тығыздағыштарды және қосылыстарды ауыстыру.</w:t>
      </w:r>
    </w:p>
    <w:p w14:paraId="44ECA796" w14:textId="77777777" w:rsidR="00B506FB" w:rsidRPr="00B506FB" w:rsidRDefault="00B506FB" w:rsidP="007F6C8D">
      <w:pPr>
        <w:numPr>
          <w:ilvl w:val="0"/>
          <w:numId w:val="39"/>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Кәріз қосылыстарының герметикалығын қалпына келтіру.</w:t>
      </w:r>
    </w:p>
    <w:p w14:paraId="45E5F9F0" w14:textId="77777777" w:rsidR="00B506FB" w:rsidRPr="00B506FB" w:rsidRDefault="00B506FB" w:rsidP="007F6C8D">
      <w:pPr>
        <w:numPr>
          <w:ilvl w:val="0"/>
          <w:numId w:val="39"/>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Жұмыстар аяқталғаннан кейін жүйенің жұмысқа қабілеттілігін және ағып кетудің жоқтығын тексеру.</w:t>
      </w:r>
    </w:p>
    <w:p w14:paraId="22B23ADD" w14:textId="2F9C05BE" w:rsidR="00B506FB" w:rsidRPr="00B506FB" w:rsidRDefault="00B506FB" w:rsidP="007F6C8D">
      <w:pPr>
        <w:pStyle w:val="31"/>
        <w:spacing w:before="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B506FB">
        <w:rPr>
          <w:rFonts w:ascii="Times New Roman" w:hAnsi="Times New Roman" w:cs="Times New Roman"/>
          <w:color w:val="000000" w:themeColor="text1"/>
          <w:sz w:val="28"/>
          <w:szCs w:val="28"/>
        </w:rPr>
        <w:t>2.5. Электр желілерінің авариялық және өрт қаупін тудыратын ақауларын жою жөніндегі жұмыстар</w:t>
      </w:r>
    </w:p>
    <w:p w14:paraId="2A88FF7C" w14:textId="77777777" w:rsidR="00B506FB" w:rsidRPr="00B506FB" w:rsidRDefault="00B506FB" w:rsidP="007F6C8D">
      <w:pPr>
        <w:numPr>
          <w:ilvl w:val="0"/>
          <w:numId w:val="40"/>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Пәтерлердің ішіндегі электр желілері мен электр жабдықтарынан анықталған ақауларды тексеру.</w:t>
      </w:r>
    </w:p>
    <w:p w14:paraId="64BE11A9" w14:textId="77777777" w:rsidR="00B506FB" w:rsidRPr="00B506FB" w:rsidRDefault="00B506FB" w:rsidP="007F6C8D">
      <w:pPr>
        <w:numPr>
          <w:ilvl w:val="0"/>
          <w:numId w:val="40"/>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Электр сымдарының зақымданған учаскелерін, ақаулы қосылыстарды, розеткаларды, ажыратқыштарды және басқа элементтерді анықтау.</w:t>
      </w:r>
    </w:p>
    <w:p w14:paraId="6AB86386" w14:textId="77777777" w:rsidR="00B506FB" w:rsidRPr="00B506FB" w:rsidRDefault="00B506FB" w:rsidP="007F6C8D">
      <w:pPr>
        <w:numPr>
          <w:ilvl w:val="0"/>
          <w:numId w:val="40"/>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Қажет болған жағдайда авариялық учаскелерді қауіпсіз ажырату бойынша бастапқы кезектегі шараларды қабылдау.</w:t>
      </w:r>
    </w:p>
    <w:p w14:paraId="3ECEF16F" w14:textId="77777777" w:rsidR="00B506FB" w:rsidRPr="00B506FB" w:rsidRDefault="00B506FB" w:rsidP="007F6C8D">
      <w:pPr>
        <w:numPr>
          <w:ilvl w:val="0"/>
          <w:numId w:val="40"/>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Келісілген жұмыстар көлемі шегінде электр желісінің зақымданған элементтерін бөлшектеу және ауыстыру.</w:t>
      </w:r>
    </w:p>
    <w:p w14:paraId="2410FC6D" w14:textId="77777777" w:rsidR="00B506FB" w:rsidRPr="00B506FB" w:rsidRDefault="00B506FB" w:rsidP="007F6C8D">
      <w:pPr>
        <w:numPr>
          <w:ilvl w:val="0"/>
          <w:numId w:val="40"/>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Электр қосылыстарының сенімділігін және оқшаулаудың тұтастығын қалпына келтіру.</w:t>
      </w:r>
    </w:p>
    <w:p w14:paraId="3AB0B7EA" w14:textId="77777777" w:rsidR="00B506FB" w:rsidRPr="00B506FB" w:rsidRDefault="00B506FB" w:rsidP="007F6C8D">
      <w:pPr>
        <w:numPr>
          <w:ilvl w:val="0"/>
          <w:numId w:val="40"/>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Орындалған жұмыстардың қауіпсіздігі мен жұмысқа қабілеттілігін қолданыстағы талаптарда көзделген тиісті өлшеулер мен тексерулер арқылы растау.</w:t>
      </w:r>
    </w:p>
    <w:p w14:paraId="288C6F70" w14:textId="0F9513AE" w:rsidR="00B506FB" w:rsidRPr="00B506FB" w:rsidRDefault="00B506FB" w:rsidP="007F6C8D">
      <w:pPr>
        <w:pStyle w:val="x12ofw9d"/>
        <w:spacing w:before="0" w:beforeAutospacing="0"/>
        <w:jc w:val="both"/>
        <w:rPr>
          <w:color w:val="000000" w:themeColor="text1"/>
          <w:sz w:val="28"/>
          <w:szCs w:val="28"/>
          <w:lang w:val="en-US"/>
        </w:rPr>
      </w:pPr>
      <w:r>
        <w:rPr>
          <w:color w:val="000000" w:themeColor="text1"/>
          <w:sz w:val="28"/>
          <w:szCs w:val="28"/>
        </w:rPr>
        <w:tab/>
      </w:r>
      <w:r w:rsidRPr="00B506FB">
        <w:rPr>
          <w:color w:val="000000" w:themeColor="text1"/>
          <w:sz w:val="28"/>
          <w:szCs w:val="28"/>
        </w:rPr>
        <w:t>Электротехникалық</w:t>
      </w:r>
      <w:r w:rsidRPr="00B506FB">
        <w:rPr>
          <w:color w:val="000000" w:themeColor="text1"/>
          <w:sz w:val="28"/>
          <w:szCs w:val="28"/>
          <w:lang w:val="en-US"/>
        </w:rPr>
        <w:t xml:space="preserve"> </w:t>
      </w:r>
      <w:r w:rsidRPr="00B506FB">
        <w:rPr>
          <w:color w:val="000000" w:themeColor="text1"/>
          <w:sz w:val="28"/>
          <w:szCs w:val="28"/>
        </w:rPr>
        <w:t>жұмыстар</w:t>
      </w:r>
      <w:r w:rsidRPr="00B506FB">
        <w:rPr>
          <w:color w:val="000000" w:themeColor="text1"/>
          <w:sz w:val="28"/>
          <w:szCs w:val="28"/>
          <w:lang w:val="en-US"/>
        </w:rPr>
        <w:t xml:space="preserve"> </w:t>
      </w:r>
      <w:r w:rsidRPr="00B506FB">
        <w:rPr>
          <w:color w:val="000000" w:themeColor="text1"/>
          <w:sz w:val="28"/>
          <w:szCs w:val="28"/>
        </w:rPr>
        <w:t>электр</w:t>
      </w:r>
      <w:r w:rsidRPr="00B506FB">
        <w:rPr>
          <w:color w:val="000000" w:themeColor="text1"/>
          <w:sz w:val="28"/>
          <w:szCs w:val="28"/>
          <w:lang w:val="en-US"/>
        </w:rPr>
        <w:t xml:space="preserve"> </w:t>
      </w:r>
      <w:r w:rsidRPr="00B506FB">
        <w:rPr>
          <w:color w:val="000000" w:themeColor="text1"/>
          <w:sz w:val="28"/>
          <w:szCs w:val="28"/>
        </w:rPr>
        <w:t>қауіпсіздігі</w:t>
      </w:r>
      <w:r w:rsidRPr="00B506FB">
        <w:rPr>
          <w:color w:val="000000" w:themeColor="text1"/>
          <w:sz w:val="28"/>
          <w:szCs w:val="28"/>
          <w:lang w:val="en-US"/>
        </w:rPr>
        <w:t xml:space="preserve"> </w:t>
      </w:r>
      <w:r w:rsidRPr="00B506FB">
        <w:rPr>
          <w:color w:val="000000" w:themeColor="text1"/>
          <w:sz w:val="28"/>
          <w:szCs w:val="28"/>
        </w:rPr>
        <w:t>талаптарын</w:t>
      </w:r>
      <w:r w:rsidRPr="00B506FB">
        <w:rPr>
          <w:color w:val="000000" w:themeColor="text1"/>
          <w:sz w:val="28"/>
          <w:szCs w:val="28"/>
          <w:lang w:val="en-US"/>
        </w:rPr>
        <w:t xml:space="preserve"> </w:t>
      </w:r>
      <w:r w:rsidRPr="00B506FB">
        <w:rPr>
          <w:color w:val="000000" w:themeColor="text1"/>
          <w:sz w:val="28"/>
          <w:szCs w:val="28"/>
        </w:rPr>
        <w:t>сақтай</w:t>
      </w:r>
      <w:r w:rsidRPr="00B506FB">
        <w:rPr>
          <w:color w:val="000000" w:themeColor="text1"/>
          <w:sz w:val="28"/>
          <w:szCs w:val="28"/>
          <w:lang w:val="en-US"/>
        </w:rPr>
        <w:t xml:space="preserve"> </w:t>
      </w:r>
      <w:r w:rsidRPr="00B506FB">
        <w:rPr>
          <w:color w:val="000000" w:themeColor="text1"/>
          <w:sz w:val="28"/>
          <w:szCs w:val="28"/>
        </w:rPr>
        <w:t>отырып</w:t>
      </w:r>
      <w:r w:rsidRPr="00B506FB">
        <w:rPr>
          <w:color w:val="000000" w:themeColor="text1"/>
          <w:sz w:val="28"/>
          <w:szCs w:val="28"/>
          <w:lang w:val="en-US"/>
        </w:rPr>
        <w:t xml:space="preserve">, </w:t>
      </w:r>
      <w:r w:rsidRPr="00B506FB">
        <w:rPr>
          <w:color w:val="000000" w:themeColor="text1"/>
          <w:sz w:val="28"/>
          <w:szCs w:val="28"/>
        </w:rPr>
        <w:t>білікті</w:t>
      </w:r>
      <w:r w:rsidRPr="00B506FB">
        <w:rPr>
          <w:color w:val="000000" w:themeColor="text1"/>
          <w:sz w:val="28"/>
          <w:szCs w:val="28"/>
          <w:lang w:val="en-US"/>
        </w:rPr>
        <w:t xml:space="preserve"> </w:t>
      </w:r>
      <w:r w:rsidRPr="00B506FB">
        <w:rPr>
          <w:color w:val="000000" w:themeColor="text1"/>
          <w:sz w:val="28"/>
          <w:szCs w:val="28"/>
        </w:rPr>
        <w:t>персоналмен</w:t>
      </w:r>
      <w:r w:rsidRPr="00B506FB">
        <w:rPr>
          <w:color w:val="000000" w:themeColor="text1"/>
          <w:sz w:val="28"/>
          <w:szCs w:val="28"/>
          <w:lang w:val="en-US"/>
        </w:rPr>
        <w:t xml:space="preserve"> </w:t>
      </w:r>
      <w:r w:rsidRPr="00B506FB">
        <w:rPr>
          <w:color w:val="000000" w:themeColor="text1"/>
          <w:sz w:val="28"/>
          <w:szCs w:val="28"/>
        </w:rPr>
        <w:t>орындалады</w:t>
      </w:r>
      <w:r w:rsidRPr="00B506FB">
        <w:rPr>
          <w:color w:val="000000" w:themeColor="text1"/>
          <w:sz w:val="28"/>
          <w:szCs w:val="28"/>
          <w:lang w:val="en-US"/>
        </w:rPr>
        <w:t xml:space="preserve">. </w:t>
      </w:r>
      <w:r w:rsidRPr="00B506FB">
        <w:rPr>
          <w:color w:val="000000" w:themeColor="text1"/>
          <w:sz w:val="28"/>
          <w:szCs w:val="28"/>
        </w:rPr>
        <w:t>Арнайы</w:t>
      </w:r>
      <w:r w:rsidRPr="00B506FB">
        <w:rPr>
          <w:color w:val="000000" w:themeColor="text1"/>
          <w:sz w:val="28"/>
          <w:szCs w:val="28"/>
          <w:lang w:val="en-US"/>
        </w:rPr>
        <w:t xml:space="preserve"> </w:t>
      </w:r>
      <w:r w:rsidRPr="00B506FB">
        <w:rPr>
          <w:color w:val="000000" w:themeColor="text1"/>
          <w:sz w:val="28"/>
          <w:szCs w:val="28"/>
        </w:rPr>
        <w:t>рұқсатты</w:t>
      </w:r>
      <w:r w:rsidRPr="00B506FB">
        <w:rPr>
          <w:color w:val="000000" w:themeColor="text1"/>
          <w:sz w:val="28"/>
          <w:szCs w:val="28"/>
          <w:lang w:val="en-US"/>
        </w:rPr>
        <w:t xml:space="preserve"> </w:t>
      </w:r>
      <w:r w:rsidRPr="00B506FB">
        <w:rPr>
          <w:color w:val="000000" w:themeColor="text1"/>
          <w:sz w:val="28"/>
          <w:szCs w:val="28"/>
        </w:rPr>
        <w:t>немесе</w:t>
      </w:r>
      <w:r w:rsidRPr="00B506FB">
        <w:rPr>
          <w:color w:val="000000" w:themeColor="text1"/>
          <w:sz w:val="28"/>
          <w:szCs w:val="28"/>
          <w:lang w:val="en-US"/>
        </w:rPr>
        <w:t xml:space="preserve"> </w:t>
      </w:r>
      <w:r w:rsidRPr="00B506FB">
        <w:rPr>
          <w:color w:val="000000" w:themeColor="text1"/>
          <w:sz w:val="28"/>
          <w:szCs w:val="28"/>
        </w:rPr>
        <w:t>электрмен</w:t>
      </w:r>
      <w:r w:rsidRPr="00B506FB">
        <w:rPr>
          <w:color w:val="000000" w:themeColor="text1"/>
          <w:sz w:val="28"/>
          <w:szCs w:val="28"/>
          <w:lang w:val="en-US"/>
        </w:rPr>
        <w:t xml:space="preserve"> </w:t>
      </w:r>
      <w:r w:rsidRPr="00B506FB">
        <w:rPr>
          <w:color w:val="000000" w:themeColor="text1"/>
          <w:sz w:val="28"/>
          <w:szCs w:val="28"/>
        </w:rPr>
        <w:t>жабдықтауды</w:t>
      </w:r>
      <w:r w:rsidRPr="00B506FB">
        <w:rPr>
          <w:color w:val="000000" w:themeColor="text1"/>
          <w:sz w:val="28"/>
          <w:szCs w:val="28"/>
          <w:lang w:val="en-US"/>
        </w:rPr>
        <w:t xml:space="preserve"> </w:t>
      </w:r>
      <w:r w:rsidRPr="00B506FB">
        <w:rPr>
          <w:color w:val="000000" w:themeColor="text1"/>
          <w:sz w:val="28"/>
          <w:szCs w:val="28"/>
        </w:rPr>
        <w:t>ажыратуды</w:t>
      </w:r>
      <w:r w:rsidRPr="00B506FB">
        <w:rPr>
          <w:color w:val="000000" w:themeColor="text1"/>
          <w:sz w:val="28"/>
          <w:szCs w:val="28"/>
          <w:lang w:val="en-US"/>
        </w:rPr>
        <w:t xml:space="preserve"> </w:t>
      </w:r>
      <w:r w:rsidRPr="00B506FB">
        <w:rPr>
          <w:color w:val="000000" w:themeColor="text1"/>
          <w:sz w:val="28"/>
          <w:szCs w:val="28"/>
        </w:rPr>
        <w:t>талап</w:t>
      </w:r>
      <w:r w:rsidRPr="00B506FB">
        <w:rPr>
          <w:color w:val="000000" w:themeColor="text1"/>
          <w:sz w:val="28"/>
          <w:szCs w:val="28"/>
          <w:lang w:val="en-US"/>
        </w:rPr>
        <w:t xml:space="preserve"> </w:t>
      </w:r>
      <w:r w:rsidRPr="00B506FB">
        <w:rPr>
          <w:color w:val="000000" w:themeColor="text1"/>
          <w:sz w:val="28"/>
          <w:szCs w:val="28"/>
        </w:rPr>
        <w:t>ететін</w:t>
      </w:r>
      <w:r w:rsidRPr="00B506FB">
        <w:rPr>
          <w:color w:val="000000" w:themeColor="text1"/>
          <w:sz w:val="28"/>
          <w:szCs w:val="28"/>
          <w:lang w:val="en-US"/>
        </w:rPr>
        <w:t xml:space="preserve"> </w:t>
      </w:r>
      <w:r w:rsidRPr="00B506FB">
        <w:rPr>
          <w:color w:val="000000" w:themeColor="text1"/>
          <w:sz w:val="28"/>
          <w:szCs w:val="28"/>
        </w:rPr>
        <w:t>жұмыстар</w:t>
      </w:r>
      <w:r w:rsidRPr="00B506FB">
        <w:rPr>
          <w:color w:val="000000" w:themeColor="text1"/>
          <w:sz w:val="28"/>
          <w:szCs w:val="28"/>
          <w:lang w:val="en-US"/>
        </w:rPr>
        <w:t xml:space="preserve"> </w:t>
      </w:r>
      <w:r w:rsidRPr="00B506FB">
        <w:rPr>
          <w:color w:val="000000" w:themeColor="text1"/>
          <w:sz w:val="28"/>
          <w:szCs w:val="28"/>
        </w:rPr>
        <w:t>белгіленген</w:t>
      </w:r>
      <w:r w:rsidRPr="00B506FB">
        <w:rPr>
          <w:color w:val="000000" w:themeColor="text1"/>
          <w:sz w:val="28"/>
          <w:szCs w:val="28"/>
          <w:lang w:val="en-US"/>
        </w:rPr>
        <w:t xml:space="preserve"> </w:t>
      </w:r>
      <w:r w:rsidRPr="00B506FB">
        <w:rPr>
          <w:color w:val="000000" w:themeColor="text1"/>
          <w:sz w:val="28"/>
          <w:szCs w:val="28"/>
        </w:rPr>
        <w:t>тәртіпке</w:t>
      </w:r>
      <w:r w:rsidRPr="00B506FB">
        <w:rPr>
          <w:color w:val="000000" w:themeColor="text1"/>
          <w:sz w:val="28"/>
          <w:szCs w:val="28"/>
          <w:lang w:val="en-US"/>
        </w:rPr>
        <w:t xml:space="preserve"> </w:t>
      </w:r>
      <w:r w:rsidRPr="00B506FB">
        <w:rPr>
          <w:color w:val="000000" w:themeColor="text1"/>
          <w:sz w:val="28"/>
          <w:szCs w:val="28"/>
        </w:rPr>
        <w:t>сәйкес</w:t>
      </w:r>
      <w:r w:rsidRPr="00B506FB">
        <w:rPr>
          <w:color w:val="000000" w:themeColor="text1"/>
          <w:sz w:val="28"/>
          <w:szCs w:val="28"/>
          <w:lang w:val="en-US"/>
        </w:rPr>
        <w:t xml:space="preserve"> </w:t>
      </w:r>
      <w:r w:rsidRPr="00B506FB">
        <w:rPr>
          <w:color w:val="000000" w:themeColor="text1"/>
          <w:sz w:val="28"/>
          <w:szCs w:val="28"/>
        </w:rPr>
        <w:t>жүргізіледі</w:t>
      </w:r>
      <w:r w:rsidRPr="00B506FB">
        <w:rPr>
          <w:color w:val="000000" w:themeColor="text1"/>
          <w:sz w:val="28"/>
          <w:szCs w:val="28"/>
          <w:lang w:val="en-US"/>
        </w:rPr>
        <w:t>.</w:t>
      </w:r>
    </w:p>
    <w:p w14:paraId="2E9BF6F4" w14:textId="6520C2E4" w:rsidR="00B506FB" w:rsidRPr="00B506FB" w:rsidRDefault="00B506FB" w:rsidP="007F6C8D">
      <w:pPr>
        <w:pStyle w:val="31"/>
        <w:spacing w:before="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B506FB">
        <w:rPr>
          <w:rFonts w:ascii="Times New Roman" w:hAnsi="Times New Roman" w:cs="Times New Roman"/>
          <w:color w:val="000000" w:themeColor="text1"/>
          <w:sz w:val="28"/>
          <w:szCs w:val="28"/>
        </w:rPr>
        <w:t>2.6. Бөлшектеу және дайындық жұмыстары</w:t>
      </w:r>
    </w:p>
    <w:p w14:paraId="305DAB42" w14:textId="77777777" w:rsidR="00B506FB" w:rsidRPr="00B506FB" w:rsidRDefault="00B506FB" w:rsidP="007F6C8D">
      <w:pPr>
        <w:numPr>
          <w:ilvl w:val="0"/>
          <w:numId w:val="41"/>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Жұмыстар жүргізілетін орындарға қауіпсіз қолжетімділікті ұйымдастыру.</w:t>
      </w:r>
    </w:p>
    <w:p w14:paraId="147FDACC" w14:textId="77777777" w:rsidR="00B506FB" w:rsidRPr="00B506FB" w:rsidRDefault="00B506FB" w:rsidP="007F6C8D">
      <w:pPr>
        <w:numPr>
          <w:ilvl w:val="0"/>
          <w:numId w:val="41"/>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Зақымданған коммуникацияларға қол жеткізу үшін қажетті көлемде конструкцияларды ашу және әрлеу жабындарын жергілікті түрде ашу.</w:t>
      </w:r>
    </w:p>
    <w:p w14:paraId="07F97318" w14:textId="77777777" w:rsidR="00B506FB" w:rsidRPr="00B506FB" w:rsidRDefault="00B506FB" w:rsidP="007F6C8D">
      <w:pPr>
        <w:numPr>
          <w:ilvl w:val="0"/>
          <w:numId w:val="41"/>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Қажет болған жағдайда авариялық коммуникацияларға қолжетімділікті қамтамасыз ету мақсатында пәтердің кіреберіс есігінің құлыптарын ашу және қалпына келтіру.</w:t>
      </w:r>
    </w:p>
    <w:p w14:paraId="07C10EED" w14:textId="77777777" w:rsidR="00B506FB" w:rsidRPr="00B506FB" w:rsidRDefault="00B506FB" w:rsidP="007F6C8D">
      <w:pPr>
        <w:numPr>
          <w:ilvl w:val="0"/>
          <w:numId w:val="41"/>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Жұмыстарды орындауға кедергі келтіретін зақымданған құбырларды, арматураны, бекіткіштерді және өзге де элементтерді бөлшектеу.</w:t>
      </w:r>
    </w:p>
    <w:p w14:paraId="14665E36" w14:textId="77777777" w:rsidR="00B506FB" w:rsidRPr="00B506FB" w:rsidRDefault="00B506FB" w:rsidP="007F6C8D">
      <w:pPr>
        <w:numPr>
          <w:ilvl w:val="0"/>
          <w:numId w:val="41"/>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lastRenderedPageBreak/>
        <w:t>Қолданыстағы коммуникациялар мен мүлікті зақымданудан қорғау шараларын қабылдау.</w:t>
      </w:r>
    </w:p>
    <w:p w14:paraId="3638F55D" w14:textId="77777777" w:rsidR="00B506FB" w:rsidRPr="00B506FB" w:rsidRDefault="00B506FB" w:rsidP="007F6C8D">
      <w:pPr>
        <w:numPr>
          <w:ilvl w:val="0"/>
          <w:numId w:val="41"/>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Жұмыстарды орындау барысында тікелей пайда болған қалдықтарды жинау және шығару.</w:t>
      </w:r>
    </w:p>
    <w:p w14:paraId="4229D005" w14:textId="34E18603" w:rsidR="00B506FB" w:rsidRPr="00B506FB" w:rsidRDefault="00B506FB" w:rsidP="007F6C8D">
      <w:pPr>
        <w:pStyle w:val="31"/>
        <w:spacing w:before="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B506FB">
        <w:rPr>
          <w:rFonts w:ascii="Times New Roman" w:hAnsi="Times New Roman" w:cs="Times New Roman"/>
          <w:color w:val="000000" w:themeColor="text1"/>
          <w:sz w:val="28"/>
          <w:szCs w:val="28"/>
        </w:rPr>
        <w:t>2.7. Қалпына келтіру жұмыстары және авариялық жағдайды аяқтау</w:t>
      </w:r>
    </w:p>
    <w:p w14:paraId="591E247C" w14:textId="77777777" w:rsidR="00B506FB" w:rsidRPr="00B506FB" w:rsidRDefault="00B506FB" w:rsidP="007F6C8D">
      <w:pPr>
        <w:numPr>
          <w:ilvl w:val="0"/>
          <w:numId w:val="42"/>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Жұмыстар тікелей жүргізілген орындарда қажетті жергілікті қалпына келтіру жұмыстарын орындау.</w:t>
      </w:r>
    </w:p>
    <w:p w14:paraId="746A8CA0" w14:textId="77777777" w:rsidR="00B506FB" w:rsidRPr="00B506FB" w:rsidRDefault="00B506FB" w:rsidP="007F6C8D">
      <w:pPr>
        <w:numPr>
          <w:ilvl w:val="0"/>
          <w:numId w:val="42"/>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Жөнделген инженерлік жүйе учаскесінің жұмысқа қабілеттілігін тексеру.</w:t>
      </w:r>
    </w:p>
    <w:p w14:paraId="36A1BF53" w14:textId="77777777" w:rsidR="00B506FB" w:rsidRPr="00B506FB" w:rsidRDefault="00B506FB" w:rsidP="007F6C8D">
      <w:pPr>
        <w:numPr>
          <w:ilvl w:val="0"/>
          <w:numId w:val="42"/>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Су ағуының, сұйықтықтың ағып кетуінің және өзге де ақау белгілерінің жоқтығын тексеру.</w:t>
      </w:r>
    </w:p>
    <w:p w14:paraId="7635ADE3" w14:textId="77777777" w:rsidR="00B506FB" w:rsidRPr="00B506FB" w:rsidRDefault="00B506FB" w:rsidP="007F6C8D">
      <w:pPr>
        <w:numPr>
          <w:ilvl w:val="0"/>
          <w:numId w:val="42"/>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Жұмыс орнын тазалау және пайда болған қоқысты шығару.</w:t>
      </w:r>
    </w:p>
    <w:p w14:paraId="045CDC66" w14:textId="77777777" w:rsidR="00B506FB" w:rsidRPr="00B506FB" w:rsidRDefault="00B506FB" w:rsidP="007F6C8D">
      <w:pPr>
        <w:numPr>
          <w:ilvl w:val="0"/>
          <w:numId w:val="42"/>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Жұмыстар орындалғанға дейінгі және орындалғаннан кейінгі объектінің жай-күйін фотофиксациялау.</w:t>
      </w:r>
    </w:p>
    <w:p w14:paraId="797FDD23" w14:textId="77777777" w:rsidR="00B506FB" w:rsidRPr="00B506FB" w:rsidRDefault="00B506FB" w:rsidP="007F6C8D">
      <w:pPr>
        <w:numPr>
          <w:ilvl w:val="0"/>
          <w:numId w:val="42"/>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Орындалған жұмыстар туралы есеп дайындау, оған ақаулар актісін, пайдаланылған материалдар тізбесін және фотосуреттерді қоса беру.</w:t>
      </w:r>
    </w:p>
    <w:p w14:paraId="39538EBD" w14:textId="4ADEEB1E" w:rsidR="00B506FB" w:rsidRPr="00B506FB" w:rsidRDefault="00B506FB" w:rsidP="007F6C8D">
      <w:pPr>
        <w:pStyle w:val="x12ofw9d"/>
        <w:spacing w:before="0" w:beforeAutospacing="0"/>
        <w:jc w:val="both"/>
        <w:rPr>
          <w:color w:val="000000" w:themeColor="text1"/>
          <w:sz w:val="28"/>
          <w:szCs w:val="28"/>
          <w:lang w:val="en-US"/>
        </w:rPr>
      </w:pPr>
      <w:r>
        <w:rPr>
          <w:color w:val="000000" w:themeColor="text1"/>
          <w:sz w:val="28"/>
          <w:szCs w:val="28"/>
        </w:rPr>
        <w:tab/>
      </w:r>
      <w:r w:rsidRPr="00B506FB">
        <w:rPr>
          <w:color w:val="000000" w:themeColor="text1"/>
          <w:sz w:val="28"/>
          <w:szCs w:val="28"/>
        </w:rPr>
        <w:t>Әрбір</w:t>
      </w:r>
      <w:r w:rsidRPr="00B506FB">
        <w:rPr>
          <w:color w:val="000000" w:themeColor="text1"/>
          <w:sz w:val="28"/>
          <w:szCs w:val="28"/>
          <w:lang w:val="en-US"/>
        </w:rPr>
        <w:t xml:space="preserve"> </w:t>
      </w:r>
      <w:r w:rsidRPr="00B506FB">
        <w:rPr>
          <w:color w:val="000000" w:themeColor="text1"/>
          <w:sz w:val="28"/>
          <w:szCs w:val="28"/>
        </w:rPr>
        <w:t>объект</w:t>
      </w:r>
      <w:r w:rsidRPr="00B506FB">
        <w:rPr>
          <w:color w:val="000000" w:themeColor="text1"/>
          <w:sz w:val="28"/>
          <w:szCs w:val="28"/>
          <w:lang w:val="en-US"/>
        </w:rPr>
        <w:t xml:space="preserve"> </w:t>
      </w:r>
      <w:r w:rsidRPr="00B506FB">
        <w:rPr>
          <w:color w:val="000000" w:themeColor="text1"/>
          <w:sz w:val="28"/>
          <w:szCs w:val="28"/>
        </w:rPr>
        <w:t>бойынша</w:t>
      </w:r>
      <w:r w:rsidRPr="00B506FB">
        <w:rPr>
          <w:color w:val="000000" w:themeColor="text1"/>
          <w:sz w:val="28"/>
          <w:szCs w:val="28"/>
          <w:lang w:val="en-US"/>
        </w:rPr>
        <w:t xml:space="preserve"> </w:t>
      </w:r>
      <w:r w:rsidRPr="00B506FB">
        <w:rPr>
          <w:color w:val="000000" w:themeColor="text1"/>
          <w:sz w:val="28"/>
          <w:szCs w:val="28"/>
        </w:rPr>
        <w:t>жұмыстардың</w:t>
      </w:r>
      <w:r w:rsidRPr="00B506FB">
        <w:rPr>
          <w:color w:val="000000" w:themeColor="text1"/>
          <w:sz w:val="28"/>
          <w:szCs w:val="28"/>
          <w:lang w:val="en-US"/>
        </w:rPr>
        <w:t xml:space="preserve"> </w:t>
      </w:r>
      <w:r w:rsidRPr="00B506FB">
        <w:rPr>
          <w:color w:val="000000" w:themeColor="text1"/>
          <w:sz w:val="28"/>
          <w:szCs w:val="28"/>
        </w:rPr>
        <w:t>тізбесі</w:t>
      </w:r>
      <w:r w:rsidRPr="00B506FB">
        <w:rPr>
          <w:color w:val="000000" w:themeColor="text1"/>
          <w:sz w:val="28"/>
          <w:szCs w:val="28"/>
          <w:lang w:val="en-US"/>
        </w:rPr>
        <w:t xml:space="preserve"> </w:t>
      </w:r>
      <w:r w:rsidRPr="00B506FB">
        <w:rPr>
          <w:color w:val="000000" w:themeColor="text1"/>
          <w:sz w:val="28"/>
          <w:szCs w:val="28"/>
        </w:rPr>
        <w:t>инженерлік</w:t>
      </w:r>
      <w:r w:rsidRPr="00B506FB">
        <w:rPr>
          <w:color w:val="000000" w:themeColor="text1"/>
          <w:sz w:val="28"/>
          <w:szCs w:val="28"/>
          <w:lang w:val="en-US"/>
        </w:rPr>
        <w:t xml:space="preserve"> </w:t>
      </w:r>
      <w:r w:rsidRPr="00B506FB">
        <w:rPr>
          <w:color w:val="000000" w:themeColor="text1"/>
          <w:sz w:val="28"/>
          <w:szCs w:val="28"/>
        </w:rPr>
        <w:t>коммуникациялардың</w:t>
      </w:r>
      <w:r w:rsidRPr="00B506FB">
        <w:rPr>
          <w:color w:val="000000" w:themeColor="text1"/>
          <w:sz w:val="28"/>
          <w:szCs w:val="28"/>
          <w:lang w:val="en-US"/>
        </w:rPr>
        <w:t xml:space="preserve"> </w:t>
      </w:r>
      <w:r w:rsidRPr="00B506FB">
        <w:rPr>
          <w:color w:val="000000" w:themeColor="text1"/>
          <w:sz w:val="28"/>
          <w:szCs w:val="28"/>
        </w:rPr>
        <w:t>нақты</w:t>
      </w:r>
      <w:r w:rsidRPr="00B506FB">
        <w:rPr>
          <w:color w:val="000000" w:themeColor="text1"/>
          <w:sz w:val="28"/>
          <w:szCs w:val="28"/>
          <w:lang w:val="en-US"/>
        </w:rPr>
        <w:t xml:space="preserve"> </w:t>
      </w:r>
      <w:r w:rsidRPr="00B506FB">
        <w:rPr>
          <w:color w:val="000000" w:themeColor="text1"/>
          <w:sz w:val="28"/>
          <w:szCs w:val="28"/>
        </w:rPr>
        <w:t>жай</w:t>
      </w:r>
      <w:r w:rsidRPr="00B506FB">
        <w:rPr>
          <w:color w:val="000000" w:themeColor="text1"/>
          <w:sz w:val="28"/>
          <w:szCs w:val="28"/>
          <w:lang w:val="en-US"/>
        </w:rPr>
        <w:t>-</w:t>
      </w:r>
      <w:r w:rsidRPr="00B506FB">
        <w:rPr>
          <w:color w:val="000000" w:themeColor="text1"/>
          <w:sz w:val="28"/>
          <w:szCs w:val="28"/>
        </w:rPr>
        <w:t>күйіне</w:t>
      </w:r>
      <w:r w:rsidRPr="00B506FB">
        <w:rPr>
          <w:color w:val="000000" w:themeColor="text1"/>
          <w:sz w:val="28"/>
          <w:szCs w:val="28"/>
          <w:lang w:val="en-US"/>
        </w:rPr>
        <w:t xml:space="preserve"> </w:t>
      </w:r>
      <w:r w:rsidRPr="00B506FB">
        <w:rPr>
          <w:color w:val="000000" w:themeColor="text1"/>
          <w:sz w:val="28"/>
          <w:szCs w:val="28"/>
        </w:rPr>
        <w:t>қарай</w:t>
      </w:r>
      <w:r w:rsidRPr="00B506FB">
        <w:rPr>
          <w:color w:val="000000" w:themeColor="text1"/>
          <w:sz w:val="28"/>
          <w:szCs w:val="28"/>
          <w:lang w:val="en-US"/>
        </w:rPr>
        <w:t xml:space="preserve"> </w:t>
      </w:r>
      <w:r w:rsidRPr="00B506FB">
        <w:rPr>
          <w:color w:val="000000" w:themeColor="text1"/>
          <w:sz w:val="28"/>
          <w:szCs w:val="28"/>
        </w:rPr>
        <w:t>айқындалады</w:t>
      </w:r>
      <w:r w:rsidRPr="00B506FB">
        <w:rPr>
          <w:color w:val="000000" w:themeColor="text1"/>
          <w:sz w:val="28"/>
          <w:szCs w:val="28"/>
          <w:lang w:val="en-US"/>
        </w:rPr>
        <w:t xml:space="preserve">. </w:t>
      </w:r>
      <w:r w:rsidRPr="00B506FB">
        <w:rPr>
          <w:color w:val="000000" w:themeColor="text1"/>
          <w:sz w:val="28"/>
          <w:szCs w:val="28"/>
        </w:rPr>
        <w:t>Мердігер</w:t>
      </w:r>
      <w:r w:rsidRPr="00B506FB">
        <w:rPr>
          <w:color w:val="000000" w:themeColor="text1"/>
          <w:sz w:val="28"/>
          <w:szCs w:val="28"/>
          <w:lang w:val="en-US"/>
        </w:rPr>
        <w:t xml:space="preserve"> </w:t>
      </w:r>
      <w:r w:rsidRPr="00B506FB">
        <w:rPr>
          <w:color w:val="000000" w:themeColor="text1"/>
          <w:sz w:val="28"/>
          <w:szCs w:val="28"/>
        </w:rPr>
        <w:t>келісілген</w:t>
      </w:r>
      <w:r w:rsidRPr="00B506FB">
        <w:rPr>
          <w:color w:val="000000" w:themeColor="text1"/>
          <w:sz w:val="28"/>
          <w:szCs w:val="28"/>
          <w:lang w:val="en-US"/>
        </w:rPr>
        <w:t xml:space="preserve"> </w:t>
      </w:r>
      <w:r w:rsidRPr="00B506FB">
        <w:rPr>
          <w:color w:val="000000" w:themeColor="text1"/>
          <w:sz w:val="28"/>
          <w:szCs w:val="28"/>
        </w:rPr>
        <w:t>ақаулар</w:t>
      </w:r>
      <w:r w:rsidRPr="00B506FB">
        <w:rPr>
          <w:color w:val="000000" w:themeColor="text1"/>
          <w:sz w:val="28"/>
          <w:szCs w:val="28"/>
          <w:lang w:val="en-US"/>
        </w:rPr>
        <w:t xml:space="preserve"> </w:t>
      </w:r>
      <w:r w:rsidRPr="00B506FB">
        <w:rPr>
          <w:color w:val="000000" w:themeColor="text1"/>
          <w:sz w:val="28"/>
          <w:szCs w:val="28"/>
        </w:rPr>
        <w:t>актісінде</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келісілген</w:t>
      </w:r>
      <w:r w:rsidRPr="00B506FB">
        <w:rPr>
          <w:color w:val="000000" w:themeColor="text1"/>
          <w:sz w:val="28"/>
          <w:szCs w:val="28"/>
          <w:lang w:val="en-US"/>
        </w:rPr>
        <w:t xml:space="preserve"> </w:t>
      </w:r>
      <w:r w:rsidRPr="00B506FB">
        <w:rPr>
          <w:color w:val="000000" w:themeColor="text1"/>
          <w:sz w:val="28"/>
          <w:szCs w:val="28"/>
        </w:rPr>
        <w:t>құн</w:t>
      </w:r>
      <w:r w:rsidRPr="00B506FB">
        <w:rPr>
          <w:color w:val="000000" w:themeColor="text1"/>
          <w:sz w:val="28"/>
          <w:szCs w:val="28"/>
          <w:lang w:val="en-US"/>
        </w:rPr>
        <w:t xml:space="preserve"> </w:t>
      </w:r>
      <w:r w:rsidRPr="00B506FB">
        <w:rPr>
          <w:color w:val="000000" w:themeColor="text1"/>
          <w:sz w:val="28"/>
          <w:szCs w:val="28"/>
        </w:rPr>
        <w:t>есебінде</w:t>
      </w:r>
      <w:r w:rsidRPr="00B506FB">
        <w:rPr>
          <w:color w:val="000000" w:themeColor="text1"/>
          <w:sz w:val="28"/>
          <w:szCs w:val="28"/>
          <w:lang w:val="en-US"/>
        </w:rPr>
        <w:t xml:space="preserve"> </w:t>
      </w:r>
      <w:r w:rsidRPr="00B506FB">
        <w:rPr>
          <w:color w:val="000000" w:themeColor="text1"/>
          <w:sz w:val="28"/>
          <w:szCs w:val="28"/>
        </w:rPr>
        <w:t>көзделген</w:t>
      </w:r>
      <w:r w:rsidRPr="00B506FB">
        <w:rPr>
          <w:color w:val="000000" w:themeColor="text1"/>
          <w:sz w:val="28"/>
          <w:szCs w:val="28"/>
          <w:lang w:val="en-US"/>
        </w:rPr>
        <w:t xml:space="preserve"> </w:t>
      </w:r>
      <w:r w:rsidRPr="00B506FB">
        <w:rPr>
          <w:color w:val="000000" w:themeColor="text1"/>
          <w:sz w:val="28"/>
          <w:szCs w:val="28"/>
        </w:rPr>
        <w:t>жұмыстарды</w:t>
      </w:r>
      <w:r w:rsidRPr="00B506FB">
        <w:rPr>
          <w:color w:val="000000" w:themeColor="text1"/>
          <w:sz w:val="28"/>
          <w:szCs w:val="28"/>
          <w:lang w:val="en-US"/>
        </w:rPr>
        <w:t xml:space="preserve"> </w:t>
      </w:r>
      <w:r w:rsidRPr="00B506FB">
        <w:rPr>
          <w:color w:val="000000" w:themeColor="text1"/>
          <w:sz w:val="28"/>
          <w:szCs w:val="28"/>
        </w:rPr>
        <w:t>орындайды</w:t>
      </w:r>
      <w:r w:rsidRPr="00B506FB">
        <w:rPr>
          <w:color w:val="000000" w:themeColor="text1"/>
          <w:sz w:val="28"/>
          <w:szCs w:val="28"/>
          <w:lang w:val="en-US"/>
        </w:rPr>
        <w:t xml:space="preserve">. </w:t>
      </w:r>
      <w:r w:rsidRPr="00B506FB">
        <w:rPr>
          <w:color w:val="000000" w:themeColor="text1"/>
          <w:sz w:val="28"/>
          <w:szCs w:val="28"/>
        </w:rPr>
        <w:t>Бұл</w:t>
      </w:r>
      <w:r w:rsidRPr="00B506FB">
        <w:rPr>
          <w:color w:val="000000" w:themeColor="text1"/>
          <w:sz w:val="28"/>
          <w:szCs w:val="28"/>
          <w:lang w:val="en-US"/>
        </w:rPr>
        <w:t xml:space="preserve"> </w:t>
      </w:r>
      <w:r w:rsidRPr="00B506FB">
        <w:rPr>
          <w:color w:val="000000" w:themeColor="text1"/>
          <w:sz w:val="28"/>
          <w:szCs w:val="28"/>
        </w:rPr>
        <w:t>талап</w:t>
      </w:r>
      <w:r w:rsidRPr="00B506FB">
        <w:rPr>
          <w:color w:val="000000" w:themeColor="text1"/>
          <w:sz w:val="28"/>
          <w:szCs w:val="28"/>
          <w:lang w:val="en-US"/>
        </w:rPr>
        <w:t xml:space="preserve"> </w:t>
      </w:r>
      <w:r w:rsidRPr="00B506FB">
        <w:rPr>
          <w:color w:val="000000" w:themeColor="text1"/>
          <w:sz w:val="28"/>
          <w:szCs w:val="28"/>
        </w:rPr>
        <w:t>аварияны</w:t>
      </w:r>
      <w:r w:rsidRPr="00B506FB">
        <w:rPr>
          <w:color w:val="000000" w:themeColor="text1"/>
          <w:sz w:val="28"/>
          <w:szCs w:val="28"/>
          <w:lang w:val="en-US"/>
        </w:rPr>
        <w:t xml:space="preserve"> </w:t>
      </w:r>
      <w:r w:rsidRPr="00B506FB">
        <w:rPr>
          <w:color w:val="000000" w:themeColor="text1"/>
          <w:sz w:val="28"/>
          <w:szCs w:val="28"/>
        </w:rPr>
        <w:t>оқшаулау</w:t>
      </w:r>
      <w:r w:rsidRPr="00B506FB">
        <w:rPr>
          <w:color w:val="000000" w:themeColor="text1"/>
          <w:sz w:val="28"/>
          <w:szCs w:val="28"/>
          <w:lang w:val="en-US"/>
        </w:rPr>
        <w:t xml:space="preserve"> </w:t>
      </w:r>
      <w:r w:rsidRPr="00B506FB">
        <w:rPr>
          <w:color w:val="000000" w:themeColor="text1"/>
          <w:sz w:val="28"/>
          <w:szCs w:val="28"/>
        </w:rPr>
        <w:t>бойынша</w:t>
      </w:r>
      <w:r w:rsidRPr="00B506FB">
        <w:rPr>
          <w:color w:val="000000" w:themeColor="text1"/>
          <w:sz w:val="28"/>
          <w:szCs w:val="28"/>
          <w:lang w:val="en-US"/>
        </w:rPr>
        <w:t xml:space="preserve"> </w:t>
      </w:r>
      <w:r w:rsidRPr="00B506FB">
        <w:rPr>
          <w:color w:val="000000" w:themeColor="text1"/>
          <w:sz w:val="28"/>
          <w:szCs w:val="28"/>
        </w:rPr>
        <w:t>қажетті</w:t>
      </w:r>
      <w:r w:rsidRPr="00B506FB">
        <w:rPr>
          <w:color w:val="000000" w:themeColor="text1"/>
          <w:sz w:val="28"/>
          <w:szCs w:val="28"/>
          <w:lang w:val="en-US"/>
        </w:rPr>
        <w:t xml:space="preserve"> </w:t>
      </w:r>
      <w:r w:rsidRPr="00B506FB">
        <w:rPr>
          <w:color w:val="000000" w:themeColor="text1"/>
          <w:sz w:val="28"/>
          <w:szCs w:val="28"/>
        </w:rPr>
        <w:t>бастапқы</w:t>
      </w:r>
      <w:r w:rsidRPr="00B506FB">
        <w:rPr>
          <w:color w:val="000000" w:themeColor="text1"/>
          <w:sz w:val="28"/>
          <w:szCs w:val="28"/>
          <w:lang w:val="en-US"/>
        </w:rPr>
        <w:t xml:space="preserve"> </w:t>
      </w:r>
      <w:r w:rsidRPr="00B506FB">
        <w:rPr>
          <w:color w:val="000000" w:themeColor="text1"/>
          <w:sz w:val="28"/>
          <w:szCs w:val="28"/>
        </w:rPr>
        <w:t>кезектегі</w:t>
      </w:r>
      <w:r w:rsidRPr="00B506FB">
        <w:rPr>
          <w:color w:val="000000" w:themeColor="text1"/>
          <w:sz w:val="28"/>
          <w:szCs w:val="28"/>
          <w:lang w:val="en-US"/>
        </w:rPr>
        <w:t xml:space="preserve"> </w:t>
      </w:r>
      <w:r w:rsidRPr="00B506FB">
        <w:rPr>
          <w:color w:val="000000" w:themeColor="text1"/>
          <w:sz w:val="28"/>
          <w:szCs w:val="28"/>
        </w:rPr>
        <w:t>шараларға</w:t>
      </w:r>
      <w:r w:rsidRPr="00B506FB">
        <w:rPr>
          <w:color w:val="000000" w:themeColor="text1"/>
          <w:sz w:val="28"/>
          <w:szCs w:val="28"/>
          <w:lang w:val="en-US"/>
        </w:rPr>
        <w:t xml:space="preserve"> </w:t>
      </w:r>
      <w:r w:rsidRPr="00B506FB">
        <w:rPr>
          <w:color w:val="000000" w:themeColor="text1"/>
          <w:sz w:val="28"/>
          <w:szCs w:val="28"/>
        </w:rPr>
        <w:t>қолданылмайды</w:t>
      </w:r>
      <w:r w:rsidRPr="00B506FB">
        <w:rPr>
          <w:color w:val="000000" w:themeColor="text1"/>
          <w:sz w:val="28"/>
          <w:szCs w:val="28"/>
          <w:lang w:val="en-US"/>
        </w:rPr>
        <w:t>.</w:t>
      </w:r>
    </w:p>
    <w:p w14:paraId="5597A86C" w14:textId="64EEC96B" w:rsidR="00B506FB" w:rsidRPr="00B506FB" w:rsidRDefault="00B506FB" w:rsidP="007F6C8D">
      <w:pPr>
        <w:pStyle w:val="x12ofw9d"/>
        <w:spacing w:before="0" w:beforeAutospacing="0"/>
        <w:jc w:val="both"/>
        <w:rPr>
          <w:color w:val="000000" w:themeColor="text1"/>
          <w:sz w:val="28"/>
          <w:szCs w:val="28"/>
          <w:lang w:val="en-US"/>
        </w:rPr>
      </w:pPr>
      <w:r>
        <w:rPr>
          <w:color w:val="000000" w:themeColor="text1"/>
          <w:sz w:val="28"/>
          <w:szCs w:val="28"/>
        </w:rPr>
        <w:tab/>
      </w:r>
      <w:r w:rsidRPr="00B506FB">
        <w:rPr>
          <w:color w:val="000000" w:themeColor="text1"/>
          <w:sz w:val="28"/>
          <w:szCs w:val="28"/>
        </w:rPr>
        <w:t>Әрбір</w:t>
      </w:r>
      <w:r w:rsidRPr="00B506FB">
        <w:rPr>
          <w:color w:val="000000" w:themeColor="text1"/>
          <w:sz w:val="28"/>
          <w:szCs w:val="28"/>
          <w:lang w:val="en-US"/>
        </w:rPr>
        <w:t xml:space="preserve"> </w:t>
      </w:r>
      <w:r w:rsidRPr="00B506FB">
        <w:rPr>
          <w:color w:val="000000" w:themeColor="text1"/>
          <w:sz w:val="28"/>
          <w:szCs w:val="28"/>
        </w:rPr>
        <w:t>авариялық</w:t>
      </w:r>
      <w:r w:rsidRPr="00B506FB">
        <w:rPr>
          <w:color w:val="000000" w:themeColor="text1"/>
          <w:sz w:val="28"/>
          <w:szCs w:val="28"/>
          <w:lang w:val="en-US"/>
        </w:rPr>
        <w:t xml:space="preserve"> </w:t>
      </w:r>
      <w:r w:rsidRPr="00B506FB">
        <w:rPr>
          <w:color w:val="000000" w:themeColor="text1"/>
          <w:sz w:val="28"/>
          <w:szCs w:val="28"/>
        </w:rPr>
        <w:t>шығу</w:t>
      </w:r>
      <w:r w:rsidRPr="00B506FB">
        <w:rPr>
          <w:color w:val="000000" w:themeColor="text1"/>
          <w:sz w:val="28"/>
          <w:szCs w:val="28"/>
          <w:lang w:val="en-US"/>
        </w:rPr>
        <w:t xml:space="preserve"> </w:t>
      </w:r>
      <w:r w:rsidRPr="00B506FB">
        <w:rPr>
          <w:color w:val="000000" w:themeColor="text1"/>
          <w:sz w:val="28"/>
          <w:szCs w:val="28"/>
        </w:rPr>
        <w:t>құжаттамамен</w:t>
      </w:r>
      <w:r w:rsidRPr="00B506FB">
        <w:rPr>
          <w:color w:val="000000" w:themeColor="text1"/>
          <w:sz w:val="28"/>
          <w:szCs w:val="28"/>
          <w:lang w:val="en-US"/>
        </w:rPr>
        <w:t xml:space="preserve"> </w:t>
      </w:r>
      <w:r w:rsidRPr="00B506FB">
        <w:rPr>
          <w:color w:val="000000" w:themeColor="text1"/>
          <w:sz w:val="28"/>
          <w:szCs w:val="28"/>
        </w:rPr>
        <w:t>расталуға</w:t>
      </w:r>
      <w:r w:rsidRPr="00B506FB">
        <w:rPr>
          <w:color w:val="000000" w:themeColor="text1"/>
          <w:sz w:val="28"/>
          <w:szCs w:val="28"/>
          <w:lang w:val="en-US"/>
        </w:rPr>
        <w:t xml:space="preserve"> </w:t>
      </w:r>
      <w:r w:rsidRPr="00B506FB">
        <w:rPr>
          <w:color w:val="000000" w:themeColor="text1"/>
          <w:sz w:val="28"/>
          <w:szCs w:val="28"/>
        </w:rPr>
        <w:t>тиіс</w:t>
      </w:r>
      <w:r w:rsidRPr="00B506FB">
        <w:rPr>
          <w:color w:val="000000" w:themeColor="text1"/>
          <w:sz w:val="28"/>
          <w:szCs w:val="28"/>
          <w:lang w:val="en-US"/>
        </w:rPr>
        <w:t xml:space="preserve">. </w:t>
      </w:r>
      <w:r w:rsidRPr="00B506FB">
        <w:rPr>
          <w:color w:val="000000" w:themeColor="text1"/>
          <w:sz w:val="28"/>
          <w:szCs w:val="28"/>
        </w:rPr>
        <w:t>Бір</w:t>
      </w:r>
      <w:r w:rsidRPr="00B506FB">
        <w:rPr>
          <w:color w:val="000000" w:themeColor="text1"/>
          <w:sz w:val="28"/>
          <w:szCs w:val="28"/>
          <w:lang w:val="en-US"/>
        </w:rPr>
        <w:t xml:space="preserve"> </w:t>
      </w:r>
      <w:r w:rsidRPr="00B506FB">
        <w:rPr>
          <w:color w:val="000000" w:themeColor="text1"/>
          <w:sz w:val="28"/>
          <w:szCs w:val="28"/>
        </w:rPr>
        <w:t>пәтерде</w:t>
      </w:r>
      <w:r w:rsidRPr="00B506FB">
        <w:rPr>
          <w:color w:val="000000" w:themeColor="text1"/>
          <w:sz w:val="28"/>
          <w:szCs w:val="28"/>
          <w:lang w:val="en-US"/>
        </w:rPr>
        <w:t xml:space="preserve"> </w:t>
      </w:r>
      <w:r w:rsidRPr="00B506FB">
        <w:rPr>
          <w:color w:val="000000" w:themeColor="text1"/>
          <w:sz w:val="28"/>
          <w:szCs w:val="28"/>
        </w:rPr>
        <w:t>бірнеше</w:t>
      </w:r>
      <w:r w:rsidRPr="00B506FB">
        <w:rPr>
          <w:color w:val="000000" w:themeColor="text1"/>
          <w:sz w:val="28"/>
          <w:szCs w:val="28"/>
          <w:lang w:val="en-US"/>
        </w:rPr>
        <w:t xml:space="preserve"> </w:t>
      </w:r>
      <w:r w:rsidRPr="00B506FB">
        <w:rPr>
          <w:color w:val="000000" w:themeColor="text1"/>
          <w:sz w:val="28"/>
          <w:szCs w:val="28"/>
        </w:rPr>
        <w:t>ақау</w:t>
      </w:r>
      <w:r w:rsidRPr="00B506FB">
        <w:rPr>
          <w:color w:val="000000" w:themeColor="text1"/>
          <w:sz w:val="28"/>
          <w:szCs w:val="28"/>
          <w:lang w:val="en-US"/>
        </w:rPr>
        <w:t xml:space="preserve"> </w:t>
      </w:r>
      <w:r w:rsidRPr="00B506FB">
        <w:rPr>
          <w:color w:val="000000" w:themeColor="text1"/>
          <w:sz w:val="28"/>
          <w:szCs w:val="28"/>
        </w:rPr>
        <w:t>анықталған</w:t>
      </w:r>
      <w:r w:rsidRPr="00B506FB">
        <w:rPr>
          <w:color w:val="000000" w:themeColor="text1"/>
          <w:sz w:val="28"/>
          <w:szCs w:val="28"/>
          <w:lang w:val="en-US"/>
        </w:rPr>
        <w:t xml:space="preserve"> </w:t>
      </w:r>
      <w:r w:rsidRPr="00B506FB">
        <w:rPr>
          <w:color w:val="000000" w:themeColor="text1"/>
          <w:sz w:val="28"/>
          <w:szCs w:val="28"/>
        </w:rPr>
        <w:t>жағдайда</w:t>
      </w:r>
      <w:r w:rsidRPr="00B506FB">
        <w:rPr>
          <w:color w:val="000000" w:themeColor="text1"/>
          <w:sz w:val="28"/>
          <w:szCs w:val="28"/>
          <w:lang w:val="en-US"/>
        </w:rPr>
        <w:t xml:space="preserve">, </w:t>
      </w:r>
      <w:r w:rsidRPr="00B506FB">
        <w:rPr>
          <w:color w:val="000000" w:themeColor="text1"/>
          <w:sz w:val="28"/>
          <w:szCs w:val="28"/>
        </w:rPr>
        <w:t>олардың</w:t>
      </w:r>
      <w:r w:rsidRPr="00B506FB">
        <w:rPr>
          <w:color w:val="000000" w:themeColor="text1"/>
          <w:sz w:val="28"/>
          <w:szCs w:val="28"/>
          <w:lang w:val="en-US"/>
        </w:rPr>
        <w:t xml:space="preserve"> </w:t>
      </w:r>
      <w:r w:rsidRPr="00B506FB">
        <w:rPr>
          <w:color w:val="000000" w:themeColor="text1"/>
          <w:sz w:val="28"/>
          <w:szCs w:val="28"/>
        </w:rPr>
        <w:t>тізбесі</w:t>
      </w:r>
      <w:r w:rsidRPr="00B506FB">
        <w:rPr>
          <w:color w:val="000000" w:themeColor="text1"/>
          <w:sz w:val="28"/>
          <w:szCs w:val="28"/>
          <w:lang w:val="en-US"/>
        </w:rPr>
        <w:t xml:space="preserve"> </w:t>
      </w:r>
      <w:r w:rsidRPr="00B506FB">
        <w:rPr>
          <w:color w:val="000000" w:themeColor="text1"/>
          <w:sz w:val="28"/>
          <w:szCs w:val="28"/>
        </w:rPr>
        <w:t>ақаулар</w:t>
      </w:r>
      <w:r w:rsidRPr="00B506FB">
        <w:rPr>
          <w:color w:val="000000" w:themeColor="text1"/>
          <w:sz w:val="28"/>
          <w:szCs w:val="28"/>
          <w:lang w:val="en-US"/>
        </w:rPr>
        <w:t xml:space="preserve"> </w:t>
      </w:r>
      <w:r w:rsidRPr="00B506FB">
        <w:rPr>
          <w:color w:val="000000" w:themeColor="text1"/>
          <w:sz w:val="28"/>
          <w:szCs w:val="28"/>
        </w:rPr>
        <w:t>актісінде</w:t>
      </w:r>
      <w:r w:rsidRPr="00B506FB">
        <w:rPr>
          <w:color w:val="000000" w:themeColor="text1"/>
          <w:sz w:val="28"/>
          <w:szCs w:val="28"/>
          <w:lang w:val="en-US"/>
        </w:rPr>
        <w:t xml:space="preserve"> </w:t>
      </w:r>
      <w:r w:rsidRPr="00B506FB">
        <w:rPr>
          <w:color w:val="000000" w:themeColor="text1"/>
          <w:sz w:val="28"/>
          <w:szCs w:val="28"/>
        </w:rPr>
        <w:t>көрсетіледі</w:t>
      </w:r>
      <w:r w:rsidRPr="00B506FB">
        <w:rPr>
          <w:color w:val="000000" w:themeColor="text1"/>
          <w:sz w:val="28"/>
          <w:szCs w:val="28"/>
          <w:lang w:val="en-US"/>
        </w:rPr>
        <w:t xml:space="preserve">. </w:t>
      </w:r>
      <w:r w:rsidRPr="00B506FB">
        <w:rPr>
          <w:color w:val="000000" w:themeColor="text1"/>
          <w:sz w:val="28"/>
          <w:szCs w:val="28"/>
        </w:rPr>
        <w:t>Қайталама</w:t>
      </w:r>
      <w:r w:rsidRPr="00B506FB">
        <w:rPr>
          <w:color w:val="000000" w:themeColor="text1"/>
          <w:sz w:val="28"/>
          <w:szCs w:val="28"/>
          <w:lang w:val="en-US"/>
        </w:rPr>
        <w:t xml:space="preserve"> </w:t>
      </w:r>
      <w:r w:rsidRPr="00B506FB">
        <w:rPr>
          <w:color w:val="000000" w:themeColor="text1"/>
          <w:sz w:val="28"/>
          <w:szCs w:val="28"/>
        </w:rPr>
        <w:t>шығуларды</w:t>
      </w:r>
      <w:r w:rsidRPr="00B506FB">
        <w:rPr>
          <w:color w:val="000000" w:themeColor="text1"/>
          <w:sz w:val="28"/>
          <w:szCs w:val="28"/>
          <w:lang w:val="en-US"/>
        </w:rPr>
        <w:t xml:space="preserve"> </w:t>
      </w:r>
      <w:r w:rsidRPr="00B506FB">
        <w:rPr>
          <w:color w:val="000000" w:themeColor="text1"/>
          <w:sz w:val="28"/>
          <w:szCs w:val="28"/>
        </w:rPr>
        <w:t>жеке</w:t>
      </w:r>
      <w:r w:rsidRPr="00B506FB">
        <w:rPr>
          <w:color w:val="000000" w:themeColor="text1"/>
          <w:sz w:val="28"/>
          <w:szCs w:val="28"/>
          <w:lang w:val="en-US"/>
        </w:rPr>
        <w:t xml:space="preserve"> </w:t>
      </w:r>
      <w:r w:rsidRPr="00B506FB">
        <w:rPr>
          <w:color w:val="000000" w:themeColor="text1"/>
          <w:sz w:val="28"/>
          <w:szCs w:val="28"/>
        </w:rPr>
        <w:t>есепке</w:t>
      </w:r>
      <w:r w:rsidRPr="00B506FB">
        <w:rPr>
          <w:color w:val="000000" w:themeColor="text1"/>
          <w:sz w:val="28"/>
          <w:szCs w:val="28"/>
          <w:lang w:val="en-US"/>
        </w:rPr>
        <w:t xml:space="preserve"> </w:t>
      </w:r>
      <w:r w:rsidRPr="00B506FB">
        <w:rPr>
          <w:color w:val="000000" w:themeColor="text1"/>
          <w:sz w:val="28"/>
          <w:szCs w:val="28"/>
        </w:rPr>
        <w:t>алу</w:t>
      </w:r>
      <w:r w:rsidRPr="00B506FB">
        <w:rPr>
          <w:color w:val="000000" w:themeColor="text1"/>
          <w:sz w:val="28"/>
          <w:szCs w:val="28"/>
          <w:lang w:val="en-US"/>
        </w:rPr>
        <w:t xml:space="preserve"> </w:t>
      </w:r>
      <w:r w:rsidRPr="00B506FB">
        <w:rPr>
          <w:color w:val="000000" w:themeColor="text1"/>
          <w:sz w:val="28"/>
          <w:szCs w:val="28"/>
        </w:rPr>
        <w:t>қажеттілігі</w:t>
      </w:r>
      <w:r w:rsidRPr="00B506FB">
        <w:rPr>
          <w:color w:val="000000" w:themeColor="text1"/>
          <w:sz w:val="28"/>
          <w:szCs w:val="28"/>
          <w:lang w:val="en-US"/>
        </w:rPr>
        <w:t xml:space="preserve"> </w:t>
      </w:r>
      <w:r w:rsidRPr="00B506FB">
        <w:rPr>
          <w:color w:val="000000" w:themeColor="text1"/>
          <w:sz w:val="28"/>
          <w:szCs w:val="28"/>
        </w:rPr>
        <w:t>шарт</w:t>
      </w:r>
      <w:r w:rsidRPr="00B506FB">
        <w:rPr>
          <w:color w:val="000000" w:themeColor="text1"/>
          <w:sz w:val="28"/>
          <w:szCs w:val="28"/>
          <w:lang w:val="en-US"/>
        </w:rPr>
        <w:t xml:space="preserve"> </w:t>
      </w:r>
      <w:r w:rsidRPr="00B506FB">
        <w:rPr>
          <w:color w:val="000000" w:themeColor="text1"/>
          <w:sz w:val="28"/>
          <w:szCs w:val="28"/>
        </w:rPr>
        <w:t>талаптарымен</w:t>
      </w:r>
      <w:r w:rsidRPr="00B506FB">
        <w:rPr>
          <w:color w:val="000000" w:themeColor="text1"/>
          <w:sz w:val="28"/>
          <w:szCs w:val="28"/>
          <w:lang w:val="en-US"/>
        </w:rPr>
        <w:t xml:space="preserve"> </w:t>
      </w:r>
      <w:r w:rsidRPr="00B506FB">
        <w:rPr>
          <w:color w:val="000000" w:themeColor="text1"/>
          <w:sz w:val="28"/>
          <w:szCs w:val="28"/>
        </w:rPr>
        <w:t>айқындалады</w:t>
      </w:r>
      <w:r w:rsidRPr="00B506FB">
        <w:rPr>
          <w:color w:val="000000" w:themeColor="text1"/>
          <w:sz w:val="28"/>
          <w:szCs w:val="28"/>
          <w:lang w:val="en-US"/>
        </w:rPr>
        <w:t>.</w:t>
      </w:r>
    </w:p>
    <w:p w14:paraId="3625272E" w14:textId="77777777" w:rsidR="00B506FB" w:rsidRPr="00B506FB" w:rsidRDefault="00B506FB" w:rsidP="007F6C8D">
      <w:pPr>
        <w:pStyle w:val="21"/>
        <w:spacing w:before="0"/>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3. Жұмыстарды орындауға қойылатын талаптар</w:t>
      </w:r>
    </w:p>
    <w:p w14:paraId="4A5CD16C" w14:textId="37B200D0"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3.1.</w:t>
      </w:r>
      <w:r w:rsidRPr="00B506FB">
        <w:rPr>
          <w:color w:val="000000" w:themeColor="text1"/>
          <w:sz w:val="28"/>
          <w:szCs w:val="28"/>
          <w:lang w:val="en-US"/>
        </w:rPr>
        <w:t xml:space="preserve"> </w:t>
      </w:r>
      <w:r w:rsidRPr="00B506FB">
        <w:rPr>
          <w:color w:val="000000" w:themeColor="text1"/>
          <w:sz w:val="28"/>
          <w:szCs w:val="28"/>
        </w:rPr>
        <w:t>Жұмыстар</w:t>
      </w:r>
      <w:r w:rsidRPr="00B506FB">
        <w:rPr>
          <w:color w:val="000000" w:themeColor="text1"/>
          <w:sz w:val="28"/>
          <w:szCs w:val="28"/>
          <w:lang w:val="en-US"/>
        </w:rPr>
        <w:t xml:space="preserve"> </w:t>
      </w:r>
      <w:r w:rsidRPr="00B506FB">
        <w:rPr>
          <w:color w:val="000000" w:themeColor="text1"/>
          <w:sz w:val="28"/>
          <w:szCs w:val="28"/>
        </w:rPr>
        <w:t>тиісті</w:t>
      </w:r>
      <w:r w:rsidRPr="00B506FB">
        <w:rPr>
          <w:color w:val="000000" w:themeColor="text1"/>
          <w:sz w:val="28"/>
          <w:szCs w:val="28"/>
          <w:lang w:val="en-US"/>
        </w:rPr>
        <w:t xml:space="preserve"> </w:t>
      </w:r>
      <w:r w:rsidRPr="00B506FB">
        <w:rPr>
          <w:color w:val="000000" w:themeColor="text1"/>
          <w:sz w:val="28"/>
          <w:szCs w:val="28"/>
        </w:rPr>
        <w:t>жұмыс</w:t>
      </w:r>
      <w:r w:rsidRPr="00B506FB">
        <w:rPr>
          <w:color w:val="000000" w:themeColor="text1"/>
          <w:sz w:val="28"/>
          <w:szCs w:val="28"/>
          <w:lang w:val="en-US"/>
        </w:rPr>
        <w:t xml:space="preserve"> </w:t>
      </w:r>
      <w:r w:rsidRPr="00B506FB">
        <w:rPr>
          <w:color w:val="000000" w:themeColor="text1"/>
          <w:sz w:val="28"/>
          <w:szCs w:val="28"/>
        </w:rPr>
        <w:t>түрлерін</w:t>
      </w:r>
      <w:r w:rsidRPr="00B506FB">
        <w:rPr>
          <w:color w:val="000000" w:themeColor="text1"/>
          <w:sz w:val="28"/>
          <w:szCs w:val="28"/>
          <w:lang w:val="en-US"/>
        </w:rPr>
        <w:t xml:space="preserve"> </w:t>
      </w:r>
      <w:r w:rsidRPr="00B506FB">
        <w:rPr>
          <w:color w:val="000000" w:themeColor="text1"/>
          <w:sz w:val="28"/>
          <w:szCs w:val="28"/>
        </w:rPr>
        <w:t>орындауға</w:t>
      </w:r>
      <w:r w:rsidRPr="00B506FB">
        <w:rPr>
          <w:color w:val="000000" w:themeColor="text1"/>
          <w:sz w:val="28"/>
          <w:szCs w:val="28"/>
          <w:lang w:val="en-US"/>
        </w:rPr>
        <w:t xml:space="preserve"> </w:t>
      </w:r>
      <w:r w:rsidRPr="00B506FB">
        <w:rPr>
          <w:color w:val="000000" w:themeColor="text1"/>
          <w:sz w:val="28"/>
          <w:szCs w:val="28"/>
        </w:rPr>
        <w:t>қажетті</w:t>
      </w:r>
      <w:r w:rsidRPr="00B506FB">
        <w:rPr>
          <w:color w:val="000000" w:themeColor="text1"/>
          <w:sz w:val="28"/>
          <w:szCs w:val="28"/>
          <w:lang w:val="en-US"/>
        </w:rPr>
        <w:t xml:space="preserve"> </w:t>
      </w:r>
      <w:r w:rsidRPr="00B506FB">
        <w:rPr>
          <w:color w:val="000000" w:themeColor="text1"/>
          <w:sz w:val="28"/>
          <w:szCs w:val="28"/>
        </w:rPr>
        <w:t>даярлығы</w:t>
      </w:r>
      <w:r w:rsidRPr="00B506FB">
        <w:rPr>
          <w:color w:val="000000" w:themeColor="text1"/>
          <w:sz w:val="28"/>
          <w:szCs w:val="28"/>
          <w:lang w:val="en-US"/>
        </w:rPr>
        <w:t xml:space="preserve"> </w:t>
      </w:r>
      <w:r w:rsidRPr="00B506FB">
        <w:rPr>
          <w:color w:val="000000" w:themeColor="text1"/>
          <w:sz w:val="28"/>
          <w:szCs w:val="28"/>
        </w:rPr>
        <w:t>мен</w:t>
      </w:r>
      <w:r w:rsidRPr="00B506FB">
        <w:rPr>
          <w:color w:val="000000" w:themeColor="text1"/>
          <w:sz w:val="28"/>
          <w:szCs w:val="28"/>
          <w:lang w:val="en-US"/>
        </w:rPr>
        <w:t xml:space="preserve"> </w:t>
      </w:r>
      <w:r w:rsidRPr="00B506FB">
        <w:rPr>
          <w:color w:val="000000" w:themeColor="text1"/>
          <w:sz w:val="28"/>
          <w:szCs w:val="28"/>
        </w:rPr>
        <w:t>рұқсаттары</w:t>
      </w:r>
      <w:r w:rsidRPr="00B506FB">
        <w:rPr>
          <w:color w:val="000000" w:themeColor="text1"/>
          <w:sz w:val="28"/>
          <w:szCs w:val="28"/>
          <w:lang w:val="en-US"/>
        </w:rPr>
        <w:t xml:space="preserve"> </w:t>
      </w:r>
      <w:r w:rsidRPr="00B506FB">
        <w:rPr>
          <w:color w:val="000000" w:themeColor="text1"/>
          <w:sz w:val="28"/>
          <w:szCs w:val="28"/>
        </w:rPr>
        <w:t>бар</w:t>
      </w:r>
      <w:r w:rsidRPr="00B506FB">
        <w:rPr>
          <w:color w:val="000000" w:themeColor="text1"/>
          <w:sz w:val="28"/>
          <w:szCs w:val="28"/>
          <w:lang w:val="en-US"/>
        </w:rPr>
        <w:t xml:space="preserve"> </w:t>
      </w:r>
      <w:r w:rsidRPr="00B506FB">
        <w:rPr>
          <w:color w:val="000000" w:themeColor="text1"/>
          <w:sz w:val="28"/>
          <w:szCs w:val="28"/>
        </w:rPr>
        <w:t>білікті</w:t>
      </w:r>
      <w:r w:rsidRPr="00B506FB">
        <w:rPr>
          <w:color w:val="000000" w:themeColor="text1"/>
          <w:sz w:val="28"/>
          <w:szCs w:val="28"/>
          <w:lang w:val="en-US"/>
        </w:rPr>
        <w:t xml:space="preserve"> </w:t>
      </w:r>
      <w:r w:rsidRPr="00B506FB">
        <w:rPr>
          <w:color w:val="000000" w:themeColor="text1"/>
          <w:sz w:val="28"/>
          <w:szCs w:val="28"/>
        </w:rPr>
        <w:t>персоналмен</w:t>
      </w:r>
      <w:r w:rsidRPr="00B506FB">
        <w:rPr>
          <w:color w:val="000000" w:themeColor="text1"/>
          <w:sz w:val="28"/>
          <w:szCs w:val="28"/>
          <w:lang w:val="en-US"/>
        </w:rPr>
        <w:t xml:space="preserve">, </w:t>
      </w:r>
      <w:r w:rsidRPr="00B506FB">
        <w:rPr>
          <w:color w:val="000000" w:themeColor="text1"/>
          <w:sz w:val="28"/>
          <w:szCs w:val="28"/>
        </w:rPr>
        <w:t>Қазақстан</w:t>
      </w:r>
      <w:r w:rsidRPr="00B506FB">
        <w:rPr>
          <w:color w:val="000000" w:themeColor="text1"/>
          <w:sz w:val="28"/>
          <w:szCs w:val="28"/>
          <w:lang w:val="en-US"/>
        </w:rPr>
        <w:t xml:space="preserve"> </w:t>
      </w:r>
      <w:r w:rsidRPr="00B506FB">
        <w:rPr>
          <w:color w:val="000000" w:themeColor="text1"/>
          <w:sz w:val="28"/>
          <w:szCs w:val="28"/>
        </w:rPr>
        <w:t>Республикасының</w:t>
      </w:r>
      <w:r w:rsidRPr="00B506FB">
        <w:rPr>
          <w:color w:val="000000" w:themeColor="text1"/>
          <w:sz w:val="28"/>
          <w:szCs w:val="28"/>
          <w:lang w:val="en-US"/>
        </w:rPr>
        <w:t xml:space="preserve"> </w:t>
      </w:r>
      <w:r w:rsidRPr="00B506FB">
        <w:rPr>
          <w:color w:val="000000" w:themeColor="text1"/>
          <w:sz w:val="28"/>
          <w:szCs w:val="28"/>
        </w:rPr>
        <w:t>қолданыстағы</w:t>
      </w:r>
      <w:r w:rsidRPr="00B506FB">
        <w:rPr>
          <w:color w:val="000000" w:themeColor="text1"/>
          <w:sz w:val="28"/>
          <w:szCs w:val="28"/>
          <w:lang w:val="en-US"/>
        </w:rPr>
        <w:t xml:space="preserve"> </w:t>
      </w:r>
      <w:r w:rsidRPr="00B506FB">
        <w:rPr>
          <w:color w:val="000000" w:themeColor="text1"/>
          <w:sz w:val="28"/>
          <w:szCs w:val="28"/>
        </w:rPr>
        <w:t>нормативтік</w:t>
      </w:r>
      <w:r w:rsidRPr="00B506FB">
        <w:rPr>
          <w:color w:val="000000" w:themeColor="text1"/>
          <w:sz w:val="28"/>
          <w:szCs w:val="28"/>
          <w:lang w:val="en-US"/>
        </w:rPr>
        <w:t>-</w:t>
      </w:r>
      <w:r w:rsidRPr="00B506FB">
        <w:rPr>
          <w:color w:val="000000" w:themeColor="text1"/>
          <w:sz w:val="28"/>
          <w:szCs w:val="28"/>
        </w:rPr>
        <w:t>техникалық</w:t>
      </w:r>
      <w:r w:rsidRPr="00B506FB">
        <w:rPr>
          <w:color w:val="000000" w:themeColor="text1"/>
          <w:sz w:val="28"/>
          <w:szCs w:val="28"/>
          <w:lang w:val="en-US"/>
        </w:rPr>
        <w:t xml:space="preserve"> </w:t>
      </w:r>
      <w:r w:rsidRPr="00B506FB">
        <w:rPr>
          <w:color w:val="000000" w:themeColor="text1"/>
          <w:sz w:val="28"/>
          <w:szCs w:val="28"/>
        </w:rPr>
        <w:t>құжаттарын</w:t>
      </w:r>
      <w:r w:rsidRPr="00B506FB">
        <w:rPr>
          <w:color w:val="000000" w:themeColor="text1"/>
          <w:sz w:val="28"/>
          <w:szCs w:val="28"/>
          <w:lang w:val="en-US"/>
        </w:rPr>
        <w:t xml:space="preserve">, </w:t>
      </w:r>
      <w:r w:rsidRPr="00B506FB">
        <w:rPr>
          <w:color w:val="000000" w:themeColor="text1"/>
          <w:sz w:val="28"/>
          <w:szCs w:val="28"/>
        </w:rPr>
        <w:t>еңбекті</w:t>
      </w:r>
      <w:r w:rsidRPr="00B506FB">
        <w:rPr>
          <w:color w:val="000000" w:themeColor="text1"/>
          <w:sz w:val="28"/>
          <w:szCs w:val="28"/>
          <w:lang w:val="en-US"/>
        </w:rPr>
        <w:t xml:space="preserve"> </w:t>
      </w:r>
      <w:r w:rsidRPr="00B506FB">
        <w:rPr>
          <w:color w:val="000000" w:themeColor="text1"/>
          <w:sz w:val="28"/>
          <w:szCs w:val="28"/>
        </w:rPr>
        <w:t>қорғау</w:t>
      </w:r>
      <w:r w:rsidRPr="00B506FB">
        <w:rPr>
          <w:color w:val="000000" w:themeColor="text1"/>
          <w:sz w:val="28"/>
          <w:szCs w:val="28"/>
          <w:lang w:val="en-US"/>
        </w:rPr>
        <w:t xml:space="preserve">, </w:t>
      </w:r>
      <w:r w:rsidRPr="00B506FB">
        <w:rPr>
          <w:color w:val="000000" w:themeColor="text1"/>
          <w:sz w:val="28"/>
          <w:szCs w:val="28"/>
        </w:rPr>
        <w:t>қауіпсіздік</w:t>
      </w:r>
      <w:r w:rsidRPr="00B506FB">
        <w:rPr>
          <w:color w:val="000000" w:themeColor="text1"/>
          <w:sz w:val="28"/>
          <w:szCs w:val="28"/>
          <w:lang w:val="en-US"/>
        </w:rPr>
        <w:t xml:space="preserve"> </w:t>
      </w:r>
      <w:r w:rsidRPr="00B506FB">
        <w:rPr>
          <w:color w:val="000000" w:themeColor="text1"/>
          <w:sz w:val="28"/>
          <w:szCs w:val="28"/>
        </w:rPr>
        <w:t>техникасы</w:t>
      </w:r>
      <w:r w:rsidRPr="00B506FB">
        <w:rPr>
          <w:color w:val="000000" w:themeColor="text1"/>
          <w:sz w:val="28"/>
          <w:szCs w:val="28"/>
          <w:lang w:val="en-US"/>
        </w:rPr>
        <w:t xml:space="preserve">, </w:t>
      </w:r>
      <w:r w:rsidRPr="00B506FB">
        <w:rPr>
          <w:color w:val="000000" w:themeColor="text1"/>
          <w:sz w:val="28"/>
          <w:szCs w:val="28"/>
        </w:rPr>
        <w:t>өрт</w:t>
      </w:r>
      <w:r w:rsidRPr="00B506FB">
        <w:rPr>
          <w:color w:val="000000" w:themeColor="text1"/>
          <w:sz w:val="28"/>
          <w:szCs w:val="28"/>
          <w:lang w:val="en-US"/>
        </w:rPr>
        <w:t xml:space="preserve"> </w:t>
      </w:r>
      <w:r w:rsidRPr="00B506FB">
        <w:rPr>
          <w:color w:val="000000" w:themeColor="text1"/>
          <w:sz w:val="28"/>
          <w:szCs w:val="28"/>
        </w:rPr>
        <w:t>қауіпсіздігі</w:t>
      </w:r>
      <w:r w:rsidRPr="00B506FB">
        <w:rPr>
          <w:color w:val="000000" w:themeColor="text1"/>
          <w:sz w:val="28"/>
          <w:szCs w:val="28"/>
          <w:lang w:val="en-US"/>
        </w:rPr>
        <w:t xml:space="preserve"> </w:t>
      </w:r>
      <w:r w:rsidRPr="00B506FB">
        <w:rPr>
          <w:color w:val="000000" w:themeColor="text1"/>
          <w:sz w:val="28"/>
          <w:szCs w:val="28"/>
        </w:rPr>
        <w:t>талаптарын</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инженерлік</w:t>
      </w:r>
      <w:r w:rsidRPr="00B506FB">
        <w:rPr>
          <w:color w:val="000000" w:themeColor="text1"/>
          <w:sz w:val="28"/>
          <w:szCs w:val="28"/>
          <w:lang w:val="en-US"/>
        </w:rPr>
        <w:t xml:space="preserve"> </w:t>
      </w:r>
      <w:r w:rsidRPr="00B506FB">
        <w:rPr>
          <w:color w:val="000000" w:themeColor="text1"/>
          <w:sz w:val="28"/>
          <w:szCs w:val="28"/>
        </w:rPr>
        <w:t>жүйелерді</w:t>
      </w:r>
      <w:r w:rsidRPr="00B506FB">
        <w:rPr>
          <w:color w:val="000000" w:themeColor="text1"/>
          <w:sz w:val="28"/>
          <w:szCs w:val="28"/>
          <w:lang w:val="en-US"/>
        </w:rPr>
        <w:t xml:space="preserve"> </w:t>
      </w:r>
      <w:r w:rsidRPr="00B506FB">
        <w:rPr>
          <w:color w:val="000000" w:themeColor="text1"/>
          <w:sz w:val="28"/>
          <w:szCs w:val="28"/>
        </w:rPr>
        <w:t>пайдалану</w:t>
      </w:r>
      <w:r w:rsidRPr="00B506FB">
        <w:rPr>
          <w:color w:val="000000" w:themeColor="text1"/>
          <w:sz w:val="28"/>
          <w:szCs w:val="28"/>
          <w:lang w:val="en-US"/>
        </w:rPr>
        <w:t xml:space="preserve"> </w:t>
      </w:r>
      <w:r w:rsidRPr="00B506FB">
        <w:rPr>
          <w:color w:val="000000" w:themeColor="text1"/>
          <w:sz w:val="28"/>
          <w:szCs w:val="28"/>
        </w:rPr>
        <w:t>қағидаларын</w:t>
      </w:r>
      <w:r w:rsidRPr="00B506FB">
        <w:rPr>
          <w:color w:val="000000" w:themeColor="text1"/>
          <w:sz w:val="28"/>
          <w:szCs w:val="28"/>
          <w:lang w:val="en-US"/>
        </w:rPr>
        <w:t xml:space="preserve"> </w:t>
      </w:r>
      <w:r w:rsidRPr="00B506FB">
        <w:rPr>
          <w:color w:val="000000" w:themeColor="text1"/>
          <w:sz w:val="28"/>
          <w:szCs w:val="28"/>
        </w:rPr>
        <w:t>сақтай</w:t>
      </w:r>
      <w:r w:rsidRPr="00B506FB">
        <w:rPr>
          <w:color w:val="000000" w:themeColor="text1"/>
          <w:sz w:val="28"/>
          <w:szCs w:val="28"/>
          <w:lang w:val="en-US"/>
        </w:rPr>
        <w:t xml:space="preserve"> </w:t>
      </w:r>
      <w:r w:rsidRPr="00B506FB">
        <w:rPr>
          <w:color w:val="000000" w:themeColor="text1"/>
          <w:sz w:val="28"/>
          <w:szCs w:val="28"/>
        </w:rPr>
        <w:t>отырып</w:t>
      </w:r>
      <w:r w:rsidRPr="00B506FB">
        <w:rPr>
          <w:color w:val="000000" w:themeColor="text1"/>
          <w:sz w:val="28"/>
          <w:szCs w:val="28"/>
          <w:lang w:val="en-US"/>
        </w:rPr>
        <w:t xml:space="preserve"> </w:t>
      </w:r>
      <w:r w:rsidRPr="00B506FB">
        <w:rPr>
          <w:color w:val="000000" w:themeColor="text1"/>
          <w:sz w:val="28"/>
          <w:szCs w:val="28"/>
        </w:rPr>
        <w:t>орындалуға</w:t>
      </w:r>
      <w:r w:rsidRPr="00B506FB">
        <w:rPr>
          <w:color w:val="000000" w:themeColor="text1"/>
          <w:sz w:val="28"/>
          <w:szCs w:val="28"/>
          <w:lang w:val="en-US"/>
        </w:rPr>
        <w:t xml:space="preserve"> </w:t>
      </w:r>
      <w:r w:rsidRPr="00B506FB">
        <w:rPr>
          <w:color w:val="000000" w:themeColor="text1"/>
          <w:sz w:val="28"/>
          <w:szCs w:val="28"/>
        </w:rPr>
        <w:t>тиіс</w:t>
      </w:r>
      <w:r w:rsidRPr="00B506FB">
        <w:rPr>
          <w:color w:val="000000" w:themeColor="text1"/>
          <w:sz w:val="28"/>
          <w:szCs w:val="28"/>
          <w:lang w:val="en-US"/>
        </w:rPr>
        <w:t>.</w:t>
      </w:r>
    </w:p>
    <w:p w14:paraId="65DB0189" w14:textId="42D5F777"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3.2.</w:t>
      </w:r>
      <w:r w:rsidRPr="00B506FB">
        <w:rPr>
          <w:color w:val="000000" w:themeColor="text1"/>
          <w:sz w:val="28"/>
          <w:szCs w:val="28"/>
          <w:lang w:val="en-US"/>
        </w:rPr>
        <w:t xml:space="preserve"> </w:t>
      </w:r>
      <w:r w:rsidRPr="00B506FB">
        <w:rPr>
          <w:color w:val="000000" w:themeColor="text1"/>
          <w:sz w:val="28"/>
          <w:szCs w:val="28"/>
        </w:rPr>
        <w:t>Мердігер</w:t>
      </w:r>
      <w:r w:rsidRPr="00B506FB">
        <w:rPr>
          <w:color w:val="000000" w:themeColor="text1"/>
          <w:sz w:val="28"/>
          <w:szCs w:val="28"/>
          <w:lang w:val="en-US"/>
        </w:rPr>
        <w:t xml:space="preserve"> </w:t>
      </w:r>
      <w:r w:rsidRPr="00B506FB">
        <w:rPr>
          <w:color w:val="000000" w:themeColor="text1"/>
          <w:sz w:val="28"/>
          <w:szCs w:val="28"/>
        </w:rPr>
        <w:t>қолданыстағы</w:t>
      </w:r>
      <w:r w:rsidRPr="00B506FB">
        <w:rPr>
          <w:color w:val="000000" w:themeColor="text1"/>
          <w:sz w:val="28"/>
          <w:szCs w:val="28"/>
          <w:lang w:val="en-US"/>
        </w:rPr>
        <w:t xml:space="preserve"> </w:t>
      </w:r>
      <w:r w:rsidRPr="00B506FB">
        <w:rPr>
          <w:color w:val="000000" w:themeColor="text1"/>
          <w:sz w:val="28"/>
          <w:szCs w:val="28"/>
        </w:rPr>
        <w:t>инженерлік</w:t>
      </w:r>
      <w:r w:rsidRPr="00B506FB">
        <w:rPr>
          <w:color w:val="000000" w:themeColor="text1"/>
          <w:sz w:val="28"/>
          <w:szCs w:val="28"/>
          <w:lang w:val="en-US"/>
        </w:rPr>
        <w:t xml:space="preserve"> </w:t>
      </w:r>
      <w:r w:rsidRPr="00B506FB">
        <w:rPr>
          <w:color w:val="000000" w:themeColor="text1"/>
          <w:sz w:val="28"/>
          <w:szCs w:val="28"/>
        </w:rPr>
        <w:t>коммуникациялардың</w:t>
      </w:r>
      <w:r w:rsidRPr="00B506FB">
        <w:rPr>
          <w:color w:val="000000" w:themeColor="text1"/>
          <w:sz w:val="28"/>
          <w:szCs w:val="28"/>
          <w:lang w:val="en-US"/>
        </w:rPr>
        <w:t xml:space="preserve">, </w:t>
      </w:r>
      <w:r w:rsidRPr="00B506FB">
        <w:rPr>
          <w:color w:val="000000" w:themeColor="text1"/>
          <w:sz w:val="28"/>
          <w:szCs w:val="28"/>
        </w:rPr>
        <w:t>ғимараттардың</w:t>
      </w:r>
      <w:r w:rsidRPr="00B506FB">
        <w:rPr>
          <w:color w:val="000000" w:themeColor="text1"/>
          <w:sz w:val="28"/>
          <w:szCs w:val="28"/>
          <w:lang w:val="en-US"/>
        </w:rPr>
        <w:t xml:space="preserve"> </w:t>
      </w:r>
      <w:r w:rsidRPr="00B506FB">
        <w:rPr>
          <w:color w:val="000000" w:themeColor="text1"/>
          <w:sz w:val="28"/>
          <w:szCs w:val="28"/>
        </w:rPr>
        <w:t>конструктивтік</w:t>
      </w:r>
      <w:r w:rsidRPr="00B506FB">
        <w:rPr>
          <w:color w:val="000000" w:themeColor="text1"/>
          <w:sz w:val="28"/>
          <w:szCs w:val="28"/>
          <w:lang w:val="en-US"/>
        </w:rPr>
        <w:t xml:space="preserve"> </w:t>
      </w:r>
      <w:r w:rsidRPr="00B506FB">
        <w:rPr>
          <w:color w:val="000000" w:themeColor="text1"/>
          <w:sz w:val="28"/>
          <w:szCs w:val="28"/>
        </w:rPr>
        <w:t>элементтерінің</w:t>
      </w:r>
      <w:r w:rsidRPr="00B506FB">
        <w:rPr>
          <w:color w:val="000000" w:themeColor="text1"/>
          <w:sz w:val="28"/>
          <w:szCs w:val="28"/>
          <w:lang w:val="en-US"/>
        </w:rPr>
        <w:t xml:space="preserve">, </w:t>
      </w:r>
      <w:r w:rsidRPr="00B506FB">
        <w:rPr>
          <w:color w:val="000000" w:themeColor="text1"/>
          <w:sz w:val="28"/>
          <w:szCs w:val="28"/>
        </w:rPr>
        <w:t>Тапсырыс</w:t>
      </w:r>
      <w:r w:rsidRPr="00B506FB">
        <w:rPr>
          <w:color w:val="000000" w:themeColor="text1"/>
          <w:sz w:val="28"/>
          <w:szCs w:val="28"/>
          <w:lang w:val="en-US"/>
        </w:rPr>
        <w:t xml:space="preserve"> </w:t>
      </w:r>
      <w:r w:rsidRPr="00B506FB">
        <w:rPr>
          <w:color w:val="000000" w:themeColor="text1"/>
          <w:sz w:val="28"/>
          <w:szCs w:val="28"/>
        </w:rPr>
        <w:t>берушінің</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үшінші</w:t>
      </w:r>
      <w:r w:rsidRPr="00B506FB">
        <w:rPr>
          <w:color w:val="000000" w:themeColor="text1"/>
          <w:sz w:val="28"/>
          <w:szCs w:val="28"/>
          <w:lang w:val="en-US"/>
        </w:rPr>
        <w:t xml:space="preserve"> </w:t>
      </w:r>
      <w:r w:rsidRPr="00B506FB">
        <w:rPr>
          <w:color w:val="000000" w:themeColor="text1"/>
          <w:sz w:val="28"/>
          <w:szCs w:val="28"/>
        </w:rPr>
        <w:t>тұлғалардың</w:t>
      </w:r>
      <w:r w:rsidRPr="00B506FB">
        <w:rPr>
          <w:color w:val="000000" w:themeColor="text1"/>
          <w:sz w:val="28"/>
          <w:szCs w:val="28"/>
          <w:lang w:val="en-US"/>
        </w:rPr>
        <w:t xml:space="preserve"> </w:t>
      </w:r>
      <w:r w:rsidRPr="00B506FB">
        <w:rPr>
          <w:color w:val="000000" w:themeColor="text1"/>
          <w:sz w:val="28"/>
          <w:szCs w:val="28"/>
        </w:rPr>
        <w:t>мүлкінің</w:t>
      </w:r>
      <w:r w:rsidRPr="00B506FB">
        <w:rPr>
          <w:color w:val="000000" w:themeColor="text1"/>
          <w:sz w:val="28"/>
          <w:szCs w:val="28"/>
          <w:lang w:val="en-US"/>
        </w:rPr>
        <w:t xml:space="preserve"> </w:t>
      </w:r>
      <w:r w:rsidRPr="00B506FB">
        <w:rPr>
          <w:color w:val="000000" w:themeColor="text1"/>
          <w:sz w:val="28"/>
          <w:szCs w:val="28"/>
        </w:rPr>
        <w:t>зақымдануына</w:t>
      </w:r>
      <w:r w:rsidRPr="00B506FB">
        <w:rPr>
          <w:color w:val="000000" w:themeColor="text1"/>
          <w:sz w:val="28"/>
          <w:szCs w:val="28"/>
          <w:lang w:val="en-US"/>
        </w:rPr>
        <w:t xml:space="preserve"> </w:t>
      </w:r>
      <w:r w:rsidRPr="00B506FB">
        <w:rPr>
          <w:color w:val="000000" w:themeColor="text1"/>
          <w:sz w:val="28"/>
          <w:szCs w:val="28"/>
        </w:rPr>
        <w:t>жол</w:t>
      </w:r>
      <w:r w:rsidRPr="00B506FB">
        <w:rPr>
          <w:color w:val="000000" w:themeColor="text1"/>
          <w:sz w:val="28"/>
          <w:szCs w:val="28"/>
          <w:lang w:val="en-US"/>
        </w:rPr>
        <w:t xml:space="preserve"> </w:t>
      </w:r>
      <w:r w:rsidRPr="00B506FB">
        <w:rPr>
          <w:color w:val="000000" w:themeColor="text1"/>
          <w:sz w:val="28"/>
          <w:szCs w:val="28"/>
        </w:rPr>
        <w:t>бермеу</w:t>
      </w:r>
      <w:r w:rsidRPr="00B506FB">
        <w:rPr>
          <w:color w:val="000000" w:themeColor="text1"/>
          <w:sz w:val="28"/>
          <w:szCs w:val="28"/>
          <w:lang w:val="en-US"/>
        </w:rPr>
        <w:t xml:space="preserve"> </w:t>
      </w:r>
      <w:r w:rsidRPr="00B506FB">
        <w:rPr>
          <w:color w:val="000000" w:themeColor="text1"/>
          <w:sz w:val="28"/>
          <w:szCs w:val="28"/>
        </w:rPr>
        <w:t>үшін</w:t>
      </w:r>
      <w:r w:rsidRPr="00B506FB">
        <w:rPr>
          <w:color w:val="000000" w:themeColor="text1"/>
          <w:sz w:val="28"/>
          <w:szCs w:val="28"/>
          <w:lang w:val="en-US"/>
        </w:rPr>
        <w:t xml:space="preserve"> </w:t>
      </w:r>
      <w:r w:rsidRPr="00B506FB">
        <w:rPr>
          <w:color w:val="000000" w:themeColor="text1"/>
          <w:sz w:val="28"/>
          <w:szCs w:val="28"/>
        </w:rPr>
        <w:t>қажетті</w:t>
      </w:r>
      <w:r w:rsidRPr="00B506FB">
        <w:rPr>
          <w:color w:val="000000" w:themeColor="text1"/>
          <w:sz w:val="28"/>
          <w:szCs w:val="28"/>
          <w:lang w:val="en-US"/>
        </w:rPr>
        <w:t xml:space="preserve"> </w:t>
      </w:r>
      <w:r w:rsidRPr="00B506FB">
        <w:rPr>
          <w:color w:val="000000" w:themeColor="text1"/>
          <w:sz w:val="28"/>
          <w:szCs w:val="28"/>
        </w:rPr>
        <w:t>шараларды</w:t>
      </w:r>
      <w:r w:rsidRPr="00B506FB">
        <w:rPr>
          <w:color w:val="000000" w:themeColor="text1"/>
          <w:sz w:val="28"/>
          <w:szCs w:val="28"/>
          <w:lang w:val="en-US"/>
        </w:rPr>
        <w:t xml:space="preserve"> </w:t>
      </w:r>
      <w:r w:rsidRPr="00B506FB">
        <w:rPr>
          <w:color w:val="000000" w:themeColor="text1"/>
          <w:sz w:val="28"/>
          <w:szCs w:val="28"/>
        </w:rPr>
        <w:t>қабылдауға</w:t>
      </w:r>
      <w:r w:rsidRPr="00B506FB">
        <w:rPr>
          <w:color w:val="000000" w:themeColor="text1"/>
          <w:sz w:val="28"/>
          <w:szCs w:val="28"/>
          <w:lang w:val="en-US"/>
        </w:rPr>
        <w:t xml:space="preserve"> </w:t>
      </w:r>
      <w:r w:rsidRPr="00B506FB">
        <w:rPr>
          <w:color w:val="000000" w:themeColor="text1"/>
          <w:sz w:val="28"/>
          <w:szCs w:val="28"/>
        </w:rPr>
        <w:t>міндетті</w:t>
      </w:r>
      <w:r w:rsidRPr="00B506FB">
        <w:rPr>
          <w:color w:val="000000" w:themeColor="text1"/>
          <w:sz w:val="28"/>
          <w:szCs w:val="28"/>
          <w:lang w:val="en-US"/>
        </w:rPr>
        <w:t>.</w:t>
      </w:r>
    </w:p>
    <w:p w14:paraId="1DD6D4CA" w14:textId="25836A25"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lastRenderedPageBreak/>
        <w:tab/>
      </w:r>
      <w:r w:rsidRPr="00B506FB">
        <w:rPr>
          <w:rStyle w:val="af6"/>
          <w:rFonts w:eastAsiaTheme="majorEastAsia"/>
          <w:color w:val="000000" w:themeColor="text1"/>
          <w:sz w:val="28"/>
          <w:szCs w:val="28"/>
          <w:lang w:val="en-US"/>
        </w:rPr>
        <w:t>3.3.</w:t>
      </w:r>
      <w:r w:rsidRPr="00B506FB">
        <w:rPr>
          <w:color w:val="000000" w:themeColor="text1"/>
          <w:sz w:val="28"/>
          <w:szCs w:val="28"/>
          <w:lang w:val="en-US"/>
        </w:rPr>
        <w:t xml:space="preserve"> </w:t>
      </w:r>
      <w:r w:rsidRPr="00B506FB">
        <w:rPr>
          <w:color w:val="000000" w:themeColor="text1"/>
          <w:sz w:val="28"/>
          <w:szCs w:val="28"/>
        </w:rPr>
        <w:t>Барлық</w:t>
      </w:r>
      <w:r w:rsidRPr="00B506FB">
        <w:rPr>
          <w:color w:val="000000" w:themeColor="text1"/>
          <w:sz w:val="28"/>
          <w:szCs w:val="28"/>
          <w:lang w:val="en-US"/>
        </w:rPr>
        <w:t xml:space="preserve"> </w:t>
      </w:r>
      <w:r w:rsidRPr="00B506FB">
        <w:rPr>
          <w:color w:val="000000" w:themeColor="text1"/>
          <w:sz w:val="28"/>
          <w:szCs w:val="28"/>
        </w:rPr>
        <w:t>материалдар</w:t>
      </w:r>
      <w:r w:rsidRPr="00B506FB">
        <w:rPr>
          <w:color w:val="000000" w:themeColor="text1"/>
          <w:sz w:val="28"/>
          <w:szCs w:val="28"/>
          <w:lang w:val="en-US"/>
        </w:rPr>
        <w:t xml:space="preserve">, </w:t>
      </w:r>
      <w:r w:rsidRPr="00B506FB">
        <w:rPr>
          <w:color w:val="000000" w:themeColor="text1"/>
          <w:sz w:val="28"/>
          <w:szCs w:val="28"/>
        </w:rPr>
        <w:t>құбырлар</w:t>
      </w:r>
      <w:r w:rsidRPr="00B506FB">
        <w:rPr>
          <w:color w:val="000000" w:themeColor="text1"/>
          <w:sz w:val="28"/>
          <w:szCs w:val="28"/>
          <w:lang w:val="en-US"/>
        </w:rPr>
        <w:t xml:space="preserve">, </w:t>
      </w:r>
      <w:r w:rsidRPr="00B506FB">
        <w:rPr>
          <w:color w:val="000000" w:themeColor="text1"/>
          <w:sz w:val="28"/>
          <w:szCs w:val="28"/>
        </w:rPr>
        <w:t>жалғағыш</w:t>
      </w:r>
      <w:r w:rsidRPr="00B506FB">
        <w:rPr>
          <w:color w:val="000000" w:themeColor="text1"/>
          <w:sz w:val="28"/>
          <w:szCs w:val="28"/>
          <w:lang w:val="en-US"/>
        </w:rPr>
        <w:t xml:space="preserve"> </w:t>
      </w:r>
      <w:r w:rsidRPr="00B506FB">
        <w:rPr>
          <w:color w:val="000000" w:themeColor="text1"/>
          <w:sz w:val="28"/>
          <w:szCs w:val="28"/>
        </w:rPr>
        <w:t>элементтер</w:t>
      </w:r>
      <w:r w:rsidRPr="00B506FB">
        <w:rPr>
          <w:color w:val="000000" w:themeColor="text1"/>
          <w:sz w:val="28"/>
          <w:szCs w:val="28"/>
          <w:lang w:val="en-US"/>
        </w:rPr>
        <w:t xml:space="preserve">, </w:t>
      </w:r>
      <w:r w:rsidRPr="00B506FB">
        <w:rPr>
          <w:color w:val="000000" w:themeColor="text1"/>
          <w:sz w:val="28"/>
          <w:szCs w:val="28"/>
        </w:rPr>
        <w:t>тығыздағыштар</w:t>
      </w:r>
      <w:r w:rsidRPr="00B506FB">
        <w:rPr>
          <w:color w:val="000000" w:themeColor="text1"/>
          <w:sz w:val="28"/>
          <w:szCs w:val="28"/>
          <w:lang w:val="en-US"/>
        </w:rPr>
        <w:t xml:space="preserve">, </w:t>
      </w:r>
      <w:r w:rsidRPr="00B506FB">
        <w:rPr>
          <w:color w:val="000000" w:themeColor="text1"/>
          <w:sz w:val="28"/>
          <w:szCs w:val="28"/>
        </w:rPr>
        <w:t>бітеуіштер</w:t>
      </w:r>
      <w:r w:rsidRPr="00B506FB">
        <w:rPr>
          <w:color w:val="000000" w:themeColor="text1"/>
          <w:sz w:val="28"/>
          <w:szCs w:val="28"/>
          <w:lang w:val="en-US"/>
        </w:rPr>
        <w:t xml:space="preserve">, </w:t>
      </w:r>
      <w:r w:rsidRPr="00B506FB">
        <w:rPr>
          <w:color w:val="000000" w:themeColor="text1"/>
          <w:sz w:val="28"/>
          <w:szCs w:val="28"/>
        </w:rPr>
        <w:t>бекіту</w:t>
      </w:r>
      <w:r w:rsidRPr="00B506FB">
        <w:rPr>
          <w:color w:val="000000" w:themeColor="text1"/>
          <w:sz w:val="28"/>
          <w:szCs w:val="28"/>
          <w:lang w:val="en-US"/>
        </w:rPr>
        <w:t xml:space="preserve"> </w:t>
      </w:r>
      <w:r w:rsidRPr="00B506FB">
        <w:rPr>
          <w:color w:val="000000" w:themeColor="text1"/>
          <w:sz w:val="28"/>
          <w:szCs w:val="28"/>
        </w:rPr>
        <w:t>арматурасы</w:t>
      </w:r>
      <w:r w:rsidRPr="00B506FB">
        <w:rPr>
          <w:color w:val="000000" w:themeColor="text1"/>
          <w:sz w:val="28"/>
          <w:szCs w:val="28"/>
          <w:lang w:val="en-US"/>
        </w:rPr>
        <w:t xml:space="preserve">, </w:t>
      </w:r>
      <w:r w:rsidRPr="00B506FB">
        <w:rPr>
          <w:color w:val="000000" w:themeColor="text1"/>
          <w:sz w:val="28"/>
          <w:szCs w:val="28"/>
        </w:rPr>
        <w:t>байпастар</w:t>
      </w:r>
      <w:r w:rsidRPr="00B506FB">
        <w:rPr>
          <w:color w:val="000000" w:themeColor="text1"/>
          <w:sz w:val="28"/>
          <w:szCs w:val="28"/>
          <w:lang w:val="en-US"/>
        </w:rPr>
        <w:t xml:space="preserve">, </w:t>
      </w:r>
      <w:r w:rsidRPr="00B506FB">
        <w:rPr>
          <w:color w:val="000000" w:themeColor="text1"/>
          <w:sz w:val="28"/>
          <w:szCs w:val="28"/>
        </w:rPr>
        <w:t>бекіткіш</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электротехникалық</w:t>
      </w:r>
      <w:r w:rsidRPr="00B506FB">
        <w:rPr>
          <w:color w:val="000000" w:themeColor="text1"/>
          <w:sz w:val="28"/>
          <w:szCs w:val="28"/>
          <w:lang w:val="en-US"/>
        </w:rPr>
        <w:t xml:space="preserve"> </w:t>
      </w:r>
      <w:r w:rsidRPr="00B506FB">
        <w:rPr>
          <w:color w:val="000000" w:themeColor="text1"/>
          <w:sz w:val="28"/>
          <w:szCs w:val="28"/>
        </w:rPr>
        <w:t>бұйымдар</w:t>
      </w:r>
      <w:r w:rsidRPr="00B506FB">
        <w:rPr>
          <w:color w:val="000000" w:themeColor="text1"/>
          <w:sz w:val="28"/>
          <w:szCs w:val="28"/>
          <w:lang w:val="en-US"/>
        </w:rPr>
        <w:t xml:space="preserve"> </w:t>
      </w:r>
      <w:r w:rsidRPr="00B506FB">
        <w:rPr>
          <w:color w:val="000000" w:themeColor="text1"/>
          <w:sz w:val="28"/>
          <w:szCs w:val="28"/>
        </w:rPr>
        <w:t>жаңа</w:t>
      </w:r>
      <w:r w:rsidRPr="00B506FB">
        <w:rPr>
          <w:color w:val="000000" w:themeColor="text1"/>
          <w:sz w:val="28"/>
          <w:szCs w:val="28"/>
          <w:lang w:val="en-US"/>
        </w:rPr>
        <w:t xml:space="preserve"> </w:t>
      </w:r>
      <w:r w:rsidRPr="00B506FB">
        <w:rPr>
          <w:color w:val="000000" w:themeColor="text1"/>
          <w:sz w:val="28"/>
          <w:szCs w:val="28"/>
        </w:rPr>
        <w:t>болуға</w:t>
      </w:r>
      <w:r w:rsidRPr="00B506FB">
        <w:rPr>
          <w:color w:val="000000" w:themeColor="text1"/>
          <w:sz w:val="28"/>
          <w:szCs w:val="28"/>
          <w:lang w:val="en-US"/>
        </w:rPr>
        <w:t xml:space="preserve">, </w:t>
      </w:r>
      <w:r w:rsidRPr="00B506FB">
        <w:rPr>
          <w:color w:val="000000" w:themeColor="text1"/>
          <w:sz w:val="28"/>
          <w:szCs w:val="28"/>
        </w:rPr>
        <w:t>мақсатына</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пайдалану</w:t>
      </w:r>
      <w:r w:rsidRPr="00B506FB">
        <w:rPr>
          <w:color w:val="000000" w:themeColor="text1"/>
          <w:sz w:val="28"/>
          <w:szCs w:val="28"/>
          <w:lang w:val="en-US"/>
        </w:rPr>
        <w:t xml:space="preserve"> </w:t>
      </w:r>
      <w:r w:rsidRPr="00B506FB">
        <w:rPr>
          <w:color w:val="000000" w:themeColor="text1"/>
          <w:sz w:val="28"/>
          <w:szCs w:val="28"/>
        </w:rPr>
        <w:t>жағдайларына</w:t>
      </w:r>
      <w:r w:rsidRPr="00B506FB">
        <w:rPr>
          <w:color w:val="000000" w:themeColor="text1"/>
          <w:sz w:val="28"/>
          <w:szCs w:val="28"/>
          <w:lang w:val="en-US"/>
        </w:rPr>
        <w:t xml:space="preserve"> </w:t>
      </w:r>
      <w:r w:rsidRPr="00B506FB">
        <w:rPr>
          <w:color w:val="000000" w:themeColor="text1"/>
          <w:sz w:val="28"/>
          <w:szCs w:val="28"/>
        </w:rPr>
        <w:t>сәйкес</w:t>
      </w:r>
      <w:r w:rsidRPr="00B506FB">
        <w:rPr>
          <w:color w:val="000000" w:themeColor="text1"/>
          <w:sz w:val="28"/>
          <w:szCs w:val="28"/>
          <w:lang w:val="en-US"/>
        </w:rPr>
        <w:t xml:space="preserve"> </w:t>
      </w:r>
      <w:r w:rsidRPr="00B506FB">
        <w:rPr>
          <w:color w:val="000000" w:themeColor="text1"/>
          <w:sz w:val="28"/>
          <w:szCs w:val="28"/>
        </w:rPr>
        <w:t>келуге</w:t>
      </w:r>
      <w:r w:rsidRPr="00B506FB">
        <w:rPr>
          <w:color w:val="000000" w:themeColor="text1"/>
          <w:sz w:val="28"/>
          <w:szCs w:val="28"/>
          <w:lang w:val="en-US"/>
        </w:rPr>
        <w:t xml:space="preserve">, </w:t>
      </w:r>
      <w:r w:rsidRPr="00B506FB">
        <w:rPr>
          <w:color w:val="000000" w:themeColor="text1"/>
          <w:sz w:val="28"/>
          <w:szCs w:val="28"/>
        </w:rPr>
        <w:t>сондай</w:t>
      </w:r>
      <w:r w:rsidRPr="00B506FB">
        <w:rPr>
          <w:color w:val="000000" w:themeColor="text1"/>
          <w:sz w:val="28"/>
          <w:szCs w:val="28"/>
          <w:lang w:val="en-US"/>
        </w:rPr>
        <w:t>-</w:t>
      </w:r>
      <w:r w:rsidRPr="00B506FB">
        <w:rPr>
          <w:color w:val="000000" w:themeColor="text1"/>
          <w:sz w:val="28"/>
          <w:szCs w:val="28"/>
        </w:rPr>
        <w:t>ақ</w:t>
      </w:r>
      <w:r w:rsidRPr="00B506FB">
        <w:rPr>
          <w:color w:val="000000" w:themeColor="text1"/>
          <w:sz w:val="28"/>
          <w:szCs w:val="28"/>
          <w:lang w:val="en-US"/>
        </w:rPr>
        <w:t xml:space="preserve"> </w:t>
      </w:r>
      <w:r w:rsidRPr="00B506FB">
        <w:rPr>
          <w:color w:val="000000" w:themeColor="text1"/>
          <w:sz w:val="28"/>
          <w:szCs w:val="28"/>
        </w:rPr>
        <w:t>қолданылатын</w:t>
      </w:r>
      <w:r w:rsidRPr="00B506FB">
        <w:rPr>
          <w:color w:val="000000" w:themeColor="text1"/>
          <w:sz w:val="28"/>
          <w:szCs w:val="28"/>
          <w:lang w:val="en-US"/>
        </w:rPr>
        <w:t xml:space="preserve"> </w:t>
      </w:r>
      <w:r w:rsidRPr="00B506FB">
        <w:rPr>
          <w:color w:val="000000" w:themeColor="text1"/>
          <w:sz w:val="28"/>
          <w:szCs w:val="28"/>
        </w:rPr>
        <w:t>қауіпсіздік</w:t>
      </w:r>
      <w:r w:rsidRPr="00B506FB">
        <w:rPr>
          <w:color w:val="000000" w:themeColor="text1"/>
          <w:sz w:val="28"/>
          <w:szCs w:val="28"/>
          <w:lang w:val="en-US"/>
        </w:rPr>
        <w:t xml:space="preserve"> </w:t>
      </w:r>
      <w:r w:rsidRPr="00B506FB">
        <w:rPr>
          <w:color w:val="000000" w:themeColor="text1"/>
          <w:sz w:val="28"/>
          <w:szCs w:val="28"/>
        </w:rPr>
        <w:t>талаптарына</w:t>
      </w:r>
      <w:r w:rsidRPr="00B506FB">
        <w:rPr>
          <w:color w:val="000000" w:themeColor="text1"/>
          <w:sz w:val="28"/>
          <w:szCs w:val="28"/>
          <w:lang w:val="en-US"/>
        </w:rPr>
        <w:t xml:space="preserve"> </w:t>
      </w:r>
      <w:r w:rsidRPr="00B506FB">
        <w:rPr>
          <w:color w:val="000000" w:themeColor="text1"/>
          <w:sz w:val="28"/>
          <w:szCs w:val="28"/>
        </w:rPr>
        <w:t>сай</w:t>
      </w:r>
      <w:r w:rsidRPr="00B506FB">
        <w:rPr>
          <w:color w:val="000000" w:themeColor="text1"/>
          <w:sz w:val="28"/>
          <w:szCs w:val="28"/>
          <w:lang w:val="en-US"/>
        </w:rPr>
        <w:t xml:space="preserve"> </w:t>
      </w:r>
      <w:r w:rsidRPr="00B506FB">
        <w:rPr>
          <w:color w:val="000000" w:themeColor="text1"/>
          <w:sz w:val="28"/>
          <w:szCs w:val="28"/>
        </w:rPr>
        <w:t>болуға</w:t>
      </w:r>
      <w:r w:rsidRPr="00B506FB">
        <w:rPr>
          <w:color w:val="000000" w:themeColor="text1"/>
          <w:sz w:val="28"/>
          <w:szCs w:val="28"/>
          <w:lang w:val="en-US"/>
        </w:rPr>
        <w:t xml:space="preserve"> </w:t>
      </w:r>
      <w:r w:rsidRPr="00B506FB">
        <w:rPr>
          <w:color w:val="000000" w:themeColor="text1"/>
          <w:sz w:val="28"/>
          <w:szCs w:val="28"/>
        </w:rPr>
        <w:t>тиіс</w:t>
      </w:r>
      <w:r w:rsidRPr="00B506FB">
        <w:rPr>
          <w:color w:val="000000" w:themeColor="text1"/>
          <w:sz w:val="28"/>
          <w:szCs w:val="28"/>
          <w:lang w:val="en-US"/>
        </w:rPr>
        <w:t>.</w:t>
      </w:r>
    </w:p>
    <w:p w14:paraId="55AE1210" w14:textId="3D8BE615"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3.4.</w:t>
      </w:r>
      <w:r w:rsidRPr="00B506FB">
        <w:rPr>
          <w:color w:val="000000" w:themeColor="text1"/>
          <w:sz w:val="28"/>
          <w:szCs w:val="28"/>
          <w:lang w:val="en-US"/>
        </w:rPr>
        <w:t xml:space="preserve"> </w:t>
      </w:r>
      <w:r w:rsidRPr="00B506FB">
        <w:rPr>
          <w:color w:val="000000" w:themeColor="text1"/>
          <w:sz w:val="28"/>
          <w:szCs w:val="28"/>
        </w:rPr>
        <w:t>Авариялық</w:t>
      </w:r>
      <w:r w:rsidRPr="00B506FB">
        <w:rPr>
          <w:color w:val="000000" w:themeColor="text1"/>
          <w:sz w:val="28"/>
          <w:szCs w:val="28"/>
          <w:lang w:val="en-US"/>
        </w:rPr>
        <w:t xml:space="preserve"> </w:t>
      </w:r>
      <w:r w:rsidRPr="00B506FB">
        <w:rPr>
          <w:color w:val="000000" w:themeColor="text1"/>
          <w:sz w:val="28"/>
          <w:szCs w:val="28"/>
        </w:rPr>
        <w:t>жағдай</w:t>
      </w:r>
      <w:r w:rsidRPr="00B506FB">
        <w:rPr>
          <w:color w:val="000000" w:themeColor="text1"/>
          <w:sz w:val="28"/>
          <w:szCs w:val="28"/>
          <w:lang w:val="en-US"/>
        </w:rPr>
        <w:t xml:space="preserve"> </w:t>
      </w:r>
      <w:r w:rsidRPr="00B506FB">
        <w:rPr>
          <w:color w:val="000000" w:themeColor="text1"/>
          <w:sz w:val="28"/>
          <w:szCs w:val="28"/>
        </w:rPr>
        <w:t>анықталған</w:t>
      </w:r>
      <w:r w:rsidRPr="00B506FB">
        <w:rPr>
          <w:color w:val="000000" w:themeColor="text1"/>
          <w:sz w:val="28"/>
          <w:szCs w:val="28"/>
          <w:lang w:val="en-US"/>
        </w:rPr>
        <w:t xml:space="preserve"> </w:t>
      </w:r>
      <w:r w:rsidRPr="00B506FB">
        <w:rPr>
          <w:color w:val="000000" w:themeColor="text1"/>
          <w:sz w:val="28"/>
          <w:szCs w:val="28"/>
        </w:rPr>
        <w:t>кезде</w:t>
      </w:r>
      <w:r w:rsidRPr="00B506FB">
        <w:rPr>
          <w:color w:val="000000" w:themeColor="text1"/>
          <w:sz w:val="28"/>
          <w:szCs w:val="28"/>
          <w:lang w:val="en-US"/>
        </w:rPr>
        <w:t xml:space="preserve"> </w:t>
      </w:r>
      <w:r w:rsidRPr="00B506FB">
        <w:rPr>
          <w:color w:val="000000" w:themeColor="text1"/>
          <w:sz w:val="28"/>
          <w:szCs w:val="28"/>
        </w:rPr>
        <w:t>Мердігер</w:t>
      </w:r>
      <w:r w:rsidRPr="00B506FB">
        <w:rPr>
          <w:color w:val="000000" w:themeColor="text1"/>
          <w:sz w:val="28"/>
          <w:szCs w:val="28"/>
          <w:lang w:val="en-US"/>
        </w:rPr>
        <w:t xml:space="preserve"> </w:t>
      </w:r>
      <w:r w:rsidRPr="00B506FB">
        <w:rPr>
          <w:color w:val="000000" w:themeColor="text1"/>
          <w:sz w:val="28"/>
          <w:szCs w:val="28"/>
        </w:rPr>
        <w:t>аварияны</w:t>
      </w:r>
      <w:r w:rsidRPr="00B506FB">
        <w:rPr>
          <w:color w:val="000000" w:themeColor="text1"/>
          <w:sz w:val="28"/>
          <w:szCs w:val="28"/>
          <w:lang w:val="en-US"/>
        </w:rPr>
        <w:t xml:space="preserve"> </w:t>
      </w:r>
      <w:r w:rsidRPr="00B506FB">
        <w:rPr>
          <w:color w:val="000000" w:themeColor="text1"/>
          <w:sz w:val="28"/>
          <w:szCs w:val="28"/>
        </w:rPr>
        <w:t>оқшаулау</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одан</w:t>
      </w:r>
      <w:r w:rsidRPr="00B506FB">
        <w:rPr>
          <w:color w:val="000000" w:themeColor="text1"/>
          <w:sz w:val="28"/>
          <w:szCs w:val="28"/>
          <w:lang w:val="en-US"/>
        </w:rPr>
        <w:t xml:space="preserve"> </w:t>
      </w:r>
      <w:r w:rsidRPr="00B506FB">
        <w:rPr>
          <w:color w:val="000000" w:themeColor="text1"/>
          <w:sz w:val="28"/>
          <w:szCs w:val="28"/>
        </w:rPr>
        <w:t>әрі</w:t>
      </w:r>
      <w:r w:rsidRPr="00B506FB">
        <w:rPr>
          <w:color w:val="000000" w:themeColor="text1"/>
          <w:sz w:val="28"/>
          <w:szCs w:val="28"/>
          <w:lang w:val="en-US"/>
        </w:rPr>
        <w:t xml:space="preserve"> </w:t>
      </w:r>
      <w:r w:rsidRPr="00B506FB">
        <w:rPr>
          <w:color w:val="000000" w:themeColor="text1"/>
          <w:sz w:val="28"/>
          <w:szCs w:val="28"/>
        </w:rPr>
        <w:t>залалдың</w:t>
      </w:r>
      <w:r w:rsidRPr="00B506FB">
        <w:rPr>
          <w:color w:val="000000" w:themeColor="text1"/>
          <w:sz w:val="28"/>
          <w:szCs w:val="28"/>
          <w:lang w:val="en-US"/>
        </w:rPr>
        <w:t xml:space="preserve"> </w:t>
      </w:r>
      <w:r w:rsidRPr="00B506FB">
        <w:rPr>
          <w:color w:val="000000" w:themeColor="text1"/>
          <w:sz w:val="28"/>
          <w:szCs w:val="28"/>
        </w:rPr>
        <w:t>алдын</w:t>
      </w:r>
      <w:r w:rsidRPr="00B506FB">
        <w:rPr>
          <w:color w:val="000000" w:themeColor="text1"/>
          <w:sz w:val="28"/>
          <w:szCs w:val="28"/>
          <w:lang w:val="en-US"/>
        </w:rPr>
        <w:t xml:space="preserve"> </w:t>
      </w:r>
      <w:r w:rsidRPr="00B506FB">
        <w:rPr>
          <w:color w:val="000000" w:themeColor="text1"/>
          <w:sz w:val="28"/>
          <w:szCs w:val="28"/>
        </w:rPr>
        <w:t>алу</w:t>
      </w:r>
      <w:r w:rsidRPr="00B506FB">
        <w:rPr>
          <w:color w:val="000000" w:themeColor="text1"/>
          <w:sz w:val="28"/>
          <w:szCs w:val="28"/>
          <w:lang w:val="en-US"/>
        </w:rPr>
        <w:t xml:space="preserve"> </w:t>
      </w:r>
      <w:r w:rsidRPr="00B506FB">
        <w:rPr>
          <w:color w:val="000000" w:themeColor="text1"/>
          <w:sz w:val="28"/>
          <w:szCs w:val="28"/>
        </w:rPr>
        <w:t>бойынша</w:t>
      </w:r>
      <w:r w:rsidRPr="00B506FB">
        <w:rPr>
          <w:color w:val="000000" w:themeColor="text1"/>
          <w:sz w:val="28"/>
          <w:szCs w:val="28"/>
          <w:lang w:val="en-US"/>
        </w:rPr>
        <w:t xml:space="preserve"> </w:t>
      </w:r>
      <w:r w:rsidRPr="00B506FB">
        <w:rPr>
          <w:color w:val="000000" w:themeColor="text1"/>
          <w:sz w:val="28"/>
          <w:szCs w:val="28"/>
        </w:rPr>
        <w:t>қажетті</w:t>
      </w:r>
      <w:r w:rsidRPr="00B506FB">
        <w:rPr>
          <w:color w:val="000000" w:themeColor="text1"/>
          <w:sz w:val="28"/>
          <w:szCs w:val="28"/>
          <w:lang w:val="en-US"/>
        </w:rPr>
        <w:t xml:space="preserve"> </w:t>
      </w:r>
      <w:r w:rsidRPr="00B506FB">
        <w:rPr>
          <w:color w:val="000000" w:themeColor="text1"/>
          <w:sz w:val="28"/>
          <w:szCs w:val="28"/>
        </w:rPr>
        <w:t>бастапқы</w:t>
      </w:r>
      <w:r w:rsidRPr="00B506FB">
        <w:rPr>
          <w:color w:val="000000" w:themeColor="text1"/>
          <w:sz w:val="28"/>
          <w:szCs w:val="28"/>
          <w:lang w:val="en-US"/>
        </w:rPr>
        <w:t xml:space="preserve"> </w:t>
      </w:r>
      <w:r w:rsidRPr="00B506FB">
        <w:rPr>
          <w:color w:val="000000" w:themeColor="text1"/>
          <w:sz w:val="28"/>
          <w:szCs w:val="28"/>
        </w:rPr>
        <w:t>кезектегі</w:t>
      </w:r>
      <w:r w:rsidRPr="00B506FB">
        <w:rPr>
          <w:color w:val="000000" w:themeColor="text1"/>
          <w:sz w:val="28"/>
          <w:szCs w:val="28"/>
          <w:lang w:val="en-US"/>
        </w:rPr>
        <w:t xml:space="preserve"> </w:t>
      </w:r>
      <w:r w:rsidRPr="00B506FB">
        <w:rPr>
          <w:color w:val="000000" w:themeColor="text1"/>
          <w:sz w:val="28"/>
          <w:szCs w:val="28"/>
        </w:rPr>
        <w:t>шараларды</w:t>
      </w:r>
      <w:r w:rsidRPr="00B506FB">
        <w:rPr>
          <w:color w:val="000000" w:themeColor="text1"/>
          <w:sz w:val="28"/>
          <w:szCs w:val="28"/>
          <w:lang w:val="en-US"/>
        </w:rPr>
        <w:t xml:space="preserve"> </w:t>
      </w:r>
      <w:r w:rsidRPr="00B506FB">
        <w:rPr>
          <w:color w:val="000000" w:themeColor="text1"/>
          <w:sz w:val="28"/>
          <w:szCs w:val="28"/>
        </w:rPr>
        <w:t>қабылдауға</w:t>
      </w:r>
      <w:r w:rsidRPr="00B506FB">
        <w:rPr>
          <w:color w:val="000000" w:themeColor="text1"/>
          <w:sz w:val="28"/>
          <w:szCs w:val="28"/>
          <w:lang w:val="en-US"/>
        </w:rPr>
        <w:t xml:space="preserve">, </w:t>
      </w:r>
      <w:r w:rsidRPr="00B506FB">
        <w:rPr>
          <w:color w:val="000000" w:themeColor="text1"/>
          <w:sz w:val="28"/>
          <w:szCs w:val="28"/>
        </w:rPr>
        <w:t>Тапсырыс</w:t>
      </w:r>
      <w:r w:rsidRPr="00B506FB">
        <w:rPr>
          <w:color w:val="000000" w:themeColor="text1"/>
          <w:sz w:val="28"/>
          <w:szCs w:val="28"/>
          <w:lang w:val="en-US"/>
        </w:rPr>
        <w:t xml:space="preserve"> </w:t>
      </w:r>
      <w:r w:rsidRPr="00B506FB">
        <w:rPr>
          <w:color w:val="000000" w:themeColor="text1"/>
          <w:sz w:val="28"/>
          <w:szCs w:val="28"/>
        </w:rPr>
        <w:t>берушіге</w:t>
      </w:r>
      <w:r w:rsidRPr="00B506FB">
        <w:rPr>
          <w:color w:val="000000" w:themeColor="text1"/>
          <w:sz w:val="28"/>
          <w:szCs w:val="28"/>
          <w:lang w:val="en-US"/>
        </w:rPr>
        <w:t xml:space="preserve"> </w:t>
      </w:r>
      <w:r w:rsidRPr="00B506FB">
        <w:rPr>
          <w:color w:val="000000" w:themeColor="text1"/>
          <w:sz w:val="28"/>
          <w:szCs w:val="28"/>
        </w:rPr>
        <w:t>хабарлауға</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кейінгі</w:t>
      </w:r>
      <w:r w:rsidRPr="00B506FB">
        <w:rPr>
          <w:color w:val="000000" w:themeColor="text1"/>
          <w:sz w:val="28"/>
          <w:szCs w:val="28"/>
          <w:lang w:val="en-US"/>
        </w:rPr>
        <w:t xml:space="preserve"> </w:t>
      </w:r>
      <w:r w:rsidRPr="00B506FB">
        <w:rPr>
          <w:color w:val="000000" w:themeColor="text1"/>
          <w:sz w:val="28"/>
          <w:szCs w:val="28"/>
        </w:rPr>
        <w:t>жұмыстарды</w:t>
      </w:r>
      <w:r w:rsidRPr="00B506FB">
        <w:rPr>
          <w:color w:val="000000" w:themeColor="text1"/>
          <w:sz w:val="28"/>
          <w:szCs w:val="28"/>
          <w:lang w:val="en-US"/>
        </w:rPr>
        <w:t xml:space="preserve"> </w:t>
      </w:r>
      <w:r w:rsidRPr="00B506FB">
        <w:rPr>
          <w:color w:val="000000" w:themeColor="text1"/>
          <w:sz w:val="28"/>
          <w:szCs w:val="28"/>
        </w:rPr>
        <w:t>келісуге</w:t>
      </w:r>
      <w:r w:rsidRPr="00B506FB">
        <w:rPr>
          <w:color w:val="000000" w:themeColor="text1"/>
          <w:sz w:val="28"/>
          <w:szCs w:val="28"/>
          <w:lang w:val="en-US"/>
        </w:rPr>
        <w:t xml:space="preserve"> </w:t>
      </w:r>
      <w:r w:rsidRPr="00B506FB">
        <w:rPr>
          <w:color w:val="000000" w:themeColor="text1"/>
          <w:sz w:val="28"/>
          <w:szCs w:val="28"/>
        </w:rPr>
        <w:t>міндетті</w:t>
      </w:r>
      <w:r w:rsidRPr="00B506FB">
        <w:rPr>
          <w:color w:val="000000" w:themeColor="text1"/>
          <w:sz w:val="28"/>
          <w:szCs w:val="28"/>
          <w:lang w:val="en-US"/>
        </w:rPr>
        <w:t>.</w:t>
      </w:r>
    </w:p>
    <w:p w14:paraId="11F7D0FF" w14:textId="3B0688E6"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3.5.</w:t>
      </w:r>
      <w:r w:rsidRPr="00B506FB">
        <w:rPr>
          <w:color w:val="000000" w:themeColor="text1"/>
          <w:sz w:val="28"/>
          <w:szCs w:val="28"/>
          <w:lang w:val="en-US"/>
        </w:rPr>
        <w:t xml:space="preserve"> </w:t>
      </w:r>
      <w:r w:rsidRPr="00B506FB">
        <w:rPr>
          <w:color w:val="000000" w:themeColor="text1"/>
          <w:sz w:val="28"/>
          <w:szCs w:val="28"/>
        </w:rPr>
        <w:t>Негізгі</w:t>
      </w:r>
      <w:r w:rsidRPr="00B506FB">
        <w:rPr>
          <w:color w:val="000000" w:themeColor="text1"/>
          <w:sz w:val="28"/>
          <w:szCs w:val="28"/>
          <w:lang w:val="en-US"/>
        </w:rPr>
        <w:t xml:space="preserve"> </w:t>
      </w:r>
      <w:r w:rsidRPr="00B506FB">
        <w:rPr>
          <w:color w:val="000000" w:themeColor="text1"/>
          <w:sz w:val="28"/>
          <w:szCs w:val="28"/>
        </w:rPr>
        <w:t>жөндеу</w:t>
      </w:r>
      <w:r w:rsidRPr="00B506FB">
        <w:rPr>
          <w:color w:val="000000" w:themeColor="text1"/>
          <w:sz w:val="28"/>
          <w:szCs w:val="28"/>
          <w:lang w:val="en-US"/>
        </w:rPr>
        <w:t xml:space="preserve"> </w:t>
      </w:r>
      <w:r w:rsidRPr="00B506FB">
        <w:rPr>
          <w:color w:val="000000" w:themeColor="text1"/>
          <w:sz w:val="28"/>
          <w:szCs w:val="28"/>
        </w:rPr>
        <w:t>жұмыстары</w:t>
      </w:r>
      <w:r w:rsidRPr="00B506FB">
        <w:rPr>
          <w:color w:val="000000" w:themeColor="text1"/>
          <w:sz w:val="28"/>
          <w:szCs w:val="28"/>
          <w:lang w:val="en-US"/>
        </w:rPr>
        <w:t xml:space="preserve"> </w:t>
      </w:r>
      <w:r w:rsidRPr="00B506FB">
        <w:rPr>
          <w:color w:val="000000" w:themeColor="text1"/>
          <w:sz w:val="28"/>
          <w:szCs w:val="28"/>
        </w:rPr>
        <w:t>басталғанға</w:t>
      </w:r>
      <w:r w:rsidRPr="00B506FB">
        <w:rPr>
          <w:color w:val="000000" w:themeColor="text1"/>
          <w:sz w:val="28"/>
          <w:szCs w:val="28"/>
          <w:lang w:val="en-US"/>
        </w:rPr>
        <w:t xml:space="preserve"> </w:t>
      </w:r>
      <w:r w:rsidRPr="00B506FB">
        <w:rPr>
          <w:color w:val="000000" w:themeColor="text1"/>
          <w:sz w:val="28"/>
          <w:szCs w:val="28"/>
        </w:rPr>
        <w:t>дейін</w:t>
      </w:r>
      <w:r w:rsidRPr="00B506FB">
        <w:rPr>
          <w:color w:val="000000" w:themeColor="text1"/>
          <w:sz w:val="28"/>
          <w:szCs w:val="28"/>
          <w:lang w:val="en-US"/>
        </w:rPr>
        <w:t xml:space="preserve"> </w:t>
      </w:r>
      <w:r w:rsidRPr="00B506FB">
        <w:rPr>
          <w:color w:val="000000" w:themeColor="text1"/>
          <w:sz w:val="28"/>
          <w:szCs w:val="28"/>
        </w:rPr>
        <w:t>Мердігер</w:t>
      </w:r>
      <w:r w:rsidRPr="00B506FB">
        <w:rPr>
          <w:color w:val="000000" w:themeColor="text1"/>
          <w:sz w:val="28"/>
          <w:szCs w:val="28"/>
          <w:lang w:val="en-US"/>
        </w:rPr>
        <w:t xml:space="preserve"> </w:t>
      </w:r>
      <w:r w:rsidRPr="00B506FB">
        <w:rPr>
          <w:color w:val="000000" w:themeColor="text1"/>
          <w:sz w:val="28"/>
          <w:szCs w:val="28"/>
        </w:rPr>
        <w:t>ақаудың</w:t>
      </w:r>
      <w:r w:rsidRPr="00B506FB">
        <w:rPr>
          <w:color w:val="000000" w:themeColor="text1"/>
          <w:sz w:val="28"/>
          <w:szCs w:val="28"/>
          <w:lang w:val="en-US"/>
        </w:rPr>
        <w:t xml:space="preserve"> </w:t>
      </w:r>
      <w:r w:rsidRPr="00B506FB">
        <w:rPr>
          <w:color w:val="000000" w:themeColor="text1"/>
          <w:sz w:val="28"/>
          <w:szCs w:val="28"/>
        </w:rPr>
        <w:t>сипаты</w:t>
      </w:r>
      <w:r w:rsidRPr="00B506FB">
        <w:rPr>
          <w:color w:val="000000" w:themeColor="text1"/>
          <w:sz w:val="28"/>
          <w:szCs w:val="28"/>
          <w:lang w:val="en-US"/>
        </w:rPr>
        <w:t xml:space="preserve">, </w:t>
      </w:r>
      <w:r w:rsidRPr="00B506FB">
        <w:rPr>
          <w:color w:val="000000" w:themeColor="text1"/>
          <w:sz w:val="28"/>
          <w:szCs w:val="28"/>
        </w:rPr>
        <w:t>қажетті</w:t>
      </w:r>
      <w:r w:rsidRPr="00B506FB">
        <w:rPr>
          <w:color w:val="000000" w:themeColor="text1"/>
          <w:sz w:val="28"/>
          <w:szCs w:val="28"/>
          <w:lang w:val="en-US"/>
        </w:rPr>
        <w:t xml:space="preserve"> </w:t>
      </w:r>
      <w:r w:rsidRPr="00B506FB">
        <w:rPr>
          <w:color w:val="000000" w:themeColor="text1"/>
          <w:sz w:val="28"/>
          <w:szCs w:val="28"/>
        </w:rPr>
        <w:t>іс</w:t>
      </w:r>
      <w:r w:rsidRPr="00B506FB">
        <w:rPr>
          <w:color w:val="000000" w:themeColor="text1"/>
          <w:sz w:val="28"/>
          <w:szCs w:val="28"/>
          <w:lang w:val="en-US"/>
        </w:rPr>
        <w:t>-</w:t>
      </w:r>
      <w:r w:rsidRPr="00B506FB">
        <w:rPr>
          <w:color w:val="000000" w:themeColor="text1"/>
          <w:sz w:val="28"/>
          <w:szCs w:val="28"/>
        </w:rPr>
        <w:t>шаралардың</w:t>
      </w:r>
      <w:r w:rsidRPr="00B506FB">
        <w:rPr>
          <w:color w:val="000000" w:themeColor="text1"/>
          <w:sz w:val="28"/>
          <w:szCs w:val="28"/>
          <w:lang w:val="en-US"/>
        </w:rPr>
        <w:t xml:space="preserve"> </w:t>
      </w:r>
      <w:r w:rsidRPr="00B506FB">
        <w:rPr>
          <w:color w:val="000000" w:themeColor="text1"/>
          <w:sz w:val="28"/>
          <w:szCs w:val="28"/>
        </w:rPr>
        <w:t>тізбесі</w:t>
      </w:r>
      <w:r w:rsidRPr="00B506FB">
        <w:rPr>
          <w:color w:val="000000" w:themeColor="text1"/>
          <w:sz w:val="28"/>
          <w:szCs w:val="28"/>
          <w:lang w:val="en-US"/>
        </w:rPr>
        <w:t xml:space="preserve">, </w:t>
      </w:r>
      <w:r w:rsidRPr="00B506FB">
        <w:rPr>
          <w:color w:val="000000" w:themeColor="text1"/>
          <w:sz w:val="28"/>
          <w:szCs w:val="28"/>
        </w:rPr>
        <w:t>жұмыстардың</w:t>
      </w:r>
      <w:r w:rsidRPr="00B506FB">
        <w:rPr>
          <w:color w:val="000000" w:themeColor="text1"/>
          <w:sz w:val="28"/>
          <w:szCs w:val="28"/>
          <w:lang w:val="en-US"/>
        </w:rPr>
        <w:t xml:space="preserve"> </w:t>
      </w:r>
      <w:r w:rsidRPr="00B506FB">
        <w:rPr>
          <w:color w:val="000000" w:themeColor="text1"/>
          <w:sz w:val="28"/>
          <w:szCs w:val="28"/>
        </w:rPr>
        <w:t>көлемі</w:t>
      </w:r>
      <w:r w:rsidRPr="00B506FB">
        <w:rPr>
          <w:color w:val="000000" w:themeColor="text1"/>
          <w:sz w:val="28"/>
          <w:szCs w:val="28"/>
          <w:lang w:val="en-US"/>
        </w:rPr>
        <w:t xml:space="preserve">, </w:t>
      </w:r>
      <w:r w:rsidRPr="00B506FB">
        <w:rPr>
          <w:color w:val="000000" w:themeColor="text1"/>
          <w:sz w:val="28"/>
          <w:szCs w:val="28"/>
        </w:rPr>
        <w:t>пайдаланылатын</w:t>
      </w:r>
      <w:r w:rsidRPr="00B506FB">
        <w:rPr>
          <w:color w:val="000000" w:themeColor="text1"/>
          <w:sz w:val="28"/>
          <w:szCs w:val="28"/>
          <w:lang w:val="en-US"/>
        </w:rPr>
        <w:t xml:space="preserve"> </w:t>
      </w:r>
      <w:r w:rsidRPr="00B506FB">
        <w:rPr>
          <w:color w:val="000000" w:themeColor="text1"/>
          <w:sz w:val="28"/>
          <w:szCs w:val="28"/>
        </w:rPr>
        <w:t>материалдар</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олардың</w:t>
      </w:r>
      <w:r w:rsidRPr="00B506FB">
        <w:rPr>
          <w:color w:val="000000" w:themeColor="text1"/>
          <w:sz w:val="28"/>
          <w:szCs w:val="28"/>
          <w:lang w:val="en-US"/>
        </w:rPr>
        <w:t xml:space="preserve"> </w:t>
      </w:r>
      <w:r w:rsidRPr="00B506FB">
        <w:rPr>
          <w:color w:val="000000" w:themeColor="text1"/>
          <w:sz w:val="28"/>
          <w:szCs w:val="28"/>
        </w:rPr>
        <w:t>құны</w:t>
      </w:r>
      <w:r w:rsidRPr="00B506FB">
        <w:rPr>
          <w:color w:val="000000" w:themeColor="text1"/>
          <w:sz w:val="28"/>
          <w:szCs w:val="28"/>
          <w:lang w:val="en-US"/>
        </w:rPr>
        <w:t xml:space="preserve"> </w:t>
      </w:r>
      <w:r w:rsidRPr="00B506FB">
        <w:rPr>
          <w:color w:val="000000" w:themeColor="text1"/>
          <w:sz w:val="28"/>
          <w:szCs w:val="28"/>
        </w:rPr>
        <w:t>көрсетілген</w:t>
      </w:r>
      <w:r w:rsidRPr="00B506FB">
        <w:rPr>
          <w:color w:val="000000" w:themeColor="text1"/>
          <w:sz w:val="28"/>
          <w:szCs w:val="28"/>
          <w:lang w:val="en-US"/>
        </w:rPr>
        <w:t xml:space="preserve"> </w:t>
      </w:r>
      <w:r w:rsidRPr="00B506FB">
        <w:rPr>
          <w:color w:val="000000" w:themeColor="text1"/>
          <w:sz w:val="28"/>
          <w:szCs w:val="28"/>
        </w:rPr>
        <w:t>ақаулар</w:t>
      </w:r>
      <w:r w:rsidRPr="00B506FB">
        <w:rPr>
          <w:color w:val="000000" w:themeColor="text1"/>
          <w:sz w:val="28"/>
          <w:szCs w:val="28"/>
          <w:lang w:val="en-US"/>
        </w:rPr>
        <w:t xml:space="preserve"> </w:t>
      </w:r>
      <w:r w:rsidRPr="00B506FB">
        <w:rPr>
          <w:color w:val="000000" w:themeColor="text1"/>
          <w:sz w:val="28"/>
          <w:szCs w:val="28"/>
        </w:rPr>
        <w:t>актісін</w:t>
      </w:r>
      <w:r w:rsidRPr="00B506FB">
        <w:rPr>
          <w:color w:val="000000" w:themeColor="text1"/>
          <w:sz w:val="28"/>
          <w:szCs w:val="28"/>
          <w:lang w:val="en-US"/>
        </w:rPr>
        <w:t xml:space="preserve"> </w:t>
      </w:r>
      <w:r w:rsidRPr="00B506FB">
        <w:rPr>
          <w:color w:val="000000" w:themeColor="text1"/>
          <w:sz w:val="28"/>
          <w:szCs w:val="28"/>
        </w:rPr>
        <w:t>жасайды</w:t>
      </w:r>
      <w:r w:rsidRPr="00B506FB">
        <w:rPr>
          <w:color w:val="000000" w:themeColor="text1"/>
          <w:sz w:val="28"/>
          <w:szCs w:val="28"/>
          <w:lang w:val="en-US"/>
        </w:rPr>
        <w:t>.</w:t>
      </w:r>
    </w:p>
    <w:p w14:paraId="6B1990AA" w14:textId="04BEAE29"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3.6.</w:t>
      </w:r>
      <w:r w:rsidRPr="00B506FB">
        <w:rPr>
          <w:color w:val="000000" w:themeColor="text1"/>
          <w:sz w:val="28"/>
          <w:szCs w:val="28"/>
          <w:lang w:val="en-US"/>
        </w:rPr>
        <w:t xml:space="preserve"> </w:t>
      </w:r>
      <w:r w:rsidRPr="00B506FB">
        <w:rPr>
          <w:color w:val="000000" w:themeColor="text1"/>
          <w:sz w:val="28"/>
          <w:szCs w:val="28"/>
        </w:rPr>
        <w:t>Келісілген</w:t>
      </w:r>
      <w:r w:rsidRPr="00B506FB">
        <w:rPr>
          <w:color w:val="000000" w:themeColor="text1"/>
          <w:sz w:val="28"/>
          <w:szCs w:val="28"/>
          <w:lang w:val="en-US"/>
        </w:rPr>
        <w:t xml:space="preserve"> </w:t>
      </w:r>
      <w:r w:rsidRPr="00B506FB">
        <w:rPr>
          <w:color w:val="000000" w:themeColor="text1"/>
          <w:sz w:val="28"/>
          <w:szCs w:val="28"/>
        </w:rPr>
        <w:t>ақаулар</w:t>
      </w:r>
      <w:r w:rsidRPr="00B506FB">
        <w:rPr>
          <w:color w:val="000000" w:themeColor="text1"/>
          <w:sz w:val="28"/>
          <w:szCs w:val="28"/>
          <w:lang w:val="en-US"/>
        </w:rPr>
        <w:t xml:space="preserve"> </w:t>
      </w:r>
      <w:r w:rsidRPr="00B506FB">
        <w:rPr>
          <w:color w:val="000000" w:themeColor="text1"/>
          <w:sz w:val="28"/>
          <w:szCs w:val="28"/>
        </w:rPr>
        <w:t>актісінде</w:t>
      </w:r>
      <w:r w:rsidRPr="00B506FB">
        <w:rPr>
          <w:color w:val="000000" w:themeColor="text1"/>
          <w:sz w:val="28"/>
          <w:szCs w:val="28"/>
          <w:lang w:val="en-US"/>
        </w:rPr>
        <w:t xml:space="preserve"> </w:t>
      </w:r>
      <w:r w:rsidRPr="00B506FB">
        <w:rPr>
          <w:color w:val="000000" w:themeColor="text1"/>
          <w:sz w:val="28"/>
          <w:szCs w:val="28"/>
        </w:rPr>
        <w:t>көзделмеген</w:t>
      </w:r>
      <w:r w:rsidRPr="00B506FB">
        <w:rPr>
          <w:color w:val="000000" w:themeColor="text1"/>
          <w:sz w:val="28"/>
          <w:szCs w:val="28"/>
          <w:lang w:val="en-US"/>
        </w:rPr>
        <w:t xml:space="preserve"> </w:t>
      </w:r>
      <w:r w:rsidRPr="00B506FB">
        <w:rPr>
          <w:color w:val="000000" w:themeColor="text1"/>
          <w:sz w:val="28"/>
          <w:szCs w:val="28"/>
        </w:rPr>
        <w:t>қосымша</w:t>
      </w:r>
      <w:r w:rsidRPr="00B506FB">
        <w:rPr>
          <w:color w:val="000000" w:themeColor="text1"/>
          <w:sz w:val="28"/>
          <w:szCs w:val="28"/>
          <w:lang w:val="en-US"/>
        </w:rPr>
        <w:t xml:space="preserve"> </w:t>
      </w:r>
      <w:r w:rsidRPr="00B506FB">
        <w:rPr>
          <w:color w:val="000000" w:themeColor="text1"/>
          <w:sz w:val="28"/>
          <w:szCs w:val="28"/>
        </w:rPr>
        <w:t>жұмыстарды</w:t>
      </w:r>
      <w:r w:rsidRPr="00B506FB">
        <w:rPr>
          <w:color w:val="000000" w:themeColor="text1"/>
          <w:sz w:val="28"/>
          <w:szCs w:val="28"/>
          <w:lang w:val="en-US"/>
        </w:rPr>
        <w:t xml:space="preserve"> </w:t>
      </w:r>
      <w:r w:rsidRPr="00B506FB">
        <w:rPr>
          <w:color w:val="000000" w:themeColor="text1"/>
          <w:sz w:val="28"/>
          <w:szCs w:val="28"/>
        </w:rPr>
        <w:t>орындауға</w:t>
      </w:r>
      <w:r w:rsidRPr="00B506FB">
        <w:rPr>
          <w:color w:val="000000" w:themeColor="text1"/>
          <w:sz w:val="28"/>
          <w:szCs w:val="28"/>
          <w:lang w:val="en-US"/>
        </w:rPr>
        <w:t xml:space="preserve"> </w:t>
      </w:r>
      <w:r w:rsidRPr="00B506FB">
        <w:rPr>
          <w:color w:val="000000" w:themeColor="text1"/>
          <w:sz w:val="28"/>
          <w:szCs w:val="28"/>
        </w:rPr>
        <w:t>Тапсырыс</w:t>
      </w:r>
      <w:r w:rsidRPr="00B506FB">
        <w:rPr>
          <w:color w:val="000000" w:themeColor="text1"/>
          <w:sz w:val="28"/>
          <w:szCs w:val="28"/>
          <w:lang w:val="en-US"/>
        </w:rPr>
        <w:t xml:space="preserve"> </w:t>
      </w:r>
      <w:r w:rsidRPr="00B506FB">
        <w:rPr>
          <w:color w:val="000000" w:themeColor="text1"/>
          <w:sz w:val="28"/>
          <w:szCs w:val="28"/>
        </w:rPr>
        <w:t>берушімен</w:t>
      </w:r>
      <w:r w:rsidRPr="00B506FB">
        <w:rPr>
          <w:color w:val="000000" w:themeColor="text1"/>
          <w:sz w:val="28"/>
          <w:szCs w:val="28"/>
          <w:lang w:val="en-US"/>
        </w:rPr>
        <w:t xml:space="preserve"> </w:t>
      </w:r>
      <w:r w:rsidRPr="00B506FB">
        <w:rPr>
          <w:color w:val="000000" w:themeColor="text1"/>
          <w:sz w:val="28"/>
          <w:szCs w:val="28"/>
        </w:rPr>
        <w:t>алдын</w:t>
      </w:r>
      <w:r w:rsidRPr="00B506FB">
        <w:rPr>
          <w:color w:val="000000" w:themeColor="text1"/>
          <w:sz w:val="28"/>
          <w:szCs w:val="28"/>
          <w:lang w:val="en-US"/>
        </w:rPr>
        <w:t xml:space="preserve"> </w:t>
      </w:r>
      <w:r w:rsidRPr="00B506FB">
        <w:rPr>
          <w:color w:val="000000" w:themeColor="text1"/>
          <w:sz w:val="28"/>
          <w:szCs w:val="28"/>
        </w:rPr>
        <w:t>ала</w:t>
      </w:r>
      <w:r w:rsidRPr="00B506FB">
        <w:rPr>
          <w:color w:val="000000" w:themeColor="text1"/>
          <w:sz w:val="28"/>
          <w:szCs w:val="28"/>
          <w:lang w:val="en-US"/>
        </w:rPr>
        <w:t xml:space="preserve"> </w:t>
      </w:r>
      <w:r w:rsidRPr="00B506FB">
        <w:rPr>
          <w:color w:val="000000" w:themeColor="text1"/>
          <w:sz w:val="28"/>
          <w:szCs w:val="28"/>
        </w:rPr>
        <w:t>келісілгеннен</w:t>
      </w:r>
      <w:r w:rsidRPr="00B506FB">
        <w:rPr>
          <w:color w:val="000000" w:themeColor="text1"/>
          <w:sz w:val="28"/>
          <w:szCs w:val="28"/>
          <w:lang w:val="en-US"/>
        </w:rPr>
        <w:t xml:space="preserve"> </w:t>
      </w:r>
      <w:r w:rsidRPr="00B506FB">
        <w:rPr>
          <w:color w:val="000000" w:themeColor="text1"/>
          <w:sz w:val="28"/>
          <w:szCs w:val="28"/>
        </w:rPr>
        <w:t>кейін</w:t>
      </w:r>
      <w:r w:rsidRPr="00B506FB">
        <w:rPr>
          <w:color w:val="000000" w:themeColor="text1"/>
          <w:sz w:val="28"/>
          <w:szCs w:val="28"/>
          <w:lang w:val="en-US"/>
        </w:rPr>
        <w:t xml:space="preserve"> </w:t>
      </w:r>
      <w:r w:rsidRPr="00B506FB">
        <w:rPr>
          <w:color w:val="000000" w:themeColor="text1"/>
          <w:sz w:val="28"/>
          <w:szCs w:val="28"/>
        </w:rPr>
        <w:t>ғана</w:t>
      </w:r>
      <w:r w:rsidRPr="00B506FB">
        <w:rPr>
          <w:color w:val="000000" w:themeColor="text1"/>
          <w:sz w:val="28"/>
          <w:szCs w:val="28"/>
          <w:lang w:val="en-US"/>
        </w:rPr>
        <w:t xml:space="preserve"> </w:t>
      </w:r>
      <w:r w:rsidRPr="00B506FB">
        <w:rPr>
          <w:color w:val="000000" w:themeColor="text1"/>
          <w:sz w:val="28"/>
          <w:szCs w:val="28"/>
        </w:rPr>
        <w:t>жол</w:t>
      </w:r>
      <w:r w:rsidRPr="00B506FB">
        <w:rPr>
          <w:color w:val="000000" w:themeColor="text1"/>
          <w:sz w:val="28"/>
          <w:szCs w:val="28"/>
          <w:lang w:val="en-US"/>
        </w:rPr>
        <w:t xml:space="preserve"> </w:t>
      </w:r>
      <w:r w:rsidRPr="00B506FB">
        <w:rPr>
          <w:color w:val="000000" w:themeColor="text1"/>
          <w:sz w:val="28"/>
          <w:szCs w:val="28"/>
        </w:rPr>
        <w:t>беріледі</w:t>
      </w:r>
      <w:r w:rsidRPr="00B506FB">
        <w:rPr>
          <w:color w:val="000000" w:themeColor="text1"/>
          <w:sz w:val="28"/>
          <w:szCs w:val="28"/>
          <w:lang w:val="en-US"/>
        </w:rPr>
        <w:t>.</w:t>
      </w:r>
    </w:p>
    <w:p w14:paraId="4ECFB548" w14:textId="222BFCC4"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3.7.</w:t>
      </w:r>
      <w:r w:rsidRPr="00B506FB">
        <w:rPr>
          <w:color w:val="000000" w:themeColor="text1"/>
          <w:sz w:val="28"/>
          <w:szCs w:val="28"/>
          <w:lang w:val="en-US"/>
        </w:rPr>
        <w:t xml:space="preserve"> </w:t>
      </w:r>
      <w:r w:rsidRPr="00B506FB">
        <w:rPr>
          <w:color w:val="000000" w:themeColor="text1"/>
          <w:sz w:val="28"/>
          <w:szCs w:val="28"/>
        </w:rPr>
        <w:t>Жылыту</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сумен</w:t>
      </w:r>
      <w:r w:rsidRPr="00B506FB">
        <w:rPr>
          <w:color w:val="000000" w:themeColor="text1"/>
          <w:sz w:val="28"/>
          <w:szCs w:val="28"/>
          <w:lang w:val="en-US"/>
        </w:rPr>
        <w:t xml:space="preserve"> </w:t>
      </w:r>
      <w:r w:rsidRPr="00B506FB">
        <w:rPr>
          <w:color w:val="000000" w:themeColor="text1"/>
          <w:sz w:val="28"/>
          <w:szCs w:val="28"/>
        </w:rPr>
        <w:t>жабдықтау</w:t>
      </w:r>
      <w:r w:rsidRPr="00B506FB">
        <w:rPr>
          <w:color w:val="000000" w:themeColor="text1"/>
          <w:sz w:val="28"/>
          <w:szCs w:val="28"/>
          <w:lang w:val="en-US"/>
        </w:rPr>
        <w:t xml:space="preserve"> </w:t>
      </w:r>
      <w:r w:rsidRPr="00B506FB">
        <w:rPr>
          <w:color w:val="000000" w:themeColor="text1"/>
          <w:sz w:val="28"/>
          <w:szCs w:val="28"/>
        </w:rPr>
        <w:t>жүйелерінде</w:t>
      </w:r>
      <w:r w:rsidRPr="00B506FB">
        <w:rPr>
          <w:color w:val="000000" w:themeColor="text1"/>
          <w:sz w:val="28"/>
          <w:szCs w:val="28"/>
          <w:lang w:val="en-US"/>
        </w:rPr>
        <w:t xml:space="preserve"> </w:t>
      </w:r>
      <w:r w:rsidRPr="00B506FB">
        <w:rPr>
          <w:color w:val="000000" w:themeColor="text1"/>
          <w:sz w:val="28"/>
          <w:szCs w:val="28"/>
        </w:rPr>
        <w:t>жұмыстарды</w:t>
      </w:r>
      <w:r w:rsidRPr="00B506FB">
        <w:rPr>
          <w:color w:val="000000" w:themeColor="text1"/>
          <w:sz w:val="28"/>
          <w:szCs w:val="28"/>
          <w:lang w:val="en-US"/>
        </w:rPr>
        <w:t xml:space="preserve"> </w:t>
      </w:r>
      <w:r w:rsidRPr="00B506FB">
        <w:rPr>
          <w:color w:val="000000" w:themeColor="text1"/>
          <w:sz w:val="28"/>
          <w:szCs w:val="28"/>
        </w:rPr>
        <w:t>орындау</w:t>
      </w:r>
      <w:r w:rsidRPr="00B506FB">
        <w:rPr>
          <w:color w:val="000000" w:themeColor="text1"/>
          <w:sz w:val="28"/>
          <w:szCs w:val="28"/>
          <w:lang w:val="en-US"/>
        </w:rPr>
        <w:t xml:space="preserve"> </w:t>
      </w:r>
      <w:r w:rsidRPr="00B506FB">
        <w:rPr>
          <w:color w:val="000000" w:themeColor="text1"/>
          <w:sz w:val="28"/>
          <w:szCs w:val="28"/>
        </w:rPr>
        <w:t>кезінде</w:t>
      </w:r>
      <w:r w:rsidRPr="00B506FB">
        <w:rPr>
          <w:color w:val="000000" w:themeColor="text1"/>
          <w:sz w:val="28"/>
          <w:szCs w:val="28"/>
          <w:lang w:val="en-US"/>
        </w:rPr>
        <w:t xml:space="preserve"> </w:t>
      </w:r>
      <w:r w:rsidRPr="00B506FB">
        <w:rPr>
          <w:color w:val="000000" w:themeColor="text1"/>
          <w:sz w:val="28"/>
          <w:szCs w:val="28"/>
        </w:rPr>
        <w:t>Мердігер</w:t>
      </w:r>
      <w:r w:rsidRPr="00B506FB">
        <w:rPr>
          <w:color w:val="000000" w:themeColor="text1"/>
          <w:sz w:val="28"/>
          <w:szCs w:val="28"/>
          <w:lang w:val="en-US"/>
        </w:rPr>
        <w:t xml:space="preserve"> </w:t>
      </w:r>
      <w:r w:rsidRPr="00B506FB">
        <w:rPr>
          <w:color w:val="000000" w:themeColor="text1"/>
          <w:sz w:val="28"/>
          <w:szCs w:val="28"/>
        </w:rPr>
        <w:t>қосылыстардың</w:t>
      </w:r>
      <w:r w:rsidRPr="00B506FB">
        <w:rPr>
          <w:color w:val="000000" w:themeColor="text1"/>
          <w:sz w:val="28"/>
          <w:szCs w:val="28"/>
          <w:lang w:val="en-US"/>
        </w:rPr>
        <w:t xml:space="preserve"> </w:t>
      </w:r>
      <w:r w:rsidRPr="00B506FB">
        <w:rPr>
          <w:color w:val="000000" w:themeColor="text1"/>
          <w:sz w:val="28"/>
          <w:szCs w:val="28"/>
        </w:rPr>
        <w:t>сенімділігі</w:t>
      </w:r>
      <w:r w:rsidRPr="00B506FB">
        <w:rPr>
          <w:color w:val="000000" w:themeColor="text1"/>
          <w:sz w:val="28"/>
          <w:szCs w:val="28"/>
          <w:lang w:val="en-US"/>
        </w:rPr>
        <w:t xml:space="preserve"> </w:t>
      </w:r>
      <w:r w:rsidRPr="00B506FB">
        <w:rPr>
          <w:color w:val="000000" w:themeColor="text1"/>
          <w:sz w:val="28"/>
          <w:szCs w:val="28"/>
        </w:rPr>
        <w:t>мен</w:t>
      </w:r>
      <w:r w:rsidRPr="00B506FB">
        <w:rPr>
          <w:color w:val="000000" w:themeColor="text1"/>
          <w:sz w:val="28"/>
          <w:szCs w:val="28"/>
          <w:lang w:val="en-US"/>
        </w:rPr>
        <w:t xml:space="preserve"> </w:t>
      </w:r>
      <w:r w:rsidRPr="00B506FB">
        <w:rPr>
          <w:color w:val="000000" w:themeColor="text1"/>
          <w:sz w:val="28"/>
          <w:szCs w:val="28"/>
        </w:rPr>
        <w:t>герметикалығын</w:t>
      </w:r>
      <w:r w:rsidRPr="00B506FB">
        <w:rPr>
          <w:color w:val="000000" w:themeColor="text1"/>
          <w:sz w:val="28"/>
          <w:szCs w:val="28"/>
          <w:lang w:val="en-US"/>
        </w:rPr>
        <w:t xml:space="preserve">, </w:t>
      </w:r>
      <w:r w:rsidRPr="00B506FB">
        <w:rPr>
          <w:color w:val="000000" w:themeColor="text1"/>
          <w:sz w:val="28"/>
          <w:szCs w:val="28"/>
        </w:rPr>
        <w:t>сондай</w:t>
      </w:r>
      <w:r w:rsidRPr="00B506FB">
        <w:rPr>
          <w:color w:val="000000" w:themeColor="text1"/>
          <w:sz w:val="28"/>
          <w:szCs w:val="28"/>
          <w:lang w:val="en-US"/>
        </w:rPr>
        <w:t>-</w:t>
      </w:r>
      <w:r w:rsidRPr="00B506FB">
        <w:rPr>
          <w:color w:val="000000" w:themeColor="text1"/>
          <w:sz w:val="28"/>
          <w:szCs w:val="28"/>
        </w:rPr>
        <w:t>ақ</w:t>
      </w:r>
      <w:r w:rsidRPr="00B506FB">
        <w:rPr>
          <w:color w:val="000000" w:themeColor="text1"/>
          <w:sz w:val="28"/>
          <w:szCs w:val="28"/>
          <w:lang w:val="en-US"/>
        </w:rPr>
        <w:t xml:space="preserve"> </w:t>
      </w:r>
      <w:r w:rsidRPr="00B506FB">
        <w:rPr>
          <w:color w:val="000000" w:themeColor="text1"/>
          <w:sz w:val="28"/>
          <w:szCs w:val="28"/>
        </w:rPr>
        <w:t>келісілген</w:t>
      </w:r>
      <w:r w:rsidRPr="00B506FB">
        <w:rPr>
          <w:color w:val="000000" w:themeColor="text1"/>
          <w:sz w:val="28"/>
          <w:szCs w:val="28"/>
          <w:lang w:val="en-US"/>
        </w:rPr>
        <w:t xml:space="preserve"> </w:t>
      </w:r>
      <w:r w:rsidRPr="00B506FB">
        <w:rPr>
          <w:color w:val="000000" w:themeColor="text1"/>
          <w:sz w:val="28"/>
          <w:szCs w:val="28"/>
        </w:rPr>
        <w:t>техникалық</w:t>
      </w:r>
      <w:r w:rsidRPr="00B506FB">
        <w:rPr>
          <w:color w:val="000000" w:themeColor="text1"/>
          <w:sz w:val="28"/>
          <w:szCs w:val="28"/>
          <w:lang w:val="en-US"/>
        </w:rPr>
        <w:t xml:space="preserve"> </w:t>
      </w:r>
      <w:r w:rsidRPr="00B506FB">
        <w:rPr>
          <w:color w:val="000000" w:themeColor="text1"/>
          <w:sz w:val="28"/>
          <w:szCs w:val="28"/>
        </w:rPr>
        <w:t>шешім</w:t>
      </w:r>
      <w:r w:rsidRPr="00B506FB">
        <w:rPr>
          <w:color w:val="000000" w:themeColor="text1"/>
          <w:sz w:val="28"/>
          <w:szCs w:val="28"/>
          <w:lang w:val="en-US"/>
        </w:rPr>
        <w:t xml:space="preserve"> </w:t>
      </w:r>
      <w:r w:rsidRPr="00B506FB">
        <w:rPr>
          <w:color w:val="000000" w:themeColor="text1"/>
          <w:sz w:val="28"/>
          <w:szCs w:val="28"/>
        </w:rPr>
        <w:t>шегінде</w:t>
      </w:r>
      <w:r w:rsidRPr="00B506FB">
        <w:rPr>
          <w:color w:val="000000" w:themeColor="text1"/>
          <w:sz w:val="28"/>
          <w:szCs w:val="28"/>
          <w:lang w:val="en-US"/>
        </w:rPr>
        <w:t xml:space="preserve"> </w:t>
      </w:r>
      <w:r w:rsidRPr="00B506FB">
        <w:rPr>
          <w:color w:val="000000" w:themeColor="text1"/>
          <w:sz w:val="28"/>
          <w:szCs w:val="28"/>
        </w:rPr>
        <w:t>тиісті</w:t>
      </w:r>
      <w:r w:rsidRPr="00B506FB">
        <w:rPr>
          <w:color w:val="000000" w:themeColor="text1"/>
          <w:sz w:val="28"/>
          <w:szCs w:val="28"/>
          <w:lang w:val="en-US"/>
        </w:rPr>
        <w:t xml:space="preserve"> </w:t>
      </w:r>
      <w:r w:rsidRPr="00B506FB">
        <w:rPr>
          <w:color w:val="000000" w:themeColor="text1"/>
          <w:sz w:val="28"/>
          <w:szCs w:val="28"/>
        </w:rPr>
        <w:t>инженерлік</w:t>
      </w:r>
      <w:r w:rsidRPr="00B506FB">
        <w:rPr>
          <w:color w:val="000000" w:themeColor="text1"/>
          <w:sz w:val="28"/>
          <w:szCs w:val="28"/>
          <w:lang w:val="en-US"/>
        </w:rPr>
        <w:t xml:space="preserve"> </w:t>
      </w:r>
      <w:r w:rsidRPr="00B506FB">
        <w:rPr>
          <w:color w:val="000000" w:themeColor="text1"/>
          <w:sz w:val="28"/>
          <w:szCs w:val="28"/>
        </w:rPr>
        <w:t>жүйенің</w:t>
      </w:r>
      <w:r w:rsidRPr="00B506FB">
        <w:rPr>
          <w:color w:val="000000" w:themeColor="text1"/>
          <w:sz w:val="28"/>
          <w:szCs w:val="28"/>
          <w:lang w:val="en-US"/>
        </w:rPr>
        <w:t xml:space="preserve"> </w:t>
      </w:r>
      <w:r w:rsidRPr="00B506FB">
        <w:rPr>
          <w:color w:val="000000" w:themeColor="text1"/>
          <w:sz w:val="28"/>
          <w:szCs w:val="28"/>
        </w:rPr>
        <w:t>жұмысқа</w:t>
      </w:r>
      <w:r w:rsidRPr="00B506FB">
        <w:rPr>
          <w:color w:val="000000" w:themeColor="text1"/>
          <w:sz w:val="28"/>
          <w:szCs w:val="28"/>
          <w:lang w:val="en-US"/>
        </w:rPr>
        <w:t xml:space="preserve"> </w:t>
      </w:r>
      <w:r w:rsidRPr="00B506FB">
        <w:rPr>
          <w:color w:val="000000" w:themeColor="text1"/>
          <w:sz w:val="28"/>
          <w:szCs w:val="28"/>
        </w:rPr>
        <w:t>қабілеттілігінің</w:t>
      </w:r>
      <w:r w:rsidRPr="00B506FB">
        <w:rPr>
          <w:color w:val="000000" w:themeColor="text1"/>
          <w:sz w:val="28"/>
          <w:szCs w:val="28"/>
          <w:lang w:val="en-US"/>
        </w:rPr>
        <w:t xml:space="preserve"> </w:t>
      </w:r>
      <w:r w:rsidRPr="00B506FB">
        <w:rPr>
          <w:color w:val="000000" w:themeColor="text1"/>
          <w:sz w:val="28"/>
          <w:szCs w:val="28"/>
        </w:rPr>
        <w:t>сақталуын</w:t>
      </w:r>
      <w:r w:rsidRPr="00B506FB">
        <w:rPr>
          <w:color w:val="000000" w:themeColor="text1"/>
          <w:sz w:val="28"/>
          <w:szCs w:val="28"/>
          <w:lang w:val="en-US"/>
        </w:rPr>
        <w:t xml:space="preserve"> </w:t>
      </w:r>
      <w:r w:rsidRPr="00B506FB">
        <w:rPr>
          <w:color w:val="000000" w:themeColor="text1"/>
          <w:sz w:val="28"/>
          <w:szCs w:val="28"/>
        </w:rPr>
        <w:t>қамтамасыз</w:t>
      </w:r>
      <w:r w:rsidRPr="00B506FB">
        <w:rPr>
          <w:color w:val="000000" w:themeColor="text1"/>
          <w:sz w:val="28"/>
          <w:szCs w:val="28"/>
          <w:lang w:val="en-US"/>
        </w:rPr>
        <w:t xml:space="preserve"> </w:t>
      </w:r>
      <w:r w:rsidRPr="00B506FB">
        <w:rPr>
          <w:color w:val="000000" w:themeColor="text1"/>
          <w:sz w:val="28"/>
          <w:szCs w:val="28"/>
        </w:rPr>
        <w:t>етуге</w:t>
      </w:r>
      <w:r w:rsidRPr="00B506FB">
        <w:rPr>
          <w:color w:val="000000" w:themeColor="text1"/>
          <w:sz w:val="28"/>
          <w:szCs w:val="28"/>
          <w:lang w:val="en-US"/>
        </w:rPr>
        <w:t xml:space="preserve"> </w:t>
      </w:r>
      <w:r w:rsidRPr="00B506FB">
        <w:rPr>
          <w:color w:val="000000" w:themeColor="text1"/>
          <w:sz w:val="28"/>
          <w:szCs w:val="28"/>
        </w:rPr>
        <w:t>міндетті</w:t>
      </w:r>
      <w:r w:rsidRPr="00B506FB">
        <w:rPr>
          <w:color w:val="000000" w:themeColor="text1"/>
          <w:sz w:val="28"/>
          <w:szCs w:val="28"/>
          <w:lang w:val="en-US"/>
        </w:rPr>
        <w:t>.</w:t>
      </w:r>
    </w:p>
    <w:p w14:paraId="116A57D0" w14:textId="0C8CA294"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3.8.</w:t>
      </w:r>
      <w:r w:rsidRPr="00B506FB">
        <w:rPr>
          <w:color w:val="000000" w:themeColor="text1"/>
          <w:sz w:val="28"/>
          <w:szCs w:val="28"/>
          <w:lang w:val="en-US"/>
        </w:rPr>
        <w:t xml:space="preserve"> </w:t>
      </w:r>
      <w:r w:rsidRPr="00B506FB">
        <w:rPr>
          <w:color w:val="000000" w:themeColor="text1"/>
          <w:sz w:val="28"/>
          <w:szCs w:val="28"/>
        </w:rPr>
        <w:t>Жұмыстар</w:t>
      </w:r>
      <w:r w:rsidRPr="00B506FB">
        <w:rPr>
          <w:color w:val="000000" w:themeColor="text1"/>
          <w:sz w:val="28"/>
          <w:szCs w:val="28"/>
          <w:lang w:val="en-US"/>
        </w:rPr>
        <w:t xml:space="preserve"> </w:t>
      </w:r>
      <w:r w:rsidRPr="00B506FB">
        <w:rPr>
          <w:color w:val="000000" w:themeColor="text1"/>
          <w:sz w:val="28"/>
          <w:szCs w:val="28"/>
        </w:rPr>
        <w:t>аяқталғаннан</w:t>
      </w:r>
      <w:r w:rsidRPr="00B506FB">
        <w:rPr>
          <w:color w:val="000000" w:themeColor="text1"/>
          <w:sz w:val="28"/>
          <w:szCs w:val="28"/>
          <w:lang w:val="en-US"/>
        </w:rPr>
        <w:t xml:space="preserve"> </w:t>
      </w:r>
      <w:r w:rsidRPr="00B506FB">
        <w:rPr>
          <w:color w:val="000000" w:themeColor="text1"/>
          <w:sz w:val="28"/>
          <w:szCs w:val="28"/>
        </w:rPr>
        <w:t>кейін</w:t>
      </w:r>
      <w:r w:rsidRPr="00B506FB">
        <w:rPr>
          <w:color w:val="000000" w:themeColor="text1"/>
          <w:sz w:val="28"/>
          <w:szCs w:val="28"/>
          <w:lang w:val="en-US"/>
        </w:rPr>
        <w:t xml:space="preserve"> </w:t>
      </w:r>
      <w:r w:rsidRPr="00B506FB">
        <w:rPr>
          <w:color w:val="000000" w:themeColor="text1"/>
          <w:sz w:val="28"/>
          <w:szCs w:val="28"/>
        </w:rPr>
        <w:t>Мердігер</w:t>
      </w:r>
      <w:r w:rsidRPr="00B506FB">
        <w:rPr>
          <w:color w:val="000000" w:themeColor="text1"/>
          <w:sz w:val="28"/>
          <w:szCs w:val="28"/>
          <w:lang w:val="en-US"/>
        </w:rPr>
        <w:t xml:space="preserve"> </w:t>
      </w:r>
      <w:r w:rsidRPr="00B506FB">
        <w:rPr>
          <w:color w:val="000000" w:themeColor="text1"/>
          <w:sz w:val="28"/>
          <w:szCs w:val="28"/>
        </w:rPr>
        <w:t>жұмыс</w:t>
      </w:r>
      <w:r w:rsidRPr="00B506FB">
        <w:rPr>
          <w:color w:val="000000" w:themeColor="text1"/>
          <w:sz w:val="28"/>
          <w:szCs w:val="28"/>
          <w:lang w:val="en-US"/>
        </w:rPr>
        <w:t xml:space="preserve"> </w:t>
      </w:r>
      <w:r w:rsidRPr="00B506FB">
        <w:rPr>
          <w:color w:val="000000" w:themeColor="text1"/>
          <w:sz w:val="28"/>
          <w:szCs w:val="28"/>
        </w:rPr>
        <w:t>орнын</w:t>
      </w:r>
      <w:r w:rsidRPr="00B506FB">
        <w:rPr>
          <w:color w:val="000000" w:themeColor="text1"/>
          <w:sz w:val="28"/>
          <w:szCs w:val="28"/>
          <w:lang w:val="en-US"/>
        </w:rPr>
        <w:t xml:space="preserve"> </w:t>
      </w:r>
      <w:r w:rsidRPr="00B506FB">
        <w:rPr>
          <w:color w:val="000000" w:themeColor="text1"/>
          <w:sz w:val="28"/>
          <w:szCs w:val="28"/>
        </w:rPr>
        <w:t>тазалауға</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пәтерде</w:t>
      </w:r>
      <w:r w:rsidRPr="00B506FB">
        <w:rPr>
          <w:color w:val="000000" w:themeColor="text1"/>
          <w:sz w:val="28"/>
          <w:szCs w:val="28"/>
          <w:lang w:val="en-US"/>
        </w:rPr>
        <w:t xml:space="preserve">, </w:t>
      </w:r>
      <w:r w:rsidRPr="00B506FB">
        <w:rPr>
          <w:color w:val="000000" w:themeColor="text1"/>
          <w:sz w:val="28"/>
          <w:szCs w:val="28"/>
        </w:rPr>
        <w:t>сондай</w:t>
      </w:r>
      <w:r w:rsidRPr="00B506FB">
        <w:rPr>
          <w:color w:val="000000" w:themeColor="text1"/>
          <w:sz w:val="28"/>
          <w:szCs w:val="28"/>
          <w:lang w:val="en-US"/>
        </w:rPr>
        <w:t>-</w:t>
      </w:r>
      <w:r w:rsidRPr="00B506FB">
        <w:rPr>
          <w:color w:val="000000" w:themeColor="text1"/>
          <w:sz w:val="28"/>
          <w:szCs w:val="28"/>
        </w:rPr>
        <w:t>ақ</w:t>
      </w:r>
      <w:r w:rsidRPr="00B506FB">
        <w:rPr>
          <w:color w:val="000000" w:themeColor="text1"/>
          <w:sz w:val="28"/>
          <w:szCs w:val="28"/>
          <w:lang w:val="en-US"/>
        </w:rPr>
        <w:t xml:space="preserve"> </w:t>
      </w:r>
      <w:r w:rsidRPr="00B506FB">
        <w:rPr>
          <w:color w:val="000000" w:themeColor="text1"/>
          <w:sz w:val="28"/>
          <w:szCs w:val="28"/>
        </w:rPr>
        <w:t>ортақ</w:t>
      </w:r>
      <w:r w:rsidRPr="00B506FB">
        <w:rPr>
          <w:color w:val="000000" w:themeColor="text1"/>
          <w:sz w:val="28"/>
          <w:szCs w:val="28"/>
          <w:lang w:val="en-US"/>
        </w:rPr>
        <w:t xml:space="preserve"> </w:t>
      </w:r>
      <w:r w:rsidRPr="00B506FB">
        <w:rPr>
          <w:color w:val="000000" w:themeColor="text1"/>
          <w:sz w:val="28"/>
          <w:szCs w:val="28"/>
        </w:rPr>
        <w:t>пайдаланылатын</w:t>
      </w:r>
      <w:r w:rsidRPr="00B506FB">
        <w:rPr>
          <w:color w:val="000000" w:themeColor="text1"/>
          <w:sz w:val="28"/>
          <w:szCs w:val="28"/>
          <w:lang w:val="en-US"/>
        </w:rPr>
        <w:t xml:space="preserve"> </w:t>
      </w:r>
      <w:r w:rsidRPr="00B506FB">
        <w:rPr>
          <w:color w:val="000000" w:themeColor="text1"/>
          <w:sz w:val="28"/>
          <w:szCs w:val="28"/>
        </w:rPr>
        <w:t>орындарда</w:t>
      </w:r>
      <w:r w:rsidRPr="00B506FB">
        <w:rPr>
          <w:color w:val="000000" w:themeColor="text1"/>
          <w:sz w:val="28"/>
          <w:szCs w:val="28"/>
          <w:lang w:val="en-US"/>
        </w:rPr>
        <w:t xml:space="preserve"> </w:t>
      </w:r>
      <w:r w:rsidRPr="00B506FB">
        <w:rPr>
          <w:color w:val="000000" w:themeColor="text1"/>
          <w:sz w:val="28"/>
          <w:szCs w:val="28"/>
        </w:rPr>
        <w:t>құрылыс</w:t>
      </w:r>
      <w:r w:rsidRPr="00B506FB">
        <w:rPr>
          <w:color w:val="000000" w:themeColor="text1"/>
          <w:sz w:val="28"/>
          <w:szCs w:val="28"/>
          <w:lang w:val="en-US"/>
        </w:rPr>
        <w:t xml:space="preserve">, </w:t>
      </w:r>
      <w:r w:rsidRPr="00B506FB">
        <w:rPr>
          <w:color w:val="000000" w:themeColor="text1"/>
          <w:sz w:val="28"/>
          <w:szCs w:val="28"/>
        </w:rPr>
        <w:t>металл</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өзге</w:t>
      </w:r>
      <w:r w:rsidRPr="00B506FB">
        <w:rPr>
          <w:color w:val="000000" w:themeColor="text1"/>
          <w:sz w:val="28"/>
          <w:szCs w:val="28"/>
          <w:lang w:val="en-US"/>
        </w:rPr>
        <w:t xml:space="preserve"> </w:t>
      </w:r>
      <w:r w:rsidRPr="00B506FB">
        <w:rPr>
          <w:color w:val="000000" w:themeColor="text1"/>
          <w:sz w:val="28"/>
          <w:szCs w:val="28"/>
        </w:rPr>
        <w:t>де</w:t>
      </w:r>
      <w:r w:rsidRPr="00B506FB">
        <w:rPr>
          <w:color w:val="000000" w:themeColor="text1"/>
          <w:sz w:val="28"/>
          <w:szCs w:val="28"/>
          <w:lang w:val="en-US"/>
        </w:rPr>
        <w:t xml:space="preserve"> </w:t>
      </w:r>
      <w:r w:rsidRPr="00B506FB">
        <w:rPr>
          <w:color w:val="000000" w:themeColor="text1"/>
          <w:sz w:val="28"/>
          <w:szCs w:val="28"/>
        </w:rPr>
        <w:t>қоқыстың</w:t>
      </w:r>
      <w:r w:rsidRPr="00B506FB">
        <w:rPr>
          <w:color w:val="000000" w:themeColor="text1"/>
          <w:sz w:val="28"/>
          <w:szCs w:val="28"/>
          <w:lang w:val="en-US"/>
        </w:rPr>
        <w:t xml:space="preserve"> </w:t>
      </w:r>
      <w:r w:rsidRPr="00B506FB">
        <w:rPr>
          <w:color w:val="000000" w:themeColor="text1"/>
          <w:sz w:val="28"/>
          <w:szCs w:val="28"/>
        </w:rPr>
        <w:t>қалдырылмауын</w:t>
      </w:r>
      <w:r w:rsidRPr="00B506FB">
        <w:rPr>
          <w:color w:val="000000" w:themeColor="text1"/>
          <w:sz w:val="28"/>
          <w:szCs w:val="28"/>
          <w:lang w:val="en-US"/>
        </w:rPr>
        <w:t xml:space="preserve"> </w:t>
      </w:r>
      <w:r w:rsidRPr="00B506FB">
        <w:rPr>
          <w:color w:val="000000" w:themeColor="text1"/>
          <w:sz w:val="28"/>
          <w:szCs w:val="28"/>
        </w:rPr>
        <w:t>қамтамасыз</w:t>
      </w:r>
      <w:r w:rsidRPr="00B506FB">
        <w:rPr>
          <w:color w:val="000000" w:themeColor="text1"/>
          <w:sz w:val="28"/>
          <w:szCs w:val="28"/>
          <w:lang w:val="en-US"/>
        </w:rPr>
        <w:t xml:space="preserve"> </w:t>
      </w:r>
      <w:r w:rsidRPr="00B506FB">
        <w:rPr>
          <w:color w:val="000000" w:themeColor="text1"/>
          <w:sz w:val="28"/>
          <w:szCs w:val="28"/>
        </w:rPr>
        <w:t>етуге</w:t>
      </w:r>
      <w:r w:rsidRPr="00B506FB">
        <w:rPr>
          <w:color w:val="000000" w:themeColor="text1"/>
          <w:sz w:val="28"/>
          <w:szCs w:val="28"/>
          <w:lang w:val="en-US"/>
        </w:rPr>
        <w:t xml:space="preserve"> </w:t>
      </w:r>
      <w:r w:rsidRPr="00B506FB">
        <w:rPr>
          <w:color w:val="000000" w:themeColor="text1"/>
          <w:sz w:val="28"/>
          <w:szCs w:val="28"/>
        </w:rPr>
        <w:t>міндетті</w:t>
      </w:r>
      <w:r w:rsidRPr="00B506FB">
        <w:rPr>
          <w:color w:val="000000" w:themeColor="text1"/>
          <w:sz w:val="28"/>
          <w:szCs w:val="28"/>
          <w:lang w:val="en-US"/>
        </w:rPr>
        <w:t>.</w:t>
      </w:r>
    </w:p>
    <w:p w14:paraId="37B77312" w14:textId="0A45C429"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3.9.</w:t>
      </w:r>
      <w:r w:rsidRPr="00B506FB">
        <w:rPr>
          <w:color w:val="000000" w:themeColor="text1"/>
          <w:sz w:val="28"/>
          <w:szCs w:val="28"/>
          <w:lang w:val="en-US"/>
        </w:rPr>
        <w:t xml:space="preserve"> </w:t>
      </w:r>
      <w:r w:rsidRPr="00B506FB">
        <w:rPr>
          <w:color w:val="000000" w:themeColor="text1"/>
          <w:sz w:val="28"/>
          <w:szCs w:val="28"/>
        </w:rPr>
        <w:t>Мердігер</w:t>
      </w:r>
      <w:r w:rsidRPr="00B506FB">
        <w:rPr>
          <w:color w:val="000000" w:themeColor="text1"/>
          <w:sz w:val="28"/>
          <w:szCs w:val="28"/>
          <w:lang w:val="en-US"/>
        </w:rPr>
        <w:t xml:space="preserve"> </w:t>
      </w:r>
      <w:r w:rsidRPr="00B506FB">
        <w:rPr>
          <w:color w:val="000000" w:themeColor="text1"/>
          <w:sz w:val="28"/>
          <w:szCs w:val="28"/>
        </w:rPr>
        <w:t>авариялық</w:t>
      </w:r>
      <w:r w:rsidRPr="00B506FB">
        <w:rPr>
          <w:color w:val="000000" w:themeColor="text1"/>
          <w:sz w:val="28"/>
          <w:szCs w:val="28"/>
          <w:lang w:val="en-US"/>
        </w:rPr>
        <w:t xml:space="preserve"> </w:t>
      </w:r>
      <w:r w:rsidRPr="00B506FB">
        <w:rPr>
          <w:color w:val="000000" w:themeColor="text1"/>
          <w:sz w:val="28"/>
          <w:szCs w:val="28"/>
        </w:rPr>
        <w:t>шығулардың</w:t>
      </w:r>
      <w:r w:rsidRPr="00B506FB">
        <w:rPr>
          <w:color w:val="000000" w:themeColor="text1"/>
          <w:sz w:val="28"/>
          <w:szCs w:val="28"/>
          <w:lang w:val="en-US"/>
        </w:rPr>
        <w:t xml:space="preserve"> </w:t>
      </w:r>
      <w:r w:rsidRPr="00B506FB">
        <w:rPr>
          <w:color w:val="000000" w:themeColor="text1"/>
          <w:sz w:val="28"/>
          <w:szCs w:val="28"/>
        </w:rPr>
        <w:t>есебін</w:t>
      </w:r>
      <w:r w:rsidRPr="00B506FB">
        <w:rPr>
          <w:color w:val="000000" w:themeColor="text1"/>
          <w:sz w:val="28"/>
          <w:szCs w:val="28"/>
          <w:lang w:val="en-US"/>
        </w:rPr>
        <w:t xml:space="preserve"> </w:t>
      </w:r>
      <w:r w:rsidRPr="00B506FB">
        <w:rPr>
          <w:color w:val="000000" w:themeColor="text1"/>
          <w:sz w:val="28"/>
          <w:szCs w:val="28"/>
        </w:rPr>
        <w:t>жүргізуге</w:t>
      </w:r>
      <w:r w:rsidRPr="00B506FB">
        <w:rPr>
          <w:color w:val="000000" w:themeColor="text1"/>
          <w:sz w:val="28"/>
          <w:szCs w:val="28"/>
          <w:lang w:val="en-US"/>
        </w:rPr>
        <w:t xml:space="preserve"> </w:t>
      </w:r>
      <w:r w:rsidRPr="00B506FB">
        <w:rPr>
          <w:color w:val="000000" w:themeColor="text1"/>
          <w:sz w:val="28"/>
          <w:szCs w:val="28"/>
        </w:rPr>
        <w:t>міндетті</w:t>
      </w:r>
      <w:r w:rsidRPr="00B506FB">
        <w:rPr>
          <w:color w:val="000000" w:themeColor="text1"/>
          <w:sz w:val="28"/>
          <w:szCs w:val="28"/>
          <w:lang w:val="en-US"/>
        </w:rPr>
        <w:t xml:space="preserve">. </w:t>
      </w:r>
      <w:r w:rsidRPr="00B506FB">
        <w:rPr>
          <w:color w:val="000000" w:themeColor="text1"/>
          <w:sz w:val="28"/>
          <w:szCs w:val="28"/>
        </w:rPr>
        <w:t>Есепте</w:t>
      </w:r>
      <w:r w:rsidRPr="00B506FB">
        <w:rPr>
          <w:color w:val="000000" w:themeColor="text1"/>
          <w:sz w:val="28"/>
          <w:szCs w:val="28"/>
          <w:lang w:val="en-US"/>
        </w:rPr>
        <w:t xml:space="preserve"> </w:t>
      </w:r>
      <w:r w:rsidRPr="00B506FB">
        <w:rPr>
          <w:color w:val="000000" w:themeColor="text1"/>
          <w:sz w:val="28"/>
          <w:szCs w:val="28"/>
        </w:rPr>
        <w:t>шығу</w:t>
      </w:r>
      <w:r w:rsidRPr="00B506FB">
        <w:rPr>
          <w:color w:val="000000" w:themeColor="text1"/>
          <w:sz w:val="28"/>
          <w:szCs w:val="28"/>
          <w:lang w:val="en-US"/>
        </w:rPr>
        <w:t xml:space="preserve"> </w:t>
      </w:r>
      <w:r w:rsidRPr="00B506FB">
        <w:rPr>
          <w:color w:val="000000" w:themeColor="text1"/>
          <w:sz w:val="28"/>
          <w:szCs w:val="28"/>
        </w:rPr>
        <w:t>күні</w:t>
      </w:r>
      <w:r w:rsidRPr="00B506FB">
        <w:rPr>
          <w:color w:val="000000" w:themeColor="text1"/>
          <w:sz w:val="28"/>
          <w:szCs w:val="28"/>
          <w:lang w:val="en-US"/>
        </w:rPr>
        <w:t xml:space="preserve">, </w:t>
      </w:r>
      <w:r w:rsidRPr="00B506FB">
        <w:rPr>
          <w:color w:val="000000" w:themeColor="text1"/>
          <w:sz w:val="28"/>
          <w:szCs w:val="28"/>
        </w:rPr>
        <w:t>объектінің</w:t>
      </w:r>
      <w:r w:rsidRPr="00B506FB">
        <w:rPr>
          <w:color w:val="000000" w:themeColor="text1"/>
          <w:sz w:val="28"/>
          <w:szCs w:val="28"/>
          <w:lang w:val="en-US"/>
        </w:rPr>
        <w:t xml:space="preserve"> </w:t>
      </w:r>
      <w:r w:rsidRPr="00B506FB">
        <w:rPr>
          <w:color w:val="000000" w:themeColor="text1"/>
          <w:sz w:val="28"/>
          <w:szCs w:val="28"/>
        </w:rPr>
        <w:t>мекенжайы</w:t>
      </w:r>
      <w:r w:rsidRPr="00B506FB">
        <w:rPr>
          <w:color w:val="000000" w:themeColor="text1"/>
          <w:sz w:val="28"/>
          <w:szCs w:val="28"/>
          <w:lang w:val="en-US"/>
        </w:rPr>
        <w:t xml:space="preserve">, </w:t>
      </w:r>
      <w:r w:rsidRPr="00B506FB">
        <w:rPr>
          <w:color w:val="000000" w:themeColor="text1"/>
          <w:sz w:val="28"/>
          <w:szCs w:val="28"/>
        </w:rPr>
        <w:t>шығу</w:t>
      </w:r>
      <w:r w:rsidRPr="00B506FB">
        <w:rPr>
          <w:color w:val="000000" w:themeColor="text1"/>
          <w:sz w:val="28"/>
          <w:szCs w:val="28"/>
          <w:lang w:val="en-US"/>
        </w:rPr>
        <w:t xml:space="preserve"> </w:t>
      </w:r>
      <w:r w:rsidRPr="00B506FB">
        <w:rPr>
          <w:color w:val="000000" w:themeColor="text1"/>
          <w:sz w:val="28"/>
          <w:szCs w:val="28"/>
        </w:rPr>
        <w:t>негізі</w:t>
      </w:r>
      <w:r w:rsidRPr="00B506FB">
        <w:rPr>
          <w:color w:val="000000" w:themeColor="text1"/>
          <w:sz w:val="28"/>
          <w:szCs w:val="28"/>
          <w:lang w:val="en-US"/>
        </w:rPr>
        <w:t xml:space="preserve">, </w:t>
      </w:r>
      <w:r w:rsidRPr="00B506FB">
        <w:rPr>
          <w:color w:val="000000" w:themeColor="text1"/>
          <w:sz w:val="28"/>
          <w:szCs w:val="28"/>
        </w:rPr>
        <w:t>ақаудың</w:t>
      </w:r>
      <w:r w:rsidRPr="00B506FB">
        <w:rPr>
          <w:color w:val="000000" w:themeColor="text1"/>
          <w:sz w:val="28"/>
          <w:szCs w:val="28"/>
          <w:lang w:val="en-US"/>
        </w:rPr>
        <w:t xml:space="preserve"> </w:t>
      </w:r>
      <w:r w:rsidRPr="00B506FB">
        <w:rPr>
          <w:color w:val="000000" w:themeColor="text1"/>
          <w:sz w:val="28"/>
          <w:szCs w:val="28"/>
        </w:rPr>
        <w:t>сипаты</w:t>
      </w:r>
      <w:r w:rsidRPr="00B506FB">
        <w:rPr>
          <w:color w:val="000000" w:themeColor="text1"/>
          <w:sz w:val="28"/>
          <w:szCs w:val="28"/>
          <w:lang w:val="en-US"/>
        </w:rPr>
        <w:t xml:space="preserve">, </w:t>
      </w:r>
      <w:r w:rsidRPr="00B506FB">
        <w:rPr>
          <w:color w:val="000000" w:themeColor="text1"/>
          <w:sz w:val="28"/>
          <w:szCs w:val="28"/>
        </w:rPr>
        <w:t>орындалған</w:t>
      </w:r>
      <w:r w:rsidRPr="00B506FB">
        <w:rPr>
          <w:color w:val="000000" w:themeColor="text1"/>
          <w:sz w:val="28"/>
          <w:szCs w:val="28"/>
          <w:lang w:val="en-US"/>
        </w:rPr>
        <w:t xml:space="preserve"> </w:t>
      </w:r>
      <w:r w:rsidRPr="00B506FB">
        <w:rPr>
          <w:color w:val="000000" w:themeColor="text1"/>
          <w:sz w:val="28"/>
          <w:szCs w:val="28"/>
        </w:rPr>
        <w:t>іс</w:t>
      </w:r>
      <w:r w:rsidRPr="00B506FB">
        <w:rPr>
          <w:color w:val="000000" w:themeColor="text1"/>
          <w:sz w:val="28"/>
          <w:szCs w:val="28"/>
          <w:lang w:val="en-US"/>
        </w:rPr>
        <w:t>-</w:t>
      </w:r>
      <w:r w:rsidRPr="00B506FB">
        <w:rPr>
          <w:color w:val="000000" w:themeColor="text1"/>
          <w:sz w:val="28"/>
          <w:szCs w:val="28"/>
        </w:rPr>
        <w:t>шаралар</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жұмыстардың</w:t>
      </w:r>
      <w:r w:rsidRPr="00B506FB">
        <w:rPr>
          <w:color w:val="000000" w:themeColor="text1"/>
          <w:sz w:val="28"/>
          <w:szCs w:val="28"/>
          <w:lang w:val="en-US"/>
        </w:rPr>
        <w:t xml:space="preserve"> </w:t>
      </w:r>
      <w:r w:rsidRPr="00B506FB">
        <w:rPr>
          <w:color w:val="000000" w:themeColor="text1"/>
          <w:sz w:val="28"/>
          <w:szCs w:val="28"/>
        </w:rPr>
        <w:t>нәтижесі</w:t>
      </w:r>
      <w:r w:rsidRPr="00B506FB">
        <w:rPr>
          <w:color w:val="000000" w:themeColor="text1"/>
          <w:sz w:val="28"/>
          <w:szCs w:val="28"/>
          <w:lang w:val="en-US"/>
        </w:rPr>
        <w:t xml:space="preserve"> </w:t>
      </w:r>
      <w:r w:rsidRPr="00B506FB">
        <w:rPr>
          <w:color w:val="000000" w:themeColor="text1"/>
          <w:sz w:val="28"/>
          <w:szCs w:val="28"/>
        </w:rPr>
        <w:t>көрсетіледі</w:t>
      </w:r>
      <w:r w:rsidRPr="00B506FB">
        <w:rPr>
          <w:color w:val="000000" w:themeColor="text1"/>
          <w:sz w:val="28"/>
          <w:szCs w:val="28"/>
          <w:lang w:val="en-US"/>
        </w:rPr>
        <w:t xml:space="preserve">. </w:t>
      </w:r>
      <w:r w:rsidRPr="00B506FB">
        <w:rPr>
          <w:color w:val="000000" w:themeColor="text1"/>
          <w:sz w:val="28"/>
          <w:szCs w:val="28"/>
        </w:rPr>
        <w:t>Бұл</w:t>
      </w:r>
      <w:r w:rsidRPr="00B506FB">
        <w:rPr>
          <w:color w:val="000000" w:themeColor="text1"/>
          <w:sz w:val="28"/>
          <w:szCs w:val="28"/>
          <w:lang w:val="en-US"/>
        </w:rPr>
        <w:t xml:space="preserve"> </w:t>
      </w:r>
      <w:r w:rsidRPr="00B506FB">
        <w:rPr>
          <w:color w:val="000000" w:themeColor="text1"/>
          <w:sz w:val="28"/>
          <w:szCs w:val="28"/>
        </w:rPr>
        <w:t>мәліметтер</w:t>
      </w:r>
      <w:r w:rsidRPr="00B506FB">
        <w:rPr>
          <w:color w:val="000000" w:themeColor="text1"/>
          <w:sz w:val="28"/>
          <w:szCs w:val="28"/>
          <w:lang w:val="en-US"/>
        </w:rPr>
        <w:t xml:space="preserve"> </w:t>
      </w:r>
      <w:r w:rsidRPr="00B506FB">
        <w:rPr>
          <w:color w:val="000000" w:themeColor="text1"/>
          <w:sz w:val="28"/>
          <w:szCs w:val="28"/>
        </w:rPr>
        <w:t>Тапсырыс</w:t>
      </w:r>
      <w:r w:rsidRPr="00B506FB">
        <w:rPr>
          <w:color w:val="000000" w:themeColor="text1"/>
          <w:sz w:val="28"/>
          <w:szCs w:val="28"/>
          <w:lang w:val="en-US"/>
        </w:rPr>
        <w:t xml:space="preserve"> </w:t>
      </w:r>
      <w:r w:rsidRPr="00B506FB">
        <w:rPr>
          <w:color w:val="000000" w:themeColor="text1"/>
          <w:sz w:val="28"/>
          <w:szCs w:val="28"/>
        </w:rPr>
        <w:t>берушіге</w:t>
      </w:r>
      <w:r w:rsidRPr="00B506FB">
        <w:rPr>
          <w:color w:val="000000" w:themeColor="text1"/>
          <w:sz w:val="28"/>
          <w:szCs w:val="28"/>
          <w:lang w:val="en-US"/>
        </w:rPr>
        <w:t xml:space="preserve"> </w:t>
      </w:r>
      <w:r w:rsidRPr="00B506FB">
        <w:rPr>
          <w:color w:val="000000" w:themeColor="text1"/>
          <w:sz w:val="28"/>
          <w:szCs w:val="28"/>
        </w:rPr>
        <w:t>ұсынылатын</w:t>
      </w:r>
      <w:r w:rsidRPr="00B506FB">
        <w:rPr>
          <w:color w:val="000000" w:themeColor="text1"/>
          <w:sz w:val="28"/>
          <w:szCs w:val="28"/>
          <w:lang w:val="en-US"/>
        </w:rPr>
        <w:t xml:space="preserve"> </w:t>
      </w:r>
      <w:r w:rsidRPr="00B506FB">
        <w:rPr>
          <w:color w:val="000000" w:themeColor="text1"/>
          <w:sz w:val="28"/>
          <w:szCs w:val="28"/>
        </w:rPr>
        <w:t>есептілікке</w:t>
      </w:r>
      <w:r w:rsidRPr="00B506FB">
        <w:rPr>
          <w:color w:val="000000" w:themeColor="text1"/>
          <w:sz w:val="28"/>
          <w:szCs w:val="28"/>
          <w:lang w:val="en-US"/>
        </w:rPr>
        <w:t xml:space="preserve"> </w:t>
      </w:r>
      <w:r w:rsidRPr="00B506FB">
        <w:rPr>
          <w:color w:val="000000" w:themeColor="text1"/>
          <w:sz w:val="28"/>
          <w:szCs w:val="28"/>
        </w:rPr>
        <w:t>енгізіледі</w:t>
      </w:r>
      <w:r w:rsidRPr="00B506FB">
        <w:rPr>
          <w:color w:val="000000" w:themeColor="text1"/>
          <w:sz w:val="28"/>
          <w:szCs w:val="28"/>
          <w:lang w:val="en-US"/>
        </w:rPr>
        <w:t>.</w:t>
      </w:r>
    </w:p>
    <w:p w14:paraId="13C64F56" w14:textId="31831BCF"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3.10.</w:t>
      </w:r>
      <w:r w:rsidRPr="00B506FB">
        <w:rPr>
          <w:color w:val="000000" w:themeColor="text1"/>
          <w:sz w:val="28"/>
          <w:szCs w:val="28"/>
          <w:lang w:val="en-US"/>
        </w:rPr>
        <w:t xml:space="preserve"> </w:t>
      </w:r>
      <w:r w:rsidRPr="00B506FB">
        <w:rPr>
          <w:color w:val="000000" w:themeColor="text1"/>
          <w:sz w:val="28"/>
          <w:szCs w:val="28"/>
        </w:rPr>
        <w:t>Егер</w:t>
      </w:r>
      <w:r w:rsidRPr="00B506FB">
        <w:rPr>
          <w:color w:val="000000" w:themeColor="text1"/>
          <w:sz w:val="28"/>
          <w:szCs w:val="28"/>
          <w:lang w:val="en-US"/>
        </w:rPr>
        <w:t xml:space="preserve"> </w:t>
      </w:r>
      <w:r w:rsidRPr="00B506FB">
        <w:rPr>
          <w:color w:val="000000" w:themeColor="text1"/>
          <w:sz w:val="28"/>
          <w:szCs w:val="28"/>
        </w:rPr>
        <w:t>жұмыстар</w:t>
      </w:r>
      <w:r w:rsidRPr="00B506FB">
        <w:rPr>
          <w:color w:val="000000" w:themeColor="text1"/>
          <w:sz w:val="28"/>
          <w:szCs w:val="28"/>
          <w:lang w:val="en-US"/>
        </w:rPr>
        <w:t xml:space="preserve"> </w:t>
      </w:r>
      <w:r w:rsidRPr="00B506FB">
        <w:rPr>
          <w:color w:val="000000" w:themeColor="text1"/>
          <w:sz w:val="28"/>
          <w:szCs w:val="28"/>
        </w:rPr>
        <w:t>көлемін</w:t>
      </w:r>
      <w:r w:rsidRPr="00B506FB">
        <w:rPr>
          <w:color w:val="000000" w:themeColor="text1"/>
          <w:sz w:val="28"/>
          <w:szCs w:val="28"/>
          <w:lang w:val="en-US"/>
        </w:rPr>
        <w:t xml:space="preserve"> </w:t>
      </w:r>
      <w:r w:rsidRPr="00B506FB">
        <w:rPr>
          <w:color w:val="000000" w:themeColor="text1"/>
          <w:sz w:val="28"/>
          <w:szCs w:val="28"/>
        </w:rPr>
        <w:t>ұлғайту</w:t>
      </w:r>
      <w:r w:rsidRPr="00B506FB">
        <w:rPr>
          <w:color w:val="000000" w:themeColor="text1"/>
          <w:sz w:val="28"/>
          <w:szCs w:val="28"/>
          <w:lang w:val="en-US"/>
        </w:rPr>
        <w:t xml:space="preserve"> </w:t>
      </w:r>
      <w:r w:rsidRPr="00B506FB">
        <w:rPr>
          <w:color w:val="000000" w:themeColor="text1"/>
          <w:sz w:val="28"/>
          <w:szCs w:val="28"/>
        </w:rPr>
        <w:t>тараптармен</w:t>
      </w:r>
      <w:r w:rsidRPr="00B506FB">
        <w:rPr>
          <w:color w:val="000000" w:themeColor="text1"/>
          <w:sz w:val="28"/>
          <w:szCs w:val="28"/>
          <w:lang w:val="en-US"/>
        </w:rPr>
        <w:t xml:space="preserve"> </w:t>
      </w:r>
      <w:r w:rsidRPr="00B506FB">
        <w:rPr>
          <w:color w:val="000000" w:themeColor="text1"/>
          <w:sz w:val="28"/>
          <w:szCs w:val="28"/>
        </w:rPr>
        <w:t>шартта</w:t>
      </w:r>
      <w:r w:rsidRPr="00B506FB">
        <w:rPr>
          <w:color w:val="000000" w:themeColor="text1"/>
          <w:sz w:val="28"/>
          <w:szCs w:val="28"/>
          <w:lang w:val="en-US"/>
        </w:rPr>
        <w:t xml:space="preserve"> </w:t>
      </w:r>
      <w:r w:rsidRPr="00B506FB">
        <w:rPr>
          <w:color w:val="000000" w:themeColor="text1"/>
          <w:sz w:val="28"/>
          <w:szCs w:val="28"/>
        </w:rPr>
        <w:t>белгіленген</w:t>
      </w:r>
      <w:r w:rsidRPr="00B506FB">
        <w:rPr>
          <w:color w:val="000000" w:themeColor="text1"/>
          <w:sz w:val="28"/>
          <w:szCs w:val="28"/>
          <w:lang w:val="en-US"/>
        </w:rPr>
        <w:t xml:space="preserve"> </w:t>
      </w:r>
      <w:r w:rsidRPr="00B506FB">
        <w:rPr>
          <w:color w:val="000000" w:themeColor="text1"/>
          <w:sz w:val="28"/>
          <w:szCs w:val="28"/>
        </w:rPr>
        <w:t>тәртіппен</w:t>
      </w:r>
      <w:r w:rsidRPr="00B506FB">
        <w:rPr>
          <w:color w:val="000000" w:themeColor="text1"/>
          <w:sz w:val="28"/>
          <w:szCs w:val="28"/>
          <w:lang w:val="en-US"/>
        </w:rPr>
        <w:t xml:space="preserve"> </w:t>
      </w:r>
      <w:r w:rsidRPr="00B506FB">
        <w:rPr>
          <w:color w:val="000000" w:themeColor="text1"/>
          <w:sz w:val="28"/>
          <w:szCs w:val="28"/>
        </w:rPr>
        <w:t>ресімделмесе</w:t>
      </w:r>
      <w:r w:rsidRPr="00B506FB">
        <w:rPr>
          <w:color w:val="000000" w:themeColor="text1"/>
          <w:sz w:val="28"/>
          <w:szCs w:val="28"/>
          <w:lang w:val="en-US"/>
        </w:rPr>
        <w:t xml:space="preserve">, </w:t>
      </w:r>
      <w:r w:rsidRPr="00B506FB">
        <w:rPr>
          <w:color w:val="000000" w:themeColor="text1"/>
          <w:sz w:val="28"/>
          <w:szCs w:val="28"/>
        </w:rPr>
        <w:t>шарт</w:t>
      </w:r>
      <w:r w:rsidRPr="00B506FB">
        <w:rPr>
          <w:color w:val="000000" w:themeColor="text1"/>
          <w:sz w:val="28"/>
          <w:szCs w:val="28"/>
          <w:lang w:val="en-US"/>
        </w:rPr>
        <w:t xml:space="preserve"> </w:t>
      </w:r>
      <w:r w:rsidRPr="00B506FB">
        <w:rPr>
          <w:color w:val="000000" w:themeColor="text1"/>
          <w:sz w:val="28"/>
          <w:szCs w:val="28"/>
        </w:rPr>
        <w:t>шеңберіндегі</w:t>
      </w:r>
      <w:r w:rsidRPr="00B506FB">
        <w:rPr>
          <w:color w:val="000000" w:themeColor="text1"/>
          <w:sz w:val="28"/>
          <w:szCs w:val="28"/>
          <w:lang w:val="en-US"/>
        </w:rPr>
        <w:t xml:space="preserve"> </w:t>
      </w:r>
      <w:r w:rsidRPr="00B506FB">
        <w:rPr>
          <w:color w:val="000000" w:themeColor="text1"/>
          <w:sz w:val="28"/>
          <w:szCs w:val="28"/>
        </w:rPr>
        <w:t>авариялық</w:t>
      </w:r>
      <w:r w:rsidRPr="00B506FB">
        <w:rPr>
          <w:color w:val="000000" w:themeColor="text1"/>
          <w:sz w:val="28"/>
          <w:szCs w:val="28"/>
          <w:lang w:val="en-US"/>
        </w:rPr>
        <w:t xml:space="preserve"> </w:t>
      </w:r>
      <w:r w:rsidRPr="00B506FB">
        <w:rPr>
          <w:color w:val="000000" w:themeColor="text1"/>
          <w:sz w:val="28"/>
          <w:szCs w:val="28"/>
        </w:rPr>
        <w:t>шығулардың</w:t>
      </w:r>
      <w:r w:rsidRPr="00B506FB">
        <w:rPr>
          <w:color w:val="000000" w:themeColor="text1"/>
          <w:sz w:val="28"/>
          <w:szCs w:val="28"/>
          <w:lang w:val="en-US"/>
        </w:rPr>
        <w:t xml:space="preserve"> </w:t>
      </w:r>
      <w:r w:rsidRPr="00B506FB">
        <w:rPr>
          <w:color w:val="000000" w:themeColor="text1"/>
          <w:sz w:val="28"/>
          <w:szCs w:val="28"/>
        </w:rPr>
        <w:t>жалпы</w:t>
      </w:r>
      <w:r w:rsidRPr="00B506FB">
        <w:rPr>
          <w:color w:val="000000" w:themeColor="text1"/>
          <w:sz w:val="28"/>
          <w:szCs w:val="28"/>
          <w:lang w:val="en-US"/>
        </w:rPr>
        <w:t xml:space="preserve"> </w:t>
      </w:r>
      <w:r w:rsidRPr="00B506FB">
        <w:rPr>
          <w:color w:val="000000" w:themeColor="text1"/>
          <w:sz w:val="28"/>
          <w:szCs w:val="28"/>
        </w:rPr>
        <w:t>саны</w:t>
      </w:r>
      <w:r w:rsidRPr="00B506FB">
        <w:rPr>
          <w:color w:val="000000" w:themeColor="text1"/>
          <w:sz w:val="28"/>
          <w:szCs w:val="28"/>
          <w:lang w:val="en-US"/>
        </w:rPr>
        <w:t xml:space="preserve"> 100 (</w:t>
      </w:r>
      <w:r w:rsidRPr="00B506FB">
        <w:rPr>
          <w:color w:val="000000" w:themeColor="text1"/>
          <w:sz w:val="28"/>
          <w:szCs w:val="28"/>
        </w:rPr>
        <w:t>жүз</w:t>
      </w:r>
      <w:r w:rsidRPr="00B506FB">
        <w:rPr>
          <w:color w:val="000000" w:themeColor="text1"/>
          <w:sz w:val="28"/>
          <w:szCs w:val="28"/>
          <w:lang w:val="en-US"/>
        </w:rPr>
        <w:t xml:space="preserve">) </w:t>
      </w:r>
      <w:r w:rsidRPr="00B506FB">
        <w:rPr>
          <w:color w:val="000000" w:themeColor="text1"/>
          <w:sz w:val="28"/>
          <w:szCs w:val="28"/>
        </w:rPr>
        <w:t>шығудан</w:t>
      </w:r>
      <w:r w:rsidRPr="00B506FB">
        <w:rPr>
          <w:color w:val="000000" w:themeColor="text1"/>
          <w:sz w:val="28"/>
          <w:szCs w:val="28"/>
          <w:lang w:val="en-US"/>
        </w:rPr>
        <w:t xml:space="preserve"> </w:t>
      </w:r>
      <w:r w:rsidRPr="00B506FB">
        <w:rPr>
          <w:color w:val="000000" w:themeColor="text1"/>
          <w:sz w:val="28"/>
          <w:szCs w:val="28"/>
        </w:rPr>
        <w:t>аспауға</w:t>
      </w:r>
      <w:r w:rsidRPr="00B506FB">
        <w:rPr>
          <w:color w:val="000000" w:themeColor="text1"/>
          <w:sz w:val="28"/>
          <w:szCs w:val="28"/>
          <w:lang w:val="en-US"/>
        </w:rPr>
        <w:t xml:space="preserve"> </w:t>
      </w:r>
      <w:r w:rsidRPr="00B506FB">
        <w:rPr>
          <w:color w:val="000000" w:themeColor="text1"/>
          <w:sz w:val="28"/>
          <w:szCs w:val="28"/>
        </w:rPr>
        <w:t>тиіс</w:t>
      </w:r>
      <w:r w:rsidRPr="00B506FB">
        <w:rPr>
          <w:color w:val="000000" w:themeColor="text1"/>
          <w:sz w:val="28"/>
          <w:szCs w:val="28"/>
          <w:lang w:val="en-US"/>
        </w:rPr>
        <w:t>.</w:t>
      </w:r>
    </w:p>
    <w:p w14:paraId="39DE48E5" w14:textId="77777777" w:rsidR="00B506FB" w:rsidRPr="00B506FB" w:rsidRDefault="00B506FB" w:rsidP="007F6C8D">
      <w:pPr>
        <w:pStyle w:val="21"/>
        <w:spacing w:before="0"/>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4. Жұмыстарды орындау мерзімдері</w:t>
      </w:r>
    </w:p>
    <w:p w14:paraId="1F9F4AF1" w14:textId="0DCE8F8C"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4.1.</w:t>
      </w:r>
      <w:r w:rsidRPr="00B506FB">
        <w:rPr>
          <w:color w:val="000000" w:themeColor="text1"/>
          <w:sz w:val="28"/>
          <w:szCs w:val="28"/>
          <w:lang w:val="en-US"/>
        </w:rPr>
        <w:t xml:space="preserve"> </w:t>
      </w:r>
      <w:r w:rsidRPr="00B506FB">
        <w:rPr>
          <w:color w:val="000000" w:themeColor="text1"/>
          <w:sz w:val="28"/>
          <w:szCs w:val="28"/>
        </w:rPr>
        <w:t>Шарт</w:t>
      </w:r>
      <w:r w:rsidRPr="00B506FB">
        <w:rPr>
          <w:color w:val="000000" w:themeColor="text1"/>
          <w:sz w:val="28"/>
          <w:szCs w:val="28"/>
          <w:lang w:val="en-US"/>
        </w:rPr>
        <w:t xml:space="preserve"> 2026 </w:t>
      </w:r>
      <w:r w:rsidRPr="00B506FB">
        <w:rPr>
          <w:color w:val="000000" w:themeColor="text1"/>
          <w:sz w:val="28"/>
          <w:szCs w:val="28"/>
        </w:rPr>
        <w:t>жылғы</w:t>
      </w:r>
      <w:r w:rsidRPr="00B506FB">
        <w:rPr>
          <w:color w:val="000000" w:themeColor="text1"/>
          <w:sz w:val="28"/>
          <w:szCs w:val="28"/>
          <w:lang w:val="en-US"/>
        </w:rPr>
        <w:t xml:space="preserve"> 31 </w:t>
      </w:r>
      <w:r w:rsidRPr="00B506FB">
        <w:rPr>
          <w:color w:val="000000" w:themeColor="text1"/>
          <w:sz w:val="28"/>
          <w:szCs w:val="28"/>
        </w:rPr>
        <w:t>желтоқсанға</w:t>
      </w:r>
      <w:r w:rsidRPr="00B506FB">
        <w:rPr>
          <w:color w:val="000000" w:themeColor="text1"/>
          <w:sz w:val="28"/>
          <w:szCs w:val="28"/>
          <w:lang w:val="en-US"/>
        </w:rPr>
        <w:t xml:space="preserve"> </w:t>
      </w:r>
      <w:r w:rsidRPr="00B506FB">
        <w:rPr>
          <w:color w:val="000000" w:themeColor="text1"/>
          <w:sz w:val="28"/>
          <w:szCs w:val="28"/>
        </w:rPr>
        <w:t>дейін</w:t>
      </w:r>
      <w:r w:rsidRPr="00B506FB">
        <w:rPr>
          <w:color w:val="000000" w:themeColor="text1"/>
          <w:sz w:val="28"/>
          <w:szCs w:val="28"/>
          <w:lang w:val="en-US"/>
        </w:rPr>
        <w:t xml:space="preserve"> </w:t>
      </w:r>
      <w:r w:rsidRPr="00B506FB">
        <w:rPr>
          <w:color w:val="000000" w:themeColor="text1"/>
          <w:sz w:val="28"/>
          <w:szCs w:val="28"/>
        </w:rPr>
        <w:t>қолданылады</w:t>
      </w:r>
      <w:r w:rsidRPr="00B506FB">
        <w:rPr>
          <w:color w:val="000000" w:themeColor="text1"/>
          <w:sz w:val="28"/>
          <w:szCs w:val="28"/>
          <w:lang w:val="en-US"/>
        </w:rPr>
        <w:t>.</w:t>
      </w:r>
    </w:p>
    <w:p w14:paraId="3D0AB98C" w14:textId="48659BF1"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4.2.</w:t>
      </w:r>
      <w:r w:rsidRPr="00B506FB">
        <w:rPr>
          <w:color w:val="000000" w:themeColor="text1"/>
          <w:sz w:val="28"/>
          <w:szCs w:val="28"/>
          <w:lang w:val="en-US"/>
        </w:rPr>
        <w:t xml:space="preserve"> </w:t>
      </w:r>
      <w:r w:rsidRPr="00B506FB">
        <w:rPr>
          <w:color w:val="000000" w:themeColor="text1"/>
          <w:sz w:val="28"/>
          <w:szCs w:val="28"/>
        </w:rPr>
        <w:t>Жұмыстар</w:t>
      </w:r>
      <w:r w:rsidRPr="00B506FB">
        <w:rPr>
          <w:color w:val="000000" w:themeColor="text1"/>
          <w:sz w:val="28"/>
          <w:szCs w:val="28"/>
          <w:lang w:val="en-US"/>
        </w:rPr>
        <w:t xml:space="preserve"> </w:t>
      </w:r>
      <w:r w:rsidRPr="00B506FB">
        <w:rPr>
          <w:color w:val="000000" w:themeColor="text1"/>
          <w:sz w:val="28"/>
          <w:szCs w:val="28"/>
        </w:rPr>
        <w:t>объектілер</w:t>
      </w:r>
      <w:r w:rsidRPr="00B506FB">
        <w:rPr>
          <w:color w:val="000000" w:themeColor="text1"/>
          <w:sz w:val="28"/>
          <w:szCs w:val="28"/>
          <w:lang w:val="en-US"/>
        </w:rPr>
        <w:t xml:space="preserve"> </w:t>
      </w:r>
      <w:r w:rsidRPr="00B506FB">
        <w:rPr>
          <w:color w:val="000000" w:themeColor="text1"/>
          <w:sz w:val="28"/>
          <w:szCs w:val="28"/>
        </w:rPr>
        <w:t>бойынша</w:t>
      </w:r>
      <w:r w:rsidRPr="00B506FB">
        <w:rPr>
          <w:color w:val="000000" w:themeColor="text1"/>
          <w:sz w:val="28"/>
          <w:szCs w:val="28"/>
          <w:lang w:val="en-US"/>
        </w:rPr>
        <w:t xml:space="preserve"> </w:t>
      </w:r>
      <w:r w:rsidRPr="00B506FB">
        <w:rPr>
          <w:color w:val="000000" w:themeColor="text1"/>
          <w:sz w:val="28"/>
          <w:szCs w:val="28"/>
        </w:rPr>
        <w:t>Тапсырыс</w:t>
      </w:r>
      <w:r w:rsidRPr="00B506FB">
        <w:rPr>
          <w:color w:val="000000" w:themeColor="text1"/>
          <w:sz w:val="28"/>
          <w:szCs w:val="28"/>
          <w:lang w:val="en-US"/>
        </w:rPr>
        <w:t xml:space="preserve"> </w:t>
      </w:r>
      <w:r w:rsidRPr="00B506FB">
        <w:rPr>
          <w:color w:val="000000" w:themeColor="text1"/>
          <w:sz w:val="28"/>
          <w:szCs w:val="28"/>
        </w:rPr>
        <w:t>берушінің</w:t>
      </w:r>
      <w:r w:rsidRPr="00B506FB">
        <w:rPr>
          <w:color w:val="000000" w:themeColor="text1"/>
          <w:sz w:val="28"/>
          <w:szCs w:val="28"/>
          <w:lang w:val="en-US"/>
        </w:rPr>
        <w:t xml:space="preserve"> </w:t>
      </w:r>
      <w:r w:rsidRPr="00B506FB">
        <w:rPr>
          <w:color w:val="000000" w:themeColor="text1"/>
          <w:sz w:val="28"/>
          <w:szCs w:val="28"/>
        </w:rPr>
        <w:t>өтінімдері</w:t>
      </w:r>
      <w:r w:rsidRPr="00B506FB">
        <w:rPr>
          <w:color w:val="000000" w:themeColor="text1"/>
          <w:sz w:val="28"/>
          <w:szCs w:val="28"/>
          <w:lang w:val="en-US"/>
        </w:rPr>
        <w:t xml:space="preserve"> </w:t>
      </w:r>
      <w:r w:rsidRPr="00B506FB">
        <w:rPr>
          <w:color w:val="000000" w:themeColor="text1"/>
          <w:sz w:val="28"/>
          <w:szCs w:val="28"/>
        </w:rPr>
        <w:t>негізінде</w:t>
      </w:r>
      <w:r w:rsidRPr="00B506FB">
        <w:rPr>
          <w:color w:val="000000" w:themeColor="text1"/>
          <w:sz w:val="28"/>
          <w:szCs w:val="28"/>
          <w:lang w:val="en-US"/>
        </w:rPr>
        <w:t xml:space="preserve"> </w:t>
      </w:r>
      <w:r w:rsidRPr="00B506FB">
        <w:rPr>
          <w:color w:val="000000" w:themeColor="text1"/>
          <w:sz w:val="28"/>
          <w:szCs w:val="28"/>
        </w:rPr>
        <w:t>орындалады</w:t>
      </w:r>
      <w:r w:rsidRPr="00B506FB">
        <w:rPr>
          <w:color w:val="000000" w:themeColor="text1"/>
          <w:sz w:val="28"/>
          <w:szCs w:val="28"/>
          <w:lang w:val="en-US"/>
        </w:rPr>
        <w:t>.</w:t>
      </w:r>
    </w:p>
    <w:p w14:paraId="5F7CF9F6" w14:textId="7D1C3B39"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lastRenderedPageBreak/>
        <w:tab/>
      </w:r>
      <w:r w:rsidRPr="00B506FB">
        <w:rPr>
          <w:rStyle w:val="af6"/>
          <w:rFonts w:eastAsiaTheme="majorEastAsia"/>
          <w:color w:val="000000" w:themeColor="text1"/>
          <w:sz w:val="28"/>
          <w:szCs w:val="28"/>
          <w:lang w:val="en-US"/>
        </w:rPr>
        <w:t>4.3.</w:t>
      </w:r>
      <w:r w:rsidRPr="00B506FB">
        <w:rPr>
          <w:color w:val="000000" w:themeColor="text1"/>
          <w:sz w:val="28"/>
          <w:szCs w:val="28"/>
          <w:lang w:val="en-US"/>
        </w:rPr>
        <w:t xml:space="preserve"> </w:t>
      </w:r>
      <w:r w:rsidRPr="00B506FB">
        <w:rPr>
          <w:color w:val="000000" w:themeColor="text1"/>
          <w:sz w:val="28"/>
          <w:szCs w:val="28"/>
        </w:rPr>
        <w:t>Шарттың</w:t>
      </w:r>
      <w:r w:rsidRPr="00B506FB">
        <w:rPr>
          <w:color w:val="000000" w:themeColor="text1"/>
          <w:sz w:val="28"/>
          <w:szCs w:val="28"/>
          <w:lang w:val="en-US"/>
        </w:rPr>
        <w:t xml:space="preserve"> </w:t>
      </w:r>
      <w:r w:rsidRPr="00B506FB">
        <w:rPr>
          <w:color w:val="000000" w:themeColor="text1"/>
          <w:sz w:val="28"/>
          <w:szCs w:val="28"/>
        </w:rPr>
        <w:t>қолданылу</w:t>
      </w:r>
      <w:r w:rsidRPr="00B506FB">
        <w:rPr>
          <w:color w:val="000000" w:themeColor="text1"/>
          <w:sz w:val="28"/>
          <w:szCs w:val="28"/>
          <w:lang w:val="en-US"/>
        </w:rPr>
        <w:t xml:space="preserve"> </w:t>
      </w:r>
      <w:r w:rsidRPr="00B506FB">
        <w:rPr>
          <w:color w:val="000000" w:themeColor="text1"/>
          <w:sz w:val="28"/>
          <w:szCs w:val="28"/>
        </w:rPr>
        <w:t>кезеңіндегі</w:t>
      </w:r>
      <w:r w:rsidRPr="00B506FB">
        <w:rPr>
          <w:color w:val="000000" w:themeColor="text1"/>
          <w:sz w:val="28"/>
          <w:szCs w:val="28"/>
          <w:lang w:val="en-US"/>
        </w:rPr>
        <w:t xml:space="preserve"> </w:t>
      </w:r>
      <w:r w:rsidRPr="00B506FB">
        <w:rPr>
          <w:color w:val="000000" w:themeColor="text1"/>
          <w:sz w:val="28"/>
          <w:szCs w:val="28"/>
        </w:rPr>
        <w:t>жоспарланған</w:t>
      </w:r>
      <w:r w:rsidRPr="00B506FB">
        <w:rPr>
          <w:color w:val="000000" w:themeColor="text1"/>
          <w:sz w:val="28"/>
          <w:szCs w:val="28"/>
          <w:lang w:val="en-US"/>
        </w:rPr>
        <w:t xml:space="preserve"> </w:t>
      </w:r>
      <w:r w:rsidRPr="00B506FB">
        <w:rPr>
          <w:color w:val="000000" w:themeColor="text1"/>
          <w:sz w:val="28"/>
          <w:szCs w:val="28"/>
        </w:rPr>
        <w:t>шекті</w:t>
      </w:r>
      <w:r w:rsidRPr="00B506FB">
        <w:rPr>
          <w:color w:val="000000" w:themeColor="text1"/>
          <w:sz w:val="28"/>
          <w:szCs w:val="28"/>
          <w:lang w:val="en-US"/>
        </w:rPr>
        <w:t xml:space="preserve"> </w:t>
      </w:r>
      <w:r w:rsidRPr="00B506FB">
        <w:rPr>
          <w:color w:val="000000" w:themeColor="text1"/>
          <w:sz w:val="28"/>
          <w:szCs w:val="28"/>
        </w:rPr>
        <w:t>көлем</w:t>
      </w:r>
      <w:r w:rsidRPr="00B506FB">
        <w:rPr>
          <w:color w:val="000000" w:themeColor="text1"/>
          <w:sz w:val="28"/>
          <w:szCs w:val="28"/>
          <w:lang w:val="en-US"/>
        </w:rPr>
        <w:t xml:space="preserve"> 100 (</w:t>
      </w:r>
      <w:r w:rsidRPr="00B506FB">
        <w:rPr>
          <w:color w:val="000000" w:themeColor="text1"/>
          <w:sz w:val="28"/>
          <w:szCs w:val="28"/>
        </w:rPr>
        <w:t>жүз</w:t>
      </w:r>
      <w:r w:rsidRPr="00B506FB">
        <w:rPr>
          <w:color w:val="000000" w:themeColor="text1"/>
          <w:sz w:val="28"/>
          <w:szCs w:val="28"/>
          <w:lang w:val="en-US"/>
        </w:rPr>
        <w:t xml:space="preserve">) </w:t>
      </w:r>
      <w:r w:rsidRPr="00B506FB">
        <w:rPr>
          <w:color w:val="000000" w:themeColor="text1"/>
          <w:sz w:val="28"/>
          <w:szCs w:val="28"/>
        </w:rPr>
        <w:t>авариялық</w:t>
      </w:r>
      <w:r w:rsidRPr="00B506FB">
        <w:rPr>
          <w:color w:val="000000" w:themeColor="text1"/>
          <w:sz w:val="28"/>
          <w:szCs w:val="28"/>
          <w:lang w:val="en-US"/>
        </w:rPr>
        <w:t xml:space="preserve"> </w:t>
      </w:r>
      <w:r w:rsidRPr="00B506FB">
        <w:rPr>
          <w:color w:val="000000" w:themeColor="text1"/>
          <w:sz w:val="28"/>
          <w:szCs w:val="28"/>
        </w:rPr>
        <w:t>шығуға</w:t>
      </w:r>
      <w:r w:rsidRPr="00B506FB">
        <w:rPr>
          <w:color w:val="000000" w:themeColor="text1"/>
          <w:sz w:val="28"/>
          <w:szCs w:val="28"/>
          <w:lang w:val="en-US"/>
        </w:rPr>
        <w:t xml:space="preserve"> </w:t>
      </w:r>
      <w:r w:rsidRPr="00B506FB">
        <w:rPr>
          <w:color w:val="000000" w:themeColor="text1"/>
          <w:sz w:val="28"/>
          <w:szCs w:val="28"/>
        </w:rPr>
        <w:t>дейін</w:t>
      </w:r>
      <w:r w:rsidRPr="00B506FB">
        <w:rPr>
          <w:color w:val="000000" w:themeColor="text1"/>
          <w:sz w:val="28"/>
          <w:szCs w:val="28"/>
          <w:lang w:val="en-US"/>
        </w:rPr>
        <w:t xml:space="preserve"> </w:t>
      </w:r>
      <w:r w:rsidRPr="00B506FB">
        <w:rPr>
          <w:color w:val="000000" w:themeColor="text1"/>
          <w:sz w:val="28"/>
          <w:szCs w:val="28"/>
        </w:rPr>
        <w:t>құрайды</w:t>
      </w:r>
      <w:r w:rsidRPr="00B506FB">
        <w:rPr>
          <w:color w:val="000000" w:themeColor="text1"/>
          <w:sz w:val="28"/>
          <w:szCs w:val="28"/>
          <w:lang w:val="en-US"/>
        </w:rPr>
        <w:t>.</w:t>
      </w:r>
    </w:p>
    <w:p w14:paraId="588E44DB" w14:textId="3F18EF45"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4.4.</w:t>
      </w:r>
      <w:r w:rsidRPr="00B506FB">
        <w:rPr>
          <w:color w:val="000000" w:themeColor="text1"/>
          <w:sz w:val="28"/>
          <w:szCs w:val="28"/>
          <w:lang w:val="en-US"/>
        </w:rPr>
        <w:t xml:space="preserve"> </w:t>
      </w:r>
      <w:r w:rsidRPr="00B506FB">
        <w:rPr>
          <w:color w:val="000000" w:themeColor="text1"/>
          <w:sz w:val="28"/>
          <w:szCs w:val="28"/>
        </w:rPr>
        <w:t>Бір</w:t>
      </w:r>
      <w:r w:rsidRPr="00B506FB">
        <w:rPr>
          <w:color w:val="000000" w:themeColor="text1"/>
          <w:sz w:val="28"/>
          <w:szCs w:val="28"/>
          <w:lang w:val="en-US"/>
        </w:rPr>
        <w:t xml:space="preserve"> </w:t>
      </w:r>
      <w:r w:rsidRPr="00B506FB">
        <w:rPr>
          <w:color w:val="000000" w:themeColor="text1"/>
          <w:sz w:val="28"/>
          <w:szCs w:val="28"/>
        </w:rPr>
        <w:t>авариялық</w:t>
      </w:r>
      <w:r w:rsidRPr="00B506FB">
        <w:rPr>
          <w:color w:val="000000" w:themeColor="text1"/>
          <w:sz w:val="28"/>
          <w:szCs w:val="28"/>
          <w:lang w:val="en-US"/>
        </w:rPr>
        <w:t xml:space="preserve"> </w:t>
      </w:r>
      <w:r w:rsidRPr="00B506FB">
        <w:rPr>
          <w:color w:val="000000" w:themeColor="text1"/>
          <w:sz w:val="28"/>
          <w:szCs w:val="28"/>
        </w:rPr>
        <w:t>жағдай</w:t>
      </w:r>
      <w:r w:rsidRPr="00B506FB">
        <w:rPr>
          <w:color w:val="000000" w:themeColor="text1"/>
          <w:sz w:val="28"/>
          <w:szCs w:val="28"/>
          <w:lang w:val="en-US"/>
        </w:rPr>
        <w:t xml:space="preserve"> </w:t>
      </w:r>
      <w:r w:rsidRPr="00B506FB">
        <w:rPr>
          <w:color w:val="000000" w:themeColor="text1"/>
          <w:sz w:val="28"/>
          <w:szCs w:val="28"/>
        </w:rPr>
        <w:t>бойынша</w:t>
      </w:r>
      <w:r w:rsidRPr="00B506FB">
        <w:rPr>
          <w:color w:val="000000" w:themeColor="text1"/>
          <w:sz w:val="28"/>
          <w:szCs w:val="28"/>
          <w:lang w:val="en-US"/>
        </w:rPr>
        <w:t xml:space="preserve"> </w:t>
      </w:r>
      <w:r w:rsidRPr="00B506FB">
        <w:rPr>
          <w:color w:val="000000" w:themeColor="text1"/>
          <w:sz w:val="28"/>
          <w:szCs w:val="28"/>
        </w:rPr>
        <w:t>жұмыстар</w:t>
      </w:r>
      <w:r w:rsidRPr="00B506FB">
        <w:rPr>
          <w:color w:val="000000" w:themeColor="text1"/>
          <w:sz w:val="28"/>
          <w:szCs w:val="28"/>
          <w:lang w:val="en-US"/>
        </w:rPr>
        <w:t xml:space="preserve"> </w:t>
      </w:r>
      <w:r w:rsidRPr="00B506FB">
        <w:rPr>
          <w:color w:val="000000" w:themeColor="text1"/>
          <w:sz w:val="28"/>
          <w:szCs w:val="28"/>
        </w:rPr>
        <w:t>кешенін</w:t>
      </w:r>
      <w:r w:rsidRPr="00B506FB">
        <w:rPr>
          <w:color w:val="000000" w:themeColor="text1"/>
          <w:sz w:val="28"/>
          <w:szCs w:val="28"/>
          <w:lang w:val="en-US"/>
        </w:rPr>
        <w:t xml:space="preserve"> </w:t>
      </w:r>
      <w:r w:rsidRPr="00B506FB">
        <w:rPr>
          <w:color w:val="000000" w:themeColor="text1"/>
          <w:sz w:val="28"/>
          <w:szCs w:val="28"/>
        </w:rPr>
        <w:t>орындау</w:t>
      </w:r>
      <w:r w:rsidRPr="00B506FB">
        <w:rPr>
          <w:color w:val="000000" w:themeColor="text1"/>
          <w:sz w:val="28"/>
          <w:szCs w:val="28"/>
          <w:lang w:val="en-US"/>
        </w:rPr>
        <w:t xml:space="preserve"> </w:t>
      </w:r>
      <w:r w:rsidRPr="00B506FB">
        <w:rPr>
          <w:color w:val="000000" w:themeColor="text1"/>
          <w:sz w:val="28"/>
          <w:szCs w:val="28"/>
        </w:rPr>
        <w:t>мерзімі</w:t>
      </w:r>
      <w:r w:rsidRPr="00B506FB">
        <w:rPr>
          <w:color w:val="000000" w:themeColor="text1"/>
          <w:sz w:val="28"/>
          <w:szCs w:val="28"/>
          <w:lang w:val="en-US"/>
        </w:rPr>
        <w:t xml:space="preserve"> </w:t>
      </w:r>
      <w:r w:rsidRPr="00B506FB">
        <w:rPr>
          <w:color w:val="000000" w:themeColor="text1"/>
          <w:sz w:val="28"/>
          <w:szCs w:val="28"/>
        </w:rPr>
        <w:t>ақаулар</w:t>
      </w:r>
      <w:r w:rsidRPr="00B506FB">
        <w:rPr>
          <w:color w:val="000000" w:themeColor="text1"/>
          <w:sz w:val="28"/>
          <w:szCs w:val="28"/>
          <w:lang w:val="en-US"/>
        </w:rPr>
        <w:t xml:space="preserve"> </w:t>
      </w:r>
      <w:r w:rsidRPr="00B506FB">
        <w:rPr>
          <w:color w:val="000000" w:themeColor="text1"/>
          <w:sz w:val="28"/>
          <w:szCs w:val="28"/>
        </w:rPr>
        <w:t>актісі</w:t>
      </w:r>
      <w:r w:rsidRPr="00B506FB">
        <w:rPr>
          <w:color w:val="000000" w:themeColor="text1"/>
          <w:sz w:val="28"/>
          <w:szCs w:val="28"/>
          <w:lang w:val="en-US"/>
        </w:rPr>
        <w:t xml:space="preserve"> </w:t>
      </w:r>
      <w:r w:rsidRPr="00B506FB">
        <w:rPr>
          <w:color w:val="000000" w:themeColor="text1"/>
          <w:sz w:val="28"/>
          <w:szCs w:val="28"/>
        </w:rPr>
        <w:t>мен</w:t>
      </w:r>
      <w:r w:rsidRPr="00B506FB">
        <w:rPr>
          <w:color w:val="000000" w:themeColor="text1"/>
          <w:sz w:val="28"/>
          <w:szCs w:val="28"/>
          <w:lang w:val="en-US"/>
        </w:rPr>
        <w:t xml:space="preserve"> </w:t>
      </w:r>
      <w:r w:rsidRPr="00B506FB">
        <w:rPr>
          <w:color w:val="000000" w:themeColor="text1"/>
          <w:sz w:val="28"/>
          <w:szCs w:val="28"/>
        </w:rPr>
        <w:t>жұмыстардың</w:t>
      </w:r>
      <w:r w:rsidRPr="00B506FB">
        <w:rPr>
          <w:color w:val="000000" w:themeColor="text1"/>
          <w:sz w:val="28"/>
          <w:szCs w:val="28"/>
          <w:lang w:val="en-US"/>
        </w:rPr>
        <w:t xml:space="preserve"> </w:t>
      </w:r>
      <w:r w:rsidRPr="00B506FB">
        <w:rPr>
          <w:color w:val="000000" w:themeColor="text1"/>
          <w:sz w:val="28"/>
          <w:szCs w:val="28"/>
        </w:rPr>
        <w:t>құны</w:t>
      </w:r>
      <w:r w:rsidRPr="00B506FB">
        <w:rPr>
          <w:color w:val="000000" w:themeColor="text1"/>
          <w:sz w:val="28"/>
          <w:szCs w:val="28"/>
          <w:lang w:val="en-US"/>
        </w:rPr>
        <w:t xml:space="preserve"> </w:t>
      </w:r>
      <w:r w:rsidRPr="00B506FB">
        <w:rPr>
          <w:color w:val="000000" w:themeColor="text1"/>
          <w:sz w:val="28"/>
          <w:szCs w:val="28"/>
        </w:rPr>
        <w:t>келісілген</w:t>
      </w:r>
      <w:r w:rsidRPr="00B506FB">
        <w:rPr>
          <w:color w:val="000000" w:themeColor="text1"/>
          <w:sz w:val="28"/>
          <w:szCs w:val="28"/>
          <w:lang w:val="en-US"/>
        </w:rPr>
        <w:t xml:space="preserve"> </w:t>
      </w:r>
      <w:r w:rsidRPr="00B506FB">
        <w:rPr>
          <w:color w:val="000000" w:themeColor="text1"/>
          <w:sz w:val="28"/>
          <w:szCs w:val="28"/>
        </w:rPr>
        <w:t>сәттен</w:t>
      </w:r>
      <w:r w:rsidRPr="00B506FB">
        <w:rPr>
          <w:color w:val="000000" w:themeColor="text1"/>
          <w:sz w:val="28"/>
          <w:szCs w:val="28"/>
          <w:lang w:val="en-US"/>
        </w:rPr>
        <w:t xml:space="preserve"> </w:t>
      </w:r>
      <w:r w:rsidRPr="00B506FB">
        <w:rPr>
          <w:color w:val="000000" w:themeColor="text1"/>
          <w:sz w:val="28"/>
          <w:szCs w:val="28"/>
        </w:rPr>
        <w:t>бастап</w:t>
      </w:r>
      <w:r w:rsidRPr="00B506FB">
        <w:rPr>
          <w:color w:val="000000" w:themeColor="text1"/>
          <w:sz w:val="28"/>
          <w:szCs w:val="28"/>
          <w:lang w:val="en-US"/>
        </w:rPr>
        <w:t xml:space="preserve"> 2 (</w:t>
      </w:r>
      <w:r w:rsidRPr="00B506FB">
        <w:rPr>
          <w:color w:val="000000" w:themeColor="text1"/>
          <w:sz w:val="28"/>
          <w:szCs w:val="28"/>
        </w:rPr>
        <w:t>екі</w:t>
      </w:r>
      <w:r w:rsidRPr="00B506FB">
        <w:rPr>
          <w:color w:val="000000" w:themeColor="text1"/>
          <w:sz w:val="28"/>
          <w:szCs w:val="28"/>
          <w:lang w:val="en-US"/>
        </w:rPr>
        <w:t xml:space="preserve">) </w:t>
      </w:r>
      <w:r w:rsidRPr="00B506FB">
        <w:rPr>
          <w:color w:val="000000" w:themeColor="text1"/>
          <w:sz w:val="28"/>
          <w:szCs w:val="28"/>
        </w:rPr>
        <w:t>күнтізбелік</w:t>
      </w:r>
      <w:r w:rsidRPr="00B506FB">
        <w:rPr>
          <w:color w:val="000000" w:themeColor="text1"/>
          <w:sz w:val="28"/>
          <w:szCs w:val="28"/>
          <w:lang w:val="en-US"/>
        </w:rPr>
        <w:t xml:space="preserve"> </w:t>
      </w:r>
      <w:r w:rsidRPr="00B506FB">
        <w:rPr>
          <w:color w:val="000000" w:themeColor="text1"/>
          <w:sz w:val="28"/>
          <w:szCs w:val="28"/>
        </w:rPr>
        <w:t>тәуліктен</w:t>
      </w:r>
      <w:r w:rsidRPr="00B506FB">
        <w:rPr>
          <w:color w:val="000000" w:themeColor="text1"/>
          <w:sz w:val="28"/>
          <w:szCs w:val="28"/>
          <w:lang w:val="en-US"/>
        </w:rPr>
        <w:t xml:space="preserve"> </w:t>
      </w:r>
      <w:r w:rsidRPr="00B506FB">
        <w:rPr>
          <w:color w:val="000000" w:themeColor="text1"/>
          <w:sz w:val="28"/>
          <w:szCs w:val="28"/>
        </w:rPr>
        <w:t>аспауға</w:t>
      </w:r>
      <w:r w:rsidRPr="00B506FB">
        <w:rPr>
          <w:color w:val="000000" w:themeColor="text1"/>
          <w:sz w:val="28"/>
          <w:szCs w:val="28"/>
          <w:lang w:val="en-US"/>
        </w:rPr>
        <w:t xml:space="preserve"> </w:t>
      </w:r>
      <w:r w:rsidRPr="00B506FB">
        <w:rPr>
          <w:color w:val="000000" w:themeColor="text1"/>
          <w:sz w:val="28"/>
          <w:szCs w:val="28"/>
        </w:rPr>
        <w:t>тиіс</w:t>
      </w:r>
      <w:r w:rsidRPr="00B506FB">
        <w:rPr>
          <w:color w:val="000000" w:themeColor="text1"/>
          <w:sz w:val="28"/>
          <w:szCs w:val="28"/>
          <w:lang w:val="en-US"/>
        </w:rPr>
        <w:t xml:space="preserve">. </w:t>
      </w:r>
      <w:r w:rsidRPr="00B506FB">
        <w:rPr>
          <w:color w:val="000000" w:themeColor="text1"/>
          <w:sz w:val="28"/>
          <w:szCs w:val="28"/>
        </w:rPr>
        <w:t>Авариялық</w:t>
      </w:r>
      <w:r w:rsidRPr="00B506FB">
        <w:rPr>
          <w:color w:val="000000" w:themeColor="text1"/>
          <w:sz w:val="28"/>
          <w:szCs w:val="28"/>
          <w:lang w:val="en-US"/>
        </w:rPr>
        <w:t xml:space="preserve"> </w:t>
      </w:r>
      <w:r w:rsidRPr="00B506FB">
        <w:rPr>
          <w:color w:val="000000" w:themeColor="text1"/>
          <w:sz w:val="28"/>
          <w:szCs w:val="28"/>
        </w:rPr>
        <w:t>жағдайдың</w:t>
      </w:r>
      <w:r w:rsidRPr="00B506FB">
        <w:rPr>
          <w:color w:val="000000" w:themeColor="text1"/>
          <w:sz w:val="28"/>
          <w:szCs w:val="28"/>
          <w:lang w:val="en-US"/>
        </w:rPr>
        <w:t xml:space="preserve"> </w:t>
      </w:r>
      <w:r w:rsidRPr="00B506FB">
        <w:rPr>
          <w:color w:val="000000" w:themeColor="text1"/>
          <w:sz w:val="28"/>
          <w:szCs w:val="28"/>
        </w:rPr>
        <w:t>сипаты</w:t>
      </w:r>
      <w:r w:rsidRPr="00B506FB">
        <w:rPr>
          <w:color w:val="000000" w:themeColor="text1"/>
          <w:sz w:val="28"/>
          <w:szCs w:val="28"/>
          <w:lang w:val="en-US"/>
        </w:rPr>
        <w:t xml:space="preserve"> </w:t>
      </w:r>
      <w:r w:rsidRPr="00B506FB">
        <w:rPr>
          <w:color w:val="000000" w:themeColor="text1"/>
          <w:sz w:val="28"/>
          <w:szCs w:val="28"/>
        </w:rPr>
        <w:t>мен</w:t>
      </w:r>
      <w:r w:rsidRPr="00B506FB">
        <w:rPr>
          <w:color w:val="000000" w:themeColor="text1"/>
          <w:sz w:val="28"/>
          <w:szCs w:val="28"/>
          <w:lang w:val="en-US"/>
        </w:rPr>
        <w:t xml:space="preserve"> </w:t>
      </w:r>
      <w:r w:rsidRPr="00B506FB">
        <w:rPr>
          <w:color w:val="000000" w:themeColor="text1"/>
          <w:sz w:val="28"/>
          <w:szCs w:val="28"/>
        </w:rPr>
        <w:t>күрделілігін</w:t>
      </w:r>
      <w:r w:rsidRPr="00B506FB">
        <w:rPr>
          <w:color w:val="000000" w:themeColor="text1"/>
          <w:sz w:val="28"/>
          <w:szCs w:val="28"/>
          <w:lang w:val="en-US"/>
        </w:rPr>
        <w:t xml:space="preserve"> </w:t>
      </w:r>
      <w:r w:rsidRPr="00B506FB">
        <w:rPr>
          <w:color w:val="000000" w:themeColor="text1"/>
          <w:sz w:val="28"/>
          <w:szCs w:val="28"/>
        </w:rPr>
        <w:t>ескере</w:t>
      </w:r>
      <w:r w:rsidRPr="00B506FB">
        <w:rPr>
          <w:color w:val="000000" w:themeColor="text1"/>
          <w:sz w:val="28"/>
          <w:szCs w:val="28"/>
          <w:lang w:val="en-US"/>
        </w:rPr>
        <w:t xml:space="preserve"> </w:t>
      </w:r>
      <w:r w:rsidRPr="00B506FB">
        <w:rPr>
          <w:color w:val="000000" w:themeColor="text1"/>
          <w:sz w:val="28"/>
          <w:szCs w:val="28"/>
        </w:rPr>
        <w:t>отырып</w:t>
      </w:r>
      <w:r w:rsidRPr="00B506FB">
        <w:rPr>
          <w:color w:val="000000" w:themeColor="text1"/>
          <w:sz w:val="28"/>
          <w:szCs w:val="28"/>
          <w:lang w:val="en-US"/>
        </w:rPr>
        <w:t xml:space="preserve">, </w:t>
      </w:r>
      <w:r w:rsidRPr="00B506FB">
        <w:rPr>
          <w:color w:val="000000" w:themeColor="text1"/>
          <w:sz w:val="28"/>
          <w:szCs w:val="28"/>
        </w:rPr>
        <w:t>тараптар</w:t>
      </w:r>
      <w:r w:rsidRPr="00B506FB">
        <w:rPr>
          <w:color w:val="000000" w:themeColor="text1"/>
          <w:sz w:val="28"/>
          <w:szCs w:val="28"/>
          <w:lang w:val="en-US"/>
        </w:rPr>
        <w:t xml:space="preserve"> </w:t>
      </w:r>
      <w:r w:rsidRPr="00B506FB">
        <w:rPr>
          <w:color w:val="000000" w:themeColor="text1"/>
          <w:sz w:val="28"/>
          <w:szCs w:val="28"/>
        </w:rPr>
        <w:t>өзге</w:t>
      </w:r>
      <w:r w:rsidRPr="00B506FB">
        <w:rPr>
          <w:color w:val="000000" w:themeColor="text1"/>
          <w:sz w:val="28"/>
          <w:szCs w:val="28"/>
          <w:lang w:val="en-US"/>
        </w:rPr>
        <w:t xml:space="preserve"> </w:t>
      </w:r>
      <w:r w:rsidRPr="00B506FB">
        <w:rPr>
          <w:color w:val="000000" w:themeColor="text1"/>
          <w:sz w:val="28"/>
          <w:szCs w:val="28"/>
        </w:rPr>
        <w:t>мерзімді</w:t>
      </w:r>
      <w:r w:rsidRPr="00B506FB">
        <w:rPr>
          <w:color w:val="000000" w:themeColor="text1"/>
          <w:sz w:val="28"/>
          <w:szCs w:val="28"/>
          <w:lang w:val="en-US"/>
        </w:rPr>
        <w:t xml:space="preserve"> </w:t>
      </w:r>
      <w:r w:rsidRPr="00B506FB">
        <w:rPr>
          <w:color w:val="000000" w:themeColor="text1"/>
          <w:sz w:val="28"/>
          <w:szCs w:val="28"/>
        </w:rPr>
        <w:t>келіскен</w:t>
      </w:r>
      <w:r w:rsidRPr="00B506FB">
        <w:rPr>
          <w:color w:val="000000" w:themeColor="text1"/>
          <w:sz w:val="28"/>
          <w:szCs w:val="28"/>
          <w:lang w:val="en-US"/>
        </w:rPr>
        <w:t xml:space="preserve"> </w:t>
      </w:r>
      <w:r w:rsidRPr="00B506FB">
        <w:rPr>
          <w:color w:val="000000" w:themeColor="text1"/>
          <w:sz w:val="28"/>
          <w:szCs w:val="28"/>
        </w:rPr>
        <w:t>жағдайлар</w:t>
      </w:r>
      <w:r w:rsidRPr="00B506FB">
        <w:rPr>
          <w:color w:val="000000" w:themeColor="text1"/>
          <w:sz w:val="28"/>
          <w:szCs w:val="28"/>
          <w:lang w:val="en-US"/>
        </w:rPr>
        <w:t xml:space="preserve"> </w:t>
      </w:r>
      <w:r w:rsidRPr="00B506FB">
        <w:rPr>
          <w:color w:val="000000" w:themeColor="text1"/>
          <w:sz w:val="28"/>
          <w:szCs w:val="28"/>
        </w:rPr>
        <w:t>бұған</w:t>
      </w:r>
      <w:r w:rsidRPr="00B506FB">
        <w:rPr>
          <w:color w:val="000000" w:themeColor="text1"/>
          <w:sz w:val="28"/>
          <w:szCs w:val="28"/>
          <w:lang w:val="en-US"/>
        </w:rPr>
        <w:t xml:space="preserve"> </w:t>
      </w:r>
      <w:r w:rsidRPr="00B506FB">
        <w:rPr>
          <w:color w:val="000000" w:themeColor="text1"/>
          <w:sz w:val="28"/>
          <w:szCs w:val="28"/>
        </w:rPr>
        <w:t>кірмейді</w:t>
      </w:r>
      <w:r w:rsidRPr="00B506FB">
        <w:rPr>
          <w:color w:val="000000" w:themeColor="text1"/>
          <w:sz w:val="28"/>
          <w:szCs w:val="28"/>
          <w:lang w:val="en-US"/>
        </w:rPr>
        <w:t>.</w:t>
      </w:r>
    </w:p>
    <w:p w14:paraId="64F47460" w14:textId="3AA003C2"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4.5.</w:t>
      </w:r>
      <w:r w:rsidRPr="00B506FB">
        <w:rPr>
          <w:color w:val="000000" w:themeColor="text1"/>
          <w:sz w:val="28"/>
          <w:szCs w:val="28"/>
          <w:lang w:val="en-US"/>
        </w:rPr>
        <w:t xml:space="preserve"> </w:t>
      </w:r>
      <w:r w:rsidRPr="00B506FB">
        <w:rPr>
          <w:color w:val="000000" w:themeColor="text1"/>
          <w:sz w:val="28"/>
          <w:szCs w:val="28"/>
        </w:rPr>
        <w:t>Су</w:t>
      </w:r>
      <w:r w:rsidRPr="00B506FB">
        <w:rPr>
          <w:color w:val="000000" w:themeColor="text1"/>
          <w:sz w:val="28"/>
          <w:szCs w:val="28"/>
          <w:lang w:val="en-US"/>
        </w:rPr>
        <w:t xml:space="preserve"> </w:t>
      </w:r>
      <w:r w:rsidRPr="00B506FB">
        <w:rPr>
          <w:color w:val="000000" w:themeColor="text1"/>
          <w:sz w:val="28"/>
          <w:szCs w:val="28"/>
        </w:rPr>
        <w:t>басу</w:t>
      </w:r>
      <w:r w:rsidRPr="00B506FB">
        <w:rPr>
          <w:color w:val="000000" w:themeColor="text1"/>
          <w:sz w:val="28"/>
          <w:szCs w:val="28"/>
          <w:lang w:val="en-US"/>
        </w:rPr>
        <w:t xml:space="preserve">, </w:t>
      </w:r>
      <w:r w:rsidRPr="00B506FB">
        <w:rPr>
          <w:color w:val="000000" w:themeColor="text1"/>
          <w:sz w:val="28"/>
          <w:szCs w:val="28"/>
        </w:rPr>
        <w:t>мүліктің</w:t>
      </w:r>
      <w:r w:rsidRPr="00B506FB">
        <w:rPr>
          <w:color w:val="000000" w:themeColor="text1"/>
          <w:sz w:val="28"/>
          <w:szCs w:val="28"/>
          <w:lang w:val="en-US"/>
        </w:rPr>
        <w:t xml:space="preserve"> </w:t>
      </w:r>
      <w:r w:rsidRPr="00B506FB">
        <w:rPr>
          <w:color w:val="000000" w:themeColor="text1"/>
          <w:sz w:val="28"/>
          <w:szCs w:val="28"/>
        </w:rPr>
        <w:t>бүлінуі</w:t>
      </w:r>
      <w:r w:rsidRPr="00B506FB">
        <w:rPr>
          <w:color w:val="000000" w:themeColor="text1"/>
          <w:sz w:val="28"/>
          <w:szCs w:val="28"/>
          <w:lang w:val="en-US"/>
        </w:rPr>
        <w:t xml:space="preserve">, </w:t>
      </w:r>
      <w:r w:rsidRPr="00B506FB">
        <w:rPr>
          <w:color w:val="000000" w:themeColor="text1"/>
          <w:sz w:val="28"/>
          <w:szCs w:val="28"/>
        </w:rPr>
        <w:t>өрт</w:t>
      </w:r>
      <w:r w:rsidRPr="00B506FB">
        <w:rPr>
          <w:color w:val="000000" w:themeColor="text1"/>
          <w:sz w:val="28"/>
          <w:szCs w:val="28"/>
          <w:lang w:val="en-US"/>
        </w:rPr>
        <w:t xml:space="preserve"> </w:t>
      </w:r>
      <w:r w:rsidRPr="00B506FB">
        <w:rPr>
          <w:color w:val="000000" w:themeColor="text1"/>
          <w:sz w:val="28"/>
          <w:szCs w:val="28"/>
        </w:rPr>
        <w:t>шығуы</w:t>
      </w:r>
      <w:r w:rsidRPr="00B506FB">
        <w:rPr>
          <w:color w:val="000000" w:themeColor="text1"/>
          <w:sz w:val="28"/>
          <w:szCs w:val="28"/>
          <w:lang w:val="en-US"/>
        </w:rPr>
        <w:t xml:space="preserve"> </w:t>
      </w:r>
      <w:r w:rsidRPr="00B506FB">
        <w:rPr>
          <w:color w:val="000000" w:themeColor="text1"/>
          <w:sz w:val="28"/>
          <w:szCs w:val="28"/>
        </w:rPr>
        <w:t>немесе</w:t>
      </w:r>
      <w:r w:rsidRPr="00B506FB">
        <w:rPr>
          <w:color w:val="000000" w:themeColor="text1"/>
          <w:sz w:val="28"/>
          <w:szCs w:val="28"/>
          <w:lang w:val="en-US"/>
        </w:rPr>
        <w:t xml:space="preserve"> </w:t>
      </w:r>
      <w:r w:rsidRPr="00B506FB">
        <w:rPr>
          <w:color w:val="000000" w:themeColor="text1"/>
          <w:sz w:val="28"/>
          <w:szCs w:val="28"/>
        </w:rPr>
        <w:t>инженерлік</w:t>
      </w:r>
      <w:r w:rsidRPr="00B506FB">
        <w:rPr>
          <w:color w:val="000000" w:themeColor="text1"/>
          <w:sz w:val="28"/>
          <w:szCs w:val="28"/>
          <w:lang w:val="en-US"/>
        </w:rPr>
        <w:t xml:space="preserve"> </w:t>
      </w:r>
      <w:r w:rsidRPr="00B506FB">
        <w:rPr>
          <w:color w:val="000000" w:themeColor="text1"/>
          <w:sz w:val="28"/>
          <w:szCs w:val="28"/>
        </w:rPr>
        <w:t>жүйелер</w:t>
      </w:r>
      <w:r w:rsidRPr="00B506FB">
        <w:rPr>
          <w:color w:val="000000" w:themeColor="text1"/>
          <w:sz w:val="28"/>
          <w:szCs w:val="28"/>
          <w:lang w:val="en-US"/>
        </w:rPr>
        <w:t xml:space="preserve"> </w:t>
      </w:r>
      <w:r w:rsidRPr="00B506FB">
        <w:rPr>
          <w:color w:val="000000" w:themeColor="text1"/>
          <w:sz w:val="28"/>
          <w:szCs w:val="28"/>
        </w:rPr>
        <w:t>жұмысының</w:t>
      </w:r>
      <w:r w:rsidRPr="00B506FB">
        <w:rPr>
          <w:color w:val="000000" w:themeColor="text1"/>
          <w:sz w:val="28"/>
          <w:szCs w:val="28"/>
          <w:lang w:val="en-US"/>
        </w:rPr>
        <w:t xml:space="preserve"> </w:t>
      </w:r>
      <w:r w:rsidRPr="00B506FB">
        <w:rPr>
          <w:color w:val="000000" w:themeColor="text1"/>
          <w:sz w:val="28"/>
          <w:szCs w:val="28"/>
        </w:rPr>
        <w:t>бұзылу</w:t>
      </w:r>
      <w:r w:rsidRPr="00B506FB">
        <w:rPr>
          <w:color w:val="000000" w:themeColor="text1"/>
          <w:sz w:val="28"/>
          <w:szCs w:val="28"/>
          <w:lang w:val="en-US"/>
        </w:rPr>
        <w:t xml:space="preserve"> </w:t>
      </w:r>
      <w:r w:rsidRPr="00B506FB">
        <w:rPr>
          <w:color w:val="000000" w:themeColor="text1"/>
          <w:sz w:val="28"/>
          <w:szCs w:val="28"/>
        </w:rPr>
        <w:t>қаупін</w:t>
      </w:r>
      <w:r w:rsidRPr="00B506FB">
        <w:rPr>
          <w:color w:val="000000" w:themeColor="text1"/>
          <w:sz w:val="28"/>
          <w:szCs w:val="28"/>
          <w:lang w:val="en-US"/>
        </w:rPr>
        <w:t xml:space="preserve"> </w:t>
      </w:r>
      <w:r w:rsidRPr="00B506FB">
        <w:rPr>
          <w:color w:val="000000" w:themeColor="text1"/>
          <w:sz w:val="28"/>
          <w:szCs w:val="28"/>
        </w:rPr>
        <w:t>тудыратын</w:t>
      </w:r>
      <w:r w:rsidRPr="00B506FB">
        <w:rPr>
          <w:color w:val="000000" w:themeColor="text1"/>
          <w:sz w:val="28"/>
          <w:szCs w:val="28"/>
          <w:lang w:val="en-US"/>
        </w:rPr>
        <w:t xml:space="preserve"> </w:t>
      </w:r>
      <w:r w:rsidRPr="00B506FB">
        <w:rPr>
          <w:color w:val="000000" w:themeColor="text1"/>
          <w:sz w:val="28"/>
          <w:szCs w:val="28"/>
        </w:rPr>
        <w:t>авариялық</w:t>
      </w:r>
      <w:r w:rsidRPr="00B506FB">
        <w:rPr>
          <w:color w:val="000000" w:themeColor="text1"/>
          <w:sz w:val="28"/>
          <w:szCs w:val="28"/>
          <w:lang w:val="en-US"/>
        </w:rPr>
        <w:t xml:space="preserve"> </w:t>
      </w:r>
      <w:r w:rsidRPr="00B506FB">
        <w:rPr>
          <w:color w:val="000000" w:themeColor="text1"/>
          <w:sz w:val="28"/>
          <w:szCs w:val="28"/>
        </w:rPr>
        <w:t>жағдай</w:t>
      </w:r>
      <w:r w:rsidRPr="00B506FB">
        <w:rPr>
          <w:color w:val="000000" w:themeColor="text1"/>
          <w:sz w:val="28"/>
          <w:szCs w:val="28"/>
          <w:lang w:val="en-US"/>
        </w:rPr>
        <w:t xml:space="preserve"> </w:t>
      </w:r>
      <w:r w:rsidRPr="00B506FB">
        <w:rPr>
          <w:color w:val="000000" w:themeColor="text1"/>
          <w:sz w:val="28"/>
          <w:szCs w:val="28"/>
        </w:rPr>
        <w:t>туындаған</w:t>
      </w:r>
      <w:r w:rsidRPr="00B506FB">
        <w:rPr>
          <w:color w:val="000000" w:themeColor="text1"/>
          <w:sz w:val="28"/>
          <w:szCs w:val="28"/>
          <w:lang w:val="en-US"/>
        </w:rPr>
        <w:t xml:space="preserve"> </w:t>
      </w:r>
      <w:r w:rsidRPr="00B506FB">
        <w:rPr>
          <w:color w:val="000000" w:themeColor="text1"/>
          <w:sz w:val="28"/>
          <w:szCs w:val="28"/>
        </w:rPr>
        <w:t>кезде</w:t>
      </w:r>
      <w:r w:rsidRPr="00B506FB">
        <w:rPr>
          <w:color w:val="000000" w:themeColor="text1"/>
          <w:sz w:val="28"/>
          <w:szCs w:val="28"/>
          <w:lang w:val="en-US"/>
        </w:rPr>
        <w:t xml:space="preserve"> </w:t>
      </w:r>
      <w:r w:rsidRPr="00B506FB">
        <w:rPr>
          <w:color w:val="000000" w:themeColor="text1"/>
          <w:sz w:val="28"/>
          <w:szCs w:val="28"/>
        </w:rPr>
        <w:t>Мердігер</w:t>
      </w:r>
      <w:r w:rsidRPr="00B506FB">
        <w:rPr>
          <w:color w:val="000000" w:themeColor="text1"/>
          <w:sz w:val="28"/>
          <w:szCs w:val="28"/>
          <w:lang w:val="en-US"/>
        </w:rPr>
        <w:t xml:space="preserve"> </w:t>
      </w:r>
      <w:r w:rsidRPr="00B506FB">
        <w:rPr>
          <w:color w:val="000000" w:themeColor="text1"/>
          <w:sz w:val="28"/>
          <w:szCs w:val="28"/>
        </w:rPr>
        <w:t>Тапсырыс</w:t>
      </w:r>
      <w:r w:rsidRPr="00B506FB">
        <w:rPr>
          <w:color w:val="000000" w:themeColor="text1"/>
          <w:sz w:val="28"/>
          <w:szCs w:val="28"/>
          <w:lang w:val="en-US"/>
        </w:rPr>
        <w:t xml:space="preserve"> </w:t>
      </w:r>
      <w:r w:rsidRPr="00B506FB">
        <w:rPr>
          <w:color w:val="000000" w:themeColor="text1"/>
          <w:sz w:val="28"/>
          <w:szCs w:val="28"/>
        </w:rPr>
        <w:t>берушінің</w:t>
      </w:r>
      <w:r w:rsidRPr="00B506FB">
        <w:rPr>
          <w:color w:val="000000" w:themeColor="text1"/>
          <w:sz w:val="28"/>
          <w:szCs w:val="28"/>
          <w:lang w:val="en-US"/>
        </w:rPr>
        <w:t xml:space="preserve"> </w:t>
      </w:r>
      <w:r w:rsidRPr="00B506FB">
        <w:rPr>
          <w:color w:val="000000" w:themeColor="text1"/>
          <w:sz w:val="28"/>
          <w:szCs w:val="28"/>
        </w:rPr>
        <w:t>өтінімін</w:t>
      </w:r>
      <w:r w:rsidRPr="00B506FB">
        <w:rPr>
          <w:color w:val="000000" w:themeColor="text1"/>
          <w:sz w:val="28"/>
          <w:szCs w:val="28"/>
          <w:lang w:val="en-US"/>
        </w:rPr>
        <w:t xml:space="preserve"> </w:t>
      </w:r>
      <w:r w:rsidRPr="00B506FB">
        <w:rPr>
          <w:color w:val="000000" w:themeColor="text1"/>
          <w:sz w:val="28"/>
          <w:szCs w:val="28"/>
        </w:rPr>
        <w:t>алғаннан</w:t>
      </w:r>
      <w:r w:rsidRPr="00B506FB">
        <w:rPr>
          <w:color w:val="000000" w:themeColor="text1"/>
          <w:sz w:val="28"/>
          <w:szCs w:val="28"/>
          <w:lang w:val="en-US"/>
        </w:rPr>
        <w:t xml:space="preserve"> </w:t>
      </w:r>
      <w:r w:rsidRPr="00B506FB">
        <w:rPr>
          <w:color w:val="000000" w:themeColor="text1"/>
          <w:sz w:val="28"/>
          <w:szCs w:val="28"/>
        </w:rPr>
        <w:t>кейін</w:t>
      </w:r>
      <w:r w:rsidRPr="00B506FB">
        <w:rPr>
          <w:color w:val="000000" w:themeColor="text1"/>
          <w:sz w:val="28"/>
          <w:szCs w:val="28"/>
          <w:lang w:val="en-US"/>
        </w:rPr>
        <w:t xml:space="preserve"> </w:t>
      </w:r>
      <w:r w:rsidRPr="00B506FB">
        <w:rPr>
          <w:color w:val="000000" w:themeColor="text1"/>
          <w:sz w:val="28"/>
          <w:szCs w:val="28"/>
        </w:rPr>
        <w:t>аварияны</w:t>
      </w:r>
      <w:r w:rsidRPr="00B506FB">
        <w:rPr>
          <w:color w:val="000000" w:themeColor="text1"/>
          <w:sz w:val="28"/>
          <w:szCs w:val="28"/>
          <w:lang w:val="en-US"/>
        </w:rPr>
        <w:t xml:space="preserve"> </w:t>
      </w:r>
      <w:r w:rsidRPr="00B506FB">
        <w:rPr>
          <w:color w:val="000000" w:themeColor="text1"/>
          <w:sz w:val="28"/>
          <w:szCs w:val="28"/>
        </w:rPr>
        <w:t>оқшаулау</w:t>
      </w:r>
      <w:r w:rsidRPr="00B506FB">
        <w:rPr>
          <w:color w:val="000000" w:themeColor="text1"/>
          <w:sz w:val="28"/>
          <w:szCs w:val="28"/>
          <w:lang w:val="en-US"/>
        </w:rPr>
        <w:t xml:space="preserve"> </w:t>
      </w:r>
      <w:r w:rsidRPr="00B506FB">
        <w:rPr>
          <w:color w:val="000000" w:themeColor="text1"/>
          <w:sz w:val="28"/>
          <w:szCs w:val="28"/>
        </w:rPr>
        <w:t>жөніндегі</w:t>
      </w:r>
      <w:r w:rsidRPr="00B506FB">
        <w:rPr>
          <w:color w:val="000000" w:themeColor="text1"/>
          <w:sz w:val="28"/>
          <w:szCs w:val="28"/>
          <w:lang w:val="en-US"/>
        </w:rPr>
        <w:t xml:space="preserve"> </w:t>
      </w:r>
      <w:r w:rsidRPr="00B506FB">
        <w:rPr>
          <w:color w:val="000000" w:themeColor="text1"/>
          <w:sz w:val="28"/>
          <w:szCs w:val="28"/>
        </w:rPr>
        <w:t>бастапқы</w:t>
      </w:r>
      <w:r w:rsidRPr="00B506FB">
        <w:rPr>
          <w:color w:val="000000" w:themeColor="text1"/>
          <w:sz w:val="28"/>
          <w:szCs w:val="28"/>
          <w:lang w:val="en-US"/>
        </w:rPr>
        <w:t xml:space="preserve"> </w:t>
      </w:r>
      <w:r w:rsidRPr="00B506FB">
        <w:rPr>
          <w:color w:val="000000" w:themeColor="text1"/>
          <w:sz w:val="28"/>
          <w:szCs w:val="28"/>
        </w:rPr>
        <w:t>кезектегі</w:t>
      </w:r>
      <w:r w:rsidRPr="00B506FB">
        <w:rPr>
          <w:color w:val="000000" w:themeColor="text1"/>
          <w:sz w:val="28"/>
          <w:szCs w:val="28"/>
          <w:lang w:val="en-US"/>
        </w:rPr>
        <w:t xml:space="preserve"> </w:t>
      </w:r>
      <w:r w:rsidRPr="00B506FB">
        <w:rPr>
          <w:color w:val="000000" w:themeColor="text1"/>
          <w:sz w:val="28"/>
          <w:szCs w:val="28"/>
        </w:rPr>
        <w:t>іс</w:t>
      </w:r>
      <w:r w:rsidRPr="00B506FB">
        <w:rPr>
          <w:color w:val="000000" w:themeColor="text1"/>
          <w:sz w:val="28"/>
          <w:szCs w:val="28"/>
          <w:lang w:val="en-US"/>
        </w:rPr>
        <w:t>-</w:t>
      </w:r>
      <w:r w:rsidRPr="00B506FB">
        <w:rPr>
          <w:color w:val="000000" w:themeColor="text1"/>
          <w:sz w:val="28"/>
          <w:szCs w:val="28"/>
        </w:rPr>
        <w:t>шараларды</w:t>
      </w:r>
      <w:r w:rsidRPr="00B506FB">
        <w:rPr>
          <w:color w:val="000000" w:themeColor="text1"/>
          <w:sz w:val="28"/>
          <w:szCs w:val="28"/>
          <w:lang w:val="en-US"/>
        </w:rPr>
        <w:t xml:space="preserve"> </w:t>
      </w:r>
      <w:r w:rsidRPr="00B506FB">
        <w:rPr>
          <w:color w:val="000000" w:themeColor="text1"/>
          <w:sz w:val="28"/>
          <w:szCs w:val="28"/>
        </w:rPr>
        <w:t>дереу</w:t>
      </w:r>
      <w:r w:rsidRPr="00B506FB">
        <w:rPr>
          <w:color w:val="000000" w:themeColor="text1"/>
          <w:sz w:val="28"/>
          <w:szCs w:val="28"/>
          <w:lang w:val="en-US"/>
        </w:rPr>
        <w:t xml:space="preserve"> </w:t>
      </w:r>
      <w:r w:rsidRPr="00B506FB">
        <w:rPr>
          <w:color w:val="000000" w:themeColor="text1"/>
          <w:sz w:val="28"/>
          <w:szCs w:val="28"/>
        </w:rPr>
        <w:t>бастауға</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одан</w:t>
      </w:r>
      <w:r w:rsidRPr="00B506FB">
        <w:rPr>
          <w:color w:val="000000" w:themeColor="text1"/>
          <w:sz w:val="28"/>
          <w:szCs w:val="28"/>
          <w:lang w:val="en-US"/>
        </w:rPr>
        <w:t xml:space="preserve"> </w:t>
      </w:r>
      <w:r w:rsidRPr="00B506FB">
        <w:rPr>
          <w:color w:val="000000" w:themeColor="text1"/>
          <w:sz w:val="28"/>
          <w:szCs w:val="28"/>
        </w:rPr>
        <w:t>әрі</w:t>
      </w:r>
      <w:r w:rsidRPr="00B506FB">
        <w:rPr>
          <w:color w:val="000000" w:themeColor="text1"/>
          <w:sz w:val="28"/>
          <w:szCs w:val="28"/>
          <w:lang w:val="en-US"/>
        </w:rPr>
        <w:t xml:space="preserve"> </w:t>
      </w:r>
      <w:r w:rsidRPr="00B506FB">
        <w:rPr>
          <w:color w:val="000000" w:themeColor="text1"/>
          <w:sz w:val="28"/>
          <w:szCs w:val="28"/>
        </w:rPr>
        <w:t>залалдың</w:t>
      </w:r>
      <w:r w:rsidRPr="00B506FB">
        <w:rPr>
          <w:color w:val="000000" w:themeColor="text1"/>
          <w:sz w:val="28"/>
          <w:szCs w:val="28"/>
          <w:lang w:val="en-US"/>
        </w:rPr>
        <w:t xml:space="preserve"> </w:t>
      </w:r>
      <w:r w:rsidRPr="00B506FB">
        <w:rPr>
          <w:color w:val="000000" w:themeColor="text1"/>
          <w:sz w:val="28"/>
          <w:szCs w:val="28"/>
        </w:rPr>
        <w:t>алдын</w:t>
      </w:r>
      <w:r w:rsidRPr="00B506FB">
        <w:rPr>
          <w:color w:val="000000" w:themeColor="text1"/>
          <w:sz w:val="28"/>
          <w:szCs w:val="28"/>
          <w:lang w:val="en-US"/>
        </w:rPr>
        <w:t xml:space="preserve"> </w:t>
      </w:r>
      <w:r w:rsidRPr="00B506FB">
        <w:rPr>
          <w:color w:val="000000" w:themeColor="text1"/>
          <w:sz w:val="28"/>
          <w:szCs w:val="28"/>
        </w:rPr>
        <w:t>алу</w:t>
      </w:r>
      <w:r w:rsidRPr="00B506FB">
        <w:rPr>
          <w:color w:val="000000" w:themeColor="text1"/>
          <w:sz w:val="28"/>
          <w:szCs w:val="28"/>
          <w:lang w:val="en-US"/>
        </w:rPr>
        <w:t xml:space="preserve"> </w:t>
      </w:r>
      <w:r w:rsidRPr="00B506FB">
        <w:rPr>
          <w:color w:val="000000" w:themeColor="text1"/>
          <w:sz w:val="28"/>
          <w:szCs w:val="28"/>
        </w:rPr>
        <w:t>шараларын</w:t>
      </w:r>
      <w:r w:rsidRPr="00B506FB">
        <w:rPr>
          <w:color w:val="000000" w:themeColor="text1"/>
          <w:sz w:val="28"/>
          <w:szCs w:val="28"/>
          <w:lang w:val="en-US"/>
        </w:rPr>
        <w:t xml:space="preserve"> </w:t>
      </w:r>
      <w:r w:rsidRPr="00B506FB">
        <w:rPr>
          <w:color w:val="000000" w:themeColor="text1"/>
          <w:sz w:val="28"/>
          <w:szCs w:val="28"/>
        </w:rPr>
        <w:t>қабылдауға</w:t>
      </w:r>
      <w:r w:rsidRPr="00B506FB">
        <w:rPr>
          <w:color w:val="000000" w:themeColor="text1"/>
          <w:sz w:val="28"/>
          <w:szCs w:val="28"/>
          <w:lang w:val="en-US"/>
        </w:rPr>
        <w:t xml:space="preserve"> </w:t>
      </w:r>
      <w:r w:rsidRPr="00B506FB">
        <w:rPr>
          <w:color w:val="000000" w:themeColor="text1"/>
          <w:sz w:val="28"/>
          <w:szCs w:val="28"/>
        </w:rPr>
        <w:t>міндетті</w:t>
      </w:r>
      <w:r w:rsidRPr="00B506FB">
        <w:rPr>
          <w:color w:val="000000" w:themeColor="text1"/>
          <w:sz w:val="28"/>
          <w:szCs w:val="28"/>
          <w:lang w:val="en-US"/>
        </w:rPr>
        <w:t>.</w:t>
      </w:r>
    </w:p>
    <w:p w14:paraId="11217985" w14:textId="27BCED37"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4.6.</w:t>
      </w:r>
      <w:r w:rsidRPr="00B506FB">
        <w:rPr>
          <w:color w:val="000000" w:themeColor="text1"/>
          <w:sz w:val="28"/>
          <w:szCs w:val="28"/>
          <w:lang w:val="en-US"/>
        </w:rPr>
        <w:t xml:space="preserve"> </w:t>
      </w:r>
      <w:r w:rsidRPr="00B506FB">
        <w:rPr>
          <w:color w:val="000000" w:themeColor="text1"/>
          <w:sz w:val="28"/>
          <w:szCs w:val="28"/>
        </w:rPr>
        <w:t>Инженерлік</w:t>
      </w:r>
      <w:r w:rsidRPr="00B506FB">
        <w:rPr>
          <w:color w:val="000000" w:themeColor="text1"/>
          <w:sz w:val="28"/>
          <w:szCs w:val="28"/>
          <w:lang w:val="en-US"/>
        </w:rPr>
        <w:t xml:space="preserve"> </w:t>
      </w:r>
      <w:r w:rsidRPr="00B506FB">
        <w:rPr>
          <w:color w:val="000000" w:themeColor="text1"/>
          <w:sz w:val="28"/>
          <w:szCs w:val="28"/>
        </w:rPr>
        <w:t>жүйелерді</w:t>
      </w:r>
      <w:r w:rsidRPr="00B506FB">
        <w:rPr>
          <w:color w:val="000000" w:themeColor="text1"/>
          <w:sz w:val="28"/>
          <w:szCs w:val="28"/>
          <w:lang w:val="en-US"/>
        </w:rPr>
        <w:t xml:space="preserve"> </w:t>
      </w:r>
      <w:r w:rsidRPr="00B506FB">
        <w:rPr>
          <w:color w:val="000000" w:themeColor="text1"/>
          <w:sz w:val="28"/>
          <w:szCs w:val="28"/>
        </w:rPr>
        <w:t>ажыратуды</w:t>
      </w:r>
      <w:r w:rsidRPr="00B506FB">
        <w:rPr>
          <w:color w:val="000000" w:themeColor="text1"/>
          <w:sz w:val="28"/>
          <w:szCs w:val="28"/>
          <w:lang w:val="en-US"/>
        </w:rPr>
        <w:t xml:space="preserve">, </w:t>
      </w:r>
      <w:r w:rsidRPr="00B506FB">
        <w:rPr>
          <w:color w:val="000000" w:themeColor="text1"/>
          <w:sz w:val="28"/>
          <w:szCs w:val="28"/>
        </w:rPr>
        <w:t>арнайы</w:t>
      </w:r>
      <w:r w:rsidRPr="00B506FB">
        <w:rPr>
          <w:color w:val="000000" w:themeColor="text1"/>
          <w:sz w:val="28"/>
          <w:szCs w:val="28"/>
          <w:lang w:val="en-US"/>
        </w:rPr>
        <w:t xml:space="preserve"> </w:t>
      </w:r>
      <w:r w:rsidRPr="00B506FB">
        <w:rPr>
          <w:color w:val="000000" w:themeColor="text1"/>
          <w:sz w:val="28"/>
          <w:szCs w:val="28"/>
        </w:rPr>
        <w:t>жабдықты</w:t>
      </w:r>
      <w:r w:rsidRPr="00B506FB">
        <w:rPr>
          <w:color w:val="000000" w:themeColor="text1"/>
          <w:sz w:val="28"/>
          <w:szCs w:val="28"/>
          <w:lang w:val="en-US"/>
        </w:rPr>
        <w:t xml:space="preserve"> </w:t>
      </w:r>
      <w:r w:rsidRPr="00B506FB">
        <w:rPr>
          <w:color w:val="000000" w:themeColor="text1"/>
          <w:sz w:val="28"/>
          <w:szCs w:val="28"/>
        </w:rPr>
        <w:t>пайдалануды</w:t>
      </w:r>
      <w:r w:rsidRPr="00B506FB">
        <w:rPr>
          <w:color w:val="000000" w:themeColor="text1"/>
          <w:sz w:val="28"/>
          <w:szCs w:val="28"/>
          <w:lang w:val="en-US"/>
        </w:rPr>
        <w:t xml:space="preserve"> </w:t>
      </w:r>
      <w:r w:rsidRPr="00B506FB">
        <w:rPr>
          <w:color w:val="000000" w:themeColor="text1"/>
          <w:sz w:val="28"/>
          <w:szCs w:val="28"/>
        </w:rPr>
        <w:t>немесе</w:t>
      </w:r>
      <w:r w:rsidRPr="00B506FB">
        <w:rPr>
          <w:color w:val="000000" w:themeColor="text1"/>
          <w:sz w:val="28"/>
          <w:szCs w:val="28"/>
          <w:lang w:val="en-US"/>
        </w:rPr>
        <w:t xml:space="preserve"> </w:t>
      </w:r>
      <w:r w:rsidRPr="00B506FB">
        <w:rPr>
          <w:color w:val="000000" w:themeColor="text1"/>
          <w:sz w:val="28"/>
          <w:szCs w:val="28"/>
        </w:rPr>
        <w:t>қосымша</w:t>
      </w:r>
      <w:r w:rsidRPr="00B506FB">
        <w:rPr>
          <w:color w:val="000000" w:themeColor="text1"/>
          <w:sz w:val="28"/>
          <w:szCs w:val="28"/>
          <w:lang w:val="en-US"/>
        </w:rPr>
        <w:t xml:space="preserve"> </w:t>
      </w:r>
      <w:r w:rsidRPr="00B506FB">
        <w:rPr>
          <w:color w:val="000000" w:themeColor="text1"/>
          <w:sz w:val="28"/>
          <w:szCs w:val="28"/>
        </w:rPr>
        <w:t>келісулерді</w:t>
      </w:r>
      <w:r w:rsidRPr="00B506FB">
        <w:rPr>
          <w:color w:val="000000" w:themeColor="text1"/>
          <w:sz w:val="28"/>
          <w:szCs w:val="28"/>
          <w:lang w:val="en-US"/>
        </w:rPr>
        <w:t xml:space="preserve"> </w:t>
      </w:r>
      <w:r w:rsidRPr="00B506FB">
        <w:rPr>
          <w:color w:val="000000" w:themeColor="text1"/>
          <w:sz w:val="28"/>
          <w:szCs w:val="28"/>
        </w:rPr>
        <w:t>талап</w:t>
      </w:r>
      <w:r w:rsidRPr="00B506FB">
        <w:rPr>
          <w:color w:val="000000" w:themeColor="text1"/>
          <w:sz w:val="28"/>
          <w:szCs w:val="28"/>
          <w:lang w:val="en-US"/>
        </w:rPr>
        <w:t xml:space="preserve"> </w:t>
      </w:r>
      <w:r w:rsidRPr="00B506FB">
        <w:rPr>
          <w:color w:val="000000" w:themeColor="text1"/>
          <w:sz w:val="28"/>
          <w:szCs w:val="28"/>
        </w:rPr>
        <w:t>ететін</w:t>
      </w:r>
      <w:r w:rsidRPr="00B506FB">
        <w:rPr>
          <w:color w:val="000000" w:themeColor="text1"/>
          <w:sz w:val="28"/>
          <w:szCs w:val="28"/>
          <w:lang w:val="en-US"/>
        </w:rPr>
        <w:t xml:space="preserve"> </w:t>
      </w:r>
      <w:r w:rsidRPr="00B506FB">
        <w:rPr>
          <w:color w:val="000000" w:themeColor="text1"/>
          <w:sz w:val="28"/>
          <w:szCs w:val="28"/>
        </w:rPr>
        <w:t>жекелеген</w:t>
      </w:r>
      <w:r w:rsidRPr="00B506FB">
        <w:rPr>
          <w:color w:val="000000" w:themeColor="text1"/>
          <w:sz w:val="28"/>
          <w:szCs w:val="28"/>
          <w:lang w:val="en-US"/>
        </w:rPr>
        <w:t xml:space="preserve"> </w:t>
      </w:r>
      <w:r w:rsidRPr="00B506FB">
        <w:rPr>
          <w:color w:val="000000" w:themeColor="text1"/>
          <w:sz w:val="28"/>
          <w:szCs w:val="28"/>
        </w:rPr>
        <w:t>жұмыс</w:t>
      </w:r>
      <w:r w:rsidRPr="00B506FB">
        <w:rPr>
          <w:color w:val="000000" w:themeColor="text1"/>
          <w:sz w:val="28"/>
          <w:szCs w:val="28"/>
          <w:lang w:val="en-US"/>
        </w:rPr>
        <w:t xml:space="preserve"> </w:t>
      </w:r>
      <w:r w:rsidRPr="00B506FB">
        <w:rPr>
          <w:color w:val="000000" w:themeColor="text1"/>
          <w:sz w:val="28"/>
          <w:szCs w:val="28"/>
        </w:rPr>
        <w:t>түрлерін</w:t>
      </w:r>
      <w:r w:rsidRPr="00B506FB">
        <w:rPr>
          <w:color w:val="000000" w:themeColor="text1"/>
          <w:sz w:val="28"/>
          <w:szCs w:val="28"/>
          <w:lang w:val="en-US"/>
        </w:rPr>
        <w:t xml:space="preserve"> </w:t>
      </w:r>
      <w:r w:rsidRPr="00B506FB">
        <w:rPr>
          <w:color w:val="000000" w:themeColor="text1"/>
          <w:sz w:val="28"/>
          <w:szCs w:val="28"/>
        </w:rPr>
        <w:t>орындау</w:t>
      </w:r>
      <w:r w:rsidRPr="00B506FB">
        <w:rPr>
          <w:color w:val="000000" w:themeColor="text1"/>
          <w:sz w:val="28"/>
          <w:szCs w:val="28"/>
          <w:lang w:val="en-US"/>
        </w:rPr>
        <w:t xml:space="preserve"> </w:t>
      </w:r>
      <w:r w:rsidRPr="00B506FB">
        <w:rPr>
          <w:color w:val="000000" w:themeColor="text1"/>
          <w:sz w:val="28"/>
          <w:szCs w:val="28"/>
        </w:rPr>
        <w:t>мерзімдері</w:t>
      </w:r>
      <w:r w:rsidRPr="00B506FB">
        <w:rPr>
          <w:color w:val="000000" w:themeColor="text1"/>
          <w:sz w:val="28"/>
          <w:szCs w:val="28"/>
          <w:lang w:val="en-US"/>
        </w:rPr>
        <w:t xml:space="preserve"> </w:t>
      </w:r>
      <w:r w:rsidRPr="00B506FB">
        <w:rPr>
          <w:color w:val="000000" w:themeColor="text1"/>
          <w:sz w:val="28"/>
          <w:szCs w:val="28"/>
        </w:rPr>
        <w:t>техникалық</w:t>
      </w:r>
      <w:r w:rsidRPr="00B506FB">
        <w:rPr>
          <w:color w:val="000000" w:themeColor="text1"/>
          <w:sz w:val="28"/>
          <w:szCs w:val="28"/>
          <w:lang w:val="en-US"/>
        </w:rPr>
        <w:t xml:space="preserve"> </w:t>
      </w:r>
      <w:r w:rsidRPr="00B506FB">
        <w:rPr>
          <w:color w:val="000000" w:themeColor="text1"/>
          <w:sz w:val="28"/>
          <w:szCs w:val="28"/>
        </w:rPr>
        <w:t>қажеттілікті</w:t>
      </w:r>
      <w:r w:rsidRPr="00B506FB">
        <w:rPr>
          <w:color w:val="000000" w:themeColor="text1"/>
          <w:sz w:val="28"/>
          <w:szCs w:val="28"/>
          <w:lang w:val="en-US"/>
        </w:rPr>
        <w:t xml:space="preserve"> </w:t>
      </w:r>
      <w:r w:rsidRPr="00B506FB">
        <w:rPr>
          <w:color w:val="000000" w:themeColor="text1"/>
          <w:sz w:val="28"/>
          <w:szCs w:val="28"/>
        </w:rPr>
        <w:t>ескере</w:t>
      </w:r>
      <w:r w:rsidRPr="00B506FB">
        <w:rPr>
          <w:color w:val="000000" w:themeColor="text1"/>
          <w:sz w:val="28"/>
          <w:szCs w:val="28"/>
          <w:lang w:val="en-US"/>
        </w:rPr>
        <w:t xml:space="preserve"> </w:t>
      </w:r>
      <w:r w:rsidRPr="00B506FB">
        <w:rPr>
          <w:color w:val="000000" w:themeColor="text1"/>
          <w:sz w:val="28"/>
          <w:szCs w:val="28"/>
        </w:rPr>
        <w:t>отырып</w:t>
      </w:r>
      <w:r w:rsidRPr="00B506FB">
        <w:rPr>
          <w:color w:val="000000" w:themeColor="text1"/>
          <w:sz w:val="28"/>
          <w:szCs w:val="28"/>
          <w:lang w:val="en-US"/>
        </w:rPr>
        <w:t xml:space="preserve"> </w:t>
      </w:r>
      <w:r w:rsidRPr="00B506FB">
        <w:rPr>
          <w:color w:val="000000" w:themeColor="text1"/>
          <w:sz w:val="28"/>
          <w:szCs w:val="28"/>
        </w:rPr>
        <w:t>айқындалады</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Тапсырыс</w:t>
      </w:r>
      <w:r w:rsidRPr="00B506FB">
        <w:rPr>
          <w:color w:val="000000" w:themeColor="text1"/>
          <w:sz w:val="28"/>
          <w:szCs w:val="28"/>
          <w:lang w:val="en-US"/>
        </w:rPr>
        <w:t xml:space="preserve"> </w:t>
      </w:r>
      <w:r w:rsidRPr="00B506FB">
        <w:rPr>
          <w:color w:val="000000" w:themeColor="text1"/>
          <w:sz w:val="28"/>
          <w:szCs w:val="28"/>
        </w:rPr>
        <w:t>берушімен</w:t>
      </w:r>
      <w:r w:rsidRPr="00B506FB">
        <w:rPr>
          <w:color w:val="000000" w:themeColor="text1"/>
          <w:sz w:val="28"/>
          <w:szCs w:val="28"/>
          <w:lang w:val="en-US"/>
        </w:rPr>
        <w:t xml:space="preserve"> </w:t>
      </w:r>
      <w:r w:rsidRPr="00B506FB">
        <w:rPr>
          <w:color w:val="000000" w:themeColor="text1"/>
          <w:sz w:val="28"/>
          <w:szCs w:val="28"/>
        </w:rPr>
        <w:t>келісіледі</w:t>
      </w:r>
      <w:r w:rsidRPr="00B506FB">
        <w:rPr>
          <w:color w:val="000000" w:themeColor="text1"/>
          <w:sz w:val="28"/>
          <w:szCs w:val="28"/>
          <w:lang w:val="en-US"/>
        </w:rPr>
        <w:t>.</w:t>
      </w:r>
    </w:p>
    <w:p w14:paraId="4C3F9358" w14:textId="15E51240"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4.7.</w:t>
      </w:r>
      <w:r w:rsidRPr="00B506FB">
        <w:rPr>
          <w:color w:val="000000" w:themeColor="text1"/>
          <w:sz w:val="28"/>
          <w:szCs w:val="28"/>
          <w:lang w:val="en-US"/>
        </w:rPr>
        <w:t xml:space="preserve"> </w:t>
      </w:r>
      <w:r w:rsidRPr="00B506FB">
        <w:rPr>
          <w:color w:val="000000" w:themeColor="text1"/>
          <w:sz w:val="28"/>
          <w:szCs w:val="28"/>
        </w:rPr>
        <w:t>Авариялық</w:t>
      </w:r>
      <w:r w:rsidRPr="00B506FB">
        <w:rPr>
          <w:color w:val="000000" w:themeColor="text1"/>
          <w:sz w:val="28"/>
          <w:szCs w:val="28"/>
          <w:lang w:val="en-US"/>
        </w:rPr>
        <w:t xml:space="preserve"> </w:t>
      </w:r>
      <w:r w:rsidRPr="00B506FB">
        <w:rPr>
          <w:color w:val="000000" w:themeColor="text1"/>
          <w:sz w:val="28"/>
          <w:szCs w:val="28"/>
        </w:rPr>
        <w:t>шығуға</w:t>
      </w:r>
      <w:r w:rsidRPr="00B506FB">
        <w:rPr>
          <w:color w:val="000000" w:themeColor="text1"/>
          <w:sz w:val="28"/>
          <w:szCs w:val="28"/>
          <w:lang w:val="en-US"/>
        </w:rPr>
        <w:t xml:space="preserve"> </w:t>
      </w:r>
      <w:r w:rsidRPr="00B506FB">
        <w:rPr>
          <w:color w:val="000000" w:themeColor="text1"/>
          <w:sz w:val="28"/>
          <w:szCs w:val="28"/>
        </w:rPr>
        <w:t>арналған</w:t>
      </w:r>
      <w:r w:rsidRPr="00B506FB">
        <w:rPr>
          <w:color w:val="000000" w:themeColor="text1"/>
          <w:sz w:val="28"/>
          <w:szCs w:val="28"/>
          <w:lang w:val="en-US"/>
        </w:rPr>
        <w:t xml:space="preserve"> </w:t>
      </w:r>
      <w:r w:rsidRPr="00B506FB">
        <w:rPr>
          <w:color w:val="000000" w:themeColor="text1"/>
          <w:sz w:val="28"/>
          <w:szCs w:val="28"/>
        </w:rPr>
        <w:t>өтінімдерді</w:t>
      </w:r>
      <w:r w:rsidRPr="00B506FB">
        <w:rPr>
          <w:color w:val="000000" w:themeColor="text1"/>
          <w:sz w:val="28"/>
          <w:szCs w:val="28"/>
          <w:lang w:val="en-US"/>
        </w:rPr>
        <w:t xml:space="preserve"> </w:t>
      </w:r>
      <w:r w:rsidRPr="00B506FB">
        <w:rPr>
          <w:color w:val="000000" w:themeColor="text1"/>
          <w:sz w:val="28"/>
          <w:szCs w:val="28"/>
        </w:rPr>
        <w:t>Тапсырыс</w:t>
      </w:r>
      <w:r w:rsidRPr="00B506FB">
        <w:rPr>
          <w:color w:val="000000" w:themeColor="text1"/>
          <w:sz w:val="28"/>
          <w:szCs w:val="28"/>
          <w:lang w:val="en-US"/>
        </w:rPr>
        <w:t xml:space="preserve"> </w:t>
      </w:r>
      <w:r w:rsidRPr="00B506FB">
        <w:rPr>
          <w:color w:val="000000" w:themeColor="text1"/>
          <w:sz w:val="28"/>
          <w:szCs w:val="28"/>
        </w:rPr>
        <w:t>беруші</w:t>
      </w:r>
      <w:r w:rsidRPr="00B506FB">
        <w:rPr>
          <w:color w:val="000000" w:themeColor="text1"/>
          <w:sz w:val="28"/>
          <w:szCs w:val="28"/>
          <w:lang w:val="en-US"/>
        </w:rPr>
        <w:t xml:space="preserve"> </w:t>
      </w:r>
      <w:r w:rsidRPr="00B506FB">
        <w:rPr>
          <w:color w:val="000000" w:themeColor="text1"/>
          <w:sz w:val="28"/>
          <w:szCs w:val="28"/>
        </w:rPr>
        <w:t>қажеттілігіне</w:t>
      </w:r>
      <w:r w:rsidRPr="00B506FB">
        <w:rPr>
          <w:color w:val="000000" w:themeColor="text1"/>
          <w:sz w:val="28"/>
          <w:szCs w:val="28"/>
          <w:lang w:val="en-US"/>
        </w:rPr>
        <w:t xml:space="preserve"> </w:t>
      </w:r>
      <w:r w:rsidRPr="00B506FB">
        <w:rPr>
          <w:color w:val="000000" w:themeColor="text1"/>
          <w:sz w:val="28"/>
          <w:szCs w:val="28"/>
        </w:rPr>
        <w:t>қарай</w:t>
      </w:r>
      <w:r w:rsidRPr="00B506FB">
        <w:rPr>
          <w:color w:val="000000" w:themeColor="text1"/>
          <w:sz w:val="28"/>
          <w:szCs w:val="28"/>
          <w:lang w:val="en-US"/>
        </w:rPr>
        <w:t xml:space="preserve"> </w:t>
      </w:r>
      <w:r w:rsidRPr="00B506FB">
        <w:rPr>
          <w:color w:val="000000" w:themeColor="text1"/>
          <w:sz w:val="28"/>
          <w:szCs w:val="28"/>
        </w:rPr>
        <w:t>жібереді</w:t>
      </w:r>
      <w:r w:rsidRPr="00B506FB">
        <w:rPr>
          <w:color w:val="000000" w:themeColor="text1"/>
          <w:sz w:val="28"/>
          <w:szCs w:val="28"/>
          <w:lang w:val="en-US"/>
        </w:rPr>
        <w:t xml:space="preserve">. </w:t>
      </w:r>
      <w:r w:rsidRPr="00B506FB">
        <w:rPr>
          <w:color w:val="000000" w:themeColor="text1"/>
          <w:sz w:val="28"/>
          <w:szCs w:val="28"/>
        </w:rPr>
        <w:t>Мердігер</w:t>
      </w:r>
      <w:r w:rsidRPr="00B506FB">
        <w:rPr>
          <w:color w:val="000000" w:themeColor="text1"/>
          <w:sz w:val="28"/>
          <w:szCs w:val="28"/>
          <w:lang w:val="en-US"/>
        </w:rPr>
        <w:t xml:space="preserve"> </w:t>
      </w:r>
      <w:r w:rsidRPr="00B506FB">
        <w:rPr>
          <w:color w:val="000000" w:themeColor="text1"/>
          <w:sz w:val="28"/>
          <w:szCs w:val="28"/>
        </w:rPr>
        <w:t>шарттың</w:t>
      </w:r>
      <w:r w:rsidRPr="00B506FB">
        <w:rPr>
          <w:color w:val="000000" w:themeColor="text1"/>
          <w:sz w:val="28"/>
          <w:szCs w:val="28"/>
          <w:lang w:val="en-US"/>
        </w:rPr>
        <w:t xml:space="preserve"> </w:t>
      </w:r>
      <w:r w:rsidRPr="00B506FB">
        <w:rPr>
          <w:color w:val="000000" w:themeColor="text1"/>
          <w:sz w:val="28"/>
          <w:szCs w:val="28"/>
        </w:rPr>
        <w:t>қолданылу</w:t>
      </w:r>
      <w:r w:rsidRPr="00B506FB">
        <w:rPr>
          <w:color w:val="000000" w:themeColor="text1"/>
          <w:sz w:val="28"/>
          <w:szCs w:val="28"/>
          <w:lang w:val="en-US"/>
        </w:rPr>
        <w:t xml:space="preserve"> </w:t>
      </w:r>
      <w:r w:rsidRPr="00B506FB">
        <w:rPr>
          <w:color w:val="000000" w:themeColor="text1"/>
          <w:sz w:val="28"/>
          <w:szCs w:val="28"/>
        </w:rPr>
        <w:t>мерзімі</w:t>
      </w:r>
      <w:r w:rsidRPr="00B506FB">
        <w:rPr>
          <w:color w:val="000000" w:themeColor="text1"/>
          <w:sz w:val="28"/>
          <w:szCs w:val="28"/>
          <w:lang w:val="en-US"/>
        </w:rPr>
        <w:t xml:space="preserve"> </w:t>
      </w:r>
      <w:r w:rsidRPr="00B506FB">
        <w:rPr>
          <w:color w:val="000000" w:themeColor="text1"/>
          <w:sz w:val="28"/>
          <w:szCs w:val="28"/>
        </w:rPr>
        <w:t>ішінде</w:t>
      </w:r>
      <w:r w:rsidRPr="00B506FB">
        <w:rPr>
          <w:color w:val="000000" w:themeColor="text1"/>
          <w:sz w:val="28"/>
          <w:szCs w:val="28"/>
          <w:lang w:val="en-US"/>
        </w:rPr>
        <w:t xml:space="preserve"> </w:t>
      </w:r>
      <w:r w:rsidRPr="00B506FB">
        <w:rPr>
          <w:color w:val="000000" w:themeColor="text1"/>
          <w:sz w:val="28"/>
          <w:szCs w:val="28"/>
        </w:rPr>
        <w:t>көзделген</w:t>
      </w:r>
      <w:r w:rsidRPr="00B506FB">
        <w:rPr>
          <w:color w:val="000000" w:themeColor="text1"/>
          <w:sz w:val="28"/>
          <w:szCs w:val="28"/>
          <w:lang w:val="en-US"/>
        </w:rPr>
        <w:t xml:space="preserve"> </w:t>
      </w:r>
      <w:r w:rsidRPr="00B506FB">
        <w:rPr>
          <w:color w:val="000000" w:themeColor="text1"/>
          <w:sz w:val="28"/>
          <w:szCs w:val="28"/>
        </w:rPr>
        <w:t>шығуларды</w:t>
      </w:r>
      <w:r w:rsidRPr="00B506FB">
        <w:rPr>
          <w:color w:val="000000" w:themeColor="text1"/>
          <w:sz w:val="28"/>
          <w:szCs w:val="28"/>
          <w:lang w:val="en-US"/>
        </w:rPr>
        <w:t xml:space="preserve"> </w:t>
      </w:r>
      <w:r w:rsidRPr="00B506FB">
        <w:rPr>
          <w:color w:val="000000" w:themeColor="text1"/>
          <w:sz w:val="28"/>
          <w:szCs w:val="28"/>
        </w:rPr>
        <w:t>белгіленген</w:t>
      </w:r>
      <w:r w:rsidRPr="00B506FB">
        <w:rPr>
          <w:color w:val="000000" w:themeColor="text1"/>
          <w:sz w:val="28"/>
          <w:szCs w:val="28"/>
          <w:lang w:val="en-US"/>
        </w:rPr>
        <w:t xml:space="preserve"> </w:t>
      </w:r>
      <w:r w:rsidRPr="00B506FB">
        <w:rPr>
          <w:color w:val="000000" w:themeColor="text1"/>
          <w:sz w:val="28"/>
          <w:szCs w:val="28"/>
        </w:rPr>
        <w:t>ден</w:t>
      </w:r>
      <w:r w:rsidRPr="00B506FB">
        <w:rPr>
          <w:color w:val="000000" w:themeColor="text1"/>
          <w:sz w:val="28"/>
          <w:szCs w:val="28"/>
          <w:lang w:val="en-US"/>
        </w:rPr>
        <w:t xml:space="preserve"> </w:t>
      </w:r>
      <w:r w:rsidRPr="00B506FB">
        <w:rPr>
          <w:color w:val="000000" w:themeColor="text1"/>
          <w:sz w:val="28"/>
          <w:szCs w:val="28"/>
        </w:rPr>
        <w:t>қою</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авариялық</w:t>
      </w:r>
      <w:r w:rsidRPr="00B506FB">
        <w:rPr>
          <w:color w:val="000000" w:themeColor="text1"/>
          <w:sz w:val="28"/>
          <w:szCs w:val="28"/>
          <w:lang w:val="en-US"/>
        </w:rPr>
        <w:t xml:space="preserve"> </w:t>
      </w:r>
      <w:r w:rsidRPr="00B506FB">
        <w:rPr>
          <w:color w:val="000000" w:themeColor="text1"/>
          <w:sz w:val="28"/>
          <w:szCs w:val="28"/>
        </w:rPr>
        <w:t>жағдайларды</w:t>
      </w:r>
      <w:r w:rsidRPr="00B506FB">
        <w:rPr>
          <w:color w:val="000000" w:themeColor="text1"/>
          <w:sz w:val="28"/>
          <w:szCs w:val="28"/>
          <w:lang w:val="en-US"/>
        </w:rPr>
        <w:t xml:space="preserve"> </w:t>
      </w:r>
      <w:r w:rsidRPr="00B506FB">
        <w:rPr>
          <w:color w:val="000000" w:themeColor="text1"/>
          <w:sz w:val="28"/>
          <w:szCs w:val="28"/>
        </w:rPr>
        <w:t>жою</w:t>
      </w:r>
      <w:r w:rsidRPr="00B506FB">
        <w:rPr>
          <w:color w:val="000000" w:themeColor="text1"/>
          <w:sz w:val="28"/>
          <w:szCs w:val="28"/>
          <w:lang w:val="en-US"/>
        </w:rPr>
        <w:t xml:space="preserve"> </w:t>
      </w:r>
      <w:r w:rsidRPr="00B506FB">
        <w:rPr>
          <w:color w:val="000000" w:themeColor="text1"/>
          <w:sz w:val="28"/>
          <w:szCs w:val="28"/>
        </w:rPr>
        <w:t>мерзімдерін</w:t>
      </w:r>
      <w:r w:rsidRPr="00B506FB">
        <w:rPr>
          <w:color w:val="000000" w:themeColor="text1"/>
          <w:sz w:val="28"/>
          <w:szCs w:val="28"/>
          <w:lang w:val="en-US"/>
        </w:rPr>
        <w:t xml:space="preserve"> </w:t>
      </w:r>
      <w:r w:rsidRPr="00B506FB">
        <w:rPr>
          <w:color w:val="000000" w:themeColor="text1"/>
          <w:sz w:val="28"/>
          <w:szCs w:val="28"/>
        </w:rPr>
        <w:t>сақтай</w:t>
      </w:r>
      <w:r w:rsidRPr="00B506FB">
        <w:rPr>
          <w:color w:val="000000" w:themeColor="text1"/>
          <w:sz w:val="28"/>
          <w:szCs w:val="28"/>
          <w:lang w:val="en-US"/>
        </w:rPr>
        <w:t xml:space="preserve"> </w:t>
      </w:r>
      <w:r w:rsidRPr="00B506FB">
        <w:rPr>
          <w:color w:val="000000" w:themeColor="text1"/>
          <w:sz w:val="28"/>
          <w:szCs w:val="28"/>
        </w:rPr>
        <w:t>отырып</w:t>
      </w:r>
      <w:r w:rsidRPr="00B506FB">
        <w:rPr>
          <w:color w:val="000000" w:themeColor="text1"/>
          <w:sz w:val="28"/>
          <w:szCs w:val="28"/>
          <w:lang w:val="en-US"/>
        </w:rPr>
        <w:t xml:space="preserve"> </w:t>
      </w:r>
      <w:r w:rsidRPr="00B506FB">
        <w:rPr>
          <w:color w:val="000000" w:themeColor="text1"/>
          <w:sz w:val="28"/>
          <w:szCs w:val="28"/>
        </w:rPr>
        <w:t>орындау</w:t>
      </w:r>
      <w:r w:rsidRPr="00B506FB">
        <w:rPr>
          <w:color w:val="000000" w:themeColor="text1"/>
          <w:sz w:val="28"/>
          <w:szCs w:val="28"/>
          <w:lang w:val="en-US"/>
        </w:rPr>
        <w:t xml:space="preserve"> </w:t>
      </w:r>
      <w:r w:rsidRPr="00B506FB">
        <w:rPr>
          <w:color w:val="000000" w:themeColor="text1"/>
          <w:sz w:val="28"/>
          <w:szCs w:val="28"/>
        </w:rPr>
        <w:t>мүмкіндігін</w:t>
      </w:r>
      <w:r w:rsidRPr="00B506FB">
        <w:rPr>
          <w:color w:val="000000" w:themeColor="text1"/>
          <w:sz w:val="28"/>
          <w:szCs w:val="28"/>
          <w:lang w:val="en-US"/>
        </w:rPr>
        <w:t xml:space="preserve"> </w:t>
      </w:r>
      <w:r w:rsidRPr="00B506FB">
        <w:rPr>
          <w:color w:val="000000" w:themeColor="text1"/>
          <w:sz w:val="28"/>
          <w:szCs w:val="28"/>
        </w:rPr>
        <w:t>қамтамасыз</w:t>
      </w:r>
      <w:r w:rsidRPr="00B506FB">
        <w:rPr>
          <w:color w:val="000000" w:themeColor="text1"/>
          <w:sz w:val="28"/>
          <w:szCs w:val="28"/>
          <w:lang w:val="en-US"/>
        </w:rPr>
        <w:t xml:space="preserve"> </w:t>
      </w:r>
      <w:r w:rsidRPr="00B506FB">
        <w:rPr>
          <w:color w:val="000000" w:themeColor="text1"/>
          <w:sz w:val="28"/>
          <w:szCs w:val="28"/>
        </w:rPr>
        <w:t>етуге</w:t>
      </w:r>
      <w:r w:rsidRPr="00B506FB">
        <w:rPr>
          <w:color w:val="000000" w:themeColor="text1"/>
          <w:sz w:val="28"/>
          <w:szCs w:val="28"/>
          <w:lang w:val="en-US"/>
        </w:rPr>
        <w:t xml:space="preserve"> </w:t>
      </w:r>
      <w:r w:rsidRPr="00B506FB">
        <w:rPr>
          <w:color w:val="000000" w:themeColor="text1"/>
          <w:sz w:val="28"/>
          <w:szCs w:val="28"/>
        </w:rPr>
        <w:t>міндетті</w:t>
      </w:r>
      <w:r w:rsidRPr="00B506FB">
        <w:rPr>
          <w:color w:val="000000" w:themeColor="text1"/>
          <w:sz w:val="28"/>
          <w:szCs w:val="28"/>
          <w:lang w:val="en-US"/>
        </w:rPr>
        <w:t>.</w:t>
      </w:r>
    </w:p>
    <w:p w14:paraId="3E04815E" w14:textId="77777777" w:rsidR="00B506FB" w:rsidRPr="00B506FB" w:rsidRDefault="00B506FB" w:rsidP="007F6C8D">
      <w:pPr>
        <w:pStyle w:val="21"/>
        <w:spacing w:before="0"/>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5. Жұмыстардың құны және төлем тәртібі</w:t>
      </w:r>
    </w:p>
    <w:p w14:paraId="4DE3CA4A" w14:textId="0FF9EEBB"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5.1.</w:t>
      </w:r>
      <w:r w:rsidRPr="00B506FB">
        <w:rPr>
          <w:color w:val="000000" w:themeColor="text1"/>
          <w:sz w:val="28"/>
          <w:szCs w:val="28"/>
          <w:lang w:val="en-US"/>
        </w:rPr>
        <w:t xml:space="preserve"> </w:t>
      </w:r>
      <w:r w:rsidRPr="00B506FB">
        <w:rPr>
          <w:color w:val="000000" w:themeColor="text1"/>
          <w:sz w:val="28"/>
          <w:szCs w:val="28"/>
        </w:rPr>
        <w:t>Жұмыстардың</w:t>
      </w:r>
      <w:r w:rsidRPr="00B506FB">
        <w:rPr>
          <w:color w:val="000000" w:themeColor="text1"/>
          <w:sz w:val="28"/>
          <w:szCs w:val="28"/>
          <w:lang w:val="en-US"/>
        </w:rPr>
        <w:t xml:space="preserve"> </w:t>
      </w:r>
      <w:r w:rsidRPr="00B506FB">
        <w:rPr>
          <w:color w:val="000000" w:themeColor="text1"/>
          <w:sz w:val="28"/>
          <w:szCs w:val="28"/>
        </w:rPr>
        <w:t>құны</w:t>
      </w:r>
      <w:r w:rsidRPr="00B506FB">
        <w:rPr>
          <w:color w:val="000000" w:themeColor="text1"/>
          <w:sz w:val="28"/>
          <w:szCs w:val="28"/>
          <w:lang w:val="en-US"/>
        </w:rPr>
        <w:t xml:space="preserve"> </w:t>
      </w:r>
      <w:r w:rsidRPr="00B506FB">
        <w:rPr>
          <w:color w:val="000000" w:themeColor="text1"/>
          <w:sz w:val="28"/>
          <w:szCs w:val="28"/>
        </w:rPr>
        <w:t>әрбір</w:t>
      </w:r>
      <w:r w:rsidRPr="00B506FB">
        <w:rPr>
          <w:color w:val="000000" w:themeColor="text1"/>
          <w:sz w:val="28"/>
          <w:szCs w:val="28"/>
          <w:lang w:val="en-US"/>
        </w:rPr>
        <w:t xml:space="preserve"> </w:t>
      </w:r>
      <w:r w:rsidRPr="00B506FB">
        <w:rPr>
          <w:color w:val="000000" w:themeColor="text1"/>
          <w:sz w:val="28"/>
          <w:szCs w:val="28"/>
        </w:rPr>
        <w:t>авариялық</w:t>
      </w:r>
      <w:r w:rsidRPr="00B506FB">
        <w:rPr>
          <w:color w:val="000000" w:themeColor="text1"/>
          <w:sz w:val="28"/>
          <w:szCs w:val="28"/>
          <w:lang w:val="en-US"/>
        </w:rPr>
        <w:t xml:space="preserve"> </w:t>
      </w:r>
      <w:r w:rsidRPr="00B506FB">
        <w:rPr>
          <w:color w:val="000000" w:themeColor="text1"/>
          <w:sz w:val="28"/>
          <w:szCs w:val="28"/>
        </w:rPr>
        <w:t>жағдай</w:t>
      </w:r>
      <w:r w:rsidRPr="00B506FB">
        <w:rPr>
          <w:color w:val="000000" w:themeColor="text1"/>
          <w:sz w:val="28"/>
          <w:szCs w:val="28"/>
          <w:lang w:val="en-US"/>
        </w:rPr>
        <w:t xml:space="preserve"> </w:t>
      </w:r>
      <w:r w:rsidRPr="00B506FB">
        <w:rPr>
          <w:color w:val="000000" w:themeColor="text1"/>
          <w:sz w:val="28"/>
          <w:szCs w:val="28"/>
        </w:rPr>
        <w:t>бойынша</w:t>
      </w:r>
      <w:r w:rsidRPr="00B506FB">
        <w:rPr>
          <w:color w:val="000000" w:themeColor="text1"/>
          <w:sz w:val="28"/>
          <w:szCs w:val="28"/>
          <w:lang w:val="en-US"/>
        </w:rPr>
        <w:t xml:space="preserve"> </w:t>
      </w:r>
      <w:r w:rsidRPr="00B506FB">
        <w:rPr>
          <w:color w:val="000000" w:themeColor="text1"/>
          <w:sz w:val="28"/>
          <w:szCs w:val="28"/>
        </w:rPr>
        <w:t>ақаулар</w:t>
      </w:r>
      <w:r w:rsidRPr="00B506FB">
        <w:rPr>
          <w:color w:val="000000" w:themeColor="text1"/>
          <w:sz w:val="28"/>
          <w:szCs w:val="28"/>
          <w:lang w:val="en-US"/>
        </w:rPr>
        <w:t xml:space="preserve"> </w:t>
      </w:r>
      <w:r w:rsidRPr="00B506FB">
        <w:rPr>
          <w:color w:val="000000" w:themeColor="text1"/>
          <w:sz w:val="28"/>
          <w:szCs w:val="28"/>
        </w:rPr>
        <w:t>актісінің</w:t>
      </w:r>
      <w:r w:rsidRPr="00B506FB">
        <w:rPr>
          <w:color w:val="000000" w:themeColor="text1"/>
          <w:sz w:val="28"/>
          <w:szCs w:val="28"/>
          <w:lang w:val="en-US"/>
        </w:rPr>
        <w:t xml:space="preserve">, </w:t>
      </w:r>
      <w:r w:rsidRPr="00B506FB">
        <w:rPr>
          <w:color w:val="000000" w:themeColor="text1"/>
          <w:sz w:val="28"/>
          <w:szCs w:val="28"/>
        </w:rPr>
        <w:t>қажетті</w:t>
      </w:r>
      <w:r w:rsidRPr="00B506FB">
        <w:rPr>
          <w:color w:val="000000" w:themeColor="text1"/>
          <w:sz w:val="28"/>
          <w:szCs w:val="28"/>
          <w:lang w:val="en-US"/>
        </w:rPr>
        <w:t xml:space="preserve"> </w:t>
      </w:r>
      <w:r w:rsidRPr="00B506FB">
        <w:rPr>
          <w:color w:val="000000" w:themeColor="text1"/>
          <w:sz w:val="28"/>
          <w:szCs w:val="28"/>
        </w:rPr>
        <w:t>жұмыстардың</w:t>
      </w:r>
      <w:r w:rsidRPr="00B506FB">
        <w:rPr>
          <w:color w:val="000000" w:themeColor="text1"/>
          <w:sz w:val="28"/>
          <w:szCs w:val="28"/>
          <w:lang w:val="en-US"/>
        </w:rPr>
        <w:t xml:space="preserve"> </w:t>
      </w:r>
      <w:r w:rsidRPr="00B506FB">
        <w:rPr>
          <w:color w:val="000000" w:themeColor="text1"/>
          <w:sz w:val="28"/>
          <w:szCs w:val="28"/>
        </w:rPr>
        <w:t>нақты</w:t>
      </w:r>
      <w:r w:rsidRPr="00B506FB">
        <w:rPr>
          <w:color w:val="000000" w:themeColor="text1"/>
          <w:sz w:val="28"/>
          <w:szCs w:val="28"/>
          <w:lang w:val="en-US"/>
        </w:rPr>
        <w:t xml:space="preserve"> </w:t>
      </w:r>
      <w:r w:rsidRPr="00B506FB">
        <w:rPr>
          <w:color w:val="000000" w:themeColor="text1"/>
          <w:sz w:val="28"/>
          <w:szCs w:val="28"/>
        </w:rPr>
        <w:t>көлемінің</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пайдаланылатын</w:t>
      </w:r>
      <w:r w:rsidRPr="00B506FB">
        <w:rPr>
          <w:color w:val="000000" w:themeColor="text1"/>
          <w:sz w:val="28"/>
          <w:szCs w:val="28"/>
          <w:lang w:val="en-US"/>
        </w:rPr>
        <w:t xml:space="preserve"> </w:t>
      </w:r>
      <w:r w:rsidRPr="00B506FB">
        <w:rPr>
          <w:color w:val="000000" w:themeColor="text1"/>
          <w:sz w:val="28"/>
          <w:szCs w:val="28"/>
        </w:rPr>
        <w:t>материалдардың</w:t>
      </w:r>
      <w:r w:rsidRPr="00B506FB">
        <w:rPr>
          <w:color w:val="000000" w:themeColor="text1"/>
          <w:sz w:val="28"/>
          <w:szCs w:val="28"/>
          <w:lang w:val="en-US"/>
        </w:rPr>
        <w:t xml:space="preserve"> </w:t>
      </w:r>
      <w:r w:rsidRPr="00B506FB">
        <w:rPr>
          <w:color w:val="000000" w:themeColor="text1"/>
          <w:sz w:val="28"/>
          <w:szCs w:val="28"/>
        </w:rPr>
        <w:t>құнының</w:t>
      </w:r>
      <w:r w:rsidRPr="00B506FB">
        <w:rPr>
          <w:color w:val="000000" w:themeColor="text1"/>
          <w:sz w:val="28"/>
          <w:szCs w:val="28"/>
          <w:lang w:val="en-US"/>
        </w:rPr>
        <w:t xml:space="preserve"> </w:t>
      </w:r>
      <w:r w:rsidRPr="00B506FB">
        <w:rPr>
          <w:color w:val="000000" w:themeColor="text1"/>
          <w:sz w:val="28"/>
          <w:szCs w:val="28"/>
        </w:rPr>
        <w:t>негізінде</w:t>
      </w:r>
      <w:r w:rsidRPr="00B506FB">
        <w:rPr>
          <w:color w:val="000000" w:themeColor="text1"/>
          <w:sz w:val="28"/>
          <w:szCs w:val="28"/>
          <w:lang w:val="en-US"/>
        </w:rPr>
        <w:t xml:space="preserve"> </w:t>
      </w:r>
      <w:r w:rsidRPr="00B506FB">
        <w:rPr>
          <w:color w:val="000000" w:themeColor="text1"/>
          <w:sz w:val="28"/>
          <w:szCs w:val="28"/>
        </w:rPr>
        <w:t>жеке</w:t>
      </w:r>
      <w:r w:rsidRPr="00B506FB">
        <w:rPr>
          <w:color w:val="000000" w:themeColor="text1"/>
          <w:sz w:val="28"/>
          <w:szCs w:val="28"/>
          <w:lang w:val="en-US"/>
        </w:rPr>
        <w:t xml:space="preserve"> </w:t>
      </w:r>
      <w:r w:rsidRPr="00B506FB">
        <w:rPr>
          <w:color w:val="000000" w:themeColor="text1"/>
          <w:sz w:val="28"/>
          <w:szCs w:val="28"/>
        </w:rPr>
        <w:t>айқындалады</w:t>
      </w:r>
      <w:r w:rsidRPr="00B506FB">
        <w:rPr>
          <w:color w:val="000000" w:themeColor="text1"/>
          <w:sz w:val="28"/>
          <w:szCs w:val="28"/>
          <w:lang w:val="en-US"/>
        </w:rPr>
        <w:t>.</w:t>
      </w:r>
    </w:p>
    <w:p w14:paraId="36D45C3D" w14:textId="0248285F"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5.2.</w:t>
      </w:r>
      <w:r w:rsidRPr="00B506FB">
        <w:rPr>
          <w:color w:val="000000" w:themeColor="text1"/>
          <w:sz w:val="28"/>
          <w:szCs w:val="28"/>
          <w:lang w:val="en-US"/>
        </w:rPr>
        <w:t xml:space="preserve"> </w:t>
      </w:r>
      <w:r w:rsidRPr="00B506FB">
        <w:rPr>
          <w:color w:val="000000" w:themeColor="text1"/>
          <w:sz w:val="28"/>
          <w:szCs w:val="28"/>
        </w:rPr>
        <w:t>Негізгі</w:t>
      </w:r>
      <w:r w:rsidRPr="00B506FB">
        <w:rPr>
          <w:color w:val="000000" w:themeColor="text1"/>
          <w:sz w:val="28"/>
          <w:szCs w:val="28"/>
          <w:lang w:val="en-US"/>
        </w:rPr>
        <w:t xml:space="preserve"> </w:t>
      </w:r>
      <w:r w:rsidRPr="00B506FB">
        <w:rPr>
          <w:color w:val="000000" w:themeColor="text1"/>
          <w:sz w:val="28"/>
          <w:szCs w:val="28"/>
        </w:rPr>
        <w:t>жөндеу</w:t>
      </w:r>
      <w:r w:rsidRPr="00B506FB">
        <w:rPr>
          <w:color w:val="000000" w:themeColor="text1"/>
          <w:sz w:val="28"/>
          <w:szCs w:val="28"/>
          <w:lang w:val="en-US"/>
        </w:rPr>
        <w:t xml:space="preserve"> </w:t>
      </w:r>
      <w:r w:rsidRPr="00B506FB">
        <w:rPr>
          <w:color w:val="000000" w:themeColor="text1"/>
          <w:sz w:val="28"/>
          <w:szCs w:val="28"/>
        </w:rPr>
        <w:t>жұмыстары</w:t>
      </w:r>
      <w:r w:rsidRPr="00B506FB">
        <w:rPr>
          <w:color w:val="000000" w:themeColor="text1"/>
          <w:sz w:val="28"/>
          <w:szCs w:val="28"/>
          <w:lang w:val="en-US"/>
        </w:rPr>
        <w:t xml:space="preserve"> </w:t>
      </w:r>
      <w:r w:rsidRPr="00B506FB">
        <w:rPr>
          <w:color w:val="000000" w:themeColor="text1"/>
          <w:sz w:val="28"/>
          <w:szCs w:val="28"/>
        </w:rPr>
        <w:t>басталғанға</w:t>
      </w:r>
      <w:r w:rsidRPr="00B506FB">
        <w:rPr>
          <w:color w:val="000000" w:themeColor="text1"/>
          <w:sz w:val="28"/>
          <w:szCs w:val="28"/>
          <w:lang w:val="en-US"/>
        </w:rPr>
        <w:t xml:space="preserve"> </w:t>
      </w:r>
      <w:r w:rsidRPr="00B506FB">
        <w:rPr>
          <w:color w:val="000000" w:themeColor="text1"/>
          <w:sz w:val="28"/>
          <w:szCs w:val="28"/>
        </w:rPr>
        <w:t>дейін</w:t>
      </w:r>
      <w:r w:rsidRPr="00B506FB">
        <w:rPr>
          <w:color w:val="000000" w:themeColor="text1"/>
          <w:sz w:val="28"/>
          <w:szCs w:val="28"/>
          <w:lang w:val="en-US"/>
        </w:rPr>
        <w:t xml:space="preserve"> </w:t>
      </w:r>
      <w:r w:rsidRPr="00B506FB">
        <w:rPr>
          <w:color w:val="000000" w:themeColor="text1"/>
          <w:sz w:val="28"/>
          <w:szCs w:val="28"/>
        </w:rPr>
        <w:t>Мердігер</w:t>
      </w:r>
      <w:r w:rsidRPr="00B506FB">
        <w:rPr>
          <w:color w:val="000000" w:themeColor="text1"/>
          <w:sz w:val="28"/>
          <w:szCs w:val="28"/>
          <w:lang w:val="en-US"/>
        </w:rPr>
        <w:t xml:space="preserve"> </w:t>
      </w:r>
      <w:r w:rsidRPr="00B506FB">
        <w:rPr>
          <w:color w:val="000000" w:themeColor="text1"/>
          <w:sz w:val="28"/>
          <w:szCs w:val="28"/>
        </w:rPr>
        <w:t>Тапсырыс</w:t>
      </w:r>
      <w:r w:rsidRPr="00B506FB">
        <w:rPr>
          <w:color w:val="000000" w:themeColor="text1"/>
          <w:sz w:val="28"/>
          <w:szCs w:val="28"/>
          <w:lang w:val="en-US"/>
        </w:rPr>
        <w:t xml:space="preserve"> </w:t>
      </w:r>
      <w:r w:rsidRPr="00B506FB">
        <w:rPr>
          <w:color w:val="000000" w:themeColor="text1"/>
          <w:sz w:val="28"/>
          <w:szCs w:val="28"/>
        </w:rPr>
        <w:t>берушіге</w:t>
      </w:r>
      <w:r w:rsidRPr="00B506FB">
        <w:rPr>
          <w:color w:val="000000" w:themeColor="text1"/>
          <w:sz w:val="28"/>
          <w:szCs w:val="28"/>
          <w:lang w:val="en-US"/>
        </w:rPr>
        <w:t xml:space="preserve"> </w:t>
      </w:r>
      <w:r w:rsidRPr="00B506FB">
        <w:rPr>
          <w:color w:val="000000" w:themeColor="text1"/>
          <w:sz w:val="28"/>
          <w:szCs w:val="28"/>
        </w:rPr>
        <w:t>құн</w:t>
      </w:r>
      <w:r w:rsidRPr="00B506FB">
        <w:rPr>
          <w:color w:val="000000" w:themeColor="text1"/>
          <w:sz w:val="28"/>
          <w:szCs w:val="28"/>
          <w:lang w:val="en-US"/>
        </w:rPr>
        <w:t xml:space="preserve"> </w:t>
      </w:r>
      <w:r w:rsidRPr="00B506FB">
        <w:rPr>
          <w:color w:val="000000" w:themeColor="text1"/>
          <w:sz w:val="28"/>
          <w:szCs w:val="28"/>
        </w:rPr>
        <w:t>есебін</w:t>
      </w:r>
      <w:r w:rsidRPr="00B506FB">
        <w:rPr>
          <w:color w:val="000000" w:themeColor="text1"/>
          <w:sz w:val="28"/>
          <w:szCs w:val="28"/>
          <w:lang w:val="en-US"/>
        </w:rPr>
        <w:t xml:space="preserve"> </w:t>
      </w:r>
      <w:r w:rsidRPr="00B506FB">
        <w:rPr>
          <w:color w:val="000000" w:themeColor="text1"/>
          <w:sz w:val="28"/>
          <w:szCs w:val="28"/>
        </w:rPr>
        <w:t>ұсынады</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оның</w:t>
      </w:r>
      <w:r w:rsidRPr="00B506FB">
        <w:rPr>
          <w:color w:val="000000" w:themeColor="text1"/>
          <w:sz w:val="28"/>
          <w:szCs w:val="28"/>
          <w:lang w:val="en-US"/>
        </w:rPr>
        <w:t xml:space="preserve"> </w:t>
      </w:r>
      <w:r w:rsidRPr="00B506FB">
        <w:rPr>
          <w:color w:val="000000" w:themeColor="text1"/>
          <w:sz w:val="28"/>
          <w:szCs w:val="28"/>
        </w:rPr>
        <w:t>келісімін</w:t>
      </w:r>
      <w:r w:rsidRPr="00B506FB">
        <w:rPr>
          <w:color w:val="000000" w:themeColor="text1"/>
          <w:sz w:val="28"/>
          <w:szCs w:val="28"/>
          <w:lang w:val="en-US"/>
        </w:rPr>
        <w:t xml:space="preserve"> </w:t>
      </w:r>
      <w:r w:rsidRPr="00B506FB">
        <w:rPr>
          <w:color w:val="000000" w:themeColor="text1"/>
          <w:sz w:val="28"/>
          <w:szCs w:val="28"/>
        </w:rPr>
        <w:t>алады</w:t>
      </w:r>
      <w:r w:rsidRPr="00B506FB">
        <w:rPr>
          <w:color w:val="000000" w:themeColor="text1"/>
          <w:sz w:val="28"/>
          <w:szCs w:val="28"/>
          <w:lang w:val="en-US"/>
        </w:rPr>
        <w:t xml:space="preserve">. </w:t>
      </w:r>
      <w:r w:rsidRPr="00B506FB">
        <w:rPr>
          <w:color w:val="000000" w:themeColor="text1"/>
          <w:sz w:val="28"/>
          <w:szCs w:val="28"/>
        </w:rPr>
        <w:t>Жұмыстардың</w:t>
      </w:r>
      <w:r w:rsidRPr="00B506FB">
        <w:rPr>
          <w:color w:val="000000" w:themeColor="text1"/>
          <w:sz w:val="28"/>
          <w:szCs w:val="28"/>
          <w:lang w:val="en-US"/>
        </w:rPr>
        <w:t xml:space="preserve"> </w:t>
      </w:r>
      <w:r w:rsidRPr="00B506FB">
        <w:rPr>
          <w:color w:val="000000" w:themeColor="text1"/>
          <w:sz w:val="28"/>
          <w:szCs w:val="28"/>
        </w:rPr>
        <w:t>құны</w:t>
      </w:r>
      <w:r w:rsidRPr="00B506FB">
        <w:rPr>
          <w:color w:val="000000" w:themeColor="text1"/>
          <w:sz w:val="28"/>
          <w:szCs w:val="28"/>
          <w:lang w:val="en-US"/>
        </w:rPr>
        <w:t xml:space="preserve"> </w:t>
      </w:r>
      <w:r w:rsidRPr="00B506FB">
        <w:rPr>
          <w:color w:val="000000" w:themeColor="text1"/>
          <w:sz w:val="28"/>
          <w:szCs w:val="28"/>
        </w:rPr>
        <w:t>мен</w:t>
      </w:r>
      <w:r w:rsidRPr="00B506FB">
        <w:rPr>
          <w:color w:val="000000" w:themeColor="text1"/>
          <w:sz w:val="28"/>
          <w:szCs w:val="28"/>
          <w:lang w:val="en-US"/>
        </w:rPr>
        <w:t xml:space="preserve"> </w:t>
      </w:r>
      <w:r w:rsidRPr="00B506FB">
        <w:rPr>
          <w:color w:val="000000" w:themeColor="text1"/>
          <w:sz w:val="28"/>
          <w:szCs w:val="28"/>
        </w:rPr>
        <w:t>көлемі</w:t>
      </w:r>
      <w:r w:rsidRPr="00B506FB">
        <w:rPr>
          <w:color w:val="000000" w:themeColor="text1"/>
          <w:sz w:val="28"/>
          <w:szCs w:val="28"/>
          <w:lang w:val="en-US"/>
        </w:rPr>
        <w:t xml:space="preserve"> </w:t>
      </w:r>
      <w:r w:rsidRPr="00B506FB">
        <w:rPr>
          <w:color w:val="000000" w:themeColor="text1"/>
          <w:sz w:val="28"/>
          <w:szCs w:val="28"/>
        </w:rPr>
        <w:t>тиісті</w:t>
      </w:r>
      <w:r w:rsidRPr="00B506FB">
        <w:rPr>
          <w:color w:val="000000" w:themeColor="text1"/>
          <w:sz w:val="28"/>
          <w:szCs w:val="28"/>
          <w:lang w:val="en-US"/>
        </w:rPr>
        <w:t xml:space="preserve"> </w:t>
      </w:r>
      <w:r w:rsidRPr="00B506FB">
        <w:rPr>
          <w:color w:val="000000" w:themeColor="text1"/>
          <w:sz w:val="28"/>
          <w:szCs w:val="28"/>
        </w:rPr>
        <w:t>құжаттармен</w:t>
      </w:r>
      <w:r w:rsidRPr="00B506FB">
        <w:rPr>
          <w:color w:val="000000" w:themeColor="text1"/>
          <w:sz w:val="28"/>
          <w:szCs w:val="28"/>
          <w:lang w:val="en-US"/>
        </w:rPr>
        <w:t xml:space="preserve"> </w:t>
      </w:r>
      <w:r w:rsidRPr="00B506FB">
        <w:rPr>
          <w:color w:val="000000" w:themeColor="text1"/>
          <w:sz w:val="28"/>
          <w:szCs w:val="28"/>
        </w:rPr>
        <w:t>расталады</w:t>
      </w:r>
      <w:r w:rsidRPr="00B506FB">
        <w:rPr>
          <w:color w:val="000000" w:themeColor="text1"/>
          <w:sz w:val="28"/>
          <w:szCs w:val="28"/>
          <w:lang w:val="en-US"/>
        </w:rPr>
        <w:t>.</w:t>
      </w:r>
    </w:p>
    <w:p w14:paraId="0BE36475" w14:textId="25416CFA"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5.3.</w:t>
      </w:r>
      <w:r w:rsidRPr="00B506FB">
        <w:rPr>
          <w:color w:val="000000" w:themeColor="text1"/>
          <w:sz w:val="28"/>
          <w:szCs w:val="28"/>
          <w:lang w:val="en-US"/>
        </w:rPr>
        <w:t xml:space="preserve"> </w:t>
      </w:r>
      <w:r w:rsidRPr="00B506FB">
        <w:rPr>
          <w:color w:val="000000" w:themeColor="text1"/>
          <w:sz w:val="28"/>
          <w:szCs w:val="28"/>
        </w:rPr>
        <w:t>Төлем</w:t>
      </w:r>
      <w:r w:rsidRPr="00B506FB">
        <w:rPr>
          <w:color w:val="000000" w:themeColor="text1"/>
          <w:sz w:val="28"/>
          <w:szCs w:val="28"/>
          <w:lang w:val="en-US"/>
        </w:rPr>
        <w:t xml:space="preserve"> </w:t>
      </w:r>
      <w:r w:rsidRPr="00B506FB">
        <w:rPr>
          <w:color w:val="000000" w:themeColor="text1"/>
          <w:sz w:val="28"/>
          <w:szCs w:val="28"/>
        </w:rPr>
        <w:t>әрбір</w:t>
      </w:r>
      <w:r w:rsidRPr="00B506FB">
        <w:rPr>
          <w:color w:val="000000" w:themeColor="text1"/>
          <w:sz w:val="28"/>
          <w:szCs w:val="28"/>
          <w:lang w:val="en-US"/>
        </w:rPr>
        <w:t xml:space="preserve"> </w:t>
      </w:r>
      <w:r w:rsidRPr="00B506FB">
        <w:rPr>
          <w:color w:val="000000" w:themeColor="text1"/>
          <w:sz w:val="28"/>
          <w:szCs w:val="28"/>
        </w:rPr>
        <w:t>авариялық</w:t>
      </w:r>
      <w:r w:rsidRPr="00B506FB">
        <w:rPr>
          <w:color w:val="000000" w:themeColor="text1"/>
          <w:sz w:val="28"/>
          <w:szCs w:val="28"/>
          <w:lang w:val="en-US"/>
        </w:rPr>
        <w:t xml:space="preserve"> </w:t>
      </w:r>
      <w:r w:rsidRPr="00B506FB">
        <w:rPr>
          <w:color w:val="000000" w:themeColor="text1"/>
          <w:sz w:val="28"/>
          <w:szCs w:val="28"/>
        </w:rPr>
        <w:t>жағдай</w:t>
      </w:r>
      <w:r w:rsidRPr="00B506FB">
        <w:rPr>
          <w:color w:val="000000" w:themeColor="text1"/>
          <w:sz w:val="28"/>
          <w:szCs w:val="28"/>
          <w:lang w:val="en-US"/>
        </w:rPr>
        <w:t xml:space="preserve"> </w:t>
      </w:r>
      <w:r w:rsidRPr="00B506FB">
        <w:rPr>
          <w:color w:val="000000" w:themeColor="text1"/>
          <w:sz w:val="28"/>
          <w:szCs w:val="28"/>
        </w:rPr>
        <w:t>бойынша</w:t>
      </w:r>
      <w:r w:rsidRPr="00B506FB">
        <w:rPr>
          <w:color w:val="000000" w:themeColor="text1"/>
          <w:sz w:val="28"/>
          <w:szCs w:val="28"/>
          <w:lang w:val="en-US"/>
        </w:rPr>
        <w:t xml:space="preserve"> </w:t>
      </w:r>
      <w:r w:rsidRPr="00B506FB">
        <w:rPr>
          <w:color w:val="000000" w:themeColor="text1"/>
          <w:sz w:val="28"/>
          <w:szCs w:val="28"/>
        </w:rPr>
        <w:t>нақты</w:t>
      </w:r>
      <w:r w:rsidRPr="00B506FB">
        <w:rPr>
          <w:color w:val="000000" w:themeColor="text1"/>
          <w:sz w:val="28"/>
          <w:szCs w:val="28"/>
          <w:lang w:val="en-US"/>
        </w:rPr>
        <w:t xml:space="preserve"> </w:t>
      </w:r>
      <w:r w:rsidRPr="00B506FB">
        <w:rPr>
          <w:color w:val="000000" w:themeColor="text1"/>
          <w:sz w:val="28"/>
          <w:szCs w:val="28"/>
        </w:rPr>
        <w:t>орындалған</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Тапсырыс</w:t>
      </w:r>
      <w:r w:rsidRPr="00B506FB">
        <w:rPr>
          <w:color w:val="000000" w:themeColor="text1"/>
          <w:sz w:val="28"/>
          <w:szCs w:val="28"/>
          <w:lang w:val="en-US"/>
        </w:rPr>
        <w:t xml:space="preserve"> </w:t>
      </w:r>
      <w:r w:rsidRPr="00B506FB">
        <w:rPr>
          <w:color w:val="000000" w:themeColor="text1"/>
          <w:sz w:val="28"/>
          <w:szCs w:val="28"/>
        </w:rPr>
        <w:t>беруші</w:t>
      </w:r>
      <w:r w:rsidRPr="00B506FB">
        <w:rPr>
          <w:color w:val="000000" w:themeColor="text1"/>
          <w:sz w:val="28"/>
          <w:szCs w:val="28"/>
          <w:lang w:val="en-US"/>
        </w:rPr>
        <w:t xml:space="preserve"> </w:t>
      </w:r>
      <w:r w:rsidRPr="00B506FB">
        <w:rPr>
          <w:color w:val="000000" w:themeColor="text1"/>
          <w:sz w:val="28"/>
          <w:szCs w:val="28"/>
        </w:rPr>
        <w:t>қабылдаған</w:t>
      </w:r>
      <w:r w:rsidRPr="00B506FB">
        <w:rPr>
          <w:color w:val="000000" w:themeColor="text1"/>
          <w:sz w:val="28"/>
          <w:szCs w:val="28"/>
          <w:lang w:val="en-US"/>
        </w:rPr>
        <w:t xml:space="preserve"> </w:t>
      </w:r>
      <w:r w:rsidRPr="00B506FB">
        <w:rPr>
          <w:color w:val="000000" w:themeColor="text1"/>
          <w:sz w:val="28"/>
          <w:szCs w:val="28"/>
        </w:rPr>
        <w:t>жұмыстар</w:t>
      </w:r>
      <w:r w:rsidRPr="00B506FB">
        <w:rPr>
          <w:color w:val="000000" w:themeColor="text1"/>
          <w:sz w:val="28"/>
          <w:szCs w:val="28"/>
          <w:lang w:val="en-US"/>
        </w:rPr>
        <w:t xml:space="preserve"> </w:t>
      </w:r>
      <w:r w:rsidRPr="00B506FB">
        <w:rPr>
          <w:color w:val="000000" w:themeColor="text1"/>
          <w:sz w:val="28"/>
          <w:szCs w:val="28"/>
        </w:rPr>
        <w:t>үшін</w:t>
      </w:r>
      <w:r w:rsidRPr="00B506FB">
        <w:rPr>
          <w:color w:val="000000" w:themeColor="text1"/>
          <w:sz w:val="28"/>
          <w:szCs w:val="28"/>
          <w:lang w:val="en-US"/>
        </w:rPr>
        <w:t xml:space="preserve"> </w:t>
      </w:r>
      <w:r w:rsidRPr="00B506FB">
        <w:rPr>
          <w:color w:val="000000" w:themeColor="text1"/>
          <w:sz w:val="28"/>
          <w:szCs w:val="28"/>
        </w:rPr>
        <w:t>құжаттардың</w:t>
      </w:r>
      <w:r w:rsidRPr="00B506FB">
        <w:rPr>
          <w:color w:val="000000" w:themeColor="text1"/>
          <w:sz w:val="28"/>
          <w:szCs w:val="28"/>
          <w:lang w:val="en-US"/>
        </w:rPr>
        <w:t xml:space="preserve"> </w:t>
      </w:r>
      <w:r w:rsidRPr="00B506FB">
        <w:rPr>
          <w:color w:val="000000" w:themeColor="text1"/>
          <w:sz w:val="28"/>
          <w:szCs w:val="28"/>
        </w:rPr>
        <w:t>толық</w:t>
      </w:r>
      <w:r w:rsidRPr="00B506FB">
        <w:rPr>
          <w:color w:val="000000" w:themeColor="text1"/>
          <w:sz w:val="28"/>
          <w:szCs w:val="28"/>
          <w:lang w:val="en-US"/>
        </w:rPr>
        <w:t xml:space="preserve"> </w:t>
      </w:r>
      <w:r w:rsidRPr="00B506FB">
        <w:rPr>
          <w:color w:val="000000" w:themeColor="text1"/>
          <w:sz w:val="28"/>
          <w:szCs w:val="28"/>
        </w:rPr>
        <w:t>топтамасы</w:t>
      </w:r>
      <w:r w:rsidRPr="00B506FB">
        <w:rPr>
          <w:color w:val="000000" w:themeColor="text1"/>
          <w:sz w:val="28"/>
          <w:szCs w:val="28"/>
          <w:lang w:val="en-US"/>
        </w:rPr>
        <w:t xml:space="preserve"> </w:t>
      </w:r>
      <w:r w:rsidRPr="00B506FB">
        <w:rPr>
          <w:color w:val="000000" w:themeColor="text1"/>
          <w:sz w:val="28"/>
          <w:szCs w:val="28"/>
        </w:rPr>
        <w:t>ұсынылған</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орындалған</w:t>
      </w:r>
      <w:r w:rsidRPr="00B506FB">
        <w:rPr>
          <w:color w:val="000000" w:themeColor="text1"/>
          <w:sz w:val="28"/>
          <w:szCs w:val="28"/>
          <w:lang w:val="en-US"/>
        </w:rPr>
        <w:t xml:space="preserve"> </w:t>
      </w:r>
      <w:r w:rsidRPr="00B506FB">
        <w:rPr>
          <w:color w:val="000000" w:themeColor="text1"/>
          <w:sz w:val="28"/>
          <w:szCs w:val="28"/>
        </w:rPr>
        <w:t>жұмыстар</w:t>
      </w:r>
      <w:r w:rsidRPr="00B506FB">
        <w:rPr>
          <w:color w:val="000000" w:themeColor="text1"/>
          <w:sz w:val="28"/>
          <w:szCs w:val="28"/>
          <w:lang w:val="en-US"/>
        </w:rPr>
        <w:t xml:space="preserve"> </w:t>
      </w:r>
      <w:r w:rsidRPr="00B506FB">
        <w:rPr>
          <w:color w:val="000000" w:themeColor="text1"/>
          <w:sz w:val="28"/>
          <w:szCs w:val="28"/>
        </w:rPr>
        <w:t>актісіне</w:t>
      </w:r>
      <w:r w:rsidRPr="00B506FB">
        <w:rPr>
          <w:color w:val="000000" w:themeColor="text1"/>
          <w:sz w:val="28"/>
          <w:szCs w:val="28"/>
          <w:lang w:val="en-US"/>
        </w:rPr>
        <w:t xml:space="preserve"> </w:t>
      </w:r>
      <w:r w:rsidRPr="00B506FB">
        <w:rPr>
          <w:color w:val="000000" w:themeColor="text1"/>
          <w:sz w:val="28"/>
          <w:szCs w:val="28"/>
        </w:rPr>
        <w:t>қол</w:t>
      </w:r>
      <w:r w:rsidRPr="00B506FB">
        <w:rPr>
          <w:color w:val="000000" w:themeColor="text1"/>
          <w:sz w:val="28"/>
          <w:szCs w:val="28"/>
          <w:lang w:val="en-US"/>
        </w:rPr>
        <w:t xml:space="preserve"> </w:t>
      </w:r>
      <w:r w:rsidRPr="00B506FB">
        <w:rPr>
          <w:color w:val="000000" w:themeColor="text1"/>
          <w:sz w:val="28"/>
          <w:szCs w:val="28"/>
        </w:rPr>
        <w:t>қойылған</w:t>
      </w:r>
      <w:r w:rsidRPr="00B506FB">
        <w:rPr>
          <w:color w:val="000000" w:themeColor="text1"/>
          <w:sz w:val="28"/>
          <w:szCs w:val="28"/>
          <w:lang w:val="en-US"/>
        </w:rPr>
        <w:t xml:space="preserve"> </w:t>
      </w:r>
      <w:r w:rsidRPr="00B506FB">
        <w:rPr>
          <w:color w:val="000000" w:themeColor="text1"/>
          <w:sz w:val="28"/>
          <w:szCs w:val="28"/>
        </w:rPr>
        <w:t>күннен</w:t>
      </w:r>
      <w:r w:rsidRPr="00B506FB">
        <w:rPr>
          <w:color w:val="000000" w:themeColor="text1"/>
          <w:sz w:val="28"/>
          <w:szCs w:val="28"/>
          <w:lang w:val="en-US"/>
        </w:rPr>
        <w:t xml:space="preserve"> </w:t>
      </w:r>
      <w:r w:rsidRPr="00B506FB">
        <w:rPr>
          <w:color w:val="000000" w:themeColor="text1"/>
          <w:sz w:val="28"/>
          <w:szCs w:val="28"/>
        </w:rPr>
        <w:t>бастап</w:t>
      </w:r>
      <w:r w:rsidRPr="00B506FB">
        <w:rPr>
          <w:color w:val="000000" w:themeColor="text1"/>
          <w:sz w:val="28"/>
          <w:szCs w:val="28"/>
          <w:lang w:val="en-US"/>
        </w:rPr>
        <w:t xml:space="preserve"> 1 (</w:t>
      </w:r>
      <w:r w:rsidRPr="00B506FB">
        <w:rPr>
          <w:color w:val="000000" w:themeColor="text1"/>
          <w:sz w:val="28"/>
          <w:szCs w:val="28"/>
        </w:rPr>
        <w:t>бір</w:t>
      </w:r>
      <w:r w:rsidRPr="00B506FB">
        <w:rPr>
          <w:color w:val="000000" w:themeColor="text1"/>
          <w:sz w:val="28"/>
          <w:szCs w:val="28"/>
          <w:lang w:val="en-US"/>
        </w:rPr>
        <w:t xml:space="preserve">) </w:t>
      </w:r>
      <w:r w:rsidRPr="00B506FB">
        <w:rPr>
          <w:color w:val="000000" w:themeColor="text1"/>
          <w:sz w:val="28"/>
          <w:szCs w:val="28"/>
        </w:rPr>
        <w:t>ай</w:t>
      </w:r>
      <w:r w:rsidRPr="00B506FB">
        <w:rPr>
          <w:color w:val="000000" w:themeColor="text1"/>
          <w:sz w:val="28"/>
          <w:szCs w:val="28"/>
          <w:lang w:val="en-US"/>
        </w:rPr>
        <w:t xml:space="preserve"> </w:t>
      </w:r>
      <w:r w:rsidRPr="00B506FB">
        <w:rPr>
          <w:color w:val="000000" w:themeColor="text1"/>
          <w:sz w:val="28"/>
          <w:szCs w:val="28"/>
        </w:rPr>
        <w:t>ішінде</w:t>
      </w:r>
      <w:r w:rsidRPr="00B506FB">
        <w:rPr>
          <w:color w:val="000000" w:themeColor="text1"/>
          <w:sz w:val="28"/>
          <w:szCs w:val="28"/>
          <w:lang w:val="en-US"/>
        </w:rPr>
        <w:t xml:space="preserve"> </w:t>
      </w:r>
      <w:r w:rsidRPr="00B506FB">
        <w:rPr>
          <w:color w:val="000000" w:themeColor="text1"/>
          <w:sz w:val="28"/>
          <w:szCs w:val="28"/>
        </w:rPr>
        <w:t>жүргізіледі</w:t>
      </w:r>
      <w:r w:rsidRPr="00B506FB">
        <w:rPr>
          <w:color w:val="000000" w:themeColor="text1"/>
          <w:sz w:val="28"/>
          <w:szCs w:val="28"/>
          <w:lang w:val="en-US"/>
        </w:rPr>
        <w:t xml:space="preserve">, </w:t>
      </w:r>
      <w:r w:rsidRPr="00B506FB">
        <w:rPr>
          <w:color w:val="000000" w:themeColor="text1"/>
          <w:sz w:val="28"/>
          <w:szCs w:val="28"/>
        </w:rPr>
        <w:t>егер</w:t>
      </w:r>
      <w:r w:rsidRPr="00B506FB">
        <w:rPr>
          <w:color w:val="000000" w:themeColor="text1"/>
          <w:sz w:val="28"/>
          <w:szCs w:val="28"/>
          <w:lang w:val="en-US"/>
        </w:rPr>
        <w:t xml:space="preserve"> </w:t>
      </w:r>
      <w:r w:rsidRPr="00B506FB">
        <w:rPr>
          <w:color w:val="000000" w:themeColor="text1"/>
          <w:sz w:val="28"/>
          <w:szCs w:val="28"/>
        </w:rPr>
        <w:t>шартта</w:t>
      </w:r>
      <w:r w:rsidRPr="00B506FB">
        <w:rPr>
          <w:color w:val="000000" w:themeColor="text1"/>
          <w:sz w:val="28"/>
          <w:szCs w:val="28"/>
          <w:lang w:val="en-US"/>
        </w:rPr>
        <w:t xml:space="preserve"> </w:t>
      </w:r>
      <w:r w:rsidRPr="00B506FB">
        <w:rPr>
          <w:color w:val="000000" w:themeColor="text1"/>
          <w:sz w:val="28"/>
          <w:szCs w:val="28"/>
        </w:rPr>
        <w:t>өзгеше</w:t>
      </w:r>
      <w:r w:rsidRPr="00B506FB">
        <w:rPr>
          <w:color w:val="000000" w:themeColor="text1"/>
          <w:sz w:val="28"/>
          <w:szCs w:val="28"/>
          <w:lang w:val="en-US"/>
        </w:rPr>
        <w:t xml:space="preserve"> </w:t>
      </w:r>
      <w:r w:rsidRPr="00B506FB">
        <w:rPr>
          <w:color w:val="000000" w:themeColor="text1"/>
          <w:sz w:val="28"/>
          <w:szCs w:val="28"/>
        </w:rPr>
        <w:t>тәртіп</w:t>
      </w:r>
      <w:r w:rsidRPr="00B506FB">
        <w:rPr>
          <w:color w:val="000000" w:themeColor="text1"/>
          <w:sz w:val="28"/>
          <w:szCs w:val="28"/>
          <w:lang w:val="en-US"/>
        </w:rPr>
        <w:t xml:space="preserve"> </w:t>
      </w:r>
      <w:r w:rsidRPr="00B506FB">
        <w:rPr>
          <w:color w:val="000000" w:themeColor="text1"/>
          <w:sz w:val="28"/>
          <w:szCs w:val="28"/>
        </w:rPr>
        <w:t>көзделмесе</w:t>
      </w:r>
      <w:r w:rsidRPr="00B506FB">
        <w:rPr>
          <w:color w:val="000000" w:themeColor="text1"/>
          <w:sz w:val="28"/>
          <w:szCs w:val="28"/>
          <w:lang w:val="en-US"/>
        </w:rPr>
        <w:t>.</w:t>
      </w:r>
    </w:p>
    <w:p w14:paraId="2D919D3E" w14:textId="59FE6998"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5.4.</w:t>
      </w:r>
      <w:r w:rsidRPr="00B506FB">
        <w:rPr>
          <w:color w:val="000000" w:themeColor="text1"/>
          <w:sz w:val="28"/>
          <w:szCs w:val="28"/>
          <w:lang w:val="en-US"/>
        </w:rPr>
        <w:t xml:space="preserve"> </w:t>
      </w:r>
      <w:r w:rsidRPr="00B506FB">
        <w:rPr>
          <w:color w:val="000000" w:themeColor="text1"/>
          <w:sz w:val="28"/>
          <w:szCs w:val="28"/>
        </w:rPr>
        <w:t>Төлем</w:t>
      </w:r>
      <w:r w:rsidRPr="00B506FB">
        <w:rPr>
          <w:color w:val="000000" w:themeColor="text1"/>
          <w:sz w:val="28"/>
          <w:szCs w:val="28"/>
          <w:lang w:val="en-US"/>
        </w:rPr>
        <w:t xml:space="preserve"> </w:t>
      </w:r>
      <w:r w:rsidRPr="00B506FB">
        <w:rPr>
          <w:color w:val="000000" w:themeColor="text1"/>
          <w:sz w:val="28"/>
          <w:szCs w:val="28"/>
        </w:rPr>
        <w:t>алу</w:t>
      </w:r>
      <w:r w:rsidRPr="00B506FB">
        <w:rPr>
          <w:color w:val="000000" w:themeColor="text1"/>
          <w:sz w:val="28"/>
          <w:szCs w:val="28"/>
          <w:lang w:val="en-US"/>
        </w:rPr>
        <w:t xml:space="preserve"> </w:t>
      </w:r>
      <w:r w:rsidRPr="00B506FB">
        <w:rPr>
          <w:color w:val="000000" w:themeColor="text1"/>
          <w:sz w:val="28"/>
          <w:szCs w:val="28"/>
        </w:rPr>
        <w:t>үшін</w:t>
      </w:r>
      <w:r w:rsidRPr="00B506FB">
        <w:rPr>
          <w:color w:val="000000" w:themeColor="text1"/>
          <w:sz w:val="28"/>
          <w:szCs w:val="28"/>
          <w:lang w:val="en-US"/>
        </w:rPr>
        <w:t xml:space="preserve"> </w:t>
      </w:r>
      <w:r w:rsidRPr="00B506FB">
        <w:rPr>
          <w:color w:val="000000" w:themeColor="text1"/>
          <w:sz w:val="28"/>
          <w:szCs w:val="28"/>
        </w:rPr>
        <w:t>Мердігер</w:t>
      </w:r>
      <w:r w:rsidRPr="00B506FB">
        <w:rPr>
          <w:color w:val="000000" w:themeColor="text1"/>
          <w:sz w:val="28"/>
          <w:szCs w:val="28"/>
          <w:lang w:val="en-US"/>
        </w:rPr>
        <w:t xml:space="preserve"> </w:t>
      </w:r>
      <w:r w:rsidRPr="00B506FB">
        <w:rPr>
          <w:color w:val="000000" w:themeColor="text1"/>
          <w:sz w:val="28"/>
          <w:szCs w:val="28"/>
        </w:rPr>
        <w:t>мынадай</w:t>
      </w:r>
      <w:r w:rsidRPr="00B506FB">
        <w:rPr>
          <w:color w:val="000000" w:themeColor="text1"/>
          <w:sz w:val="28"/>
          <w:szCs w:val="28"/>
          <w:lang w:val="en-US"/>
        </w:rPr>
        <w:t xml:space="preserve"> </w:t>
      </w:r>
      <w:r w:rsidRPr="00B506FB">
        <w:rPr>
          <w:color w:val="000000" w:themeColor="text1"/>
          <w:sz w:val="28"/>
          <w:szCs w:val="28"/>
        </w:rPr>
        <w:t>құжаттарды</w:t>
      </w:r>
      <w:r w:rsidRPr="00B506FB">
        <w:rPr>
          <w:color w:val="000000" w:themeColor="text1"/>
          <w:sz w:val="28"/>
          <w:szCs w:val="28"/>
          <w:lang w:val="en-US"/>
        </w:rPr>
        <w:t xml:space="preserve"> </w:t>
      </w:r>
      <w:r w:rsidRPr="00B506FB">
        <w:rPr>
          <w:color w:val="000000" w:themeColor="text1"/>
          <w:sz w:val="28"/>
          <w:szCs w:val="28"/>
        </w:rPr>
        <w:t>ұсынады</w:t>
      </w:r>
      <w:r w:rsidRPr="00B506FB">
        <w:rPr>
          <w:color w:val="000000" w:themeColor="text1"/>
          <w:sz w:val="28"/>
          <w:szCs w:val="28"/>
          <w:lang w:val="en-US"/>
        </w:rPr>
        <w:t>:</w:t>
      </w:r>
    </w:p>
    <w:p w14:paraId="464A2AF7" w14:textId="77777777" w:rsidR="00B506FB" w:rsidRPr="00B506FB" w:rsidRDefault="00B506FB" w:rsidP="007F6C8D">
      <w:pPr>
        <w:numPr>
          <w:ilvl w:val="0"/>
          <w:numId w:val="43"/>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келісілген ақаулар актісі;</w:t>
      </w:r>
    </w:p>
    <w:p w14:paraId="265F1E99" w14:textId="77777777" w:rsidR="00B506FB" w:rsidRPr="00B506FB" w:rsidRDefault="00B506FB" w:rsidP="007F6C8D">
      <w:pPr>
        <w:numPr>
          <w:ilvl w:val="0"/>
          <w:numId w:val="43"/>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орындалған жұмыстардың актісі;</w:t>
      </w:r>
    </w:p>
    <w:p w14:paraId="2A259765" w14:textId="77777777" w:rsidR="00B506FB" w:rsidRPr="00B506FB" w:rsidRDefault="00B506FB" w:rsidP="007F6C8D">
      <w:pPr>
        <w:numPr>
          <w:ilvl w:val="0"/>
          <w:numId w:val="43"/>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lastRenderedPageBreak/>
        <w:t>орындалған жұмыстар туралы қағаз жеткізгіштегі есеп;</w:t>
      </w:r>
    </w:p>
    <w:p w14:paraId="7F2DBFED" w14:textId="77777777" w:rsidR="00B506FB" w:rsidRPr="00B506FB" w:rsidRDefault="00B506FB" w:rsidP="007F6C8D">
      <w:pPr>
        <w:numPr>
          <w:ilvl w:val="0"/>
          <w:numId w:val="43"/>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орындалған жұмыстардың электрондық форматтағы фотосуреттері;</w:t>
      </w:r>
    </w:p>
    <w:p w14:paraId="1928D6D2" w14:textId="77777777" w:rsidR="00B506FB" w:rsidRPr="00B506FB" w:rsidRDefault="00B506FB" w:rsidP="007F6C8D">
      <w:pPr>
        <w:numPr>
          <w:ilvl w:val="0"/>
          <w:numId w:val="43"/>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пайдаланылған материалдардың тізбесі және қажет болған жағдайда олардың белгіленген талаптарға сәйкестігін растайтын құжаттар.</w:t>
      </w:r>
    </w:p>
    <w:p w14:paraId="4EC5E32C" w14:textId="1025D499"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5.5.</w:t>
      </w:r>
      <w:r w:rsidRPr="00B506FB">
        <w:rPr>
          <w:color w:val="000000" w:themeColor="text1"/>
          <w:sz w:val="28"/>
          <w:szCs w:val="28"/>
          <w:lang w:val="en-US"/>
        </w:rPr>
        <w:t xml:space="preserve"> </w:t>
      </w:r>
      <w:r w:rsidRPr="00B506FB">
        <w:rPr>
          <w:color w:val="000000" w:themeColor="text1"/>
          <w:sz w:val="28"/>
          <w:szCs w:val="28"/>
        </w:rPr>
        <w:t>Шарттың</w:t>
      </w:r>
      <w:r w:rsidRPr="00B506FB">
        <w:rPr>
          <w:color w:val="000000" w:themeColor="text1"/>
          <w:sz w:val="28"/>
          <w:szCs w:val="28"/>
          <w:lang w:val="en-US"/>
        </w:rPr>
        <w:t xml:space="preserve"> </w:t>
      </w:r>
      <w:r w:rsidRPr="00B506FB">
        <w:rPr>
          <w:color w:val="000000" w:themeColor="text1"/>
          <w:sz w:val="28"/>
          <w:szCs w:val="28"/>
        </w:rPr>
        <w:t>қолданылу</w:t>
      </w:r>
      <w:r w:rsidRPr="00B506FB">
        <w:rPr>
          <w:color w:val="000000" w:themeColor="text1"/>
          <w:sz w:val="28"/>
          <w:szCs w:val="28"/>
          <w:lang w:val="en-US"/>
        </w:rPr>
        <w:t xml:space="preserve"> </w:t>
      </w:r>
      <w:r w:rsidRPr="00B506FB">
        <w:rPr>
          <w:color w:val="000000" w:themeColor="text1"/>
          <w:sz w:val="28"/>
          <w:szCs w:val="28"/>
        </w:rPr>
        <w:t>кезеңінде</w:t>
      </w:r>
      <w:r w:rsidRPr="00B506FB">
        <w:rPr>
          <w:color w:val="000000" w:themeColor="text1"/>
          <w:sz w:val="28"/>
          <w:szCs w:val="28"/>
          <w:lang w:val="en-US"/>
        </w:rPr>
        <w:t xml:space="preserve">, 2026 </w:t>
      </w:r>
      <w:r w:rsidRPr="00B506FB">
        <w:rPr>
          <w:color w:val="000000" w:themeColor="text1"/>
          <w:sz w:val="28"/>
          <w:szCs w:val="28"/>
        </w:rPr>
        <w:t>жылғы</w:t>
      </w:r>
      <w:r w:rsidRPr="00B506FB">
        <w:rPr>
          <w:color w:val="000000" w:themeColor="text1"/>
          <w:sz w:val="28"/>
          <w:szCs w:val="28"/>
          <w:lang w:val="en-US"/>
        </w:rPr>
        <w:t xml:space="preserve"> 31 </w:t>
      </w:r>
      <w:r w:rsidRPr="00B506FB">
        <w:rPr>
          <w:color w:val="000000" w:themeColor="text1"/>
          <w:sz w:val="28"/>
          <w:szCs w:val="28"/>
        </w:rPr>
        <w:t>желтоқсанға</w:t>
      </w:r>
      <w:r w:rsidRPr="00B506FB">
        <w:rPr>
          <w:color w:val="000000" w:themeColor="text1"/>
          <w:sz w:val="28"/>
          <w:szCs w:val="28"/>
          <w:lang w:val="en-US"/>
        </w:rPr>
        <w:t xml:space="preserve"> </w:t>
      </w:r>
      <w:r w:rsidRPr="00B506FB">
        <w:rPr>
          <w:color w:val="000000" w:themeColor="text1"/>
          <w:sz w:val="28"/>
          <w:szCs w:val="28"/>
        </w:rPr>
        <w:t>дейін</w:t>
      </w:r>
      <w:r w:rsidRPr="00B506FB">
        <w:rPr>
          <w:color w:val="000000" w:themeColor="text1"/>
          <w:sz w:val="28"/>
          <w:szCs w:val="28"/>
          <w:lang w:val="en-US"/>
        </w:rPr>
        <w:t xml:space="preserve">, </w:t>
      </w:r>
      <w:r w:rsidRPr="00B506FB">
        <w:rPr>
          <w:color w:val="000000" w:themeColor="text1"/>
          <w:sz w:val="28"/>
          <w:szCs w:val="28"/>
        </w:rPr>
        <w:t>жоспарланған</w:t>
      </w:r>
      <w:r w:rsidRPr="00B506FB">
        <w:rPr>
          <w:color w:val="000000" w:themeColor="text1"/>
          <w:sz w:val="28"/>
          <w:szCs w:val="28"/>
          <w:lang w:val="en-US"/>
        </w:rPr>
        <w:t xml:space="preserve"> </w:t>
      </w:r>
      <w:r w:rsidRPr="00B506FB">
        <w:rPr>
          <w:color w:val="000000" w:themeColor="text1"/>
          <w:sz w:val="28"/>
          <w:szCs w:val="28"/>
        </w:rPr>
        <w:t>шекті</w:t>
      </w:r>
      <w:r w:rsidRPr="00B506FB">
        <w:rPr>
          <w:color w:val="000000" w:themeColor="text1"/>
          <w:sz w:val="28"/>
          <w:szCs w:val="28"/>
          <w:lang w:val="en-US"/>
        </w:rPr>
        <w:t xml:space="preserve"> </w:t>
      </w:r>
      <w:r w:rsidRPr="00B506FB">
        <w:rPr>
          <w:color w:val="000000" w:themeColor="text1"/>
          <w:sz w:val="28"/>
          <w:szCs w:val="28"/>
        </w:rPr>
        <w:t>көлем</w:t>
      </w:r>
      <w:r w:rsidRPr="00B506FB">
        <w:rPr>
          <w:color w:val="000000" w:themeColor="text1"/>
          <w:sz w:val="28"/>
          <w:szCs w:val="28"/>
          <w:lang w:val="en-US"/>
        </w:rPr>
        <w:t xml:space="preserve"> 100 (</w:t>
      </w:r>
      <w:r w:rsidRPr="00B506FB">
        <w:rPr>
          <w:color w:val="000000" w:themeColor="text1"/>
          <w:sz w:val="28"/>
          <w:szCs w:val="28"/>
        </w:rPr>
        <w:t>жүз</w:t>
      </w:r>
      <w:r w:rsidRPr="00B506FB">
        <w:rPr>
          <w:color w:val="000000" w:themeColor="text1"/>
          <w:sz w:val="28"/>
          <w:szCs w:val="28"/>
          <w:lang w:val="en-US"/>
        </w:rPr>
        <w:t xml:space="preserve">) </w:t>
      </w:r>
      <w:r w:rsidRPr="00B506FB">
        <w:rPr>
          <w:color w:val="000000" w:themeColor="text1"/>
          <w:sz w:val="28"/>
          <w:szCs w:val="28"/>
        </w:rPr>
        <w:t>авариялық</w:t>
      </w:r>
      <w:r w:rsidRPr="00B506FB">
        <w:rPr>
          <w:color w:val="000000" w:themeColor="text1"/>
          <w:sz w:val="28"/>
          <w:szCs w:val="28"/>
          <w:lang w:val="en-US"/>
        </w:rPr>
        <w:t xml:space="preserve"> </w:t>
      </w:r>
      <w:r w:rsidRPr="00B506FB">
        <w:rPr>
          <w:color w:val="000000" w:themeColor="text1"/>
          <w:sz w:val="28"/>
          <w:szCs w:val="28"/>
        </w:rPr>
        <w:t>шығуға</w:t>
      </w:r>
      <w:r w:rsidRPr="00B506FB">
        <w:rPr>
          <w:color w:val="000000" w:themeColor="text1"/>
          <w:sz w:val="28"/>
          <w:szCs w:val="28"/>
          <w:lang w:val="en-US"/>
        </w:rPr>
        <w:t xml:space="preserve"> </w:t>
      </w:r>
      <w:r w:rsidRPr="00B506FB">
        <w:rPr>
          <w:color w:val="000000" w:themeColor="text1"/>
          <w:sz w:val="28"/>
          <w:szCs w:val="28"/>
        </w:rPr>
        <w:t>дейін</w:t>
      </w:r>
      <w:r w:rsidRPr="00B506FB">
        <w:rPr>
          <w:color w:val="000000" w:themeColor="text1"/>
          <w:sz w:val="28"/>
          <w:szCs w:val="28"/>
          <w:lang w:val="en-US"/>
        </w:rPr>
        <w:t xml:space="preserve"> </w:t>
      </w:r>
      <w:r w:rsidRPr="00B506FB">
        <w:rPr>
          <w:color w:val="000000" w:themeColor="text1"/>
          <w:sz w:val="28"/>
          <w:szCs w:val="28"/>
        </w:rPr>
        <w:t>құрайды</w:t>
      </w:r>
      <w:r w:rsidRPr="00B506FB">
        <w:rPr>
          <w:color w:val="000000" w:themeColor="text1"/>
          <w:sz w:val="28"/>
          <w:szCs w:val="28"/>
          <w:lang w:val="en-US"/>
        </w:rPr>
        <w:t xml:space="preserve">. </w:t>
      </w:r>
      <w:r w:rsidRPr="00B506FB">
        <w:rPr>
          <w:color w:val="000000" w:themeColor="text1"/>
          <w:sz w:val="28"/>
          <w:szCs w:val="28"/>
        </w:rPr>
        <w:t>Төлем</w:t>
      </w:r>
      <w:r w:rsidRPr="00B506FB">
        <w:rPr>
          <w:color w:val="000000" w:themeColor="text1"/>
          <w:sz w:val="28"/>
          <w:szCs w:val="28"/>
          <w:lang w:val="en-US"/>
        </w:rPr>
        <w:t xml:space="preserve"> </w:t>
      </w:r>
      <w:r w:rsidRPr="00B506FB">
        <w:rPr>
          <w:color w:val="000000" w:themeColor="text1"/>
          <w:sz w:val="28"/>
          <w:szCs w:val="28"/>
        </w:rPr>
        <w:t>тек</w:t>
      </w:r>
      <w:r w:rsidRPr="00B506FB">
        <w:rPr>
          <w:color w:val="000000" w:themeColor="text1"/>
          <w:sz w:val="28"/>
          <w:szCs w:val="28"/>
          <w:lang w:val="en-US"/>
        </w:rPr>
        <w:t xml:space="preserve"> </w:t>
      </w:r>
      <w:r w:rsidRPr="00B506FB">
        <w:rPr>
          <w:color w:val="000000" w:themeColor="text1"/>
          <w:sz w:val="28"/>
          <w:szCs w:val="28"/>
        </w:rPr>
        <w:t>нақты</w:t>
      </w:r>
      <w:r w:rsidRPr="00B506FB">
        <w:rPr>
          <w:color w:val="000000" w:themeColor="text1"/>
          <w:sz w:val="28"/>
          <w:szCs w:val="28"/>
          <w:lang w:val="en-US"/>
        </w:rPr>
        <w:t xml:space="preserve"> </w:t>
      </w:r>
      <w:r w:rsidRPr="00B506FB">
        <w:rPr>
          <w:color w:val="000000" w:themeColor="text1"/>
          <w:sz w:val="28"/>
          <w:szCs w:val="28"/>
        </w:rPr>
        <w:t>орындалған</w:t>
      </w:r>
      <w:r w:rsidRPr="00B506FB">
        <w:rPr>
          <w:color w:val="000000" w:themeColor="text1"/>
          <w:sz w:val="28"/>
          <w:szCs w:val="28"/>
          <w:lang w:val="en-US"/>
        </w:rPr>
        <w:t xml:space="preserve">, </w:t>
      </w:r>
      <w:r w:rsidRPr="00B506FB">
        <w:rPr>
          <w:color w:val="000000" w:themeColor="text1"/>
          <w:sz w:val="28"/>
          <w:szCs w:val="28"/>
        </w:rPr>
        <w:t>құжаттармен</w:t>
      </w:r>
      <w:r w:rsidRPr="00B506FB">
        <w:rPr>
          <w:color w:val="000000" w:themeColor="text1"/>
          <w:sz w:val="28"/>
          <w:szCs w:val="28"/>
          <w:lang w:val="en-US"/>
        </w:rPr>
        <w:t xml:space="preserve"> </w:t>
      </w:r>
      <w:r w:rsidRPr="00B506FB">
        <w:rPr>
          <w:color w:val="000000" w:themeColor="text1"/>
          <w:sz w:val="28"/>
          <w:szCs w:val="28"/>
        </w:rPr>
        <w:t>расталған</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Тапсырыс</w:t>
      </w:r>
      <w:r w:rsidRPr="00B506FB">
        <w:rPr>
          <w:color w:val="000000" w:themeColor="text1"/>
          <w:sz w:val="28"/>
          <w:szCs w:val="28"/>
          <w:lang w:val="en-US"/>
        </w:rPr>
        <w:t xml:space="preserve"> </w:t>
      </w:r>
      <w:r w:rsidRPr="00B506FB">
        <w:rPr>
          <w:color w:val="000000" w:themeColor="text1"/>
          <w:sz w:val="28"/>
          <w:szCs w:val="28"/>
        </w:rPr>
        <w:t>беруші</w:t>
      </w:r>
      <w:r w:rsidRPr="00B506FB">
        <w:rPr>
          <w:color w:val="000000" w:themeColor="text1"/>
          <w:sz w:val="28"/>
          <w:szCs w:val="28"/>
          <w:lang w:val="en-US"/>
        </w:rPr>
        <w:t xml:space="preserve"> </w:t>
      </w:r>
      <w:r w:rsidRPr="00B506FB">
        <w:rPr>
          <w:color w:val="000000" w:themeColor="text1"/>
          <w:sz w:val="28"/>
          <w:szCs w:val="28"/>
        </w:rPr>
        <w:t>қабылдаған</w:t>
      </w:r>
      <w:r w:rsidRPr="00B506FB">
        <w:rPr>
          <w:color w:val="000000" w:themeColor="text1"/>
          <w:sz w:val="28"/>
          <w:szCs w:val="28"/>
          <w:lang w:val="en-US"/>
        </w:rPr>
        <w:t xml:space="preserve"> </w:t>
      </w:r>
      <w:r w:rsidRPr="00B506FB">
        <w:rPr>
          <w:color w:val="000000" w:themeColor="text1"/>
          <w:sz w:val="28"/>
          <w:szCs w:val="28"/>
        </w:rPr>
        <w:t>жұмыстар</w:t>
      </w:r>
      <w:r w:rsidRPr="00B506FB">
        <w:rPr>
          <w:color w:val="000000" w:themeColor="text1"/>
          <w:sz w:val="28"/>
          <w:szCs w:val="28"/>
          <w:lang w:val="en-US"/>
        </w:rPr>
        <w:t xml:space="preserve"> </w:t>
      </w:r>
      <w:r w:rsidRPr="00B506FB">
        <w:rPr>
          <w:color w:val="000000" w:themeColor="text1"/>
          <w:sz w:val="28"/>
          <w:szCs w:val="28"/>
        </w:rPr>
        <w:t>үшін</w:t>
      </w:r>
      <w:r w:rsidRPr="00B506FB">
        <w:rPr>
          <w:color w:val="000000" w:themeColor="text1"/>
          <w:sz w:val="28"/>
          <w:szCs w:val="28"/>
          <w:lang w:val="en-US"/>
        </w:rPr>
        <w:t xml:space="preserve"> </w:t>
      </w:r>
      <w:r w:rsidRPr="00B506FB">
        <w:rPr>
          <w:color w:val="000000" w:themeColor="text1"/>
          <w:sz w:val="28"/>
          <w:szCs w:val="28"/>
        </w:rPr>
        <w:t>келісілген</w:t>
      </w:r>
      <w:r w:rsidRPr="00B506FB">
        <w:rPr>
          <w:color w:val="000000" w:themeColor="text1"/>
          <w:sz w:val="28"/>
          <w:szCs w:val="28"/>
          <w:lang w:val="en-US"/>
        </w:rPr>
        <w:t xml:space="preserve"> </w:t>
      </w:r>
      <w:r w:rsidRPr="00B506FB">
        <w:rPr>
          <w:color w:val="000000" w:themeColor="text1"/>
          <w:sz w:val="28"/>
          <w:szCs w:val="28"/>
        </w:rPr>
        <w:t>көлем</w:t>
      </w:r>
      <w:r w:rsidRPr="00B506FB">
        <w:rPr>
          <w:color w:val="000000" w:themeColor="text1"/>
          <w:sz w:val="28"/>
          <w:szCs w:val="28"/>
          <w:lang w:val="en-US"/>
        </w:rPr>
        <w:t xml:space="preserve"> </w:t>
      </w:r>
      <w:r w:rsidRPr="00B506FB">
        <w:rPr>
          <w:color w:val="000000" w:themeColor="text1"/>
          <w:sz w:val="28"/>
          <w:szCs w:val="28"/>
        </w:rPr>
        <w:t>мен</w:t>
      </w:r>
      <w:r w:rsidRPr="00B506FB">
        <w:rPr>
          <w:color w:val="000000" w:themeColor="text1"/>
          <w:sz w:val="28"/>
          <w:szCs w:val="28"/>
          <w:lang w:val="en-US"/>
        </w:rPr>
        <w:t xml:space="preserve"> </w:t>
      </w:r>
      <w:r w:rsidRPr="00B506FB">
        <w:rPr>
          <w:color w:val="000000" w:themeColor="text1"/>
          <w:sz w:val="28"/>
          <w:szCs w:val="28"/>
        </w:rPr>
        <w:t>құн</w:t>
      </w:r>
      <w:r w:rsidRPr="00B506FB">
        <w:rPr>
          <w:color w:val="000000" w:themeColor="text1"/>
          <w:sz w:val="28"/>
          <w:szCs w:val="28"/>
          <w:lang w:val="en-US"/>
        </w:rPr>
        <w:t xml:space="preserve"> </w:t>
      </w:r>
      <w:r w:rsidRPr="00B506FB">
        <w:rPr>
          <w:color w:val="000000" w:themeColor="text1"/>
          <w:sz w:val="28"/>
          <w:szCs w:val="28"/>
        </w:rPr>
        <w:t>шегінде</w:t>
      </w:r>
      <w:r w:rsidRPr="00B506FB">
        <w:rPr>
          <w:color w:val="000000" w:themeColor="text1"/>
          <w:sz w:val="28"/>
          <w:szCs w:val="28"/>
          <w:lang w:val="en-US"/>
        </w:rPr>
        <w:t xml:space="preserve"> </w:t>
      </w:r>
      <w:r w:rsidRPr="00B506FB">
        <w:rPr>
          <w:color w:val="000000" w:themeColor="text1"/>
          <w:sz w:val="28"/>
          <w:szCs w:val="28"/>
        </w:rPr>
        <w:t>жүргізіледі</w:t>
      </w:r>
      <w:r w:rsidRPr="00B506FB">
        <w:rPr>
          <w:color w:val="000000" w:themeColor="text1"/>
          <w:sz w:val="28"/>
          <w:szCs w:val="28"/>
          <w:lang w:val="en-US"/>
        </w:rPr>
        <w:t>.</w:t>
      </w:r>
    </w:p>
    <w:p w14:paraId="18A8E142" w14:textId="1659A609"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5.6.</w:t>
      </w:r>
      <w:r w:rsidRPr="00B506FB">
        <w:rPr>
          <w:color w:val="000000" w:themeColor="text1"/>
          <w:sz w:val="28"/>
          <w:szCs w:val="28"/>
          <w:lang w:val="en-US"/>
        </w:rPr>
        <w:t xml:space="preserve"> </w:t>
      </w:r>
      <w:r w:rsidRPr="00B506FB">
        <w:rPr>
          <w:color w:val="000000" w:themeColor="text1"/>
          <w:sz w:val="28"/>
          <w:szCs w:val="28"/>
        </w:rPr>
        <w:t>Жұмыстардың</w:t>
      </w:r>
      <w:r w:rsidRPr="00B506FB">
        <w:rPr>
          <w:color w:val="000000" w:themeColor="text1"/>
          <w:sz w:val="28"/>
          <w:szCs w:val="28"/>
          <w:lang w:val="en-US"/>
        </w:rPr>
        <w:t xml:space="preserve"> </w:t>
      </w:r>
      <w:r w:rsidRPr="00B506FB">
        <w:rPr>
          <w:color w:val="000000" w:themeColor="text1"/>
          <w:sz w:val="28"/>
          <w:szCs w:val="28"/>
        </w:rPr>
        <w:t>құны</w:t>
      </w:r>
      <w:r w:rsidRPr="00B506FB">
        <w:rPr>
          <w:color w:val="000000" w:themeColor="text1"/>
          <w:sz w:val="28"/>
          <w:szCs w:val="28"/>
          <w:lang w:val="en-US"/>
        </w:rPr>
        <w:t xml:space="preserve"> </w:t>
      </w:r>
      <w:r w:rsidRPr="00B506FB">
        <w:rPr>
          <w:color w:val="000000" w:themeColor="text1"/>
          <w:sz w:val="28"/>
          <w:szCs w:val="28"/>
        </w:rPr>
        <w:t>Мердігердің</w:t>
      </w:r>
      <w:r w:rsidRPr="00B506FB">
        <w:rPr>
          <w:color w:val="000000" w:themeColor="text1"/>
          <w:sz w:val="28"/>
          <w:szCs w:val="28"/>
          <w:lang w:val="en-US"/>
        </w:rPr>
        <w:t xml:space="preserve"> </w:t>
      </w:r>
      <w:r w:rsidRPr="00B506FB">
        <w:rPr>
          <w:color w:val="000000" w:themeColor="text1"/>
          <w:sz w:val="28"/>
          <w:szCs w:val="28"/>
        </w:rPr>
        <w:t>міндеттемелерді</w:t>
      </w:r>
      <w:r w:rsidRPr="00B506FB">
        <w:rPr>
          <w:color w:val="000000" w:themeColor="text1"/>
          <w:sz w:val="28"/>
          <w:szCs w:val="28"/>
          <w:lang w:val="en-US"/>
        </w:rPr>
        <w:t xml:space="preserve"> </w:t>
      </w:r>
      <w:r w:rsidRPr="00B506FB">
        <w:rPr>
          <w:color w:val="000000" w:themeColor="text1"/>
          <w:sz w:val="28"/>
          <w:szCs w:val="28"/>
        </w:rPr>
        <w:t>орындауына</w:t>
      </w:r>
      <w:r w:rsidRPr="00B506FB">
        <w:rPr>
          <w:color w:val="000000" w:themeColor="text1"/>
          <w:sz w:val="28"/>
          <w:szCs w:val="28"/>
          <w:lang w:val="en-US"/>
        </w:rPr>
        <w:t xml:space="preserve"> </w:t>
      </w:r>
      <w:r w:rsidRPr="00B506FB">
        <w:rPr>
          <w:color w:val="000000" w:themeColor="text1"/>
          <w:sz w:val="28"/>
          <w:szCs w:val="28"/>
        </w:rPr>
        <w:t>тікелей</w:t>
      </w:r>
      <w:r w:rsidRPr="00B506FB">
        <w:rPr>
          <w:color w:val="000000" w:themeColor="text1"/>
          <w:sz w:val="28"/>
          <w:szCs w:val="28"/>
          <w:lang w:val="en-US"/>
        </w:rPr>
        <w:t xml:space="preserve"> </w:t>
      </w:r>
      <w:r w:rsidRPr="00B506FB">
        <w:rPr>
          <w:color w:val="000000" w:themeColor="text1"/>
          <w:sz w:val="28"/>
          <w:szCs w:val="28"/>
        </w:rPr>
        <w:t>байланысты</w:t>
      </w:r>
      <w:r w:rsidRPr="00B506FB">
        <w:rPr>
          <w:color w:val="000000" w:themeColor="text1"/>
          <w:sz w:val="28"/>
          <w:szCs w:val="28"/>
          <w:lang w:val="en-US"/>
        </w:rPr>
        <w:t xml:space="preserve"> </w:t>
      </w:r>
      <w:r w:rsidRPr="00B506FB">
        <w:rPr>
          <w:color w:val="000000" w:themeColor="text1"/>
          <w:sz w:val="28"/>
          <w:szCs w:val="28"/>
        </w:rPr>
        <w:t>барлық</w:t>
      </w:r>
      <w:r w:rsidRPr="00B506FB">
        <w:rPr>
          <w:color w:val="000000" w:themeColor="text1"/>
          <w:sz w:val="28"/>
          <w:szCs w:val="28"/>
          <w:lang w:val="en-US"/>
        </w:rPr>
        <w:t xml:space="preserve"> </w:t>
      </w:r>
      <w:r w:rsidRPr="00B506FB">
        <w:rPr>
          <w:color w:val="000000" w:themeColor="text1"/>
          <w:sz w:val="28"/>
          <w:szCs w:val="28"/>
        </w:rPr>
        <w:t>шығындарды</w:t>
      </w:r>
      <w:r w:rsidRPr="00B506FB">
        <w:rPr>
          <w:color w:val="000000" w:themeColor="text1"/>
          <w:sz w:val="28"/>
          <w:szCs w:val="28"/>
          <w:lang w:val="en-US"/>
        </w:rPr>
        <w:t xml:space="preserve"> </w:t>
      </w:r>
      <w:r w:rsidRPr="00B506FB">
        <w:rPr>
          <w:color w:val="000000" w:themeColor="text1"/>
          <w:sz w:val="28"/>
          <w:szCs w:val="28"/>
        </w:rPr>
        <w:t>қамтиды</w:t>
      </w:r>
      <w:r w:rsidRPr="00B506FB">
        <w:rPr>
          <w:color w:val="000000" w:themeColor="text1"/>
          <w:sz w:val="28"/>
          <w:szCs w:val="28"/>
          <w:lang w:val="en-US"/>
        </w:rPr>
        <w:t xml:space="preserve">, </w:t>
      </w:r>
      <w:r w:rsidRPr="00B506FB">
        <w:rPr>
          <w:color w:val="000000" w:themeColor="text1"/>
          <w:sz w:val="28"/>
          <w:szCs w:val="28"/>
        </w:rPr>
        <w:t>оның</w:t>
      </w:r>
      <w:r w:rsidRPr="00B506FB">
        <w:rPr>
          <w:color w:val="000000" w:themeColor="text1"/>
          <w:sz w:val="28"/>
          <w:szCs w:val="28"/>
          <w:lang w:val="en-US"/>
        </w:rPr>
        <w:t xml:space="preserve"> </w:t>
      </w:r>
      <w:r w:rsidRPr="00B506FB">
        <w:rPr>
          <w:color w:val="000000" w:themeColor="text1"/>
          <w:sz w:val="28"/>
          <w:szCs w:val="28"/>
        </w:rPr>
        <w:t>ішінде</w:t>
      </w:r>
      <w:r w:rsidRPr="00B506FB">
        <w:rPr>
          <w:color w:val="000000" w:themeColor="text1"/>
          <w:sz w:val="28"/>
          <w:szCs w:val="28"/>
          <w:lang w:val="en-US"/>
        </w:rPr>
        <w:t>:</w:t>
      </w:r>
    </w:p>
    <w:p w14:paraId="21D66563" w14:textId="77777777" w:rsidR="00B506FB" w:rsidRPr="00B506FB" w:rsidRDefault="00B506FB" w:rsidP="007F6C8D">
      <w:pPr>
        <w:numPr>
          <w:ilvl w:val="0"/>
          <w:numId w:val="44"/>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мамандардың объектіге шығуы;</w:t>
      </w:r>
    </w:p>
    <w:p w14:paraId="38FC5A96" w14:textId="77777777" w:rsidR="00B506FB" w:rsidRPr="00B506FB" w:rsidRDefault="00B506FB" w:rsidP="007F6C8D">
      <w:pPr>
        <w:numPr>
          <w:ilvl w:val="0"/>
          <w:numId w:val="44"/>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авариялық жағдайды тексеру;</w:t>
      </w:r>
    </w:p>
    <w:p w14:paraId="442BFB3E" w14:textId="77777777" w:rsidR="00B506FB" w:rsidRPr="00B506FB" w:rsidRDefault="00B506FB" w:rsidP="007F6C8D">
      <w:pPr>
        <w:numPr>
          <w:ilvl w:val="0"/>
          <w:numId w:val="44"/>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дайындық, бөлшектеу, монтаждау және қалпына келтіру жұмыстары;</w:t>
      </w:r>
    </w:p>
    <w:p w14:paraId="66524FB0" w14:textId="77777777" w:rsidR="00B506FB" w:rsidRPr="00B506FB" w:rsidRDefault="00B506FB" w:rsidP="007F6C8D">
      <w:pPr>
        <w:numPr>
          <w:ilvl w:val="0"/>
          <w:numId w:val="44"/>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қажетті материалдар мен жиынтықтаушы бұйымдардың құны;</w:t>
      </w:r>
    </w:p>
    <w:p w14:paraId="7EC80ECA" w14:textId="77777777" w:rsidR="00B506FB" w:rsidRPr="00B506FB" w:rsidRDefault="00B506FB" w:rsidP="007F6C8D">
      <w:pPr>
        <w:numPr>
          <w:ilvl w:val="0"/>
          <w:numId w:val="44"/>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бітеуіштерді, байпастарды және жалғағыш элементтерді орнату;</w:t>
      </w:r>
    </w:p>
    <w:p w14:paraId="5BEC6540" w14:textId="77777777" w:rsidR="00B506FB" w:rsidRPr="00B506FB" w:rsidRDefault="00B506FB" w:rsidP="007F6C8D">
      <w:pPr>
        <w:numPr>
          <w:ilvl w:val="0"/>
          <w:numId w:val="44"/>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қажетті тексерулер мен сынақтарды жүргізу;</w:t>
      </w:r>
    </w:p>
    <w:p w14:paraId="16F52A7C" w14:textId="77777777" w:rsidR="00B506FB" w:rsidRPr="00B506FB" w:rsidRDefault="00B506FB" w:rsidP="007F6C8D">
      <w:pPr>
        <w:numPr>
          <w:ilvl w:val="0"/>
          <w:numId w:val="44"/>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атқарушылық құжаттама мен есептілікті ресімдеу;</w:t>
      </w:r>
    </w:p>
    <w:p w14:paraId="566B8F8B" w14:textId="77777777" w:rsidR="00B506FB" w:rsidRPr="00B506FB" w:rsidRDefault="00B506FB" w:rsidP="007F6C8D">
      <w:pPr>
        <w:numPr>
          <w:ilvl w:val="0"/>
          <w:numId w:val="44"/>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құралдар мен жабдықтарды пайдалану;</w:t>
      </w:r>
    </w:p>
    <w:p w14:paraId="776E9FAF" w14:textId="77777777" w:rsidR="00B506FB" w:rsidRPr="00B506FB" w:rsidRDefault="00B506FB" w:rsidP="007F6C8D">
      <w:pPr>
        <w:numPr>
          <w:ilvl w:val="0"/>
          <w:numId w:val="44"/>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көлік және тиеу-түсіру шығындары;</w:t>
      </w:r>
    </w:p>
    <w:p w14:paraId="69F0F4C2" w14:textId="77777777" w:rsidR="00B506FB" w:rsidRPr="00B506FB" w:rsidRDefault="00B506FB" w:rsidP="007F6C8D">
      <w:pPr>
        <w:numPr>
          <w:ilvl w:val="0"/>
          <w:numId w:val="44"/>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Мердігердің міндеттемелері шегінде жұмыстар жүргізілетін орындарға қолжетімділікті қамтамасыз ету;</w:t>
      </w:r>
    </w:p>
    <w:p w14:paraId="5BEA9DCD" w14:textId="77777777" w:rsidR="00B506FB" w:rsidRPr="00B506FB" w:rsidRDefault="00B506FB" w:rsidP="007F6C8D">
      <w:pPr>
        <w:numPr>
          <w:ilvl w:val="0"/>
          <w:numId w:val="44"/>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жұмыстар нәтижесінде пайда болған қалдықтарды жинау және шығару;</w:t>
      </w:r>
    </w:p>
    <w:p w14:paraId="52B4ADD1" w14:textId="77777777" w:rsidR="00B506FB" w:rsidRPr="00B506FB" w:rsidRDefault="00B506FB" w:rsidP="007F6C8D">
      <w:pPr>
        <w:numPr>
          <w:ilvl w:val="0"/>
          <w:numId w:val="44"/>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келісілген жұмыстар көлемін орындауға тікелей байланысты өзге де ілеспе шығындар.</w:t>
      </w:r>
    </w:p>
    <w:p w14:paraId="787D1DCA" w14:textId="08436072"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5.7.</w:t>
      </w:r>
      <w:r w:rsidRPr="00B506FB">
        <w:rPr>
          <w:color w:val="000000" w:themeColor="text1"/>
          <w:sz w:val="28"/>
          <w:szCs w:val="28"/>
          <w:lang w:val="en-US"/>
        </w:rPr>
        <w:t xml:space="preserve"> </w:t>
      </w:r>
      <w:r w:rsidRPr="00B506FB">
        <w:rPr>
          <w:color w:val="000000" w:themeColor="text1"/>
          <w:sz w:val="28"/>
          <w:szCs w:val="28"/>
        </w:rPr>
        <w:t>Егер</w:t>
      </w:r>
      <w:r w:rsidRPr="00B506FB">
        <w:rPr>
          <w:color w:val="000000" w:themeColor="text1"/>
          <w:sz w:val="28"/>
          <w:szCs w:val="28"/>
          <w:lang w:val="en-US"/>
        </w:rPr>
        <w:t xml:space="preserve"> </w:t>
      </w:r>
      <w:r w:rsidRPr="00B506FB">
        <w:rPr>
          <w:color w:val="000000" w:themeColor="text1"/>
          <w:sz w:val="28"/>
          <w:szCs w:val="28"/>
        </w:rPr>
        <w:t>тараптар</w:t>
      </w:r>
      <w:r w:rsidRPr="00B506FB">
        <w:rPr>
          <w:color w:val="000000" w:themeColor="text1"/>
          <w:sz w:val="28"/>
          <w:szCs w:val="28"/>
          <w:lang w:val="en-US"/>
        </w:rPr>
        <w:t xml:space="preserve"> </w:t>
      </w:r>
      <w:r w:rsidRPr="00B506FB">
        <w:rPr>
          <w:color w:val="000000" w:themeColor="text1"/>
          <w:sz w:val="28"/>
          <w:szCs w:val="28"/>
        </w:rPr>
        <w:t>жазбаша</w:t>
      </w:r>
      <w:r w:rsidRPr="00B506FB">
        <w:rPr>
          <w:color w:val="000000" w:themeColor="text1"/>
          <w:sz w:val="28"/>
          <w:szCs w:val="28"/>
          <w:lang w:val="en-US"/>
        </w:rPr>
        <w:t xml:space="preserve"> </w:t>
      </w:r>
      <w:r w:rsidRPr="00B506FB">
        <w:rPr>
          <w:color w:val="000000" w:themeColor="text1"/>
          <w:sz w:val="28"/>
          <w:szCs w:val="28"/>
        </w:rPr>
        <w:t>түрде</w:t>
      </w:r>
      <w:r w:rsidRPr="00B506FB">
        <w:rPr>
          <w:color w:val="000000" w:themeColor="text1"/>
          <w:sz w:val="28"/>
          <w:szCs w:val="28"/>
          <w:lang w:val="en-US"/>
        </w:rPr>
        <w:t xml:space="preserve"> </w:t>
      </w:r>
      <w:r w:rsidRPr="00B506FB">
        <w:rPr>
          <w:color w:val="000000" w:themeColor="text1"/>
          <w:sz w:val="28"/>
          <w:szCs w:val="28"/>
        </w:rPr>
        <w:t>алдын</w:t>
      </w:r>
      <w:r w:rsidRPr="00B506FB">
        <w:rPr>
          <w:color w:val="000000" w:themeColor="text1"/>
          <w:sz w:val="28"/>
          <w:szCs w:val="28"/>
          <w:lang w:val="en-US"/>
        </w:rPr>
        <w:t xml:space="preserve"> </w:t>
      </w:r>
      <w:r w:rsidRPr="00B506FB">
        <w:rPr>
          <w:color w:val="000000" w:themeColor="text1"/>
          <w:sz w:val="28"/>
          <w:szCs w:val="28"/>
        </w:rPr>
        <w:t>ала</w:t>
      </w:r>
      <w:r w:rsidRPr="00B506FB">
        <w:rPr>
          <w:color w:val="000000" w:themeColor="text1"/>
          <w:sz w:val="28"/>
          <w:szCs w:val="28"/>
          <w:lang w:val="en-US"/>
        </w:rPr>
        <w:t xml:space="preserve"> </w:t>
      </w:r>
      <w:r w:rsidRPr="00B506FB">
        <w:rPr>
          <w:color w:val="000000" w:themeColor="text1"/>
          <w:sz w:val="28"/>
          <w:szCs w:val="28"/>
        </w:rPr>
        <w:t>өзгеше</w:t>
      </w:r>
      <w:r w:rsidRPr="00B506FB">
        <w:rPr>
          <w:color w:val="000000" w:themeColor="text1"/>
          <w:sz w:val="28"/>
          <w:szCs w:val="28"/>
          <w:lang w:val="en-US"/>
        </w:rPr>
        <w:t xml:space="preserve"> </w:t>
      </w:r>
      <w:r w:rsidRPr="00B506FB">
        <w:rPr>
          <w:color w:val="000000" w:themeColor="text1"/>
          <w:sz w:val="28"/>
          <w:szCs w:val="28"/>
        </w:rPr>
        <w:t>келіспесе</w:t>
      </w:r>
      <w:r w:rsidRPr="00B506FB">
        <w:rPr>
          <w:color w:val="000000" w:themeColor="text1"/>
          <w:sz w:val="28"/>
          <w:szCs w:val="28"/>
          <w:lang w:val="en-US"/>
        </w:rPr>
        <w:t xml:space="preserve">, </w:t>
      </w:r>
      <w:r w:rsidRPr="00B506FB">
        <w:rPr>
          <w:color w:val="000000" w:themeColor="text1"/>
          <w:sz w:val="28"/>
          <w:szCs w:val="28"/>
        </w:rPr>
        <w:t>барлық</w:t>
      </w:r>
      <w:r w:rsidRPr="00B506FB">
        <w:rPr>
          <w:color w:val="000000" w:themeColor="text1"/>
          <w:sz w:val="28"/>
          <w:szCs w:val="28"/>
          <w:lang w:val="en-US"/>
        </w:rPr>
        <w:t xml:space="preserve"> </w:t>
      </w:r>
      <w:r w:rsidRPr="00B506FB">
        <w:rPr>
          <w:color w:val="000000" w:themeColor="text1"/>
          <w:sz w:val="28"/>
          <w:szCs w:val="28"/>
        </w:rPr>
        <w:t>ілеспе</w:t>
      </w:r>
      <w:r w:rsidRPr="00B506FB">
        <w:rPr>
          <w:color w:val="000000" w:themeColor="text1"/>
          <w:sz w:val="28"/>
          <w:szCs w:val="28"/>
          <w:lang w:val="en-US"/>
        </w:rPr>
        <w:t xml:space="preserve"> </w:t>
      </w:r>
      <w:r w:rsidRPr="00B506FB">
        <w:rPr>
          <w:color w:val="000000" w:themeColor="text1"/>
          <w:sz w:val="28"/>
          <w:szCs w:val="28"/>
        </w:rPr>
        <w:t>шығындар</w:t>
      </w:r>
      <w:r w:rsidRPr="00B506FB">
        <w:rPr>
          <w:color w:val="000000" w:themeColor="text1"/>
          <w:sz w:val="28"/>
          <w:szCs w:val="28"/>
          <w:lang w:val="en-US"/>
        </w:rPr>
        <w:t xml:space="preserve"> </w:t>
      </w:r>
      <w:r w:rsidRPr="00B506FB">
        <w:rPr>
          <w:color w:val="000000" w:themeColor="text1"/>
          <w:sz w:val="28"/>
          <w:szCs w:val="28"/>
        </w:rPr>
        <w:t>жұмыстардың</w:t>
      </w:r>
      <w:r w:rsidRPr="00B506FB">
        <w:rPr>
          <w:color w:val="000000" w:themeColor="text1"/>
          <w:sz w:val="28"/>
          <w:szCs w:val="28"/>
          <w:lang w:val="en-US"/>
        </w:rPr>
        <w:t xml:space="preserve"> </w:t>
      </w:r>
      <w:r w:rsidRPr="00B506FB">
        <w:rPr>
          <w:color w:val="000000" w:themeColor="text1"/>
          <w:sz w:val="28"/>
          <w:szCs w:val="28"/>
        </w:rPr>
        <w:t>келісілген</w:t>
      </w:r>
      <w:r w:rsidRPr="00B506FB">
        <w:rPr>
          <w:color w:val="000000" w:themeColor="text1"/>
          <w:sz w:val="28"/>
          <w:szCs w:val="28"/>
          <w:lang w:val="en-US"/>
        </w:rPr>
        <w:t xml:space="preserve"> </w:t>
      </w:r>
      <w:r w:rsidRPr="00B506FB">
        <w:rPr>
          <w:color w:val="000000" w:themeColor="text1"/>
          <w:sz w:val="28"/>
          <w:szCs w:val="28"/>
        </w:rPr>
        <w:t>құнына</w:t>
      </w:r>
      <w:r w:rsidRPr="00B506FB">
        <w:rPr>
          <w:color w:val="000000" w:themeColor="text1"/>
          <w:sz w:val="28"/>
          <w:szCs w:val="28"/>
          <w:lang w:val="en-US"/>
        </w:rPr>
        <w:t xml:space="preserve"> </w:t>
      </w:r>
      <w:r w:rsidRPr="00B506FB">
        <w:rPr>
          <w:color w:val="000000" w:themeColor="text1"/>
          <w:sz w:val="28"/>
          <w:szCs w:val="28"/>
        </w:rPr>
        <w:t>енгізіледі</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Тапсырыс</w:t>
      </w:r>
      <w:r w:rsidRPr="00B506FB">
        <w:rPr>
          <w:color w:val="000000" w:themeColor="text1"/>
          <w:sz w:val="28"/>
          <w:szCs w:val="28"/>
          <w:lang w:val="en-US"/>
        </w:rPr>
        <w:t xml:space="preserve"> </w:t>
      </w:r>
      <w:r w:rsidRPr="00B506FB">
        <w:rPr>
          <w:color w:val="000000" w:themeColor="text1"/>
          <w:sz w:val="28"/>
          <w:szCs w:val="28"/>
        </w:rPr>
        <w:t>берушіге</w:t>
      </w:r>
      <w:r w:rsidRPr="00B506FB">
        <w:rPr>
          <w:color w:val="000000" w:themeColor="text1"/>
          <w:sz w:val="28"/>
          <w:szCs w:val="28"/>
          <w:lang w:val="en-US"/>
        </w:rPr>
        <w:t xml:space="preserve"> </w:t>
      </w:r>
      <w:r w:rsidRPr="00B506FB">
        <w:rPr>
          <w:color w:val="000000" w:themeColor="text1"/>
          <w:sz w:val="28"/>
          <w:szCs w:val="28"/>
        </w:rPr>
        <w:t>жеке</w:t>
      </w:r>
      <w:r w:rsidRPr="00B506FB">
        <w:rPr>
          <w:color w:val="000000" w:themeColor="text1"/>
          <w:sz w:val="28"/>
          <w:szCs w:val="28"/>
          <w:lang w:val="en-US"/>
        </w:rPr>
        <w:t xml:space="preserve"> </w:t>
      </w:r>
      <w:r w:rsidRPr="00B506FB">
        <w:rPr>
          <w:color w:val="000000" w:themeColor="text1"/>
          <w:sz w:val="28"/>
          <w:szCs w:val="28"/>
        </w:rPr>
        <w:t>төлем</w:t>
      </w:r>
      <w:r w:rsidRPr="00B506FB">
        <w:rPr>
          <w:color w:val="000000" w:themeColor="text1"/>
          <w:sz w:val="28"/>
          <w:szCs w:val="28"/>
          <w:lang w:val="en-US"/>
        </w:rPr>
        <w:t xml:space="preserve"> </w:t>
      </w:r>
      <w:r w:rsidRPr="00B506FB">
        <w:rPr>
          <w:color w:val="000000" w:themeColor="text1"/>
          <w:sz w:val="28"/>
          <w:szCs w:val="28"/>
        </w:rPr>
        <w:t>ретінде</w:t>
      </w:r>
      <w:r w:rsidRPr="00B506FB">
        <w:rPr>
          <w:color w:val="000000" w:themeColor="text1"/>
          <w:sz w:val="28"/>
          <w:szCs w:val="28"/>
          <w:lang w:val="en-US"/>
        </w:rPr>
        <w:t xml:space="preserve"> </w:t>
      </w:r>
      <w:r w:rsidRPr="00B506FB">
        <w:rPr>
          <w:color w:val="000000" w:themeColor="text1"/>
          <w:sz w:val="28"/>
          <w:szCs w:val="28"/>
        </w:rPr>
        <w:t>ұсынылмайды</w:t>
      </w:r>
      <w:r w:rsidRPr="00B506FB">
        <w:rPr>
          <w:color w:val="000000" w:themeColor="text1"/>
          <w:sz w:val="28"/>
          <w:szCs w:val="28"/>
          <w:lang w:val="en-US"/>
        </w:rPr>
        <w:t>.</w:t>
      </w:r>
    </w:p>
    <w:p w14:paraId="72ECB9AD" w14:textId="1BD7993B"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5.8.</w:t>
      </w:r>
      <w:r w:rsidRPr="00B506FB">
        <w:rPr>
          <w:color w:val="000000" w:themeColor="text1"/>
          <w:sz w:val="28"/>
          <w:szCs w:val="28"/>
          <w:lang w:val="en-US"/>
        </w:rPr>
        <w:t xml:space="preserve"> </w:t>
      </w:r>
      <w:r w:rsidRPr="00B506FB">
        <w:rPr>
          <w:color w:val="000000" w:themeColor="text1"/>
          <w:sz w:val="28"/>
          <w:szCs w:val="28"/>
        </w:rPr>
        <w:t>Мердігердің</w:t>
      </w:r>
      <w:r w:rsidRPr="00B506FB">
        <w:rPr>
          <w:color w:val="000000" w:themeColor="text1"/>
          <w:sz w:val="28"/>
          <w:szCs w:val="28"/>
          <w:lang w:val="en-US"/>
        </w:rPr>
        <w:t xml:space="preserve"> </w:t>
      </w:r>
      <w:r w:rsidRPr="00B506FB">
        <w:rPr>
          <w:color w:val="000000" w:themeColor="text1"/>
          <w:sz w:val="28"/>
          <w:szCs w:val="28"/>
        </w:rPr>
        <w:t>кінәсінен</w:t>
      </w:r>
      <w:r w:rsidRPr="00B506FB">
        <w:rPr>
          <w:color w:val="000000" w:themeColor="text1"/>
          <w:sz w:val="28"/>
          <w:szCs w:val="28"/>
          <w:lang w:val="en-US"/>
        </w:rPr>
        <w:t xml:space="preserve"> </w:t>
      </w:r>
      <w:r w:rsidRPr="00B506FB">
        <w:rPr>
          <w:color w:val="000000" w:themeColor="text1"/>
          <w:sz w:val="28"/>
          <w:szCs w:val="28"/>
        </w:rPr>
        <w:t>орындалған</w:t>
      </w:r>
      <w:r w:rsidRPr="00B506FB">
        <w:rPr>
          <w:color w:val="000000" w:themeColor="text1"/>
          <w:sz w:val="28"/>
          <w:szCs w:val="28"/>
          <w:lang w:val="en-US"/>
        </w:rPr>
        <w:t xml:space="preserve"> </w:t>
      </w:r>
      <w:r w:rsidRPr="00B506FB">
        <w:rPr>
          <w:color w:val="000000" w:themeColor="text1"/>
          <w:sz w:val="28"/>
          <w:szCs w:val="28"/>
        </w:rPr>
        <w:t>жұмыстардың</w:t>
      </w:r>
      <w:r w:rsidRPr="00B506FB">
        <w:rPr>
          <w:color w:val="000000" w:themeColor="text1"/>
          <w:sz w:val="28"/>
          <w:szCs w:val="28"/>
          <w:lang w:val="en-US"/>
        </w:rPr>
        <w:t xml:space="preserve"> </w:t>
      </w:r>
      <w:r w:rsidRPr="00B506FB">
        <w:rPr>
          <w:color w:val="000000" w:themeColor="text1"/>
          <w:sz w:val="28"/>
          <w:szCs w:val="28"/>
        </w:rPr>
        <w:t>кемшіліктеріне</w:t>
      </w:r>
      <w:r w:rsidRPr="00B506FB">
        <w:rPr>
          <w:color w:val="000000" w:themeColor="text1"/>
          <w:sz w:val="28"/>
          <w:szCs w:val="28"/>
          <w:lang w:val="en-US"/>
        </w:rPr>
        <w:t xml:space="preserve"> </w:t>
      </w:r>
      <w:r w:rsidRPr="00B506FB">
        <w:rPr>
          <w:color w:val="000000" w:themeColor="text1"/>
          <w:sz w:val="28"/>
          <w:szCs w:val="28"/>
        </w:rPr>
        <w:t>байланысты</w:t>
      </w:r>
      <w:r w:rsidRPr="00B506FB">
        <w:rPr>
          <w:color w:val="000000" w:themeColor="text1"/>
          <w:sz w:val="28"/>
          <w:szCs w:val="28"/>
          <w:lang w:val="en-US"/>
        </w:rPr>
        <w:t xml:space="preserve"> </w:t>
      </w:r>
      <w:r w:rsidRPr="00B506FB">
        <w:rPr>
          <w:color w:val="000000" w:themeColor="text1"/>
          <w:sz w:val="28"/>
          <w:szCs w:val="28"/>
        </w:rPr>
        <w:t>қажетті</w:t>
      </w:r>
      <w:r w:rsidRPr="00B506FB">
        <w:rPr>
          <w:color w:val="000000" w:themeColor="text1"/>
          <w:sz w:val="28"/>
          <w:szCs w:val="28"/>
          <w:lang w:val="en-US"/>
        </w:rPr>
        <w:t xml:space="preserve"> </w:t>
      </w:r>
      <w:r w:rsidRPr="00B506FB">
        <w:rPr>
          <w:color w:val="000000" w:themeColor="text1"/>
          <w:sz w:val="28"/>
          <w:szCs w:val="28"/>
        </w:rPr>
        <w:t>қайталама</w:t>
      </w:r>
      <w:r w:rsidRPr="00B506FB">
        <w:rPr>
          <w:color w:val="000000" w:themeColor="text1"/>
          <w:sz w:val="28"/>
          <w:szCs w:val="28"/>
          <w:lang w:val="en-US"/>
        </w:rPr>
        <w:t xml:space="preserve"> </w:t>
      </w:r>
      <w:r w:rsidRPr="00B506FB">
        <w:rPr>
          <w:color w:val="000000" w:themeColor="text1"/>
          <w:sz w:val="28"/>
          <w:szCs w:val="28"/>
        </w:rPr>
        <w:t>шығулар</w:t>
      </w:r>
      <w:r w:rsidRPr="00B506FB">
        <w:rPr>
          <w:color w:val="000000" w:themeColor="text1"/>
          <w:sz w:val="28"/>
          <w:szCs w:val="28"/>
          <w:lang w:val="en-US"/>
        </w:rPr>
        <w:t xml:space="preserve"> </w:t>
      </w:r>
      <w:r w:rsidRPr="00B506FB">
        <w:rPr>
          <w:color w:val="000000" w:themeColor="text1"/>
          <w:sz w:val="28"/>
          <w:szCs w:val="28"/>
        </w:rPr>
        <w:t>Мердігердің</w:t>
      </w:r>
      <w:r w:rsidRPr="00B506FB">
        <w:rPr>
          <w:color w:val="000000" w:themeColor="text1"/>
          <w:sz w:val="28"/>
          <w:szCs w:val="28"/>
          <w:lang w:val="en-US"/>
        </w:rPr>
        <w:t xml:space="preserve"> </w:t>
      </w:r>
      <w:r w:rsidRPr="00B506FB">
        <w:rPr>
          <w:color w:val="000000" w:themeColor="text1"/>
          <w:sz w:val="28"/>
          <w:szCs w:val="28"/>
        </w:rPr>
        <w:t>есебінен</w:t>
      </w:r>
      <w:r w:rsidRPr="00B506FB">
        <w:rPr>
          <w:color w:val="000000" w:themeColor="text1"/>
          <w:sz w:val="28"/>
          <w:szCs w:val="28"/>
          <w:lang w:val="en-US"/>
        </w:rPr>
        <w:t xml:space="preserve"> </w:t>
      </w:r>
      <w:r w:rsidRPr="00B506FB">
        <w:rPr>
          <w:color w:val="000000" w:themeColor="text1"/>
          <w:sz w:val="28"/>
          <w:szCs w:val="28"/>
        </w:rPr>
        <w:t>орындалады</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Тапсырыс</w:t>
      </w:r>
      <w:r w:rsidRPr="00B506FB">
        <w:rPr>
          <w:color w:val="000000" w:themeColor="text1"/>
          <w:sz w:val="28"/>
          <w:szCs w:val="28"/>
          <w:lang w:val="en-US"/>
        </w:rPr>
        <w:t xml:space="preserve"> </w:t>
      </w:r>
      <w:r w:rsidRPr="00B506FB">
        <w:rPr>
          <w:color w:val="000000" w:themeColor="text1"/>
          <w:sz w:val="28"/>
          <w:szCs w:val="28"/>
        </w:rPr>
        <w:t>берушінің</w:t>
      </w:r>
      <w:r w:rsidRPr="00B506FB">
        <w:rPr>
          <w:color w:val="000000" w:themeColor="text1"/>
          <w:sz w:val="28"/>
          <w:szCs w:val="28"/>
          <w:lang w:val="en-US"/>
        </w:rPr>
        <w:t xml:space="preserve"> </w:t>
      </w:r>
      <w:r w:rsidRPr="00B506FB">
        <w:rPr>
          <w:color w:val="000000" w:themeColor="text1"/>
          <w:sz w:val="28"/>
          <w:szCs w:val="28"/>
        </w:rPr>
        <w:t>қосымша</w:t>
      </w:r>
      <w:r w:rsidRPr="00B506FB">
        <w:rPr>
          <w:color w:val="000000" w:themeColor="text1"/>
          <w:sz w:val="28"/>
          <w:szCs w:val="28"/>
          <w:lang w:val="en-US"/>
        </w:rPr>
        <w:t xml:space="preserve"> </w:t>
      </w:r>
      <w:r w:rsidRPr="00B506FB">
        <w:rPr>
          <w:color w:val="000000" w:themeColor="text1"/>
          <w:sz w:val="28"/>
          <w:szCs w:val="28"/>
        </w:rPr>
        <w:t>төлем</w:t>
      </w:r>
      <w:r w:rsidRPr="00B506FB">
        <w:rPr>
          <w:color w:val="000000" w:themeColor="text1"/>
          <w:sz w:val="28"/>
          <w:szCs w:val="28"/>
          <w:lang w:val="en-US"/>
        </w:rPr>
        <w:t xml:space="preserve"> </w:t>
      </w:r>
      <w:r w:rsidRPr="00B506FB">
        <w:rPr>
          <w:color w:val="000000" w:themeColor="text1"/>
          <w:sz w:val="28"/>
          <w:szCs w:val="28"/>
        </w:rPr>
        <w:t>жасауына</w:t>
      </w:r>
      <w:r w:rsidRPr="00B506FB">
        <w:rPr>
          <w:color w:val="000000" w:themeColor="text1"/>
          <w:sz w:val="28"/>
          <w:szCs w:val="28"/>
          <w:lang w:val="en-US"/>
        </w:rPr>
        <w:t xml:space="preserve"> </w:t>
      </w:r>
      <w:r w:rsidRPr="00B506FB">
        <w:rPr>
          <w:color w:val="000000" w:themeColor="text1"/>
          <w:sz w:val="28"/>
          <w:szCs w:val="28"/>
        </w:rPr>
        <w:t>жатпайды</w:t>
      </w:r>
      <w:r w:rsidRPr="00B506FB">
        <w:rPr>
          <w:color w:val="000000" w:themeColor="text1"/>
          <w:sz w:val="28"/>
          <w:szCs w:val="28"/>
          <w:lang w:val="en-US"/>
        </w:rPr>
        <w:t>.</w:t>
      </w:r>
    </w:p>
    <w:p w14:paraId="7E9C263E" w14:textId="77777777" w:rsidR="00B506FB" w:rsidRPr="00B506FB" w:rsidRDefault="00B506FB" w:rsidP="007F6C8D">
      <w:pPr>
        <w:pStyle w:val="21"/>
        <w:spacing w:before="0"/>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6. Кепілдік міндеттемелер</w:t>
      </w:r>
    </w:p>
    <w:p w14:paraId="4774173A" w14:textId="391E3F88"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6.1.</w:t>
      </w:r>
      <w:r w:rsidRPr="00B506FB">
        <w:rPr>
          <w:color w:val="000000" w:themeColor="text1"/>
          <w:sz w:val="28"/>
          <w:szCs w:val="28"/>
          <w:lang w:val="en-US"/>
        </w:rPr>
        <w:t xml:space="preserve"> </w:t>
      </w:r>
      <w:r w:rsidRPr="00B506FB">
        <w:rPr>
          <w:color w:val="000000" w:themeColor="text1"/>
          <w:sz w:val="28"/>
          <w:szCs w:val="28"/>
        </w:rPr>
        <w:t>Орындалған</w:t>
      </w:r>
      <w:r w:rsidRPr="00B506FB">
        <w:rPr>
          <w:color w:val="000000" w:themeColor="text1"/>
          <w:sz w:val="28"/>
          <w:szCs w:val="28"/>
          <w:lang w:val="en-US"/>
        </w:rPr>
        <w:t xml:space="preserve"> </w:t>
      </w:r>
      <w:r w:rsidRPr="00B506FB">
        <w:rPr>
          <w:color w:val="000000" w:themeColor="text1"/>
          <w:sz w:val="28"/>
          <w:szCs w:val="28"/>
        </w:rPr>
        <w:t>жұмыстарға</w:t>
      </w:r>
      <w:r w:rsidRPr="00B506FB">
        <w:rPr>
          <w:color w:val="000000" w:themeColor="text1"/>
          <w:sz w:val="28"/>
          <w:szCs w:val="28"/>
          <w:lang w:val="en-US"/>
        </w:rPr>
        <w:t xml:space="preserve"> </w:t>
      </w:r>
      <w:r w:rsidRPr="00B506FB">
        <w:rPr>
          <w:color w:val="000000" w:themeColor="text1"/>
          <w:sz w:val="28"/>
          <w:szCs w:val="28"/>
        </w:rPr>
        <w:t>кепілдік</w:t>
      </w:r>
      <w:r w:rsidRPr="00B506FB">
        <w:rPr>
          <w:color w:val="000000" w:themeColor="text1"/>
          <w:sz w:val="28"/>
          <w:szCs w:val="28"/>
          <w:lang w:val="en-US"/>
        </w:rPr>
        <w:t xml:space="preserve"> </w:t>
      </w:r>
      <w:r w:rsidRPr="00B506FB">
        <w:rPr>
          <w:color w:val="000000" w:themeColor="text1"/>
          <w:sz w:val="28"/>
          <w:szCs w:val="28"/>
        </w:rPr>
        <w:t>мерзімі</w:t>
      </w:r>
      <w:r w:rsidRPr="00B506FB">
        <w:rPr>
          <w:color w:val="000000" w:themeColor="text1"/>
          <w:sz w:val="28"/>
          <w:szCs w:val="28"/>
          <w:lang w:val="en-US"/>
        </w:rPr>
        <w:t xml:space="preserve">, </w:t>
      </w:r>
      <w:r w:rsidRPr="00B506FB">
        <w:rPr>
          <w:color w:val="000000" w:themeColor="text1"/>
          <w:sz w:val="28"/>
          <w:szCs w:val="28"/>
        </w:rPr>
        <w:t>егер</w:t>
      </w:r>
      <w:r w:rsidRPr="00B506FB">
        <w:rPr>
          <w:color w:val="000000" w:themeColor="text1"/>
          <w:sz w:val="28"/>
          <w:szCs w:val="28"/>
          <w:lang w:val="en-US"/>
        </w:rPr>
        <w:t xml:space="preserve"> </w:t>
      </w:r>
      <w:r w:rsidRPr="00B506FB">
        <w:rPr>
          <w:color w:val="000000" w:themeColor="text1"/>
          <w:sz w:val="28"/>
          <w:szCs w:val="28"/>
        </w:rPr>
        <w:t>шартта</w:t>
      </w:r>
      <w:r w:rsidRPr="00B506FB">
        <w:rPr>
          <w:color w:val="000000" w:themeColor="text1"/>
          <w:sz w:val="28"/>
          <w:szCs w:val="28"/>
          <w:lang w:val="en-US"/>
        </w:rPr>
        <w:t xml:space="preserve"> </w:t>
      </w:r>
      <w:r w:rsidRPr="00B506FB">
        <w:rPr>
          <w:color w:val="000000" w:themeColor="text1"/>
          <w:sz w:val="28"/>
          <w:szCs w:val="28"/>
        </w:rPr>
        <w:t>немесе</w:t>
      </w:r>
      <w:r w:rsidRPr="00B506FB">
        <w:rPr>
          <w:color w:val="000000" w:themeColor="text1"/>
          <w:sz w:val="28"/>
          <w:szCs w:val="28"/>
          <w:lang w:val="en-US"/>
        </w:rPr>
        <w:t xml:space="preserve"> </w:t>
      </w:r>
      <w:r w:rsidRPr="00B506FB">
        <w:rPr>
          <w:color w:val="000000" w:themeColor="text1"/>
          <w:sz w:val="28"/>
          <w:szCs w:val="28"/>
        </w:rPr>
        <w:t>заңнаманың</w:t>
      </w:r>
      <w:r w:rsidRPr="00B506FB">
        <w:rPr>
          <w:color w:val="000000" w:themeColor="text1"/>
          <w:sz w:val="28"/>
          <w:szCs w:val="28"/>
          <w:lang w:val="en-US"/>
        </w:rPr>
        <w:t xml:space="preserve"> </w:t>
      </w:r>
      <w:r w:rsidRPr="00B506FB">
        <w:rPr>
          <w:color w:val="000000" w:themeColor="text1"/>
          <w:sz w:val="28"/>
          <w:szCs w:val="28"/>
        </w:rPr>
        <w:t>міндетті</w:t>
      </w:r>
      <w:r w:rsidRPr="00B506FB">
        <w:rPr>
          <w:color w:val="000000" w:themeColor="text1"/>
          <w:sz w:val="28"/>
          <w:szCs w:val="28"/>
          <w:lang w:val="en-US"/>
        </w:rPr>
        <w:t xml:space="preserve"> </w:t>
      </w:r>
      <w:r w:rsidRPr="00B506FB">
        <w:rPr>
          <w:color w:val="000000" w:themeColor="text1"/>
          <w:sz w:val="28"/>
          <w:szCs w:val="28"/>
        </w:rPr>
        <w:t>талаптарында</w:t>
      </w:r>
      <w:r w:rsidRPr="00B506FB">
        <w:rPr>
          <w:color w:val="000000" w:themeColor="text1"/>
          <w:sz w:val="28"/>
          <w:szCs w:val="28"/>
          <w:lang w:val="en-US"/>
        </w:rPr>
        <w:t xml:space="preserve"> </w:t>
      </w:r>
      <w:r w:rsidRPr="00B506FB">
        <w:rPr>
          <w:color w:val="000000" w:themeColor="text1"/>
          <w:sz w:val="28"/>
          <w:szCs w:val="28"/>
        </w:rPr>
        <w:t>өзгеше</w:t>
      </w:r>
      <w:r w:rsidRPr="00B506FB">
        <w:rPr>
          <w:color w:val="000000" w:themeColor="text1"/>
          <w:sz w:val="28"/>
          <w:szCs w:val="28"/>
          <w:lang w:val="en-US"/>
        </w:rPr>
        <w:t xml:space="preserve"> </w:t>
      </w:r>
      <w:r w:rsidRPr="00B506FB">
        <w:rPr>
          <w:color w:val="000000" w:themeColor="text1"/>
          <w:sz w:val="28"/>
          <w:szCs w:val="28"/>
        </w:rPr>
        <w:t>мерзім</w:t>
      </w:r>
      <w:r w:rsidRPr="00B506FB">
        <w:rPr>
          <w:color w:val="000000" w:themeColor="text1"/>
          <w:sz w:val="28"/>
          <w:szCs w:val="28"/>
          <w:lang w:val="en-US"/>
        </w:rPr>
        <w:t xml:space="preserve"> </w:t>
      </w:r>
      <w:r w:rsidRPr="00B506FB">
        <w:rPr>
          <w:color w:val="000000" w:themeColor="text1"/>
          <w:sz w:val="28"/>
          <w:szCs w:val="28"/>
        </w:rPr>
        <w:t>белгіленбесе</w:t>
      </w:r>
      <w:r w:rsidRPr="00B506FB">
        <w:rPr>
          <w:color w:val="000000" w:themeColor="text1"/>
          <w:sz w:val="28"/>
          <w:szCs w:val="28"/>
          <w:lang w:val="en-US"/>
        </w:rPr>
        <w:t xml:space="preserve">, </w:t>
      </w:r>
      <w:r w:rsidRPr="00B506FB">
        <w:rPr>
          <w:color w:val="000000" w:themeColor="text1"/>
          <w:sz w:val="28"/>
          <w:szCs w:val="28"/>
        </w:rPr>
        <w:t>Тапсырыс</w:t>
      </w:r>
      <w:r w:rsidRPr="00B506FB">
        <w:rPr>
          <w:color w:val="000000" w:themeColor="text1"/>
          <w:sz w:val="28"/>
          <w:szCs w:val="28"/>
          <w:lang w:val="en-US"/>
        </w:rPr>
        <w:t xml:space="preserve"> </w:t>
      </w:r>
      <w:r w:rsidRPr="00B506FB">
        <w:rPr>
          <w:color w:val="000000" w:themeColor="text1"/>
          <w:sz w:val="28"/>
          <w:szCs w:val="28"/>
        </w:rPr>
        <w:t>беруші</w:t>
      </w:r>
      <w:r w:rsidRPr="00B506FB">
        <w:rPr>
          <w:color w:val="000000" w:themeColor="text1"/>
          <w:sz w:val="28"/>
          <w:szCs w:val="28"/>
          <w:lang w:val="en-US"/>
        </w:rPr>
        <w:t xml:space="preserve"> </w:t>
      </w:r>
      <w:r w:rsidRPr="00B506FB">
        <w:rPr>
          <w:color w:val="000000" w:themeColor="text1"/>
          <w:sz w:val="28"/>
          <w:szCs w:val="28"/>
        </w:rPr>
        <w:t>орындалған</w:t>
      </w:r>
      <w:r w:rsidRPr="00B506FB">
        <w:rPr>
          <w:color w:val="000000" w:themeColor="text1"/>
          <w:sz w:val="28"/>
          <w:szCs w:val="28"/>
          <w:lang w:val="en-US"/>
        </w:rPr>
        <w:t xml:space="preserve"> </w:t>
      </w:r>
      <w:r w:rsidRPr="00B506FB">
        <w:rPr>
          <w:color w:val="000000" w:themeColor="text1"/>
          <w:sz w:val="28"/>
          <w:szCs w:val="28"/>
        </w:rPr>
        <w:t>жұмыстарды</w:t>
      </w:r>
      <w:r w:rsidRPr="00B506FB">
        <w:rPr>
          <w:color w:val="000000" w:themeColor="text1"/>
          <w:sz w:val="28"/>
          <w:szCs w:val="28"/>
          <w:lang w:val="en-US"/>
        </w:rPr>
        <w:t xml:space="preserve"> </w:t>
      </w:r>
      <w:r w:rsidRPr="00B506FB">
        <w:rPr>
          <w:color w:val="000000" w:themeColor="text1"/>
          <w:sz w:val="28"/>
          <w:szCs w:val="28"/>
        </w:rPr>
        <w:t>қабылдау</w:t>
      </w:r>
      <w:r w:rsidRPr="00B506FB">
        <w:rPr>
          <w:color w:val="000000" w:themeColor="text1"/>
          <w:sz w:val="28"/>
          <w:szCs w:val="28"/>
          <w:lang w:val="en-US"/>
        </w:rPr>
        <w:t xml:space="preserve"> </w:t>
      </w:r>
      <w:r w:rsidRPr="00B506FB">
        <w:rPr>
          <w:color w:val="000000" w:themeColor="text1"/>
          <w:sz w:val="28"/>
          <w:szCs w:val="28"/>
        </w:rPr>
        <w:t>актісіне</w:t>
      </w:r>
      <w:r w:rsidRPr="00B506FB">
        <w:rPr>
          <w:color w:val="000000" w:themeColor="text1"/>
          <w:sz w:val="28"/>
          <w:szCs w:val="28"/>
          <w:lang w:val="en-US"/>
        </w:rPr>
        <w:t xml:space="preserve"> </w:t>
      </w:r>
      <w:r w:rsidRPr="00B506FB">
        <w:rPr>
          <w:color w:val="000000" w:themeColor="text1"/>
          <w:sz w:val="28"/>
          <w:szCs w:val="28"/>
        </w:rPr>
        <w:t>қол</w:t>
      </w:r>
      <w:r w:rsidRPr="00B506FB">
        <w:rPr>
          <w:color w:val="000000" w:themeColor="text1"/>
          <w:sz w:val="28"/>
          <w:szCs w:val="28"/>
          <w:lang w:val="en-US"/>
        </w:rPr>
        <w:t xml:space="preserve"> </w:t>
      </w:r>
      <w:r w:rsidRPr="00B506FB">
        <w:rPr>
          <w:color w:val="000000" w:themeColor="text1"/>
          <w:sz w:val="28"/>
          <w:szCs w:val="28"/>
        </w:rPr>
        <w:t>қойған</w:t>
      </w:r>
      <w:r w:rsidRPr="00B506FB">
        <w:rPr>
          <w:color w:val="000000" w:themeColor="text1"/>
          <w:sz w:val="28"/>
          <w:szCs w:val="28"/>
          <w:lang w:val="en-US"/>
        </w:rPr>
        <w:t xml:space="preserve"> </w:t>
      </w:r>
      <w:r w:rsidRPr="00B506FB">
        <w:rPr>
          <w:color w:val="000000" w:themeColor="text1"/>
          <w:sz w:val="28"/>
          <w:szCs w:val="28"/>
        </w:rPr>
        <w:t>күннен</w:t>
      </w:r>
      <w:r w:rsidRPr="00B506FB">
        <w:rPr>
          <w:color w:val="000000" w:themeColor="text1"/>
          <w:sz w:val="28"/>
          <w:szCs w:val="28"/>
          <w:lang w:val="en-US"/>
        </w:rPr>
        <w:t xml:space="preserve"> </w:t>
      </w:r>
      <w:r w:rsidRPr="00B506FB">
        <w:rPr>
          <w:color w:val="000000" w:themeColor="text1"/>
          <w:sz w:val="28"/>
          <w:szCs w:val="28"/>
        </w:rPr>
        <w:t>бастап</w:t>
      </w:r>
      <w:r w:rsidRPr="00B506FB">
        <w:rPr>
          <w:color w:val="000000" w:themeColor="text1"/>
          <w:sz w:val="28"/>
          <w:szCs w:val="28"/>
          <w:lang w:val="en-US"/>
        </w:rPr>
        <w:t xml:space="preserve"> 12 (</w:t>
      </w:r>
      <w:r w:rsidRPr="00B506FB">
        <w:rPr>
          <w:color w:val="000000" w:themeColor="text1"/>
          <w:sz w:val="28"/>
          <w:szCs w:val="28"/>
        </w:rPr>
        <w:t>он</w:t>
      </w:r>
      <w:r w:rsidRPr="00B506FB">
        <w:rPr>
          <w:color w:val="000000" w:themeColor="text1"/>
          <w:sz w:val="28"/>
          <w:szCs w:val="28"/>
          <w:lang w:val="en-US"/>
        </w:rPr>
        <w:t xml:space="preserve"> </w:t>
      </w:r>
      <w:r w:rsidRPr="00B506FB">
        <w:rPr>
          <w:color w:val="000000" w:themeColor="text1"/>
          <w:sz w:val="28"/>
          <w:szCs w:val="28"/>
        </w:rPr>
        <w:t>екі</w:t>
      </w:r>
      <w:r w:rsidRPr="00B506FB">
        <w:rPr>
          <w:color w:val="000000" w:themeColor="text1"/>
          <w:sz w:val="28"/>
          <w:szCs w:val="28"/>
          <w:lang w:val="en-US"/>
        </w:rPr>
        <w:t xml:space="preserve">) </w:t>
      </w:r>
      <w:r w:rsidRPr="00B506FB">
        <w:rPr>
          <w:color w:val="000000" w:themeColor="text1"/>
          <w:sz w:val="28"/>
          <w:szCs w:val="28"/>
        </w:rPr>
        <w:t>айды</w:t>
      </w:r>
      <w:r w:rsidRPr="00B506FB">
        <w:rPr>
          <w:color w:val="000000" w:themeColor="text1"/>
          <w:sz w:val="28"/>
          <w:szCs w:val="28"/>
          <w:lang w:val="en-US"/>
        </w:rPr>
        <w:t xml:space="preserve"> </w:t>
      </w:r>
      <w:r w:rsidRPr="00B506FB">
        <w:rPr>
          <w:color w:val="000000" w:themeColor="text1"/>
          <w:sz w:val="28"/>
          <w:szCs w:val="28"/>
        </w:rPr>
        <w:t>құрайды</w:t>
      </w:r>
      <w:r w:rsidRPr="00B506FB">
        <w:rPr>
          <w:color w:val="000000" w:themeColor="text1"/>
          <w:sz w:val="28"/>
          <w:szCs w:val="28"/>
          <w:lang w:val="en-US"/>
        </w:rPr>
        <w:t>.</w:t>
      </w:r>
    </w:p>
    <w:p w14:paraId="4BABEBE7" w14:textId="587808BD"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lastRenderedPageBreak/>
        <w:tab/>
      </w:r>
      <w:r w:rsidRPr="00B506FB">
        <w:rPr>
          <w:rStyle w:val="af6"/>
          <w:rFonts w:eastAsiaTheme="majorEastAsia"/>
          <w:color w:val="000000" w:themeColor="text1"/>
          <w:sz w:val="28"/>
          <w:szCs w:val="28"/>
          <w:lang w:val="en-US"/>
        </w:rPr>
        <w:t>6.2.</w:t>
      </w:r>
      <w:r w:rsidRPr="00B506FB">
        <w:rPr>
          <w:color w:val="000000" w:themeColor="text1"/>
          <w:sz w:val="28"/>
          <w:szCs w:val="28"/>
          <w:lang w:val="en-US"/>
        </w:rPr>
        <w:t xml:space="preserve"> </w:t>
      </w:r>
      <w:r w:rsidRPr="00B506FB">
        <w:rPr>
          <w:color w:val="000000" w:themeColor="text1"/>
          <w:sz w:val="28"/>
          <w:szCs w:val="28"/>
        </w:rPr>
        <w:t>Кепілдік</w:t>
      </w:r>
      <w:r w:rsidRPr="00B506FB">
        <w:rPr>
          <w:color w:val="000000" w:themeColor="text1"/>
          <w:sz w:val="28"/>
          <w:szCs w:val="28"/>
          <w:lang w:val="en-US"/>
        </w:rPr>
        <w:t xml:space="preserve"> </w:t>
      </w:r>
      <w:r w:rsidRPr="00B506FB">
        <w:rPr>
          <w:color w:val="000000" w:themeColor="text1"/>
          <w:sz w:val="28"/>
          <w:szCs w:val="28"/>
        </w:rPr>
        <w:t>мерзімі</w:t>
      </w:r>
      <w:r w:rsidRPr="00B506FB">
        <w:rPr>
          <w:color w:val="000000" w:themeColor="text1"/>
          <w:sz w:val="28"/>
          <w:szCs w:val="28"/>
          <w:lang w:val="en-US"/>
        </w:rPr>
        <w:t xml:space="preserve"> </w:t>
      </w:r>
      <w:r w:rsidRPr="00B506FB">
        <w:rPr>
          <w:color w:val="000000" w:themeColor="text1"/>
          <w:sz w:val="28"/>
          <w:szCs w:val="28"/>
        </w:rPr>
        <w:t>ішінде</w:t>
      </w:r>
      <w:r w:rsidRPr="00B506FB">
        <w:rPr>
          <w:color w:val="000000" w:themeColor="text1"/>
          <w:sz w:val="28"/>
          <w:szCs w:val="28"/>
          <w:lang w:val="en-US"/>
        </w:rPr>
        <w:t xml:space="preserve"> </w:t>
      </w:r>
      <w:r w:rsidRPr="00B506FB">
        <w:rPr>
          <w:color w:val="000000" w:themeColor="text1"/>
          <w:sz w:val="28"/>
          <w:szCs w:val="28"/>
        </w:rPr>
        <w:t>Мердігер</w:t>
      </w:r>
      <w:r w:rsidRPr="00B506FB">
        <w:rPr>
          <w:color w:val="000000" w:themeColor="text1"/>
          <w:sz w:val="28"/>
          <w:szCs w:val="28"/>
          <w:lang w:val="en-US"/>
        </w:rPr>
        <w:t xml:space="preserve"> </w:t>
      </w:r>
      <w:r w:rsidRPr="00B506FB">
        <w:rPr>
          <w:color w:val="000000" w:themeColor="text1"/>
          <w:sz w:val="28"/>
          <w:szCs w:val="28"/>
        </w:rPr>
        <w:t>өз</w:t>
      </w:r>
      <w:r w:rsidRPr="00B506FB">
        <w:rPr>
          <w:color w:val="000000" w:themeColor="text1"/>
          <w:sz w:val="28"/>
          <w:szCs w:val="28"/>
          <w:lang w:val="en-US"/>
        </w:rPr>
        <w:t xml:space="preserve"> </w:t>
      </w:r>
      <w:r w:rsidRPr="00B506FB">
        <w:rPr>
          <w:color w:val="000000" w:themeColor="text1"/>
          <w:sz w:val="28"/>
          <w:szCs w:val="28"/>
        </w:rPr>
        <w:t>кінәсінен</w:t>
      </w:r>
      <w:r w:rsidRPr="00B506FB">
        <w:rPr>
          <w:color w:val="000000" w:themeColor="text1"/>
          <w:sz w:val="28"/>
          <w:szCs w:val="28"/>
          <w:lang w:val="en-US"/>
        </w:rPr>
        <w:t xml:space="preserve"> </w:t>
      </w:r>
      <w:r w:rsidRPr="00B506FB">
        <w:rPr>
          <w:color w:val="000000" w:themeColor="text1"/>
          <w:sz w:val="28"/>
          <w:szCs w:val="28"/>
        </w:rPr>
        <w:t>туындаған</w:t>
      </w:r>
      <w:r w:rsidRPr="00B506FB">
        <w:rPr>
          <w:color w:val="000000" w:themeColor="text1"/>
          <w:sz w:val="28"/>
          <w:szCs w:val="28"/>
          <w:lang w:val="en-US"/>
        </w:rPr>
        <w:t xml:space="preserve"> </w:t>
      </w:r>
      <w:r w:rsidRPr="00B506FB">
        <w:rPr>
          <w:color w:val="000000" w:themeColor="text1"/>
          <w:sz w:val="28"/>
          <w:szCs w:val="28"/>
        </w:rPr>
        <w:t>орындалған</w:t>
      </w:r>
      <w:r w:rsidRPr="00B506FB">
        <w:rPr>
          <w:color w:val="000000" w:themeColor="text1"/>
          <w:sz w:val="28"/>
          <w:szCs w:val="28"/>
          <w:lang w:val="en-US"/>
        </w:rPr>
        <w:t xml:space="preserve"> </w:t>
      </w:r>
      <w:r w:rsidRPr="00B506FB">
        <w:rPr>
          <w:color w:val="000000" w:themeColor="text1"/>
          <w:sz w:val="28"/>
          <w:szCs w:val="28"/>
        </w:rPr>
        <w:t>жұмыстардың</w:t>
      </w:r>
      <w:r w:rsidRPr="00B506FB">
        <w:rPr>
          <w:color w:val="000000" w:themeColor="text1"/>
          <w:sz w:val="28"/>
          <w:szCs w:val="28"/>
          <w:lang w:val="en-US"/>
        </w:rPr>
        <w:t xml:space="preserve"> </w:t>
      </w:r>
      <w:r w:rsidRPr="00B506FB">
        <w:rPr>
          <w:color w:val="000000" w:themeColor="text1"/>
          <w:sz w:val="28"/>
          <w:szCs w:val="28"/>
        </w:rPr>
        <w:t>анықталған</w:t>
      </w:r>
      <w:r w:rsidRPr="00B506FB">
        <w:rPr>
          <w:color w:val="000000" w:themeColor="text1"/>
          <w:sz w:val="28"/>
          <w:szCs w:val="28"/>
          <w:lang w:val="en-US"/>
        </w:rPr>
        <w:t xml:space="preserve"> </w:t>
      </w:r>
      <w:r w:rsidRPr="00B506FB">
        <w:rPr>
          <w:color w:val="000000" w:themeColor="text1"/>
          <w:sz w:val="28"/>
          <w:szCs w:val="28"/>
        </w:rPr>
        <w:t>кемшіліктерін</w:t>
      </w:r>
      <w:r w:rsidRPr="00B506FB">
        <w:rPr>
          <w:color w:val="000000" w:themeColor="text1"/>
          <w:sz w:val="28"/>
          <w:szCs w:val="28"/>
          <w:lang w:val="en-US"/>
        </w:rPr>
        <w:t xml:space="preserve">, </w:t>
      </w:r>
      <w:r w:rsidRPr="00B506FB">
        <w:rPr>
          <w:color w:val="000000" w:themeColor="text1"/>
          <w:sz w:val="28"/>
          <w:szCs w:val="28"/>
        </w:rPr>
        <w:t>оның</w:t>
      </w:r>
      <w:r w:rsidRPr="00B506FB">
        <w:rPr>
          <w:color w:val="000000" w:themeColor="text1"/>
          <w:sz w:val="28"/>
          <w:szCs w:val="28"/>
          <w:lang w:val="en-US"/>
        </w:rPr>
        <w:t xml:space="preserve"> </w:t>
      </w:r>
      <w:r w:rsidRPr="00B506FB">
        <w:rPr>
          <w:color w:val="000000" w:themeColor="text1"/>
          <w:sz w:val="28"/>
          <w:szCs w:val="28"/>
        </w:rPr>
        <w:t>ішінде</w:t>
      </w:r>
      <w:r w:rsidRPr="00B506FB">
        <w:rPr>
          <w:color w:val="000000" w:themeColor="text1"/>
          <w:sz w:val="28"/>
          <w:szCs w:val="28"/>
          <w:lang w:val="en-US"/>
        </w:rPr>
        <w:t xml:space="preserve"> </w:t>
      </w:r>
      <w:r w:rsidRPr="00B506FB">
        <w:rPr>
          <w:color w:val="000000" w:themeColor="text1"/>
          <w:sz w:val="28"/>
          <w:szCs w:val="28"/>
        </w:rPr>
        <w:t>монтаждау</w:t>
      </w:r>
      <w:r w:rsidRPr="00B506FB">
        <w:rPr>
          <w:color w:val="000000" w:themeColor="text1"/>
          <w:sz w:val="28"/>
          <w:szCs w:val="28"/>
          <w:lang w:val="en-US"/>
        </w:rPr>
        <w:t xml:space="preserve"> </w:t>
      </w:r>
      <w:r w:rsidRPr="00B506FB">
        <w:rPr>
          <w:color w:val="000000" w:themeColor="text1"/>
          <w:sz w:val="28"/>
          <w:szCs w:val="28"/>
        </w:rPr>
        <w:t>ақауларын</w:t>
      </w:r>
      <w:r w:rsidRPr="00B506FB">
        <w:rPr>
          <w:color w:val="000000" w:themeColor="text1"/>
          <w:sz w:val="28"/>
          <w:szCs w:val="28"/>
          <w:lang w:val="en-US"/>
        </w:rPr>
        <w:t xml:space="preserve">, </w:t>
      </w:r>
      <w:r w:rsidRPr="00B506FB">
        <w:rPr>
          <w:color w:val="000000" w:themeColor="text1"/>
          <w:sz w:val="28"/>
          <w:szCs w:val="28"/>
        </w:rPr>
        <w:t>сапасыз</w:t>
      </w:r>
      <w:r w:rsidRPr="00B506FB">
        <w:rPr>
          <w:color w:val="000000" w:themeColor="text1"/>
          <w:sz w:val="28"/>
          <w:szCs w:val="28"/>
          <w:lang w:val="en-US"/>
        </w:rPr>
        <w:t xml:space="preserve"> </w:t>
      </w:r>
      <w:r w:rsidRPr="00B506FB">
        <w:rPr>
          <w:color w:val="000000" w:themeColor="text1"/>
          <w:sz w:val="28"/>
          <w:szCs w:val="28"/>
        </w:rPr>
        <w:t>қосылыстарды</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монтаждалған</w:t>
      </w:r>
      <w:r w:rsidRPr="00B506FB">
        <w:rPr>
          <w:color w:val="000000" w:themeColor="text1"/>
          <w:sz w:val="28"/>
          <w:szCs w:val="28"/>
          <w:lang w:val="en-US"/>
        </w:rPr>
        <w:t xml:space="preserve"> </w:t>
      </w:r>
      <w:r w:rsidRPr="00B506FB">
        <w:rPr>
          <w:color w:val="000000" w:themeColor="text1"/>
          <w:sz w:val="28"/>
          <w:szCs w:val="28"/>
        </w:rPr>
        <w:t>учаскелердің</w:t>
      </w:r>
      <w:r w:rsidRPr="00B506FB">
        <w:rPr>
          <w:color w:val="000000" w:themeColor="text1"/>
          <w:sz w:val="28"/>
          <w:szCs w:val="28"/>
          <w:lang w:val="en-US"/>
        </w:rPr>
        <w:t xml:space="preserve"> </w:t>
      </w:r>
      <w:r w:rsidRPr="00B506FB">
        <w:rPr>
          <w:color w:val="000000" w:themeColor="text1"/>
          <w:sz w:val="28"/>
          <w:szCs w:val="28"/>
        </w:rPr>
        <w:t>герметикалығының</w:t>
      </w:r>
      <w:r w:rsidRPr="00B506FB">
        <w:rPr>
          <w:color w:val="000000" w:themeColor="text1"/>
          <w:sz w:val="28"/>
          <w:szCs w:val="28"/>
          <w:lang w:val="en-US"/>
        </w:rPr>
        <w:t xml:space="preserve"> </w:t>
      </w:r>
      <w:r w:rsidRPr="00B506FB">
        <w:rPr>
          <w:color w:val="000000" w:themeColor="text1"/>
          <w:sz w:val="28"/>
          <w:szCs w:val="28"/>
        </w:rPr>
        <w:t>бұзылуын</w:t>
      </w:r>
      <w:r w:rsidRPr="00B506FB">
        <w:rPr>
          <w:color w:val="000000" w:themeColor="text1"/>
          <w:sz w:val="28"/>
          <w:szCs w:val="28"/>
          <w:lang w:val="en-US"/>
        </w:rPr>
        <w:t xml:space="preserve"> </w:t>
      </w:r>
      <w:r w:rsidRPr="00B506FB">
        <w:rPr>
          <w:color w:val="000000" w:themeColor="text1"/>
          <w:sz w:val="28"/>
          <w:szCs w:val="28"/>
        </w:rPr>
        <w:t>өз</w:t>
      </w:r>
      <w:r w:rsidRPr="00B506FB">
        <w:rPr>
          <w:color w:val="000000" w:themeColor="text1"/>
          <w:sz w:val="28"/>
          <w:szCs w:val="28"/>
          <w:lang w:val="en-US"/>
        </w:rPr>
        <w:t xml:space="preserve"> </w:t>
      </w:r>
      <w:r w:rsidRPr="00B506FB">
        <w:rPr>
          <w:color w:val="000000" w:themeColor="text1"/>
          <w:sz w:val="28"/>
          <w:szCs w:val="28"/>
        </w:rPr>
        <w:t>есебінен</w:t>
      </w:r>
      <w:r w:rsidRPr="00B506FB">
        <w:rPr>
          <w:color w:val="000000" w:themeColor="text1"/>
          <w:sz w:val="28"/>
          <w:szCs w:val="28"/>
          <w:lang w:val="en-US"/>
        </w:rPr>
        <w:t xml:space="preserve"> </w:t>
      </w:r>
      <w:r w:rsidRPr="00B506FB">
        <w:rPr>
          <w:color w:val="000000" w:themeColor="text1"/>
          <w:sz w:val="28"/>
          <w:szCs w:val="28"/>
        </w:rPr>
        <w:t>жоюға</w:t>
      </w:r>
      <w:r w:rsidRPr="00B506FB">
        <w:rPr>
          <w:color w:val="000000" w:themeColor="text1"/>
          <w:sz w:val="28"/>
          <w:szCs w:val="28"/>
          <w:lang w:val="en-US"/>
        </w:rPr>
        <w:t xml:space="preserve"> </w:t>
      </w:r>
      <w:r w:rsidRPr="00B506FB">
        <w:rPr>
          <w:color w:val="000000" w:themeColor="text1"/>
          <w:sz w:val="28"/>
          <w:szCs w:val="28"/>
        </w:rPr>
        <w:t>міндетті</w:t>
      </w:r>
      <w:r w:rsidRPr="00B506FB">
        <w:rPr>
          <w:color w:val="000000" w:themeColor="text1"/>
          <w:sz w:val="28"/>
          <w:szCs w:val="28"/>
          <w:lang w:val="en-US"/>
        </w:rPr>
        <w:t>.</w:t>
      </w:r>
    </w:p>
    <w:p w14:paraId="1D85E2F9" w14:textId="0FF42DAE"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6.3.</w:t>
      </w:r>
      <w:r w:rsidRPr="00B506FB">
        <w:rPr>
          <w:color w:val="000000" w:themeColor="text1"/>
          <w:sz w:val="28"/>
          <w:szCs w:val="28"/>
          <w:lang w:val="en-US"/>
        </w:rPr>
        <w:t xml:space="preserve"> </w:t>
      </w:r>
      <w:r w:rsidRPr="00B506FB">
        <w:rPr>
          <w:color w:val="000000" w:themeColor="text1"/>
          <w:sz w:val="28"/>
          <w:szCs w:val="28"/>
        </w:rPr>
        <w:t>Кепілдік</w:t>
      </w:r>
      <w:r w:rsidRPr="00B506FB">
        <w:rPr>
          <w:color w:val="000000" w:themeColor="text1"/>
          <w:sz w:val="28"/>
          <w:szCs w:val="28"/>
          <w:lang w:val="en-US"/>
        </w:rPr>
        <w:t xml:space="preserve"> </w:t>
      </w:r>
      <w:r w:rsidRPr="00B506FB">
        <w:rPr>
          <w:color w:val="000000" w:themeColor="text1"/>
          <w:sz w:val="28"/>
          <w:szCs w:val="28"/>
        </w:rPr>
        <w:t>ақауы</w:t>
      </w:r>
      <w:r w:rsidRPr="00B506FB">
        <w:rPr>
          <w:color w:val="000000" w:themeColor="text1"/>
          <w:sz w:val="28"/>
          <w:szCs w:val="28"/>
          <w:lang w:val="en-US"/>
        </w:rPr>
        <w:t xml:space="preserve"> </w:t>
      </w:r>
      <w:r w:rsidRPr="00B506FB">
        <w:rPr>
          <w:color w:val="000000" w:themeColor="text1"/>
          <w:sz w:val="28"/>
          <w:szCs w:val="28"/>
        </w:rPr>
        <w:t>анықталған</w:t>
      </w:r>
      <w:r w:rsidRPr="00B506FB">
        <w:rPr>
          <w:color w:val="000000" w:themeColor="text1"/>
          <w:sz w:val="28"/>
          <w:szCs w:val="28"/>
          <w:lang w:val="en-US"/>
        </w:rPr>
        <w:t xml:space="preserve"> </w:t>
      </w:r>
      <w:r w:rsidRPr="00B506FB">
        <w:rPr>
          <w:color w:val="000000" w:themeColor="text1"/>
          <w:sz w:val="28"/>
          <w:szCs w:val="28"/>
        </w:rPr>
        <w:t>кезде</w:t>
      </w:r>
      <w:r w:rsidRPr="00B506FB">
        <w:rPr>
          <w:color w:val="000000" w:themeColor="text1"/>
          <w:sz w:val="28"/>
          <w:szCs w:val="28"/>
          <w:lang w:val="en-US"/>
        </w:rPr>
        <w:t xml:space="preserve"> </w:t>
      </w:r>
      <w:r w:rsidRPr="00B506FB">
        <w:rPr>
          <w:color w:val="000000" w:themeColor="text1"/>
          <w:sz w:val="28"/>
          <w:szCs w:val="28"/>
        </w:rPr>
        <w:t>Мердігер</w:t>
      </w:r>
      <w:r w:rsidRPr="00B506FB">
        <w:rPr>
          <w:color w:val="000000" w:themeColor="text1"/>
          <w:sz w:val="28"/>
          <w:szCs w:val="28"/>
          <w:lang w:val="en-US"/>
        </w:rPr>
        <w:t xml:space="preserve"> </w:t>
      </w:r>
      <w:r w:rsidRPr="00B506FB">
        <w:rPr>
          <w:color w:val="000000" w:themeColor="text1"/>
          <w:sz w:val="28"/>
          <w:szCs w:val="28"/>
        </w:rPr>
        <w:t>Тапсырыс</w:t>
      </w:r>
      <w:r w:rsidRPr="00B506FB">
        <w:rPr>
          <w:color w:val="000000" w:themeColor="text1"/>
          <w:sz w:val="28"/>
          <w:szCs w:val="28"/>
          <w:lang w:val="en-US"/>
        </w:rPr>
        <w:t xml:space="preserve"> </w:t>
      </w:r>
      <w:r w:rsidRPr="00B506FB">
        <w:rPr>
          <w:color w:val="000000" w:themeColor="text1"/>
          <w:sz w:val="28"/>
          <w:szCs w:val="28"/>
        </w:rPr>
        <w:t>берушінің</w:t>
      </w:r>
      <w:r w:rsidRPr="00B506FB">
        <w:rPr>
          <w:color w:val="000000" w:themeColor="text1"/>
          <w:sz w:val="28"/>
          <w:szCs w:val="28"/>
          <w:lang w:val="en-US"/>
        </w:rPr>
        <w:t xml:space="preserve"> </w:t>
      </w:r>
      <w:r w:rsidRPr="00B506FB">
        <w:rPr>
          <w:color w:val="000000" w:themeColor="text1"/>
          <w:sz w:val="28"/>
          <w:szCs w:val="28"/>
        </w:rPr>
        <w:t>хабарламасын</w:t>
      </w:r>
      <w:r w:rsidRPr="00B506FB">
        <w:rPr>
          <w:color w:val="000000" w:themeColor="text1"/>
          <w:sz w:val="28"/>
          <w:szCs w:val="28"/>
          <w:lang w:val="en-US"/>
        </w:rPr>
        <w:t xml:space="preserve"> </w:t>
      </w:r>
      <w:r w:rsidRPr="00B506FB">
        <w:rPr>
          <w:color w:val="000000" w:themeColor="text1"/>
          <w:sz w:val="28"/>
          <w:szCs w:val="28"/>
        </w:rPr>
        <w:t>алған</w:t>
      </w:r>
      <w:r w:rsidRPr="00B506FB">
        <w:rPr>
          <w:color w:val="000000" w:themeColor="text1"/>
          <w:sz w:val="28"/>
          <w:szCs w:val="28"/>
          <w:lang w:val="en-US"/>
        </w:rPr>
        <w:t xml:space="preserve"> </w:t>
      </w:r>
      <w:r w:rsidRPr="00B506FB">
        <w:rPr>
          <w:color w:val="000000" w:themeColor="text1"/>
          <w:sz w:val="28"/>
          <w:szCs w:val="28"/>
        </w:rPr>
        <w:t>сәттен</w:t>
      </w:r>
      <w:r w:rsidRPr="00B506FB">
        <w:rPr>
          <w:color w:val="000000" w:themeColor="text1"/>
          <w:sz w:val="28"/>
          <w:szCs w:val="28"/>
          <w:lang w:val="en-US"/>
        </w:rPr>
        <w:t xml:space="preserve"> </w:t>
      </w:r>
      <w:r w:rsidRPr="00B506FB">
        <w:rPr>
          <w:color w:val="000000" w:themeColor="text1"/>
          <w:sz w:val="28"/>
          <w:szCs w:val="28"/>
        </w:rPr>
        <w:t>бастап</w:t>
      </w:r>
      <w:r w:rsidRPr="00B506FB">
        <w:rPr>
          <w:color w:val="000000" w:themeColor="text1"/>
          <w:sz w:val="28"/>
          <w:szCs w:val="28"/>
          <w:lang w:val="en-US"/>
        </w:rPr>
        <w:t xml:space="preserve"> 1 (</w:t>
      </w:r>
      <w:r w:rsidRPr="00B506FB">
        <w:rPr>
          <w:color w:val="000000" w:themeColor="text1"/>
          <w:sz w:val="28"/>
          <w:szCs w:val="28"/>
        </w:rPr>
        <w:t>бір</w:t>
      </w:r>
      <w:r w:rsidRPr="00B506FB">
        <w:rPr>
          <w:color w:val="000000" w:themeColor="text1"/>
          <w:sz w:val="28"/>
          <w:szCs w:val="28"/>
          <w:lang w:val="en-US"/>
        </w:rPr>
        <w:t xml:space="preserve">) </w:t>
      </w:r>
      <w:r w:rsidRPr="00B506FB">
        <w:rPr>
          <w:color w:val="000000" w:themeColor="text1"/>
          <w:sz w:val="28"/>
          <w:szCs w:val="28"/>
        </w:rPr>
        <w:t>күнтізбелік</w:t>
      </w:r>
      <w:r w:rsidRPr="00B506FB">
        <w:rPr>
          <w:color w:val="000000" w:themeColor="text1"/>
          <w:sz w:val="28"/>
          <w:szCs w:val="28"/>
          <w:lang w:val="en-US"/>
        </w:rPr>
        <w:t xml:space="preserve"> </w:t>
      </w:r>
      <w:r w:rsidRPr="00B506FB">
        <w:rPr>
          <w:color w:val="000000" w:themeColor="text1"/>
          <w:sz w:val="28"/>
          <w:szCs w:val="28"/>
        </w:rPr>
        <w:t>күн</w:t>
      </w:r>
      <w:r w:rsidRPr="00B506FB">
        <w:rPr>
          <w:color w:val="000000" w:themeColor="text1"/>
          <w:sz w:val="28"/>
          <w:szCs w:val="28"/>
          <w:lang w:val="en-US"/>
        </w:rPr>
        <w:t xml:space="preserve"> </w:t>
      </w:r>
      <w:r w:rsidRPr="00B506FB">
        <w:rPr>
          <w:color w:val="000000" w:themeColor="text1"/>
          <w:sz w:val="28"/>
          <w:szCs w:val="28"/>
        </w:rPr>
        <w:t>ішінде</w:t>
      </w:r>
      <w:r w:rsidRPr="00B506FB">
        <w:rPr>
          <w:color w:val="000000" w:themeColor="text1"/>
          <w:sz w:val="28"/>
          <w:szCs w:val="28"/>
          <w:lang w:val="en-US"/>
        </w:rPr>
        <w:t xml:space="preserve"> </w:t>
      </w:r>
      <w:r w:rsidRPr="00B506FB">
        <w:rPr>
          <w:color w:val="000000" w:themeColor="text1"/>
          <w:sz w:val="28"/>
          <w:szCs w:val="28"/>
        </w:rPr>
        <w:t>оны</w:t>
      </w:r>
      <w:r w:rsidRPr="00B506FB">
        <w:rPr>
          <w:color w:val="000000" w:themeColor="text1"/>
          <w:sz w:val="28"/>
          <w:szCs w:val="28"/>
          <w:lang w:val="en-US"/>
        </w:rPr>
        <w:t xml:space="preserve"> </w:t>
      </w:r>
      <w:r w:rsidRPr="00B506FB">
        <w:rPr>
          <w:color w:val="000000" w:themeColor="text1"/>
          <w:sz w:val="28"/>
          <w:szCs w:val="28"/>
        </w:rPr>
        <w:t>жоюға</w:t>
      </w:r>
      <w:r w:rsidRPr="00B506FB">
        <w:rPr>
          <w:color w:val="000000" w:themeColor="text1"/>
          <w:sz w:val="28"/>
          <w:szCs w:val="28"/>
          <w:lang w:val="en-US"/>
        </w:rPr>
        <w:t xml:space="preserve"> </w:t>
      </w:r>
      <w:r w:rsidRPr="00B506FB">
        <w:rPr>
          <w:color w:val="000000" w:themeColor="text1"/>
          <w:sz w:val="28"/>
          <w:szCs w:val="28"/>
        </w:rPr>
        <w:t>кірісуге</w:t>
      </w:r>
      <w:r w:rsidRPr="00B506FB">
        <w:rPr>
          <w:color w:val="000000" w:themeColor="text1"/>
          <w:sz w:val="28"/>
          <w:szCs w:val="28"/>
          <w:lang w:val="en-US"/>
        </w:rPr>
        <w:t xml:space="preserve"> </w:t>
      </w:r>
      <w:r w:rsidRPr="00B506FB">
        <w:rPr>
          <w:color w:val="000000" w:themeColor="text1"/>
          <w:sz w:val="28"/>
          <w:szCs w:val="28"/>
        </w:rPr>
        <w:t>міндетті</w:t>
      </w:r>
      <w:r w:rsidRPr="00B506FB">
        <w:rPr>
          <w:color w:val="000000" w:themeColor="text1"/>
          <w:sz w:val="28"/>
          <w:szCs w:val="28"/>
          <w:lang w:val="en-US"/>
        </w:rPr>
        <w:t xml:space="preserve">, </w:t>
      </w:r>
      <w:r w:rsidRPr="00B506FB">
        <w:rPr>
          <w:color w:val="000000" w:themeColor="text1"/>
          <w:sz w:val="28"/>
          <w:szCs w:val="28"/>
        </w:rPr>
        <w:t>егер</w:t>
      </w:r>
      <w:r w:rsidRPr="00B506FB">
        <w:rPr>
          <w:color w:val="000000" w:themeColor="text1"/>
          <w:sz w:val="28"/>
          <w:szCs w:val="28"/>
          <w:lang w:val="en-US"/>
        </w:rPr>
        <w:t xml:space="preserve"> </w:t>
      </w:r>
      <w:r w:rsidRPr="00B506FB">
        <w:rPr>
          <w:color w:val="000000" w:themeColor="text1"/>
          <w:sz w:val="28"/>
          <w:szCs w:val="28"/>
        </w:rPr>
        <w:t>аварияның</w:t>
      </w:r>
      <w:r w:rsidRPr="00B506FB">
        <w:rPr>
          <w:color w:val="000000" w:themeColor="text1"/>
          <w:sz w:val="28"/>
          <w:szCs w:val="28"/>
          <w:lang w:val="en-US"/>
        </w:rPr>
        <w:t xml:space="preserve"> </w:t>
      </w:r>
      <w:r w:rsidRPr="00B506FB">
        <w:rPr>
          <w:color w:val="000000" w:themeColor="text1"/>
          <w:sz w:val="28"/>
          <w:szCs w:val="28"/>
        </w:rPr>
        <w:t>сипатына</w:t>
      </w:r>
      <w:r w:rsidRPr="00B506FB">
        <w:rPr>
          <w:color w:val="000000" w:themeColor="text1"/>
          <w:sz w:val="28"/>
          <w:szCs w:val="28"/>
          <w:lang w:val="en-US"/>
        </w:rPr>
        <w:t xml:space="preserve"> </w:t>
      </w:r>
      <w:r w:rsidRPr="00B506FB">
        <w:rPr>
          <w:color w:val="000000" w:themeColor="text1"/>
          <w:sz w:val="28"/>
          <w:szCs w:val="28"/>
        </w:rPr>
        <w:t>байланысты</w:t>
      </w:r>
      <w:r w:rsidRPr="00B506FB">
        <w:rPr>
          <w:color w:val="000000" w:themeColor="text1"/>
          <w:sz w:val="28"/>
          <w:szCs w:val="28"/>
          <w:lang w:val="en-US"/>
        </w:rPr>
        <w:t xml:space="preserve"> </w:t>
      </w:r>
      <w:r w:rsidRPr="00B506FB">
        <w:rPr>
          <w:color w:val="000000" w:themeColor="text1"/>
          <w:sz w:val="28"/>
          <w:szCs w:val="28"/>
        </w:rPr>
        <w:t>өзге</w:t>
      </w:r>
      <w:r w:rsidRPr="00B506FB">
        <w:rPr>
          <w:color w:val="000000" w:themeColor="text1"/>
          <w:sz w:val="28"/>
          <w:szCs w:val="28"/>
          <w:lang w:val="en-US"/>
        </w:rPr>
        <w:t xml:space="preserve"> </w:t>
      </w:r>
      <w:r w:rsidRPr="00B506FB">
        <w:rPr>
          <w:color w:val="000000" w:themeColor="text1"/>
          <w:sz w:val="28"/>
          <w:szCs w:val="28"/>
        </w:rPr>
        <w:t>мерзім</w:t>
      </w:r>
      <w:r w:rsidRPr="00B506FB">
        <w:rPr>
          <w:color w:val="000000" w:themeColor="text1"/>
          <w:sz w:val="28"/>
          <w:szCs w:val="28"/>
          <w:lang w:val="en-US"/>
        </w:rPr>
        <w:t xml:space="preserve"> </w:t>
      </w:r>
      <w:r w:rsidRPr="00B506FB">
        <w:rPr>
          <w:color w:val="000000" w:themeColor="text1"/>
          <w:sz w:val="28"/>
          <w:szCs w:val="28"/>
        </w:rPr>
        <w:t>қажет</w:t>
      </w:r>
      <w:r w:rsidRPr="00B506FB">
        <w:rPr>
          <w:color w:val="000000" w:themeColor="text1"/>
          <w:sz w:val="28"/>
          <w:szCs w:val="28"/>
          <w:lang w:val="en-US"/>
        </w:rPr>
        <w:t xml:space="preserve"> </w:t>
      </w:r>
      <w:r w:rsidRPr="00B506FB">
        <w:rPr>
          <w:color w:val="000000" w:themeColor="text1"/>
          <w:sz w:val="28"/>
          <w:szCs w:val="28"/>
        </w:rPr>
        <w:t>болмаса</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ол</w:t>
      </w:r>
      <w:r w:rsidRPr="00B506FB">
        <w:rPr>
          <w:color w:val="000000" w:themeColor="text1"/>
          <w:sz w:val="28"/>
          <w:szCs w:val="28"/>
          <w:lang w:val="en-US"/>
        </w:rPr>
        <w:t xml:space="preserve"> </w:t>
      </w:r>
      <w:r w:rsidRPr="00B506FB">
        <w:rPr>
          <w:color w:val="000000" w:themeColor="text1"/>
          <w:sz w:val="28"/>
          <w:szCs w:val="28"/>
        </w:rPr>
        <w:t>Тапсырыс</w:t>
      </w:r>
      <w:r w:rsidRPr="00B506FB">
        <w:rPr>
          <w:color w:val="000000" w:themeColor="text1"/>
          <w:sz w:val="28"/>
          <w:szCs w:val="28"/>
          <w:lang w:val="en-US"/>
        </w:rPr>
        <w:t xml:space="preserve"> </w:t>
      </w:r>
      <w:r w:rsidRPr="00B506FB">
        <w:rPr>
          <w:color w:val="000000" w:themeColor="text1"/>
          <w:sz w:val="28"/>
          <w:szCs w:val="28"/>
        </w:rPr>
        <w:t>берушімен</w:t>
      </w:r>
      <w:r w:rsidRPr="00B506FB">
        <w:rPr>
          <w:color w:val="000000" w:themeColor="text1"/>
          <w:sz w:val="28"/>
          <w:szCs w:val="28"/>
          <w:lang w:val="en-US"/>
        </w:rPr>
        <w:t xml:space="preserve"> </w:t>
      </w:r>
      <w:r w:rsidRPr="00B506FB">
        <w:rPr>
          <w:color w:val="000000" w:themeColor="text1"/>
          <w:sz w:val="28"/>
          <w:szCs w:val="28"/>
        </w:rPr>
        <w:t>келісілмесе</w:t>
      </w:r>
      <w:r w:rsidRPr="00B506FB">
        <w:rPr>
          <w:color w:val="000000" w:themeColor="text1"/>
          <w:sz w:val="28"/>
          <w:szCs w:val="28"/>
          <w:lang w:val="en-US"/>
        </w:rPr>
        <w:t>.</w:t>
      </w:r>
    </w:p>
    <w:p w14:paraId="34612D12" w14:textId="258918B8"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6.4.</w:t>
      </w:r>
      <w:r w:rsidRPr="00B506FB">
        <w:rPr>
          <w:color w:val="000000" w:themeColor="text1"/>
          <w:sz w:val="28"/>
          <w:szCs w:val="28"/>
          <w:lang w:val="en-US"/>
        </w:rPr>
        <w:t xml:space="preserve"> </w:t>
      </w:r>
      <w:r w:rsidRPr="00B506FB">
        <w:rPr>
          <w:color w:val="000000" w:themeColor="text1"/>
          <w:sz w:val="28"/>
          <w:szCs w:val="28"/>
        </w:rPr>
        <w:t>Жылыту</w:t>
      </w:r>
      <w:r w:rsidRPr="00B506FB">
        <w:rPr>
          <w:color w:val="000000" w:themeColor="text1"/>
          <w:sz w:val="28"/>
          <w:szCs w:val="28"/>
          <w:lang w:val="en-US"/>
        </w:rPr>
        <w:t xml:space="preserve"> </w:t>
      </w:r>
      <w:r w:rsidRPr="00B506FB">
        <w:rPr>
          <w:color w:val="000000" w:themeColor="text1"/>
          <w:sz w:val="28"/>
          <w:szCs w:val="28"/>
        </w:rPr>
        <w:t>кезеңінде</w:t>
      </w:r>
      <w:r w:rsidRPr="00B506FB">
        <w:rPr>
          <w:color w:val="000000" w:themeColor="text1"/>
          <w:sz w:val="28"/>
          <w:szCs w:val="28"/>
          <w:lang w:val="en-US"/>
        </w:rPr>
        <w:t xml:space="preserve"> </w:t>
      </w:r>
      <w:r w:rsidRPr="00B506FB">
        <w:rPr>
          <w:color w:val="000000" w:themeColor="text1"/>
          <w:sz w:val="28"/>
          <w:szCs w:val="28"/>
        </w:rPr>
        <w:t>монтаждалған</w:t>
      </w:r>
      <w:r w:rsidRPr="00B506FB">
        <w:rPr>
          <w:color w:val="000000" w:themeColor="text1"/>
          <w:sz w:val="28"/>
          <w:szCs w:val="28"/>
          <w:lang w:val="en-US"/>
        </w:rPr>
        <w:t xml:space="preserve"> </w:t>
      </w:r>
      <w:r w:rsidRPr="00B506FB">
        <w:rPr>
          <w:color w:val="000000" w:themeColor="text1"/>
          <w:sz w:val="28"/>
          <w:szCs w:val="28"/>
        </w:rPr>
        <w:t>тораптар</w:t>
      </w:r>
      <w:r w:rsidRPr="00B506FB">
        <w:rPr>
          <w:color w:val="000000" w:themeColor="text1"/>
          <w:sz w:val="28"/>
          <w:szCs w:val="28"/>
          <w:lang w:val="en-US"/>
        </w:rPr>
        <w:t xml:space="preserve"> </w:t>
      </w:r>
      <w:r w:rsidRPr="00B506FB">
        <w:rPr>
          <w:color w:val="000000" w:themeColor="text1"/>
          <w:sz w:val="28"/>
          <w:szCs w:val="28"/>
        </w:rPr>
        <w:t>мен</w:t>
      </w:r>
      <w:r w:rsidRPr="00B506FB">
        <w:rPr>
          <w:color w:val="000000" w:themeColor="text1"/>
          <w:sz w:val="28"/>
          <w:szCs w:val="28"/>
          <w:lang w:val="en-US"/>
        </w:rPr>
        <w:t xml:space="preserve"> </w:t>
      </w:r>
      <w:r w:rsidRPr="00B506FB">
        <w:rPr>
          <w:color w:val="000000" w:themeColor="text1"/>
          <w:sz w:val="28"/>
          <w:szCs w:val="28"/>
        </w:rPr>
        <w:t>қосылыстарда</w:t>
      </w:r>
      <w:r w:rsidRPr="00B506FB">
        <w:rPr>
          <w:color w:val="000000" w:themeColor="text1"/>
          <w:sz w:val="28"/>
          <w:szCs w:val="28"/>
          <w:lang w:val="en-US"/>
        </w:rPr>
        <w:t xml:space="preserve"> </w:t>
      </w:r>
      <w:r w:rsidRPr="00B506FB">
        <w:rPr>
          <w:color w:val="000000" w:themeColor="text1"/>
          <w:sz w:val="28"/>
          <w:szCs w:val="28"/>
        </w:rPr>
        <w:t>су</w:t>
      </w:r>
      <w:r w:rsidRPr="00B506FB">
        <w:rPr>
          <w:color w:val="000000" w:themeColor="text1"/>
          <w:sz w:val="28"/>
          <w:szCs w:val="28"/>
          <w:lang w:val="en-US"/>
        </w:rPr>
        <w:t xml:space="preserve"> </w:t>
      </w:r>
      <w:r w:rsidRPr="00B506FB">
        <w:rPr>
          <w:color w:val="000000" w:themeColor="text1"/>
          <w:sz w:val="28"/>
          <w:szCs w:val="28"/>
        </w:rPr>
        <w:t>ағуы</w:t>
      </w:r>
      <w:r w:rsidRPr="00B506FB">
        <w:rPr>
          <w:color w:val="000000" w:themeColor="text1"/>
          <w:sz w:val="28"/>
          <w:szCs w:val="28"/>
          <w:lang w:val="en-US"/>
        </w:rPr>
        <w:t xml:space="preserve">, </w:t>
      </w:r>
      <w:r w:rsidRPr="00B506FB">
        <w:rPr>
          <w:color w:val="000000" w:themeColor="text1"/>
          <w:sz w:val="28"/>
          <w:szCs w:val="28"/>
        </w:rPr>
        <w:t>құбырдың</w:t>
      </w:r>
      <w:r w:rsidRPr="00B506FB">
        <w:rPr>
          <w:color w:val="000000" w:themeColor="text1"/>
          <w:sz w:val="28"/>
          <w:szCs w:val="28"/>
          <w:lang w:val="en-US"/>
        </w:rPr>
        <w:t xml:space="preserve"> </w:t>
      </w:r>
      <w:r w:rsidRPr="00B506FB">
        <w:rPr>
          <w:color w:val="000000" w:themeColor="text1"/>
          <w:sz w:val="28"/>
          <w:szCs w:val="28"/>
        </w:rPr>
        <w:t>жарылуы</w:t>
      </w:r>
      <w:r w:rsidRPr="00B506FB">
        <w:rPr>
          <w:color w:val="000000" w:themeColor="text1"/>
          <w:sz w:val="28"/>
          <w:szCs w:val="28"/>
          <w:lang w:val="en-US"/>
        </w:rPr>
        <w:t xml:space="preserve"> </w:t>
      </w:r>
      <w:r w:rsidRPr="00B506FB">
        <w:rPr>
          <w:color w:val="000000" w:themeColor="text1"/>
          <w:sz w:val="28"/>
          <w:szCs w:val="28"/>
        </w:rPr>
        <w:t>немесе</w:t>
      </w:r>
      <w:r w:rsidRPr="00B506FB">
        <w:rPr>
          <w:color w:val="000000" w:themeColor="text1"/>
          <w:sz w:val="28"/>
          <w:szCs w:val="28"/>
          <w:lang w:val="en-US"/>
        </w:rPr>
        <w:t xml:space="preserve"> </w:t>
      </w:r>
      <w:r w:rsidRPr="00B506FB">
        <w:rPr>
          <w:color w:val="000000" w:themeColor="text1"/>
          <w:sz w:val="28"/>
          <w:szCs w:val="28"/>
        </w:rPr>
        <w:t>герметиканың</w:t>
      </w:r>
      <w:r w:rsidRPr="00B506FB">
        <w:rPr>
          <w:color w:val="000000" w:themeColor="text1"/>
          <w:sz w:val="28"/>
          <w:szCs w:val="28"/>
          <w:lang w:val="en-US"/>
        </w:rPr>
        <w:t xml:space="preserve"> </w:t>
      </w:r>
      <w:r w:rsidRPr="00B506FB">
        <w:rPr>
          <w:color w:val="000000" w:themeColor="text1"/>
          <w:sz w:val="28"/>
          <w:szCs w:val="28"/>
        </w:rPr>
        <w:t>бұзылуы</w:t>
      </w:r>
      <w:r w:rsidRPr="00B506FB">
        <w:rPr>
          <w:color w:val="000000" w:themeColor="text1"/>
          <w:sz w:val="28"/>
          <w:szCs w:val="28"/>
          <w:lang w:val="en-US"/>
        </w:rPr>
        <w:t xml:space="preserve"> </w:t>
      </w:r>
      <w:r w:rsidRPr="00B506FB">
        <w:rPr>
          <w:color w:val="000000" w:themeColor="text1"/>
          <w:sz w:val="28"/>
          <w:szCs w:val="28"/>
        </w:rPr>
        <w:t>орын</w:t>
      </w:r>
      <w:r w:rsidRPr="00B506FB">
        <w:rPr>
          <w:color w:val="000000" w:themeColor="text1"/>
          <w:sz w:val="28"/>
          <w:szCs w:val="28"/>
          <w:lang w:val="en-US"/>
        </w:rPr>
        <w:t xml:space="preserve"> </w:t>
      </w:r>
      <w:r w:rsidRPr="00B506FB">
        <w:rPr>
          <w:color w:val="000000" w:themeColor="text1"/>
          <w:sz w:val="28"/>
          <w:szCs w:val="28"/>
        </w:rPr>
        <w:t>алған</w:t>
      </w:r>
      <w:r w:rsidRPr="00B506FB">
        <w:rPr>
          <w:color w:val="000000" w:themeColor="text1"/>
          <w:sz w:val="28"/>
          <w:szCs w:val="28"/>
          <w:lang w:val="en-US"/>
        </w:rPr>
        <w:t xml:space="preserve"> </w:t>
      </w:r>
      <w:r w:rsidRPr="00B506FB">
        <w:rPr>
          <w:color w:val="000000" w:themeColor="text1"/>
          <w:sz w:val="28"/>
          <w:szCs w:val="28"/>
        </w:rPr>
        <w:t>жағдайда</w:t>
      </w:r>
      <w:r w:rsidRPr="00B506FB">
        <w:rPr>
          <w:color w:val="000000" w:themeColor="text1"/>
          <w:sz w:val="28"/>
          <w:szCs w:val="28"/>
          <w:lang w:val="en-US"/>
        </w:rPr>
        <w:t xml:space="preserve">, </w:t>
      </w:r>
      <w:r w:rsidRPr="00B506FB">
        <w:rPr>
          <w:color w:val="000000" w:themeColor="text1"/>
          <w:sz w:val="28"/>
          <w:szCs w:val="28"/>
        </w:rPr>
        <w:t>Мердігер</w:t>
      </w:r>
      <w:r w:rsidRPr="00B506FB">
        <w:rPr>
          <w:color w:val="000000" w:themeColor="text1"/>
          <w:sz w:val="28"/>
          <w:szCs w:val="28"/>
          <w:lang w:val="en-US"/>
        </w:rPr>
        <w:t xml:space="preserve"> </w:t>
      </w:r>
      <w:r w:rsidRPr="00B506FB">
        <w:rPr>
          <w:color w:val="000000" w:themeColor="text1"/>
          <w:sz w:val="28"/>
          <w:szCs w:val="28"/>
        </w:rPr>
        <w:t>Тапсырыс</w:t>
      </w:r>
      <w:r w:rsidRPr="00B506FB">
        <w:rPr>
          <w:color w:val="000000" w:themeColor="text1"/>
          <w:sz w:val="28"/>
          <w:szCs w:val="28"/>
          <w:lang w:val="en-US"/>
        </w:rPr>
        <w:t xml:space="preserve"> </w:t>
      </w:r>
      <w:r w:rsidRPr="00B506FB">
        <w:rPr>
          <w:color w:val="000000" w:themeColor="text1"/>
          <w:sz w:val="28"/>
          <w:szCs w:val="28"/>
        </w:rPr>
        <w:t>берушіден</w:t>
      </w:r>
      <w:r w:rsidRPr="00B506FB">
        <w:rPr>
          <w:color w:val="000000" w:themeColor="text1"/>
          <w:sz w:val="28"/>
          <w:szCs w:val="28"/>
          <w:lang w:val="en-US"/>
        </w:rPr>
        <w:t xml:space="preserve"> </w:t>
      </w:r>
      <w:r w:rsidRPr="00B506FB">
        <w:rPr>
          <w:color w:val="000000" w:themeColor="text1"/>
          <w:sz w:val="28"/>
          <w:szCs w:val="28"/>
        </w:rPr>
        <w:t>хабарлама</w:t>
      </w:r>
      <w:r w:rsidRPr="00B506FB">
        <w:rPr>
          <w:color w:val="000000" w:themeColor="text1"/>
          <w:sz w:val="28"/>
          <w:szCs w:val="28"/>
          <w:lang w:val="en-US"/>
        </w:rPr>
        <w:t xml:space="preserve"> </w:t>
      </w:r>
      <w:r w:rsidRPr="00B506FB">
        <w:rPr>
          <w:color w:val="000000" w:themeColor="text1"/>
          <w:sz w:val="28"/>
          <w:szCs w:val="28"/>
        </w:rPr>
        <w:t>алған</w:t>
      </w:r>
      <w:r w:rsidRPr="00B506FB">
        <w:rPr>
          <w:color w:val="000000" w:themeColor="text1"/>
          <w:sz w:val="28"/>
          <w:szCs w:val="28"/>
          <w:lang w:val="en-US"/>
        </w:rPr>
        <w:t xml:space="preserve"> </w:t>
      </w:r>
      <w:r w:rsidRPr="00B506FB">
        <w:rPr>
          <w:color w:val="000000" w:themeColor="text1"/>
          <w:sz w:val="28"/>
          <w:szCs w:val="28"/>
        </w:rPr>
        <w:t>сәттен</w:t>
      </w:r>
      <w:r w:rsidRPr="00B506FB">
        <w:rPr>
          <w:color w:val="000000" w:themeColor="text1"/>
          <w:sz w:val="28"/>
          <w:szCs w:val="28"/>
          <w:lang w:val="en-US"/>
        </w:rPr>
        <w:t xml:space="preserve"> </w:t>
      </w:r>
      <w:r w:rsidRPr="00B506FB">
        <w:rPr>
          <w:color w:val="000000" w:themeColor="text1"/>
          <w:sz w:val="28"/>
          <w:szCs w:val="28"/>
        </w:rPr>
        <w:t>бастап</w:t>
      </w:r>
      <w:r w:rsidRPr="00B506FB">
        <w:rPr>
          <w:color w:val="000000" w:themeColor="text1"/>
          <w:sz w:val="28"/>
          <w:szCs w:val="28"/>
          <w:lang w:val="en-US"/>
        </w:rPr>
        <w:t xml:space="preserve"> 2 (</w:t>
      </w:r>
      <w:r w:rsidRPr="00B506FB">
        <w:rPr>
          <w:color w:val="000000" w:themeColor="text1"/>
          <w:sz w:val="28"/>
          <w:szCs w:val="28"/>
        </w:rPr>
        <w:t>екі</w:t>
      </w:r>
      <w:r w:rsidRPr="00B506FB">
        <w:rPr>
          <w:color w:val="000000" w:themeColor="text1"/>
          <w:sz w:val="28"/>
          <w:szCs w:val="28"/>
          <w:lang w:val="en-US"/>
        </w:rPr>
        <w:t xml:space="preserve">) </w:t>
      </w:r>
      <w:r w:rsidRPr="00B506FB">
        <w:rPr>
          <w:color w:val="000000" w:themeColor="text1"/>
          <w:sz w:val="28"/>
          <w:szCs w:val="28"/>
        </w:rPr>
        <w:t>сағат</w:t>
      </w:r>
      <w:r w:rsidRPr="00B506FB">
        <w:rPr>
          <w:color w:val="000000" w:themeColor="text1"/>
          <w:sz w:val="28"/>
          <w:szCs w:val="28"/>
          <w:lang w:val="en-US"/>
        </w:rPr>
        <w:t xml:space="preserve"> </w:t>
      </w:r>
      <w:r w:rsidRPr="00B506FB">
        <w:rPr>
          <w:color w:val="000000" w:themeColor="text1"/>
          <w:sz w:val="28"/>
          <w:szCs w:val="28"/>
        </w:rPr>
        <w:t>ішінде</w:t>
      </w:r>
      <w:r w:rsidRPr="00B506FB">
        <w:rPr>
          <w:color w:val="000000" w:themeColor="text1"/>
          <w:sz w:val="28"/>
          <w:szCs w:val="28"/>
          <w:lang w:val="en-US"/>
        </w:rPr>
        <w:t xml:space="preserve"> </w:t>
      </w:r>
      <w:r w:rsidRPr="00B506FB">
        <w:rPr>
          <w:color w:val="000000" w:themeColor="text1"/>
          <w:sz w:val="28"/>
          <w:szCs w:val="28"/>
        </w:rPr>
        <w:t>авариялық</w:t>
      </w:r>
      <w:r w:rsidRPr="00B506FB">
        <w:rPr>
          <w:color w:val="000000" w:themeColor="text1"/>
          <w:sz w:val="28"/>
          <w:szCs w:val="28"/>
          <w:lang w:val="en-US"/>
        </w:rPr>
        <w:t xml:space="preserve"> </w:t>
      </w:r>
      <w:r w:rsidRPr="00B506FB">
        <w:rPr>
          <w:color w:val="000000" w:themeColor="text1"/>
          <w:sz w:val="28"/>
          <w:szCs w:val="28"/>
        </w:rPr>
        <w:t>бригаданың</w:t>
      </w:r>
      <w:r w:rsidRPr="00B506FB">
        <w:rPr>
          <w:color w:val="000000" w:themeColor="text1"/>
          <w:sz w:val="28"/>
          <w:szCs w:val="28"/>
          <w:lang w:val="en-US"/>
        </w:rPr>
        <w:t xml:space="preserve"> </w:t>
      </w:r>
      <w:r w:rsidRPr="00B506FB">
        <w:rPr>
          <w:color w:val="000000" w:themeColor="text1"/>
          <w:sz w:val="28"/>
          <w:szCs w:val="28"/>
        </w:rPr>
        <w:t>объектіге</w:t>
      </w:r>
      <w:r w:rsidRPr="00B506FB">
        <w:rPr>
          <w:color w:val="000000" w:themeColor="text1"/>
          <w:sz w:val="28"/>
          <w:szCs w:val="28"/>
          <w:lang w:val="en-US"/>
        </w:rPr>
        <w:t xml:space="preserve"> </w:t>
      </w:r>
      <w:r w:rsidRPr="00B506FB">
        <w:rPr>
          <w:color w:val="000000" w:themeColor="text1"/>
          <w:sz w:val="28"/>
          <w:szCs w:val="28"/>
        </w:rPr>
        <w:t>келуін</w:t>
      </w:r>
      <w:r w:rsidRPr="00B506FB">
        <w:rPr>
          <w:color w:val="000000" w:themeColor="text1"/>
          <w:sz w:val="28"/>
          <w:szCs w:val="28"/>
          <w:lang w:val="en-US"/>
        </w:rPr>
        <w:t xml:space="preserve">, </w:t>
      </w:r>
      <w:r w:rsidRPr="00B506FB">
        <w:rPr>
          <w:color w:val="000000" w:themeColor="text1"/>
          <w:sz w:val="28"/>
          <w:szCs w:val="28"/>
        </w:rPr>
        <w:t>ақауларды</w:t>
      </w:r>
      <w:r w:rsidRPr="00B506FB">
        <w:rPr>
          <w:color w:val="000000" w:themeColor="text1"/>
          <w:sz w:val="28"/>
          <w:szCs w:val="28"/>
          <w:lang w:val="en-US"/>
        </w:rPr>
        <w:t xml:space="preserve"> </w:t>
      </w:r>
      <w:r w:rsidRPr="00B506FB">
        <w:rPr>
          <w:color w:val="000000" w:themeColor="text1"/>
          <w:sz w:val="28"/>
          <w:szCs w:val="28"/>
        </w:rPr>
        <w:t>оқшаулауын</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жоюын</w:t>
      </w:r>
      <w:r w:rsidRPr="00B506FB">
        <w:rPr>
          <w:color w:val="000000" w:themeColor="text1"/>
          <w:sz w:val="28"/>
          <w:szCs w:val="28"/>
          <w:lang w:val="en-US"/>
        </w:rPr>
        <w:t xml:space="preserve"> </w:t>
      </w:r>
      <w:r w:rsidRPr="00B506FB">
        <w:rPr>
          <w:color w:val="000000" w:themeColor="text1"/>
          <w:sz w:val="28"/>
          <w:szCs w:val="28"/>
        </w:rPr>
        <w:t>қамтамасыз</w:t>
      </w:r>
      <w:r w:rsidRPr="00B506FB">
        <w:rPr>
          <w:color w:val="000000" w:themeColor="text1"/>
          <w:sz w:val="28"/>
          <w:szCs w:val="28"/>
          <w:lang w:val="en-US"/>
        </w:rPr>
        <w:t xml:space="preserve"> </w:t>
      </w:r>
      <w:r w:rsidRPr="00B506FB">
        <w:rPr>
          <w:color w:val="000000" w:themeColor="text1"/>
          <w:sz w:val="28"/>
          <w:szCs w:val="28"/>
        </w:rPr>
        <w:t>етуге</w:t>
      </w:r>
      <w:r w:rsidRPr="00B506FB">
        <w:rPr>
          <w:color w:val="000000" w:themeColor="text1"/>
          <w:sz w:val="28"/>
          <w:szCs w:val="28"/>
          <w:lang w:val="en-US"/>
        </w:rPr>
        <w:t xml:space="preserve"> </w:t>
      </w:r>
      <w:r w:rsidRPr="00B506FB">
        <w:rPr>
          <w:color w:val="000000" w:themeColor="text1"/>
          <w:sz w:val="28"/>
          <w:szCs w:val="28"/>
        </w:rPr>
        <w:t>міндеттенеді</w:t>
      </w:r>
      <w:r w:rsidRPr="00B506FB">
        <w:rPr>
          <w:color w:val="000000" w:themeColor="text1"/>
          <w:sz w:val="28"/>
          <w:szCs w:val="28"/>
          <w:lang w:val="en-US"/>
        </w:rPr>
        <w:t>.</w:t>
      </w:r>
    </w:p>
    <w:p w14:paraId="0F0AD160" w14:textId="178620A4"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6.5.</w:t>
      </w:r>
      <w:r w:rsidRPr="00B506FB">
        <w:rPr>
          <w:color w:val="000000" w:themeColor="text1"/>
          <w:sz w:val="28"/>
          <w:szCs w:val="28"/>
          <w:lang w:val="en-US"/>
        </w:rPr>
        <w:t xml:space="preserve"> </w:t>
      </w:r>
      <w:r w:rsidRPr="00B506FB">
        <w:rPr>
          <w:color w:val="000000" w:themeColor="text1"/>
          <w:sz w:val="28"/>
          <w:szCs w:val="28"/>
        </w:rPr>
        <w:t>Мердігер</w:t>
      </w:r>
      <w:r w:rsidRPr="00B506FB">
        <w:rPr>
          <w:color w:val="000000" w:themeColor="text1"/>
          <w:sz w:val="28"/>
          <w:szCs w:val="28"/>
          <w:lang w:val="en-US"/>
        </w:rPr>
        <w:t xml:space="preserve"> </w:t>
      </w:r>
      <w:r w:rsidRPr="00B506FB">
        <w:rPr>
          <w:color w:val="000000" w:themeColor="text1"/>
          <w:sz w:val="28"/>
          <w:szCs w:val="28"/>
        </w:rPr>
        <w:t>жұмыстардың</w:t>
      </w:r>
      <w:r w:rsidRPr="00B506FB">
        <w:rPr>
          <w:color w:val="000000" w:themeColor="text1"/>
          <w:sz w:val="28"/>
          <w:szCs w:val="28"/>
          <w:lang w:val="en-US"/>
        </w:rPr>
        <w:t xml:space="preserve"> </w:t>
      </w:r>
      <w:r w:rsidRPr="00B506FB">
        <w:rPr>
          <w:color w:val="000000" w:themeColor="text1"/>
          <w:sz w:val="28"/>
          <w:szCs w:val="28"/>
        </w:rPr>
        <w:t>сапасыз</w:t>
      </w:r>
      <w:r w:rsidRPr="00B506FB">
        <w:rPr>
          <w:color w:val="000000" w:themeColor="text1"/>
          <w:sz w:val="28"/>
          <w:szCs w:val="28"/>
          <w:lang w:val="en-US"/>
        </w:rPr>
        <w:t xml:space="preserve"> </w:t>
      </w:r>
      <w:r w:rsidRPr="00B506FB">
        <w:rPr>
          <w:color w:val="000000" w:themeColor="text1"/>
          <w:sz w:val="28"/>
          <w:szCs w:val="28"/>
        </w:rPr>
        <w:t>орындалуы</w:t>
      </w:r>
      <w:r w:rsidRPr="00B506FB">
        <w:rPr>
          <w:color w:val="000000" w:themeColor="text1"/>
          <w:sz w:val="28"/>
          <w:szCs w:val="28"/>
          <w:lang w:val="en-US"/>
        </w:rPr>
        <w:t xml:space="preserve">, </w:t>
      </w:r>
      <w:r w:rsidRPr="00B506FB">
        <w:rPr>
          <w:color w:val="000000" w:themeColor="text1"/>
          <w:sz w:val="28"/>
          <w:szCs w:val="28"/>
        </w:rPr>
        <w:t>қауіпсіздік</w:t>
      </w:r>
      <w:r w:rsidRPr="00B506FB">
        <w:rPr>
          <w:color w:val="000000" w:themeColor="text1"/>
          <w:sz w:val="28"/>
          <w:szCs w:val="28"/>
          <w:lang w:val="en-US"/>
        </w:rPr>
        <w:t xml:space="preserve"> </w:t>
      </w:r>
      <w:r w:rsidRPr="00B506FB">
        <w:rPr>
          <w:color w:val="000000" w:themeColor="text1"/>
          <w:sz w:val="28"/>
          <w:szCs w:val="28"/>
        </w:rPr>
        <w:t>талаптарының</w:t>
      </w:r>
      <w:r w:rsidRPr="00B506FB">
        <w:rPr>
          <w:color w:val="000000" w:themeColor="text1"/>
          <w:sz w:val="28"/>
          <w:szCs w:val="28"/>
          <w:lang w:val="en-US"/>
        </w:rPr>
        <w:t xml:space="preserve"> </w:t>
      </w:r>
      <w:r w:rsidRPr="00B506FB">
        <w:rPr>
          <w:color w:val="000000" w:themeColor="text1"/>
          <w:sz w:val="28"/>
          <w:szCs w:val="28"/>
        </w:rPr>
        <w:t>бұзылуы</w:t>
      </w:r>
      <w:r w:rsidRPr="00B506FB">
        <w:rPr>
          <w:color w:val="000000" w:themeColor="text1"/>
          <w:sz w:val="28"/>
          <w:szCs w:val="28"/>
          <w:lang w:val="en-US"/>
        </w:rPr>
        <w:t xml:space="preserve"> </w:t>
      </w:r>
      <w:r w:rsidRPr="00B506FB">
        <w:rPr>
          <w:color w:val="000000" w:themeColor="text1"/>
          <w:sz w:val="28"/>
          <w:szCs w:val="28"/>
        </w:rPr>
        <w:t>немесе</w:t>
      </w:r>
      <w:r w:rsidRPr="00B506FB">
        <w:rPr>
          <w:color w:val="000000" w:themeColor="text1"/>
          <w:sz w:val="28"/>
          <w:szCs w:val="28"/>
          <w:lang w:val="en-US"/>
        </w:rPr>
        <w:t xml:space="preserve"> </w:t>
      </w:r>
      <w:r w:rsidRPr="00B506FB">
        <w:rPr>
          <w:color w:val="000000" w:themeColor="text1"/>
          <w:sz w:val="28"/>
          <w:szCs w:val="28"/>
        </w:rPr>
        <w:t>белгіленген</w:t>
      </w:r>
      <w:r w:rsidRPr="00B506FB">
        <w:rPr>
          <w:color w:val="000000" w:themeColor="text1"/>
          <w:sz w:val="28"/>
          <w:szCs w:val="28"/>
          <w:lang w:val="en-US"/>
        </w:rPr>
        <w:t xml:space="preserve"> </w:t>
      </w:r>
      <w:r w:rsidRPr="00B506FB">
        <w:rPr>
          <w:color w:val="000000" w:themeColor="text1"/>
          <w:sz w:val="28"/>
          <w:szCs w:val="28"/>
        </w:rPr>
        <w:t>талаптарға</w:t>
      </w:r>
      <w:r w:rsidRPr="00B506FB">
        <w:rPr>
          <w:color w:val="000000" w:themeColor="text1"/>
          <w:sz w:val="28"/>
          <w:szCs w:val="28"/>
          <w:lang w:val="en-US"/>
        </w:rPr>
        <w:t xml:space="preserve"> </w:t>
      </w:r>
      <w:r w:rsidRPr="00B506FB">
        <w:rPr>
          <w:color w:val="000000" w:themeColor="text1"/>
          <w:sz w:val="28"/>
          <w:szCs w:val="28"/>
        </w:rPr>
        <w:t>сәйкес</w:t>
      </w:r>
      <w:r w:rsidRPr="00B506FB">
        <w:rPr>
          <w:color w:val="000000" w:themeColor="text1"/>
          <w:sz w:val="28"/>
          <w:szCs w:val="28"/>
          <w:lang w:val="en-US"/>
        </w:rPr>
        <w:t xml:space="preserve"> </w:t>
      </w:r>
      <w:r w:rsidRPr="00B506FB">
        <w:rPr>
          <w:color w:val="000000" w:themeColor="text1"/>
          <w:sz w:val="28"/>
          <w:szCs w:val="28"/>
        </w:rPr>
        <w:t>келмейтін</w:t>
      </w:r>
      <w:r w:rsidRPr="00B506FB">
        <w:rPr>
          <w:color w:val="000000" w:themeColor="text1"/>
          <w:sz w:val="28"/>
          <w:szCs w:val="28"/>
          <w:lang w:val="en-US"/>
        </w:rPr>
        <w:t xml:space="preserve"> </w:t>
      </w:r>
      <w:r w:rsidRPr="00B506FB">
        <w:rPr>
          <w:color w:val="000000" w:themeColor="text1"/>
          <w:sz w:val="28"/>
          <w:szCs w:val="28"/>
        </w:rPr>
        <w:t>материалдардың</w:t>
      </w:r>
      <w:r w:rsidRPr="00B506FB">
        <w:rPr>
          <w:color w:val="000000" w:themeColor="text1"/>
          <w:sz w:val="28"/>
          <w:szCs w:val="28"/>
          <w:lang w:val="en-US"/>
        </w:rPr>
        <w:t xml:space="preserve"> </w:t>
      </w:r>
      <w:r w:rsidRPr="00B506FB">
        <w:rPr>
          <w:color w:val="000000" w:themeColor="text1"/>
          <w:sz w:val="28"/>
          <w:szCs w:val="28"/>
        </w:rPr>
        <w:t>пайдаланылуы</w:t>
      </w:r>
      <w:r w:rsidRPr="00B506FB">
        <w:rPr>
          <w:color w:val="000000" w:themeColor="text1"/>
          <w:sz w:val="28"/>
          <w:szCs w:val="28"/>
          <w:lang w:val="en-US"/>
        </w:rPr>
        <w:t xml:space="preserve"> </w:t>
      </w:r>
      <w:r w:rsidRPr="00B506FB">
        <w:rPr>
          <w:color w:val="000000" w:themeColor="text1"/>
          <w:sz w:val="28"/>
          <w:szCs w:val="28"/>
        </w:rPr>
        <w:t>салдарынан</w:t>
      </w:r>
      <w:r w:rsidRPr="00B506FB">
        <w:rPr>
          <w:color w:val="000000" w:themeColor="text1"/>
          <w:sz w:val="28"/>
          <w:szCs w:val="28"/>
          <w:lang w:val="en-US"/>
        </w:rPr>
        <w:t xml:space="preserve"> </w:t>
      </w:r>
      <w:r w:rsidRPr="00B506FB">
        <w:rPr>
          <w:color w:val="000000" w:themeColor="text1"/>
          <w:sz w:val="28"/>
          <w:szCs w:val="28"/>
        </w:rPr>
        <w:t>Тапсырыс</w:t>
      </w:r>
      <w:r w:rsidRPr="00B506FB">
        <w:rPr>
          <w:color w:val="000000" w:themeColor="text1"/>
          <w:sz w:val="28"/>
          <w:szCs w:val="28"/>
          <w:lang w:val="en-US"/>
        </w:rPr>
        <w:t xml:space="preserve"> </w:t>
      </w:r>
      <w:r w:rsidRPr="00B506FB">
        <w:rPr>
          <w:color w:val="000000" w:themeColor="text1"/>
          <w:sz w:val="28"/>
          <w:szCs w:val="28"/>
        </w:rPr>
        <w:t>берушінің</w:t>
      </w:r>
      <w:r w:rsidRPr="00B506FB">
        <w:rPr>
          <w:color w:val="000000" w:themeColor="text1"/>
          <w:sz w:val="28"/>
          <w:szCs w:val="28"/>
          <w:lang w:val="en-US"/>
        </w:rPr>
        <w:t xml:space="preserve"> </w:t>
      </w:r>
      <w:r w:rsidRPr="00B506FB">
        <w:rPr>
          <w:color w:val="000000" w:themeColor="text1"/>
          <w:sz w:val="28"/>
          <w:szCs w:val="28"/>
        </w:rPr>
        <w:t>немесе</w:t>
      </w:r>
      <w:r w:rsidRPr="00B506FB">
        <w:rPr>
          <w:color w:val="000000" w:themeColor="text1"/>
          <w:sz w:val="28"/>
          <w:szCs w:val="28"/>
          <w:lang w:val="en-US"/>
        </w:rPr>
        <w:t xml:space="preserve"> </w:t>
      </w:r>
      <w:r w:rsidRPr="00B506FB">
        <w:rPr>
          <w:color w:val="000000" w:themeColor="text1"/>
          <w:sz w:val="28"/>
          <w:szCs w:val="28"/>
        </w:rPr>
        <w:t>үшінші</w:t>
      </w:r>
      <w:r w:rsidRPr="00B506FB">
        <w:rPr>
          <w:color w:val="000000" w:themeColor="text1"/>
          <w:sz w:val="28"/>
          <w:szCs w:val="28"/>
          <w:lang w:val="en-US"/>
        </w:rPr>
        <w:t xml:space="preserve"> </w:t>
      </w:r>
      <w:r w:rsidRPr="00B506FB">
        <w:rPr>
          <w:color w:val="000000" w:themeColor="text1"/>
          <w:sz w:val="28"/>
          <w:szCs w:val="28"/>
        </w:rPr>
        <w:t>тұлғалардың</w:t>
      </w:r>
      <w:r w:rsidRPr="00B506FB">
        <w:rPr>
          <w:color w:val="000000" w:themeColor="text1"/>
          <w:sz w:val="28"/>
          <w:szCs w:val="28"/>
          <w:lang w:val="en-US"/>
        </w:rPr>
        <w:t xml:space="preserve"> </w:t>
      </w:r>
      <w:r w:rsidRPr="00B506FB">
        <w:rPr>
          <w:color w:val="000000" w:themeColor="text1"/>
          <w:sz w:val="28"/>
          <w:szCs w:val="28"/>
        </w:rPr>
        <w:t>мүлкіне</w:t>
      </w:r>
      <w:r w:rsidRPr="00B506FB">
        <w:rPr>
          <w:color w:val="000000" w:themeColor="text1"/>
          <w:sz w:val="28"/>
          <w:szCs w:val="28"/>
          <w:lang w:val="en-US"/>
        </w:rPr>
        <w:t xml:space="preserve"> </w:t>
      </w:r>
      <w:r w:rsidRPr="00B506FB">
        <w:rPr>
          <w:color w:val="000000" w:themeColor="text1"/>
          <w:sz w:val="28"/>
          <w:szCs w:val="28"/>
        </w:rPr>
        <w:t>келтірілген</w:t>
      </w:r>
      <w:r w:rsidRPr="00B506FB">
        <w:rPr>
          <w:color w:val="000000" w:themeColor="text1"/>
          <w:sz w:val="28"/>
          <w:szCs w:val="28"/>
          <w:lang w:val="en-US"/>
        </w:rPr>
        <w:t xml:space="preserve"> </w:t>
      </w:r>
      <w:r w:rsidRPr="00B506FB">
        <w:rPr>
          <w:color w:val="000000" w:themeColor="text1"/>
          <w:sz w:val="28"/>
          <w:szCs w:val="28"/>
        </w:rPr>
        <w:t>залал</w:t>
      </w:r>
      <w:r w:rsidRPr="00B506FB">
        <w:rPr>
          <w:color w:val="000000" w:themeColor="text1"/>
          <w:sz w:val="28"/>
          <w:szCs w:val="28"/>
          <w:lang w:val="en-US"/>
        </w:rPr>
        <w:t xml:space="preserve"> </w:t>
      </w:r>
      <w:r w:rsidRPr="00B506FB">
        <w:rPr>
          <w:color w:val="000000" w:themeColor="text1"/>
          <w:sz w:val="28"/>
          <w:szCs w:val="28"/>
        </w:rPr>
        <w:t>үшін</w:t>
      </w:r>
      <w:r w:rsidRPr="00B506FB">
        <w:rPr>
          <w:color w:val="000000" w:themeColor="text1"/>
          <w:sz w:val="28"/>
          <w:szCs w:val="28"/>
          <w:lang w:val="en-US"/>
        </w:rPr>
        <w:t xml:space="preserve"> </w:t>
      </w:r>
      <w:r w:rsidRPr="00B506FB">
        <w:rPr>
          <w:color w:val="000000" w:themeColor="text1"/>
          <w:sz w:val="28"/>
          <w:szCs w:val="28"/>
        </w:rPr>
        <w:t>Қазақстан</w:t>
      </w:r>
      <w:r w:rsidRPr="00B506FB">
        <w:rPr>
          <w:color w:val="000000" w:themeColor="text1"/>
          <w:sz w:val="28"/>
          <w:szCs w:val="28"/>
          <w:lang w:val="en-US"/>
        </w:rPr>
        <w:t xml:space="preserve"> </w:t>
      </w:r>
      <w:r w:rsidRPr="00B506FB">
        <w:rPr>
          <w:color w:val="000000" w:themeColor="text1"/>
          <w:sz w:val="28"/>
          <w:szCs w:val="28"/>
        </w:rPr>
        <w:t>Республикасының</w:t>
      </w:r>
      <w:r w:rsidRPr="00B506FB">
        <w:rPr>
          <w:color w:val="000000" w:themeColor="text1"/>
          <w:sz w:val="28"/>
          <w:szCs w:val="28"/>
          <w:lang w:val="en-US"/>
        </w:rPr>
        <w:t xml:space="preserve"> </w:t>
      </w:r>
      <w:r w:rsidRPr="00B506FB">
        <w:rPr>
          <w:color w:val="000000" w:themeColor="text1"/>
          <w:sz w:val="28"/>
          <w:szCs w:val="28"/>
        </w:rPr>
        <w:t>заңнамасына</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шарт</w:t>
      </w:r>
      <w:r w:rsidRPr="00B506FB">
        <w:rPr>
          <w:color w:val="000000" w:themeColor="text1"/>
          <w:sz w:val="28"/>
          <w:szCs w:val="28"/>
          <w:lang w:val="en-US"/>
        </w:rPr>
        <w:t xml:space="preserve"> </w:t>
      </w:r>
      <w:r w:rsidRPr="00B506FB">
        <w:rPr>
          <w:color w:val="000000" w:themeColor="text1"/>
          <w:sz w:val="28"/>
          <w:szCs w:val="28"/>
        </w:rPr>
        <w:t>талаптарына</w:t>
      </w:r>
      <w:r w:rsidRPr="00B506FB">
        <w:rPr>
          <w:color w:val="000000" w:themeColor="text1"/>
          <w:sz w:val="28"/>
          <w:szCs w:val="28"/>
          <w:lang w:val="en-US"/>
        </w:rPr>
        <w:t xml:space="preserve"> </w:t>
      </w:r>
      <w:r w:rsidRPr="00B506FB">
        <w:rPr>
          <w:color w:val="000000" w:themeColor="text1"/>
          <w:sz w:val="28"/>
          <w:szCs w:val="28"/>
        </w:rPr>
        <w:t>сәйкес</w:t>
      </w:r>
      <w:r w:rsidRPr="00B506FB">
        <w:rPr>
          <w:color w:val="000000" w:themeColor="text1"/>
          <w:sz w:val="28"/>
          <w:szCs w:val="28"/>
          <w:lang w:val="en-US"/>
        </w:rPr>
        <w:t xml:space="preserve"> </w:t>
      </w:r>
      <w:r w:rsidRPr="00B506FB">
        <w:rPr>
          <w:color w:val="000000" w:themeColor="text1"/>
          <w:sz w:val="28"/>
          <w:szCs w:val="28"/>
        </w:rPr>
        <w:t>жауапты</w:t>
      </w:r>
      <w:r w:rsidRPr="00B506FB">
        <w:rPr>
          <w:color w:val="000000" w:themeColor="text1"/>
          <w:sz w:val="28"/>
          <w:szCs w:val="28"/>
          <w:lang w:val="en-US"/>
        </w:rPr>
        <w:t xml:space="preserve"> </w:t>
      </w:r>
      <w:r w:rsidRPr="00B506FB">
        <w:rPr>
          <w:color w:val="000000" w:themeColor="text1"/>
          <w:sz w:val="28"/>
          <w:szCs w:val="28"/>
        </w:rPr>
        <w:t>болады</w:t>
      </w:r>
      <w:r w:rsidRPr="00B506FB">
        <w:rPr>
          <w:color w:val="000000" w:themeColor="text1"/>
          <w:sz w:val="28"/>
          <w:szCs w:val="28"/>
          <w:lang w:val="en-US"/>
        </w:rPr>
        <w:t>.</w:t>
      </w:r>
    </w:p>
    <w:p w14:paraId="2D0F0E71" w14:textId="0F9EE63C"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6.6.</w:t>
      </w:r>
      <w:r w:rsidRPr="00B506FB">
        <w:rPr>
          <w:color w:val="000000" w:themeColor="text1"/>
          <w:sz w:val="28"/>
          <w:szCs w:val="28"/>
          <w:lang w:val="en-US"/>
        </w:rPr>
        <w:t xml:space="preserve"> </w:t>
      </w:r>
      <w:r w:rsidRPr="00B506FB">
        <w:rPr>
          <w:color w:val="000000" w:themeColor="text1"/>
          <w:sz w:val="28"/>
          <w:szCs w:val="28"/>
        </w:rPr>
        <w:t>Мердігердің</w:t>
      </w:r>
      <w:r w:rsidRPr="00B506FB">
        <w:rPr>
          <w:color w:val="000000" w:themeColor="text1"/>
          <w:sz w:val="28"/>
          <w:szCs w:val="28"/>
          <w:lang w:val="en-US"/>
        </w:rPr>
        <w:t xml:space="preserve"> </w:t>
      </w:r>
      <w:r w:rsidRPr="00B506FB">
        <w:rPr>
          <w:color w:val="000000" w:themeColor="text1"/>
          <w:sz w:val="28"/>
          <w:szCs w:val="28"/>
        </w:rPr>
        <w:t>кінәсінен</w:t>
      </w:r>
      <w:r w:rsidRPr="00B506FB">
        <w:rPr>
          <w:color w:val="000000" w:themeColor="text1"/>
          <w:sz w:val="28"/>
          <w:szCs w:val="28"/>
          <w:lang w:val="en-US"/>
        </w:rPr>
        <w:t xml:space="preserve"> </w:t>
      </w:r>
      <w:r w:rsidRPr="00B506FB">
        <w:rPr>
          <w:color w:val="000000" w:themeColor="text1"/>
          <w:sz w:val="28"/>
          <w:szCs w:val="28"/>
        </w:rPr>
        <w:t>туындаған</w:t>
      </w:r>
      <w:r w:rsidRPr="00B506FB">
        <w:rPr>
          <w:color w:val="000000" w:themeColor="text1"/>
          <w:sz w:val="28"/>
          <w:szCs w:val="28"/>
          <w:lang w:val="en-US"/>
        </w:rPr>
        <w:t xml:space="preserve"> </w:t>
      </w:r>
      <w:r w:rsidRPr="00B506FB">
        <w:rPr>
          <w:color w:val="000000" w:themeColor="text1"/>
          <w:sz w:val="28"/>
          <w:szCs w:val="28"/>
        </w:rPr>
        <w:t>кемшіліктер</w:t>
      </w:r>
      <w:r w:rsidRPr="00B506FB">
        <w:rPr>
          <w:color w:val="000000" w:themeColor="text1"/>
          <w:sz w:val="28"/>
          <w:szCs w:val="28"/>
          <w:lang w:val="en-US"/>
        </w:rPr>
        <w:t xml:space="preserve"> </w:t>
      </w:r>
      <w:r w:rsidRPr="00B506FB">
        <w:rPr>
          <w:color w:val="000000" w:themeColor="text1"/>
          <w:sz w:val="28"/>
          <w:szCs w:val="28"/>
        </w:rPr>
        <w:t>мен</w:t>
      </w:r>
      <w:r w:rsidRPr="00B506FB">
        <w:rPr>
          <w:color w:val="000000" w:themeColor="text1"/>
          <w:sz w:val="28"/>
          <w:szCs w:val="28"/>
          <w:lang w:val="en-US"/>
        </w:rPr>
        <w:t xml:space="preserve"> </w:t>
      </w:r>
      <w:r w:rsidRPr="00B506FB">
        <w:rPr>
          <w:color w:val="000000" w:themeColor="text1"/>
          <w:sz w:val="28"/>
          <w:szCs w:val="28"/>
        </w:rPr>
        <w:t>олардың</w:t>
      </w:r>
      <w:r w:rsidRPr="00B506FB">
        <w:rPr>
          <w:color w:val="000000" w:themeColor="text1"/>
          <w:sz w:val="28"/>
          <w:szCs w:val="28"/>
          <w:lang w:val="en-US"/>
        </w:rPr>
        <w:t xml:space="preserve"> </w:t>
      </w:r>
      <w:r w:rsidRPr="00B506FB">
        <w:rPr>
          <w:color w:val="000000" w:themeColor="text1"/>
          <w:sz w:val="28"/>
          <w:szCs w:val="28"/>
        </w:rPr>
        <w:t>салдары</w:t>
      </w:r>
      <w:r w:rsidRPr="00B506FB">
        <w:rPr>
          <w:color w:val="000000" w:themeColor="text1"/>
          <w:sz w:val="28"/>
          <w:szCs w:val="28"/>
          <w:lang w:val="en-US"/>
        </w:rPr>
        <w:t xml:space="preserve"> </w:t>
      </w:r>
      <w:r w:rsidRPr="00B506FB">
        <w:rPr>
          <w:color w:val="000000" w:themeColor="text1"/>
          <w:sz w:val="28"/>
          <w:szCs w:val="28"/>
        </w:rPr>
        <w:t>тиісті</w:t>
      </w:r>
      <w:r w:rsidRPr="00B506FB">
        <w:rPr>
          <w:color w:val="000000" w:themeColor="text1"/>
          <w:sz w:val="28"/>
          <w:szCs w:val="28"/>
          <w:lang w:val="en-US"/>
        </w:rPr>
        <w:t xml:space="preserve"> </w:t>
      </w:r>
      <w:r w:rsidRPr="00B506FB">
        <w:rPr>
          <w:color w:val="000000" w:themeColor="text1"/>
          <w:sz w:val="28"/>
          <w:szCs w:val="28"/>
        </w:rPr>
        <w:t>инженерлік</w:t>
      </w:r>
      <w:r w:rsidRPr="00B506FB">
        <w:rPr>
          <w:color w:val="000000" w:themeColor="text1"/>
          <w:sz w:val="28"/>
          <w:szCs w:val="28"/>
          <w:lang w:val="en-US"/>
        </w:rPr>
        <w:t xml:space="preserve"> </w:t>
      </w:r>
      <w:r w:rsidRPr="00B506FB">
        <w:rPr>
          <w:color w:val="000000" w:themeColor="text1"/>
          <w:sz w:val="28"/>
          <w:szCs w:val="28"/>
        </w:rPr>
        <w:t>жүйені</w:t>
      </w:r>
      <w:r w:rsidRPr="00B506FB">
        <w:rPr>
          <w:color w:val="000000" w:themeColor="text1"/>
          <w:sz w:val="28"/>
          <w:szCs w:val="28"/>
          <w:lang w:val="en-US"/>
        </w:rPr>
        <w:t xml:space="preserve"> </w:t>
      </w:r>
      <w:r w:rsidRPr="00B506FB">
        <w:rPr>
          <w:color w:val="000000" w:themeColor="text1"/>
          <w:sz w:val="28"/>
          <w:szCs w:val="28"/>
        </w:rPr>
        <w:t>қауіпсіз</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қалыпты</w:t>
      </w:r>
      <w:r w:rsidRPr="00B506FB">
        <w:rPr>
          <w:color w:val="000000" w:themeColor="text1"/>
          <w:sz w:val="28"/>
          <w:szCs w:val="28"/>
          <w:lang w:val="en-US"/>
        </w:rPr>
        <w:t xml:space="preserve"> </w:t>
      </w:r>
      <w:r w:rsidRPr="00B506FB">
        <w:rPr>
          <w:color w:val="000000" w:themeColor="text1"/>
          <w:sz w:val="28"/>
          <w:szCs w:val="28"/>
        </w:rPr>
        <w:t>пайдалануды</w:t>
      </w:r>
      <w:r w:rsidRPr="00B506FB">
        <w:rPr>
          <w:color w:val="000000" w:themeColor="text1"/>
          <w:sz w:val="28"/>
          <w:szCs w:val="28"/>
          <w:lang w:val="en-US"/>
        </w:rPr>
        <w:t xml:space="preserve"> </w:t>
      </w:r>
      <w:r w:rsidRPr="00B506FB">
        <w:rPr>
          <w:color w:val="000000" w:themeColor="text1"/>
          <w:sz w:val="28"/>
          <w:szCs w:val="28"/>
        </w:rPr>
        <w:t>қалпына</w:t>
      </w:r>
      <w:r w:rsidRPr="00B506FB">
        <w:rPr>
          <w:color w:val="000000" w:themeColor="text1"/>
          <w:sz w:val="28"/>
          <w:szCs w:val="28"/>
          <w:lang w:val="en-US"/>
        </w:rPr>
        <w:t xml:space="preserve"> </w:t>
      </w:r>
      <w:r w:rsidRPr="00B506FB">
        <w:rPr>
          <w:color w:val="000000" w:themeColor="text1"/>
          <w:sz w:val="28"/>
          <w:szCs w:val="28"/>
        </w:rPr>
        <w:t>келтіруге</w:t>
      </w:r>
      <w:r w:rsidRPr="00B506FB">
        <w:rPr>
          <w:color w:val="000000" w:themeColor="text1"/>
          <w:sz w:val="28"/>
          <w:szCs w:val="28"/>
          <w:lang w:val="en-US"/>
        </w:rPr>
        <w:t xml:space="preserve"> </w:t>
      </w:r>
      <w:r w:rsidRPr="00B506FB">
        <w:rPr>
          <w:color w:val="000000" w:themeColor="text1"/>
          <w:sz w:val="28"/>
          <w:szCs w:val="28"/>
        </w:rPr>
        <w:t>қажетті</w:t>
      </w:r>
      <w:r w:rsidRPr="00B506FB">
        <w:rPr>
          <w:color w:val="000000" w:themeColor="text1"/>
          <w:sz w:val="28"/>
          <w:szCs w:val="28"/>
          <w:lang w:val="en-US"/>
        </w:rPr>
        <w:t xml:space="preserve"> </w:t>
      </w:r>
      <w:r w:rsidRPr="00B506FB">
        <w:rPr>
          <w:color w:val="000000" w:themeColor="text1"/>
          <w:sz w:val="28"/>
          <w:szCs w:val="28"/>
        </w:rPr>
        <w:t>барынша</w:t>
      </w:r>
      <w:r w:rsidRPr="00B506FB">
        <w:rPr>
          <w:color w:val="000000" w:themeColor="text1"/>
          <w:sz w:val="28"/>
          <w:szCs w:val="28"/>
          <w:lang w:val="en-US"/>
        </w:rPr>
        <w:t xml:space="preserve"> </w:t>
      </w:r>
      <w:r w:rsidRPr="00B506FB">
        <w:rPr>
          <w:color w:val="000000" w:themeColor="text1"/>
          <w:sz w:val="28"/>
          <w:szCs w:val="28"/>
        </w:rPr>
        <w:t>қысқа</w:t>
      </w:r>
      <w:r w:rsidRPr="00B506FB">
        <w:rPr>
          <w:color w:val="000000" w:themeColor="text1"/>
          <w:sz w:val="28"/>
          <w:szCs w:val="28"/>
          <w:lang w:val="en-US"/>
        </w:rPr>
        <w:t xml:space="preserve"> </w:t>
      </w:r>
      <w:r w:rsidRPr="00B506FB">
        <w:rPr>
          <w:color w:val="000000" w:themeColor="text1"/>
          <w:sz w:val="28"/>
          <w:szCs w:val="28"/>
        </w:rPr>
        <w:t>мерзімде</w:t>
      </w:r>
      <w:r w:rsidRPr="00B506FB">
        <w:rPr>
          <w:color w:val="000000" w:themeColor="text1"/>
          <w:sz w:val="28"/>
          <w:szCs w:val="28"/>
          <w:lang w:val="en-US"/>
        </w:rPr>
        <w:t xml:space="preserve"> </w:t>
      </w:r>
      <w:r w:rsidRPr="00B506FB">
        <w:rPr>
          <w:color w:val="000000" w:themeColor="text1"/>
          <w:sz w:val="28"/>
          <w:szCs w:val="28"/>
        </w:rPr>
        <w:t>Мердігердің</w:t>
      </w:r>
      <w:r w:rsidRPr="00B506FB">
        <w:rPr>
          <w:color w:val="000000" w:themeColor="text1"/>
          <w:sz w:val="28"/>
          <w:szCs w:val="28"/>
          <w:lang w:val="en-US"/>
        </w:rPr>
        <w:t xml:space="preserve"> </w:t>
      </w:r>
      <w:r w:rsidRPr="00B506FB">
        <w:rPr>
          <w:color w:val="000000" w:themeColor="text1"/>
          <w:sz w:val="28"/>
          <w:szCs w:val="28"/>
        </w:rPr>
        <w:t>есебінен</w:t>
      </w:r>
      <w:r w:rsidRPr="00B506FB">
        <w:rPr>
          <w:color w:val="000000" w:themeColor="text1"/>
          <w:sz w:val="28"/>
          <w:szCs w:val="28"/>
          <w:lang w:val="en-US"/>
        </w:rPr>
        <w:t xml:space="preserve"> </w:t>
      </w:r>
      <w:r w:rsidRPr="00B506FB">
        <w:rPr>
          <w:color w:val="000000" w:themeColor="text1"/>
          <w:sz w:val="28"/>
          <w:szCs w:val="28"/>
        </w:rPr>
        <w:t>толық</w:t>
      </w:r>
      <w:r w:rsidRPr="00B506FB">
        <w:rPr>
          <w:color w:val="000000" w:themeColor="text1"/>
          <w:sz w:val="28"/>
          <w:szCs w:val="28"/>
          <w:lang w:val="en-US"/>
        </w:rPr>
        <w:t xml:space="preserve"> </w:t>
      </w:r>
      <w:r w:rsidRPr="00B506FB">
        <w:rPr>
          <w:color w:val="000000" w:themeColor="text1"/>
          <w:sz w:val="28"/>
          <w:szCs w:val="28"/>
        </w:rPr>
        <w:t>көлемде</w:t>
      </w:r>
      <w:r w:rsidRPr="00B506FB">
        <w:rPr>
          <w:color w:val="000000" w:themeColor="text1"/>
          <w:sz w:val="28"/>
          <w:szCs w:val="28"/>
          <w:lang w:val="en-US"/>
        </w:rPr>
        <w:t xml:space="preserve"> </w:t>
      </w:r>
      <w:r w:rsidRPr="00B506FB">
        <w:rPr>
          <w:color w:val="000000" w:themeColor="text1"/>
          <w:sz w:val="28"/>
          <w:szCs w:val="28"/>
        </w:rPr>
        <w:t>жойылады</w:t>
      </w:r>
      <w:r w:rsidRPr="00B506FB">
        <w:rPr>
          <w:color w:val="000000" w:themeColor="text1"/>
          <w:sz w:val="28"/>
          <w:szCs w:val="28"/>
          <w:lang w:val="en-US"/>
        </w:rPr>
        <w:t>.</w:t>
      </w:r>
    </w:p>
    <w:p w14:paraId="35A9D23A" w14:textId="5DF3372E"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6.7.</w:t>
      </w:r>
      <w:r w:rsidRPr="00B506FB">
        <w:rPr>
          <w:color w:val="000000" w:themeColor="text1"/>
          <w:sz w:val="28"/>
          <w:szCs w:val="28"/>
          <w:lang w:val="en-US"/>
        </w:rPr>
        <w:t xml:space="preserve"> </w:t>
      </w:r>
      <w:r w:rsidRPr="00B506FB">
        <w:rPr>
          <w:color w:val="000000" w:themeColor="text1"/>
          <w:sz w:val="28"/>
          <w:szCs w:val="28"/>
        </w:rPr>
        <w:t>Кепілдік</w:t>
      </w:r>
      <w:r w:rsidRPr="00B506FB">
        <w:rPr>
          <w:color w:val="000000" w:themeColor="text1"/>
          <w:sz w:val="28"/>
          <w:szCs w:val="28"/>
          <w:lang w:val="en-US"/>
        </w:rPr>
        <w:t xml:space="preserve"> </w:t>
      </w:r>
      <w:r w:rsidRPr="00B506FB">
        <w:rPr>
          <w:color w:val="000000" w:themeColor="text1"/>
          <w:sz w:val="28"/>
          <w:szCs w:val="28"/>
        </w:rPr>
        <w:t>міндеттемелер</w:t>
      </w:r>
      <w:r w:rsidRPr="00B506FB">
        <w:rPr>
          <w:color w:val="000000" w:themeColor="text1"/>
          <w:sz w:val="28"/>
          <w:szCs w:val="28"/>
          <w:lang w:val="en-US"/>
        </w:rPr>
        <w:t xml:space="preserve"> </w:t>
      </w:r>
      <w:r w:rsidRPr="00B506FB">
        <w:rPr>
          <w:color w:val="000000" w:themeColor="text1"/>
          <w:sz w:val="28"/>
          <w:szCs w:val="28"/>
        </w:rPr>
        <w:t>Мердігерді</w:t>
      </w:r>
      <w:r w:rsidRPr="00B506FB">
        <w:rPr>
          <w:color w:val="000000" w:themeColor="text1"/>
          <w:sz w:val="28"/>
          <w:szCs w:val="28"/>
          <w:lang w:val="en-US"/>
        </w:rPr>
        <w:t xml:space="preserve"> </w:t>
      </w:r>
      <w:r w:rsidRPr="00B506FB">
        <w:rPr>
          <w:color w:val="000000" w:themeColor="text1"/>
          <w:sz w:val="28"/>
          <w:szCs w:val="28"/>
        </w:rPr>
        <w:t>жұмыстарды</w:t>
      </w:r>
      <w:r w:rsidRPr="00B506FB">
        <w:rPr>
          <w:color w:val="000000" w:themeColor="text1"/>
          <w:sz w:val="28"/>
          <w:szCs w:val="28"/>
          <w:lang w:val="en-US"/>
        </w:rPr>
        <w:t xml:space="preserve"> </w:t>
      </w:r>
      <w:r w:rsidRPr="00B506FB">
        <w:rPr>
          <w:color w:val="000000" w:themeColor="text1"/>
          <w:sz w:val="28"/>
          <w:szCs w:val="28"/>
        </w:rPr>
        <w:t>орындау</w:t>
      </w:r>
      <w:r w:rsidRPr="00B506FB">
        <w:rPr>
          <w:color w:val="000000" w:themeColor="text1"/>
          <w:sz w:val="28"/>
          <w:szCs w:val="28"/>
          <w:lang w:val="en-US"/>
        </w:rPr>
        <w:t xml:space="preserve"> </w:t>
      </w:r>
      <w:r w:rsidRPr="00B506FB">
        <w:rPr>
          <w:color w:val="000000" w:themeColor="text1"/>
          <w:sz w:val="28"/>
          <w:szCs w:val="28"/>
        </w:rPr>
        <w:t>кезінде</w:t>
      </w:r>
      <w:r w:rsidRPr="00B506FB">
        <w:rPr>
          <w:color w:val="000000" w:themeColor="text1"/>
          <w:sz w:val="28"/>
          <w:szCs w:val="28"/>
          <w:lang w:val="en-US"/>
        </w:rPr>
        <w:t xml:space="preserve"> </w:t>
      </w:r>
      <w:r w:rsidRPr="00B506FB">
        <w:rPr>
          <w:color w:val="000000" w:themeColor="text1"/>
          <w:sz w:val="28"/>
          <w:szCs w:val="28"/>
        </w:rPr>
        <w:t>сапа</w:t>
      </w:r>
      <w:r w:rsidRPr="00B506FB">
        <w:rPr>
          <w:color w:val="000000" w:themeColor="text1"/>
          <w:sz w:val="28"/>
          <w:szCs w:val="28"/>
          <w:lang w:val="en-US"/>
        </w:rPr>
        <w:t xml:space="preserve"> </w:t>
      </w:r>
      <w:r w:rsidRPr="00B506FB">
        <w:rPr>
          <w:color w:val="000000" w:themeColor="text1"/>
          <w:sz w:val="28"/>
          <w:szCs w:val="28"/>
        </w:rPr>
        <w:t>мен</w:t>
      </w:r>
      <w:r w:rsidRPr="00B506FB">
        <w:rPr>
          <w:color w:val="000000" w:themeColor="text1"/>
          <w:sz w:val="28"/>
          <w:szCs w:val="28"/>
          <w:lang w:val="en-US"/>
        </w:rPr>
        <w:t xml:space="preserve"> </w:t>
      </w:r>
      <w:r w:rsidRPr="00B506FB">
        <w:rPr>
          <w:color w:val="000000" w:themeColor="text1"/>
          <w:sz w:val="28"/>
          <w:szCs w:val="28"/>
        </w:rPr>
        <w:t>қауіпсіздік</w:t>
      </w:r>
      <w:r w:rsidRPr="00B506FB">
        <w:rPr>
          <w:color w:val="000000" w:themeColor="text1"/>
          <w:sz w:val="28"/>
          <w:szCs w:val="28"/>
          <w:lang w:val="en-US"/>
        </w:rPr>
        <w:t xml:space="preserve"> </w:t>
      </w:r>
      <w:r w:rsidRPr="00B506FB">
        <w:rPr>
          <w:color w:val="000000" w:themeColor="text1"/>
          <w:sz w:val="28"/>
          <w:szCs w:val="28"/>
        </w:rPr>
        <w:t>талаптарын</w:t>
      </w:r>
      <w:r w:rsidRPr="00B506FB">
        <w:rPr>
          <w:color w:val="000000" w:themeColor="text1"/>
          <w:sz w:val="28"/>
          <w:szCs w:val="28"/>
          <w:lang w:val="en-US"/>
        </w:rPr>
        <w:t xml:space="preserve"> </w:t>
      </w:r>
      <w:r w:rsidRPr="00B506FB">
        <w:rPr>
          <w:color w:val="000000" w:themeColor="text1"/>
          <w:sz w:val="28"/>
          <w:szCs w:val="28"/>
        </w:rPr>
        <w:t>сақтау</w:t>
      </w:r>
      <w:r w:rsidRPr="00B506FB">
        <w:rPr>
          <w:color w:val="000000" w:themeColor="text1"/>
          <w:sz w:val="28"/>
          <w:szCs w:val="28"/>
          <w:lang w:val="en-US"/>
        </w:rPr>
        <w:t xml:space="preserve"> </w:t>
      </w:r>
      <w:r w:rsidRPr="00B506FB">
        <w:rPr>
          <w:color w:val="000000" w:themeColor="text1"/>
          <w:sz w:val="28"/>
          <w:szCs w:val="28"/>
        </w:rPr>
        <w:t>міндетінен</w:t>
      </w:r>
      <w:r w:rsidRPr="00B506FB">
        <w:rPr>
          <w:color w:val="000000" w:themeColor="text1"/>
          <w:sz w:val="28"/>
          <w:szCs w:val="28"/>
          <w:lang w:val="en-US"/>
        </w:rPr>
        <w:t xml:space="preserve"> </w:t>
      </w:r>
      <w:r w:rsidRPr="00B506FB">
        <w:rPr>
          <w:color w:val="000000" w:themeColor="text1"/>
          <w:sz w:val="28"/>
          <w:szCs w:val="28"/>
        </w:rPr>
        <w:t>босатпайды</w:t>
      </w:r>
      <w:r w:rsidRPr="00B506FB">
        <w:rPr>
          <w:color w:val="000000" w:themeColor="text1"/>
          <w:sz w:val="28"/>
          <w:szCs w:val="28"/>
          <w:lang w:val="en-US"/>
        </w:rPr>
        <w:t>.</w:t>
      </w:r>
    </w:p>
    <w:p w14:paraId="4EF2D85B" w14:textId="77777777" w:rsidR="00B506FB" w:rsidRPr="00B506FB" w:rsidRDefault="00B506FB" w:rsidP="007F6C8D">
      <w:pPr>
        <w:pStyle w:val="21"/>
        <w:spacing w:before="0"/>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7. Орындалған жұмыстарды тапсыру және қабылдау тәртібі</w:t>
      </w:r>
    </w:p>
    <w:p w14:paraId="5562FA5E" w14:textId="5698C011"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7.1.</w:t>
      </w:r>
      <w:r w:rsidRPr="00B506FB">
        <w:rPr>
          <w:color w:val="000000" w:themeColor="text1"/>
          <w:sz w:val="28"/>
          <w:szCs w:val="28"/>
          <w:lang w:val="en-US"/>
        </w:rPr>
        <w:t xml:space="preserve"> </w:t>
      </w:r>
      <w:r w:rsidRPr="00B506FB">
        <w:rPr>
          <w:color w:val="000000" w:themeColor="text1"/>
          <w:sz w:val="28"/>
          <w:szCs w:val="28"/>
        </w:rPr>
        <w:t>Әрбір</w:t>
      </w:r>
      <w:r w:rsidRPr="00B506FB">
        <w:rPr>
          <w:color w:val="000000" w:themeColor="text1"/>
          <w:sz w:val="28"/>
          <w:szCs w:val="28"/>
          <w:lang w:val="en-US"/>
        </w:rPr>
        <w:t xml:space="preserve"> </w:t>
      </w:r>
      <w:r w:rsidRPr="00B506FB">
        <w:rPr>
          <w:color w:val="000000" w:themeColor="text1"/>
          <w:sz w:val="28"/>
          <w:szCs w:val="28"/>
        </w:rPr>
        <w:t>авариялық</w:t>
      </w:r>
      <w:r w:rsidRPr="00B506FB">
        <w:rPr>
          <w:color w:val="000000" w:themeColor="text1"/>
          <w:sz w:val="28"/>
          <w:szCs w:val="28"/>
          <w:lang w:val="en-US"/>
        </w:rPr>
        <w:t xml:space="preserve"> </w:t>
      </w:r>
      <w:r w:rsidRPr="00B506FB">
        <w:rPr>
          <w:color w:val="000000" w:themeColor="text1"/>
          <w:sz w:val="28"/>
          <w:szCs w:val="28"/>
        </w:rPr>
        <w:t>жағдай</w:t>
      </w:r>
      <w:r w:rsidRPr="00B506FB">
        <w:rPr>
          <w:color w:val="000000" w:themeColor="text1"/>
          <w:sz w:val="28"/>
          <w:szCs w:val="28"/>
          <w:lang w:val="en-US"/>
        </w:rPr>
        <w:t xml:space="preserve"> </w:t>
      </w:r>
      <w:r w:rsidRPr="00B506FB">
        <w:rPr>
          <w:color w:val="000000" w:themeColor="text1"/>
          <w:sz w:val="28"/>
          <w:szCs w:val="28"/>
        </w:rPr>
        <w:t>бойынша</w:t>
      </w:r>
      <w:r w:rsidRPr="00B506FB">
        <w:rPr>
          <w:color w:val="000000" w:themeColor="text1"/>
          <w:sz w:val="28"/>
          <w:szCs w:val="28"/>
          <w:lang w:val="en-US"/>
        </w:rPr>
        <w:t xml:space="preserve"> </w:t>
      </w:r>
      <w:r w:rsidRPr="00B506FB">
        <w:rPr>
          <w:color w:val="000000" w:themeColor="text1"/>
          <w:sz w:val="28"/>
          <w:szCs w:val="28"/>
        </w:rPr>
        <w:t>жұмыстар</w:t>
      </w:r>
      <w:r w:rsidRPr="00B506FB">
        <w:rPr>
          <w:color w:val="000000" w:themeColor="text1"/>
          <w:sz w:val="28"/>
          <w:szCs w:val="28"/>
          <w:lang w:val="en-US"/>
        </w:rPr>
        <w:t xml:space="preserve"> </w:t>
      </w:r>
      <w:r w:rsidRPr="00B506FB">
        <w:rPr>
          <w:color w:val="000000" w:themeColor="text1"/>
          <w:sz w:val="28"/>
          <w:szCs w:val="28"/>
        </w:rPr>
        <w:t>аяқталғаннан</w:t>
      </w:r>
      <w:r w:rsidRPr="00B506FB">
        <w:rPr>
          <w:color w:val="000000" w:themeColor="text1"/>
          <w:sz w:val="28"/>
          <w:szCs w:val="28"/>
          <w:lang w:val="en-US"/>
        </w:rPr>
        <w:t xml:space="preserve"> </w:t>
      </w:r>
      <w:r w:rsidRPr="00B506FB">
        <w:rPr>
          <w:color w:val="000000" w:themeColor="text1"/>
          <w:sz w:val="28"/>
          <w:szCs w:val="28"/>
        </w:rPr>
        <w:t>кейін</w:t>
      </w:r>
      <w:r w:rsidRPr="00B506FB">
        <w:rPr>
          <w:color w:val="000000" w:themeColor="text1"/>
          <w:sz w:val="28"/>
          <w:szCs w:val="28"/>
          <w:lang w:val="en-US"/>
        </w:rPr>
        <w:t xml:space="preserve"> </w:t>
      </w:r>
      <w:r w:rsidRPr="00B506FB">
        <w:rPr>
          <w:color w:val="000000" w:themeColor="text1"/>
          <w:sz w:val="28"/>
          <w:szCs w:val="28"/>
        </w:rPr>
        <w:t>Мердігер</w:t>
      </w:r>
      <w:r w:rsidRPr="00B506FB">
        <w:rPr>
          <w:color w:val="000000" w:themeColor="text1"/>
          <w:sz w:val="28"/>
          <w:szCs w:val="28"/>
          <w:lang w:val="en-US"/>
        </w:rPr>
        <w:t xml:space="preserve"> </w:t>
      </w:r>
      <w:r w:rsidRPr="00B506FB">
        <w:rPr>
          <w:color w:val="000000" w:themeColor="text1"/>
          <w:sz w:val="28"/>
          <w:szCs w:val="28"/>
        </w:rPr>
        <w:t>орындалған</w:t>
      </w:r>
      <w:r w:rsidRPr="00B506FB">
        <w:rPr>
          <w:color w:val="000000" w:themeColor="text1"/>
          <w:sz w:val="28"/>
          <w:szCs w:val="28"/>
          <w:lang w:val="en-US"/>
        </w:rPr>
        <w:t xml:space="preserve"> </w:t>
      </w:r>
      <w:r w:rsidRPr="00B506FB">
        <w:rPr>
          <w:color w:val="000000" w:themeColor="text1"/>
          <w:sz w:val="28"/>
          <w:szCs w:val="28"/>
        </w:rPr>
        <w:t>жұмыстардың</w:t>
      </w:r>
      <w:r w:rsidRPr="00B506FB">
        <w:rPr>
          <w:color w:val="000000" w:themeColor="text1"/>
          <w:sz w:val="28"/>
          <w:szCs w:val="28"/>
          <w:lang w:val="en-US"/>
        </w:rPr>
        <w:t xml:space="preserve"> </w:t>
      </w:r>
      <w:r w:rsidRPr="00B506FB">
        <w:rPr>
          <w:color w:val="000000" w:themeColor="text1"/>
          <w:sz w:val="28"/>
          <w:szCs w:val="28"/>
        </w:rPr>
        <w:t>нәтижесін</w:t>
      </w:r>
      <w:r w:rsidRPr="00B506FB">
        <w:rPr>
          <w:color w:val="000000" w:themeColor="text1"/>
          <w:sz w:val="28"/>
          <w:szCs w:val="28"/>
          <w:lang w:val="en-US"/>
        </w:rPr>
        <w:t xml:space="preserve"> </w:t>
      </w:r>
      <w:r w:rsidRPr="00B506FB">
        <w:rPr>
          <w:color w:val="000000" w:themeColor="text1"/>
          <w:sz w:val="28"/>
          <w:szCs w:val="28"/>
        </w:rPr>
        <w:t>қарап</w:t>
      </w:r>
      <w:r w:rsidRPr="00B506FB">
        <w:rPr>
          <w:color w:val="000000" w:themeColor="text1"/>
          <w:sz w:val="28"/>
          <w:szCs w:val="28"/>
          <w:lang w:val="en-US"/>
        </w:rPr>
        <w:t>-</w:t>
      </w:r>
      <w:r w:rsidRPr="00B506FB">
        <w:rPr>
          <w:color w:val="000000" w:themeColor="text1"/>
          <w:sz w:val="28"/>
          <w:szCs w:val="28"/>
        </w:rPr>
        <w:t>тексеру</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қабылдау</w:t>
      </w:r>
      <w:r w:rsidRPr="00B506FB">
        <w:rPr>
          <w:color w:val="000000" w:themeColor="text1"/>
          <w:sz w:val="28"/>
          <w:szCs w:val="28"/>
          <w:lang w:val="en-US"/>
        </w:rPr>
        <w:t xml:space="preserve"> </w:t>
      </w:r>
      <w:r w:rsidRPr="00B506FB">
        <w:rPr>
          <w:color w:val="000000" w:themeColor="text1"/>
          <w:sz w:val="28"/>
          <w:szCs w:val="28"/>
        </w:rPr>
        <w:t>үшін</w:t>
      </w:r>
      <w:r w:rsidRPr="00B506FB">
        <w:rPr>
          <w:color w:val="000000" w:themeColor="text1"/>
          <w:sz w:val="28"/>
          <w:szCs w:val="28"/>
          <w:lang w:val="en-US"/>
        </w:rPr>
        <w:t xml:space="preserve"> </w:t>
      </w:r>
      <w:r w:rsidRPr="00B506FB">
        <w:rPr>
          <w:color w:val="000000" w:themeColor="text1"/>
          <w:sz w:val="28"/>
          <w:szCs w:val="28"/>
        </w:rPr>
        <w:t>Тапсырыс</w:t>
      </w:r>
      <w:r w:rsidRPr="00B506FB">
        <w:rPr>
          <w:color w:val="000000" w:themeColor="text1"/>
          <w:sz w:val="28"/>
          <w:szCs w:val="28"/>
          <w:lang w:val="en-US"/>
        </w:rPr>
        <w:t xml:space="preserve"> </w:t>
      </w:r>
      <w:r w:rsidRPr="00B506FB">
        <w:rPr>
          <w:color w:val="000000" w:themeColor="text1"/>
          <w:sz w:val="28"/>
          <w:szCs w:val="28"/>
        </w:rPr>
        <w:t>берушіге</w:t>
      </w:r>
      <w:r w:rsidRPr="00B506FB">
        <w:rPr>
          <w:color w:val="000000" w:themeColor="text1"/>
          <w:sz w:val="28"/>
          <w:szCs w:val="28"/>
          <w:lang w:val="en-US"/>
        </w:rPr>
        <w:t xml:space="preserve"> </w:t>
      </w:r>
      <w:r w:rsidRPr="00B506FB">
        <w:rPr>
          <w:color w:val="000000" w:themeColor="text1"/>
          <w:sz w:val="28"/>
          <w:szCs w:val="28"/>
        </w:rPr>
        <w:t>ұсынады</w:t>
      </w:r>
      <w:r w:rsidRPr="00B506FB">
        <w:rPr>
          <w:color w:val="000000" w:themeColor="text1"/>
          <w:sz w:val="28"/>
          <w:szCs w:val="28"/>
          <w:lang w:val="en-US"/>
        </w:rPr>
        <w:t>.</w:t>
      </w:r>
    </w:p>
    <w:p w14:paraId="512BC3C9" w14:textId="3D0D3CA5" w:rsidR="00B506FB" w:rsidRPr="00B506FB" w:rsidRDefault="00B506FB" w:rsidP="007F6C8D">
      <w:pPr>
        <w:pStyle w:val="x12ofw9d"/>
        <w:spacing w:before="0" w:beforeAutospacing="0"/>
        <w:jc w:val="both"/>
        <w:rPr>
          <w:color w:val="000000" w:themeColor="text1"/>
          <w:sz w:val="28"/>
          <w:szCs w:val="28"/>
        </w:rPr>
      </w:pPr>
      <w:r>
        <w:rPr>
          <w:rStyle w:val="af6"/>
          <w:rFonts w:eastAsiaTheme="majorEastAsia"/>
          <w:color w:val="000000" w:themeColor="text1"/>
          <w:sz w:val="28"/>
          <w:szCs w:val="28"/>
        </w:rPr>
        <w:tab/>
      </w:r>
      <w:r w:rsidRPr="00B506FB">
        <w:rPr>
          <w:rStyle w:val="af6"/>
          <w:rFonts w:eastAsiaTheme="majorEastAsia"/>
          <w:color w:val="000000" w:themeColor="text1"/>
          <w:sz w:val="28"/>
          <w:szCs w:val="28"/>
        </w:rPr>
        <w:t>7.2.</w:t>
      </w:r>
      <w:r w:rsidRPr="00B506FB">
        <w:rPr>
          <w:color w:val="000000" w:themeColor="text1"/>
          <w:sz w:val="28"/>
          <w:szCs w:val="28"/>
        </w:rPr>
        <w:t xml:space="preserve"> Әрбір объект бойынша Мердігер мынадай құжаттарды ұсынады:</w:t>
      </w:r>
    </w:p>
    <w:p w14:paraId="1702D57B" w14:textId="77777777" w:rsidR="00B506FB" w:rsidRPr="00B506FB" w:rsidRDefault="00B506FB" w:rsidP="007F6C8D">
      <w:pPr>
        <w:numPr>
          <w:ilvl w:val="0"/>
          <w:numId w:val="45"/>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ақаулар актісі;</w:t>
      </w:r>
    </w:p>
    <w:p w14:paraId="62C492E4" w14:textId="77777777" w:rsidR="00B506FB" w:rsidRPr="00B506FB" w:rsidRDefault="00B506FB" w:rsidP="007F6C8D">
      <w:pPr>
        <w:numPr>
          <w:ilvl w:val="0"/>
          <w:numId w:val="45"/>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жұмыстардың нақты көлемі көрсетілген орындалған жұмыстар актісі;</w:t>
      </w:r>
    </w:p>
    <w:p w14:paraId="2A443269" w14:textId="77777777" w:rsidR="00B506FB" w:rsidRPr="00B506FB" w:rsidRDefault="00B506FB" w:rsidP="007F6C8D">
      <w:pPr>
        <w:numPr>
          <w:ilvl w:val="0"/>
          <w:numId w:val="45"/>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орындалған жұмыстар туралы қағаз жеткізгіштегі есеп;</w:t>
      </w:r>
    </w:p>
    <w:p w14:paraId="154EAA1C" w14:textId="77777777" w:rsidR="00B506FB" w:rsidRPr="00B506FB" w:rsidRDefault="00B506FB" w:rsidP="007F6C8D">
      <w:pPr>
        <w:numPr>
          <w:ilvl w:val="0"/>
          <w:numId w:val="45"/>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t>ақаудың сипаты мен орындалған жұмыстардың нәтижелерін көрсететін электрондық форматтағы фотосуреттер;</w:t>
      </w:r>
    </w:p>
    <w:p w14:paraId="05E09DFC" w14:textId="77777777" w:rsidR="00B506FB" w:rsidRPr="00B506FB" w:rsidRDefault="00B506FB" w:rsidP="007F6C8D">
      <w:pPr>
        <w:numPr>
          <w:ilvl w:val="0"/>
          <w:numId w:val="45"/>
        </w:numPr>
        <w:spacing w:after="100" w:afterAutospacing="1" w:line="240" w:lineRule="auto"/>
        <w:jc w:val="both"/>
        <w:rPr>
          <w:rFonts w:ascii="Times New Roman" w:hAnsi="Times New Roman" w:cs="Times New Roman"/>
          <w:color w:val="000000" w:themeColor="text1"/>
          <w:sz w:val="28"/>
          <w:szCs w:val="28"/>
        </w:rPr>
      </w:pPr>
      <w:r w:rsidRPr="00B506FB">
        <w:rPr>
          <w:rFonts w:ascii="Times New Roman" w:hAnsi="Times New Roman" w:cs="Times New Roman"/>
          <w:color w:val="000000" w:themeColor="text1"/>
          <w:sz w:val="28"/>
          <w:szCs w:val="28"/>
        </w:rPr>
        <w:lastRenderedPageBreak/>
        <w:t>пайдаланылған материалдар және жүргізілген тексерулер туралы мәліметтер.</w:t>
      </w:r>
    </w:p>
    <w:p w14:paraId="15198DAA" w14:textId="3FDC5212"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7.3.</w:t>
      </w:r>
      <w:r w:rsidRPr="00B506FB">
        <w:rPr>
          <w:color w:val="000000" w:themeColor="text1"/>
          <w:sz w:val="28"/>
          <w:szCs w:val="28"/>
          <w:lang w:val="en-US"/>
        </w:rPr>
        <w:t xml:space="preserve"> </w:t>
      </w:r>
      <w:r w:rsidRPr="00B506FB">
        <w:rPr>
          <w:color w:val="000000" w:themeColor="text1"/>
          <w:sz w:val="28"/>
          <w:szCs w:val="28"/>
        </w:rPr>
        <w:t>Әрбір</w:t>
      </w:r>
      <w:r w:rsidRPr="00B506FB">
        <w:rPr>
          <w:color w:val="000000" w:themeColor="text1"/>
          <w:sz w:val="28"/>
          <w:szCs w:val="28"/>
          <w:lang w:val="en-US"/>
        </w:rPr>
        <w:t xml:space="preserve"> </w:t>
      </w:r>
      <w:r w:rsidRPr="00B506FB">
        <w:rPr>
          <w:color w:val="000000" w:themeColor="text1"/>
          <w:sz w:val="28"/>
          <w:szCs w:val="28"/>
        </w:rPr>
        <w:t>авариялық</w:t>
      </w:r>
      <w:r w:rsidRPr="00B506FB">
        <w:rPr>
          <w:color w:val="000000" w:themeColor="text1"/>
          <w:sz w:val="28"/>
          <w:szCs w:val="28"/>
          <w:lang w:val="en-US"/>
        </w:rPr>
        <w:t xml:space="preserve"> </w:t>
      </w:r>
      <w:r w:rsidRPr="00B506FB">
        <w:rPr>
          <w:color w:val="000000" w:themeColor="text1"/>
          <w:sz w:val="28"/>
          <w:szCs w:val="28"/>
        </w:rPr>
        <w:t>шығу</w:t>
      </w:r>
      <w:r w:rsidRPr="00B506FB">
        <w:rPr>
          <w:color w:val="000000" w:themeColor="text1"/>
          <w:sz w:val="28"/>
          <w:szCs w:val="28"/>
          <w:lang w:val="en-US"/>
        </w:rPr>
        <w:t xml:space="preserve"> </w:t>
      </w:r>
      <w:r w:rsidRPr="00B506FB">
        <w:rPr>
          <w:color w:val="000000" w:themeColor="text1"/>
          <w:sz w:val="28"/>
          <w:szCs w:val="28"/>
        </w:rPr>
        <w:t>есептілікте</w:t>
      </w:r>
      <w:r w:rsidRPr="00B506FB">
        <w:rPr>
          <w:color w:val="000000" w:themeColor="text1"/>
          <w:sz w:val="28"/>
          <w:szCs w:val="28"/>
          <w:lang w:val="en-US"/>
        </w:rPr>
        <w:t xml:space="preserve"> </w:t>
      </w:r>
      <w:r w:rsidRPr="00B506FB">
        <w:rPr>
          <w:color w:val="000000" w:themeColor="text1"/>
          <w:sz w:val="28"/>
          <w:szCs w:val="28"/>
        </w:rPr>
        <w:t>көрсетіледі</w:t>
      </w:r>
      <w:r w:rsidRPr="00B506FB">
        <w:rPr>
          <w:color w:val="000000" w:themeColor="text1"/>
          <w:sz w:val="28"/>
          <w:szCs w:val="28"/>
          <w:lang w:val="en-US"/>
        </w:rPr>
        <w:t xml:space="preserve">. </w:t>
      </w:r>
      <w:r w:rsidRPr="00B506FB">
        <w:rPr>
          <w:color w:val="000000" w:themeColor="text1"/>
          <w:sz w:val="28"/>
          <w:szCs w:val="28"/>
        </w:rPr>
        <w:t>Есепте</w:t>
      </w:r>
      <w:r w:rsidRPr="00B506FB">
        <w:rPr>
          <w:color w:val="000000" w:themeColor="text1"/>
          <w:sz w:val="28"/>
          <w:szCs w:val="28"/>
          <w:lang w:val="en-US"/>
        </w:rPr>
        <w:t xml:space="preserve"> </w:t>
      </w:r>
      <w:r w:rsidRPr="00B506FB">
        <w:rPr>
          <w:color w:val="000000" w:themeColor="text1"/>
          <w:sz w:val="28"/>
          <w:szCs w:val="28"/>
        </w:rPr>
        <w:t>шығу</w:t>
      </w:r>
      <w:r w:rsidRPr="00B506FB">
        <w:rPr>
          <w:color w:val="000000" w:themeColor="text1"/>
          <w:sz w:val="28"/>
          <w:szCs w:val="28"/>
          <w:lang w:val="en-US"/>
        </w:rPr>
        <w:t xml:space="preserve"> </w:t>
      </w:r>
      <w:r w:rsidRPr="00B506FB">
        <w:rPr>
          <w:color w:val="000000" w:themeColor="text1"/>
          <w:sz w:val="28"/>
          <w:szCs w:val="28"/>
        </w:rPr>
        <w:t>күні</w:t>
      </w:r>
      <w:r w:rsidRPr="00B506FB">
        <w:rPr>
          <w:color w:val="000000" w:themeColor="text1"/>
          <w:sz w:val="28"/>
          <w:szCs w:val="28"/>
          <w:lang w:val="en-US"/>
        </w:rPr>
        <w:t xml:space="preserve">, </w:t>
      </w:r>
      <w:r w:rsidRPr="00B506FB">
        <w:rPr>
          <w:color w:val="000000" w:themeColor="text1"/>
          <w:sz w:val="28"/>
          <w:szCs w:val="28"/>
        </w:rPr>
        <w:t>объектінің</w:t>
      </w:r>
      <w:r w:rsidRPr="00B506FB">
        <w:rPr>
          <w:color w:val="000000" w:themeColor="text1"/>
          <w:sz w:val="28"/>
          <w:szCs w:val="28"/>
          <w:lang w:val="en-US"/>
        </w:rPr>
        <w:t xml:space="preserve"> </w:t>
      </w:r>
      <w:r w:rsidRPr="00B506FB">
        <w:rPr>
          <w:color w:val="000000" w:themeColor="text1"/>
          <w:sz w:val="28"/>
          <w:szCs w:val="28"/>
        </w:rPr>
        <w:t>мекенжайы</w:t>
      </w:r>
      <w:r w:rsidRPr="00B506FB">
        <w:rPr>
          <w:color w:val="000000" w:themeColor="text1"/>
          <w:sz w:val="28"/>
          <w:szCs w:val="28"/>
          <w:lang w:val="en-US"/>
        </w:rPr>
        <w:t xml:space="preserve">, </w:t>
      </w:r>
      <w:r w:rsidRPr="00B506FB">
        <w:rPr>
          <w:color w:val="000000" w:themeColor="text1"/>
          <w:sz w:val="28"/>
          <w:szCs w:val="28"/>
        </w:rPr>
        <w:t>авариялық</w:t>
      </w:r>
      <w:r w:rsidRPr="00B506FB">
        <w:rPr>
          <w:color w:val="000000" w:themeColor="text1"/>
          <w:sz w:val="28"/>
          <w:szCs w:val="28"/>
          <w:lang w:val="en-US"/>
        </w:rPr>
        <w:t xml:space="preserve"> </w:t>
      </w:r>
      <w:r w:rsidRPr="00B506FB">
        <w:rPr>
          <w:color w:val="000000" w:themeColor="text1"/>
          <w:sz w:val="28"/>
          <w:szCs w:val="28"/>
        </w:rPr>
        <w:t>жағдайдың</w:t>
      </w:r>
      <w:r w:rsidRPr="00B506FB">
        <w:rPr>
          <w:color w:val="000000" w:themeColor="text1"/>
          <w:sz w:val="28"/>
          <w:szCs w:val="28"/>
          <w:lang w:val="en-US"/>
        </w:rPr>
        <w:t xml:space="preserve"> </w:t>
      </w:r>
      <w:r w:rsidRPr="00B506FB">
        <w:rPr>
          <w:color w:val="000000" w:themeColor="text1"/>
          <w:sz w:val="28"/>
          <w:szCs w:val="28"/>
        </w:rPr>
        <w:t>сипаты</w:t>
      </w:r>
      <w:r w:rsidRPr="00B506FB">
        <w:rPr>
          <w:color w:val="000000" w:themeColor="text1"/>
          <w:sz w:val="28"/>
          <w:szCs w:val="28"/>
          <w:lang w:val="en-US"/>
        </w:rPr>
        <w:t xml:space="preserve">, </w:t>
      </w:r>
      <w:r w:rsidRPr="00B506FB">
        <w:rPr>
          <w:color w:val="000000" w:themeColor="text1"/>
          <w:sz w:val="28"/>
          <w:szCs w:val="28"/>
        </w:rPr>
        <w:t>орындалған</w:t>
      </w:r>
      <w:r w:rsidRPr="00B506FB">
        <w:rPr>
          <w:color w:val="000000" w:themeColor="text1"/>
          <w:sz w:val="28"/>
          <w:szCs w:val="28"/>
          <w:lang w:val="en-US"/>
        </w:rPr>
        <w:t xml:space="preserve"> </w:t>
      </w:r>
      <w:r w:rsidRPr="00B506FB">
        <w:rPr>
          <w:color w:val="000000" w:themeColor="text1"/>
          <w:sz w:val="28"/>
          <w:szCs w:val="28"/>
        </w:rPr>
        <w:t>іс</w:t>
      </w:r>
      <w:r w:rsidRPr="00B506FB">
        <w:rPr>
          <w:color w:val="000000" w:themeColor="text1"/>
          <w:sz w:val="28"/>
          <w:szCs w:val="28"/>
          <w:lang w:val="en-US"/>
        </w:rPr>
        <w:t>-</w:t>
      </w:r>
      <w:r w:rsidRPr="00B506FB">
        <w:rPr>
          <w:color w:val="000000" w:themeColor="text1"/>
          <w:sz w:val="28"/>
          <w:szCs w:val="28"/>
        </w:rPr>
        <w:t>шаралар</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шығу</w:t>
      </w:r>
      <w:r w:rsidRPr="00B506FB">
        <w:rPr>
          <w:color w:val="000000" w:themeColor="text1"/>
          <w:sz w:val="28"/>
          <w:szCs w:val="28"/>
          <w:lang w:val="en-US"/>
        </w:rPr>
        <w:t xml:space="preserve"> </w:t>
      </w:r>
      <w:r w:rsidRPr="00B506FB">
        <w:rPr>
          <w:color w:val="000000" w:themeColor="text1"/>
          <w:sz w:val="28"/>
          <w:szCs w:val="28"/>
        </w:rPr>
        <w:t>нәтижесі</w:t>
      </w:r>
      <w:r w:rsidRPr="00B506FB">
        <w:rPr>
          <w:color w:val="000000" w:themeColor="text1"/>
          <w:sz w:val="28"/>
          <w:szCs w:val="28"/>
          <w:lang w:val="en-US"/>
        </w:rPr>
        <w:t xml:space="preserve"> </w:t>
      </w:r>
      <w:r w:rsidRPr="00B506FB">
        <w:rPr>
          <w:color w:val="000000" w:themeColor="text1"/>
          <w:sz w:val="28"/>
          <w:szCs w:val="28"/>
        </w:rPr>
        <w:t>көрсетіледі</w:t>
      </w:r>
      <w:r w:rsidRPr="00B506FB">
        <w:rPr>
          <w:color w:val="000000" w:themeColor="text1"/>
          <w:sz w:val="28"/>
          <w:szCs w:val="28"/>
          <w:lang w:val="en-US"/>
        </w:rPr>
        <w:t>.</w:t>
      </w:r>
    </w:p>
    <w:p w14:paraId="105C6051" w14:textId="02454500"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7.4.</w:t>
      </w:r>
      <w:r w:rsidRPr="00B506FB">
        <w:rPr>
          <w:color w:val="000000" w:themeColor="text1"/>
          <w:sz w:val="28"/>
          <w:szCs w:val="28"/>
          <w:lang w:val="en-US"/>
        </w:rPr>
        <w:t xml:space="preserve"> </w:t>
      </w:r>
      <w:r w:rsidRPr="00B506FB">
        <w:rPr>
          <w:color w:val="000000" w:themeColor="text1"/>
          <w:sz w:val="28"/>
          <w:szCs w:val="28"/>
        </w:rPr>
        <w:t>Жұмыстардың</w:t>
      </w:r>
      <w:r w:rsidRPr="00B506FB">
        <w:rPr>
          <w:color w:val="000000" w:themeColor="text1"/>
          <w:sz w:val="28"/>
          <w:szCs w:val="28"/>
          <w:lang w:val="en-US"/>
        </w:rPr>
        <w:t xml:space="preserve"> </w:t>
      </w:r>
      <w:r w:rsidRPr="00B506FB">
        <w:rPr>
          <w:color w:val="000000" w:themeColor="text1"/>
          <w:sz w:val="28"/>
          <w:szCs w:val="28"/>
        </w:rPr>
        <w:t>тиісті</w:t>
      </w:r>
      <w:r w:rsidRPr="00B506FB">
        <w:rPr>
          <w:color w:val="000000" w:themeColor="text1"/>
          <w:sz w:val="28"/>
          <w:szCs w:val="28"/>
          <w:lang w:val="en-US"/>
        </w:rPr>
        <w:t xml:space="preserve"> </w:t>
      </w:r>
      <w:r w:rsidRPr="00B506FB">
        <w:rPr>
          <w:color w:val="000000" w:themeColor="text1"/>
          <w:sz w:val="28"/>
          <w:szCs w:val="28"/>
        </w:rPr>
        <w:t>түрде</w:t>
      </w:r>
      <w:r w:rsidRPr="00B506FB">
        <w:rPr>
          <w:color w:val="000000" w:themeColor="text1"/>
          <w:sz w:val="28"/>
          <w:szCs w:val="28"/>
          <w:lang w:val="en-US"/>
        </w:rPr>
        <w:t xml:space="preserve"> </w:t>
      </w:r>
      <w:r w:rsidRPr="00B506FB">
        <w:rPr>
          <w:color w:val="000000" w:themeColor="text1"/>
          <w:sz w:val="28"/>
          <w:szCs w:val="28"/>
        </w:rPr>
        <w:t>орындалғанын</w:t>
      </w:r>
      <w:r w:rsidRPr="00B506FB">
        <w:rPr>
          <w:color w:val="000000" w:themeColor="text1"/>
          <w:sz w:val="28"/>
          <w:szCs w:val="28"/>
          <w:lang w:val="en-US"/>
        </w:rPr>
        <w:t xml:space="preserve"> </w:t>
      </w:r>
      <w:r w:rsidRPr="00B506FB">
        <w:rPr>
          <w:color w:val="000000" w:themeColor="text1"/>
          <w:sz w:val="28"/>
          <w:szCs w:val="28"/>
        </w:rPr>
        <w:t>растау</w:t>
      </w:r>
      <w:r w:rsidRPr="00B506FB">
        <w:rPr>
          <w:color w:val="000000" w:themeColor="text1"/>
          <w:sz w:val="28"/>
          <w:szCs w:val="28"/>
          <w:lang w:val="en-US"/>
        </w:rPr>
        <w:t xml:space="preserve"> </w:t>
      </w:r>
      <w:r w:rsidRPr="00B506FB">
        <w:rPr>
          <w:color w:val="000000" w:themeColor="text1"/>
          <w:sz w:val="28"/>
          <w:szCs w:val="28"/>
        </w:rPr>
        <w:t>болып</w:t>
      </w:r>
      <w:r w:rsidRPr="00B506FB">
        <w:rPr>
          <w:color w:val="000000" w:themeColor="text1"/>
          <w:sz w:val="28"/>
          <w:szCs w:val="28"/>
          <w:lang w:val="en-US"/>
        </w:rPr>
        <w:t xml:space="preserve"> </w:t>
      </w:r>
      <w:r w:rsidRPr="00B506FB">
        <w:rPr>
          <w:color w:val="000000" w:themeColor="text1"/>
          <w:sz w:val="28"/>
          <w:szCs w:val="28"/>
        </w:rPr>
        <w:t>ақаудың</w:t>
      </w:r>
      <w:r w:rsidRPr="00B506FB">
        <w:rPr>
          <w:color w:val="000000" w:themeColor="text1"/>
          <w:sz w:val="28"/>
          <w:szCs w:val="28"/>
          <w:lang w:val="en-US"/>
        </w:rPr>
        <w:t xml:space="preserve"> </w:t>
      </w:r>
      <w:r w:rsidRPr="00B506FB">
        <w:rPr>
          <w:color w:val="000000" w:themeColor="text1"/>
          <w:sz w:val="28"/>
          <w:szCs w:val="28"/>
        </w:rPr>
        <w:t>нақты</w:t>
      </w:r>
      <w:r w:rsidRPr="00B506FB">
        <w:rPr>
          <w:color w:val="000000" w:themeColor="text1"/>
          <w:sz w:val="28"/>
          <w:szCs w:val="28"/>
          <w:lang w:val="en-US"/>
        </w:rPr>
        <w:t xml:space="preserve"> </w:t>
      </w:r>
      <w:r w:rsidRPr="00B506FB">
        <w:rPr>
          <w:color w:val="000000" w:themeColor="text1"/>
          <w:sz w:val="28"/>
          <w:szCs w:val="28"/>
        </w:rPr>
        <w:t>жойылуы</w:t>
      </w:r>
      <w:r w:rsidRPr="00B506FB">
        <w:rPr>
          <w:color w:val="000000" w:themeColor="text1"/>
          <w:sz w:val="28"/>
          <w:szCs w:val="28"/>
          <w:lang w:val="en-US"/>
        </w:rPr>
        <w:t xml:space="preserve">, </w:t>
      </w:r>
      <w:r w:rsidRPr="00B506FB">
        <w:rPr>
          <w:color w:val="000000" w:themeColor="text1"/>
          <w:sz w:val="28"/>
          <w:szCs w:val="28"/>
        </w:rPr>
        <w:t>инженерлік</w:t>
      </w:r>
      <w:r w:rsidRPr="00B506FB">
        <w:rPr>
          <w:color w:val="000000" w:themeColor="text1"/>
          <w:sz w:val="28"/>
          <w:szCs w:val="28"/>
          <w:lang w:val="en-US"/>
        </w:rPr>
        <w:t xml:space="preserve"> </w:t>
      </w:r>
      <w:r w:rsidRPr="00B506FB">
        <w:rPr>
          <w:color w:val="000000" w:themeColor="text1"/>
          <w:sz w:val="28"/>
          <w:szCs w:val="28"/>
        </w:rPr>
        <w:t>жүйенің</w:t>
      </w:r>
      <w:r w:rsidRPr="00B506FB">
        <w:rPr>
          <w:color w:val="000000" w:themeColor="text1"/>
          <w:sz w:val="28"/>
          <w:szCs w:val="28"/>
          <w:lang w:val="en-US"/>
        </w:rPr>
        <w:t xml:space="preserve"> </w:t>
      </w:r>
      <w:r w:rsidRPr="00B506FB">
        <w:rPr>
          <w:color w:val="000000" w:themeColor="text1"/>
          <w:sz w:val="28"/>
          <w:szCs w:val="28"/>
        </w:rPr>
        <w:t>тиісті</w:t>
      </w:r>
      <w:r w:rsidRPr="00B506FB">
        <w:rPr>
          <w:color w:val="000000" w:themeColor="text1"/>
          <w:sz w:val="28"/>
          <w:szCs w:val="28"/>
          <w:lang w:val="en-US"/>
        </w:rPr>
        <w:t xml:space="preserve"> </w:t>
      </w:r>
      <w:r w:rsidRPr="00B506FB">
        <w:rPr>
          <w:color w:val="000000" w:themeColor="text1"/>
          <w:sz w:val="28"/>
          <w:szCs w:val="28"/>
        </w:rPr>
        <w:t>учаскесінің</w:t>
      </w:r>
      <w:r w:rsidRPr="00B506FB">
        <w:rPr>
          <w:color w:val="000000" w:themeColor="text1"/>
          <w:sz w:val="28"/>
          <w:szCs w:val="28"/>
          <w:lang w:val="en-US"/>
        </w:rPr>
        <w:t xml:space="preserve"> </w:t>
      </w:r>
      <w:r w:rsidRPr="00B506FB">
        <w:rPr>
          <w:color w:val="000000" w:themeColor="text1"/>
          <w:sz w:val="28"/>
          <w:szCs w:val="28"/>
        </w:rPr>
        <w:t>жұмысқа</w:t>
      </w:r>
      <w:r w:rsidRPr="00B506FB">
        <w:rPr>
          <w:color w:val="000000" w:themeColor="text1"/>
          <w:sz w:val="28"/>
          <w:szCs w:val="28"/>
          <w:lang w:val="en-US"/>
        </w:rPr>
        <w:t xml:space="preserve"> </w:t>
      </w:r>
      <w:r w:rsidRPr="00B506FB">
        <w:rPr>
          <w:color w:val="000000" w:themeColor="text1"/>
          <w:sz w:val="28"/>
          <w:szCs w:val="28"/>
        </w:rPr>
        <w:t>қабілеттілігінің</w:t>
      </w:r>
      <w:r w:rsidRPr="00B506FB">
        <w:rPr>
          <w:color w:val="000000" w:themeColor="text1"/>
          <w:sz w:val="28"/>
          <w:szCs w:val="28"/>
          <w:lang w:val="en-US"/>
        </w:rPr>
        <w:t xml:space="preserve"> </w:t>
      </w:r>
      <w:r w:rsidRPr="00B506FB">
        <w:rPr>
          <w:color w:val="000000" w:themeColor="text1"/>
          <w:sz w:val="28"/>
          <w:szCs w:val="28"/>
        </w:rPr>
        <w:t>қалпына</w:t>
      </w:r>
      <w:r w:rsidRPr="00B506FB">
        <w:rPr>
          <w:color w:val="000000" w:themeColor="text1"/>
          <w:sz w:val="28"/>
          <w:szCs w:val="28"/>
          <w:lang w:val="en-US"/>
        </w:rPr>
        <w:t xml:space="preserve"> </w:t>
      </w:r>
      <w:r w:rsidRPr="00B506FB">
        <w:rPr>
          <w:color w:val="000000" w:themeColor="text1"/>
          <w:sz w:val="28"/>
          <w:szCs w:val="28"/>
        </w:rPr>
        <w:t>келтірілуі</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орындалған</w:t>
      </w:r>
      <w:r w:rsidRPr="00B506FB">
        <w:rPr>
          <w:color w:val="000000" w:themeColor="text1"/>
          <w:sz w:val="28"/>
          <w:szCs w:val="28"/>
          <w:lang w:val="en-US"/>
        </w:rPr>
        <w:t xml:space="preserve"> </w:t>
      </w:r>
      <w:r w:rsidRPr="00B506FB">
        <w:rPr>
          <w:color w:val="000000" w:themeColor="text1"/>
          <w:sz w:val="28"/>
          <w:szCs w:val="28"/>
        </w:rPr>
        <w:t>жөндеу</w:t>
      </w:r>
      <w:r w:rsidRPr="00B506FB">
        <w:rPr>
          <w:color w:val="000000" w:themeColor="text1"/>
          <w:sz w:val="28"/>
          <w:szCs w:val="28"/>
          <w:lang w:val="en-US"/>
        </w:rPr>
        <w:t xml:space="preserve"> </w:t>
      </w:r>
      <w:r w:rsidRPr="00B506FB">
        <w:rPr>
          <w:color w:val="000000" w:themeColor="text1"/>
          <w:sz w:val="28"/>
          <w:szCs w:val="28"/>
        </w:rPr>
        <w:t>шегінде</w:t>
      </w:r>
      <w:r w:rsidRPr="00B506FB">
        <w:rPr>
          <w:color w:val="000000" w:themeColor="text1"/>
          <w:sz w:val="28"/>
          <w:szCs w:val="28"/>
          <w:lang w:val="en-US"/>
        </w:rPr>
        <w:t xml:space="preserve"> </w:t>
      </w:r>
      <w:r w:rsidRPr="00B506FB">
        <w:rPr>
          <w:color w:val="000000" w:themeColor="text1"/>
          <w:sz w:val="28"/>
          <w:szCs w:val="28"/>
        </w:rPr>
        <w:t>су</w:t>
      </w:r>
      <w:r w:rsidRPr="00B506FB">
        <w:rPr>
          <w:color w:val="000000" w:themeColor="text1"/>
          <w:sz w:val="28"/>
          <w:szCs w:val="28"/>
          <w:lang w:val="en-US"/>
        </w:rPr>
        <w:t xml:space="preserve"> </w:t>
      </w:r>
      <w:r w:rsidRPr="00B506FB">
        <w:rPr>
          <w:color w:val="000000" w:themeColor="text1"/>
          <w:sz w:val="28"/>
          <w:szCs w:val="28"/>
        </w:rPr>
        <w:t>ағуының</w:t>
      </w:r>
      <w:r w:rsidRPr="00B506FB">
        <w:rPr>
          <w:color w:val="000000" w:themeColor="text1"/>
          <w:sz w:val="28"/>
          <w:szCs w:val="28"/>
          <w:lang w:val="en-US"/>
        </w:rPr>
        <w:t xml:space="preserve">, </w:t>
      </w:r>
      <w:r w:rsidRPr="00B506FB">
        <w:rPr>
          <w:color w:val="000000" w:themeColor="text1"/>
          <w:sz w:val="28"/>
          <w:szCs w:val="28"/>
        </w:rPr>
        <w:t>сұйықтықтың</w:t>
      </w:r>
      <w:r w:rsidRPr="00B506FB">
        <w:rPr>
          <w:color w:val="000000" w:themeColor="text1"/>
          <w:sz w:val="28"/>
          <w:szCs w:val="28"/>
          <w:lang w:val="en-US"/>
        </w:rPr>
        <w:t xml:space="preserve"> </w:t>
      </w:r>
      <w:r w:rsidRPr="00B506FB">
        <w:rPr>
          <w:color w:val="000000" w:themeColor="text1"/>
          <w:sz w:val="28"/>
          <w:szCs w:val="28"/>
        </w:rPr>
        <w:t>ағып</w:t>
      </w:r>
      <w:r w:rsidRPr="00B506FB">
        <w:rPr>
          <w:color w:val="000000" w:themeColor="text1"/>
          <w:sz w:val="28"/>
          <w:szCs w:val="28"/>
          <w:lang w:val="en-US"/>
        </w:rPr>
        <w:t xml:space="preserve"> </w:t>
      </w:r>
      <w:r w:rsidRPr="00B506FB">
        <w:rPr>
          <w:color w:val="000000" w:themeColor="text1"/>
          <w:sz w:val="28"/>
          <w:szCs w:val="28"/>
        </w:rPr>
        <w:t>кетуінің</w:t>
      </w:r>
      <w:r w:rsidRPr="00B506FB">
        <w:rPr>
          <w:color w:val="000000" w:themeColor="text1"/>
          <w:sz w:val="28"/>
          <w:szCs w:val="28"/>
          <w:lang w:val="en-US"/>
        </w:rPr>
        <w:t xml:space="preserve"> </w:t>
      </w:r>
      <w:r w:rsidRPr="00B506FB">
        <w:rPr>
          <w:color w:val="000000" w:themeColor="text1"/>
          <w:sz w:val="28"/>
          <w:szCs w:val="28"/>
        </w:rPr>
        <w:t>немесе</w:t>
      </w:r>
      <w:r w:rsidRPr="00B506FB">
        <w:rPr>
          <w:color w:val="000000" w:themeColor="text1"/>
          <w:sz w:val="28"/>
          <w:szCs w:val="28"/>
          <w:lang w:val="en-US"/>
        </w:rPr>
        <w:t xml:space="preserve"> </w:t>
      </w:r>
      <w:r w:rsidRPr="00B506FB">
        <w:rPr>
          <w:color w:val="000000" w:themeColor="text1"/>
          <w:sz w:val="28"/>
          <w:szCs w:val="28"/>
        </w:rPr>
        <w:t>өзге</w:t>
      </w:r>
      <w:r w:rsidRPr="00B506FB">
        <w:rPr>
          <w:color w:val="000000" w:themeColor="text1"/>
          <w:sz w:val="28"/>
          <w:szCs w:val="28"/>
          <w:lang w:val="en-US"/>
        </w:rPr>
        <w:t xml:space="preserve"> </w:t>
      </w:r>
      <w:r w:rsidRPr="00B506FB">
        <w:rPr>
          <w:color w:val="000000" w:themeColor="text1"/>
          <w:sz w:val="28"/>
          <w:szCs w:val="28"/>
        </w:rPr>
        <w:t>де</w:t>
      </w:r>
      <w:r w:rsidRPr="00B506FB">
        <w:rPr>
          <w:color w:val="000000" w:themeColor="text1"/>
          <w:sz w:val="28"/>
          <w:szCs w:val="28"/>
          <w:lang w:val="en-US"/>
        </w:rPr>
        <w:t xml:space="preserve"> </w:t>
      </w:r>
      <w:r w:rsidRPr="00B506FB">
        <w:rPr>
          <w:color w:val="000000" w:themeColor="text1"/>
          <w:sz w:val="28"/>
          <w:szCs w:val="28"/>
        </w:rPr>
        <w:t>ақаулардың</w:t>
      </w:r>
      <w:r w:rsidRPr="00B506FB">
        <w:rPr>
          <w:color w:val="000000" w:themeColor="text1"/>
          <w:sz w:val="28"/>
          <w:szCs w:val="28"/>
          <w:lang w:val="en-US"/>
        </w:rPr>
        <w:t xml:space="preserve"> </w:t>
      </w:r>
      <w:r w:rsidRPr="00B506FB">
        <w:rPr>
          <w:color w:val="000000" w:themeColor="text1"/>
          <w:sz w:val="28"/>
          <w:szCs w:val="28"/>
        </w:rPr>
        <w:t>белгілері</w:t>
      </w:r>
      <w:r w:rsidRPr="00B506FB">
        <w:rPr>
          <w:color w:val="000000" w:themeColor="text1"/>
          <w:sz w:val="28"/>
          <w:szCs w:val="28"/>
          <w:lang w:val="en-US"/>
        </w:rPr>
        <w:t xml:space="preserve"> </w:t>
      </w:r>
      <w:r w:rsidRPr="00B506FB">
        <w:rPr>
          <w:color w:val="000000" w:themeColor="text1"/>
          <w:sz w:val="28"/>
          <w:szCs w:val="28"/>
        </w:rPr>
        <w:t>болмауы</w:t>
      </w:r>
      <w:r w:rsidRPr="00B506FB">
        <w:rPr>
          <w:color w:val="000000" w:themeColor="text1"/>
          <w:sz w:val="28"/>
          <w:szCs w:val="28"/>
          <w:lang w:val="en-US"/>
        </w:rPr>
        <w:t xml:space="preserve"> </w:t>
      </w:r>
      <w:r w:rsidRPr="00B506FB">
        <w:rPr>
          <w:color w:val="000000" w:themeColor="text1"/>
          <w:sz w:val="28"/>
          <w:szCs w:val="28"/>
        </w:rPr>
        <w:t>табылады</w:t>
      </w:r>
      <w:r w:rsidRPr="00B506FB">
        <w:rPr>
          <w:color w:val="000000" w:themeColor="text1"/>
          <w:sz w:val="28"/>
          <w:szCs w:val="28"/>
          <w:lang w:val="en-US"/>
        </w:rPr>
        <w:t>.</w:t>
      </w:r>
    </w:p>
    <w:p w14:paraId="42E7C7B0" w14:textId="3674B6EA"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7.5.</w:t>
      </w:r>
      <w:r w:rsidRPr="00B506FB">
        <w:rPr>
          <w:color w:val="000000" w:themeColor="text1"/>
          <w:sz w:val="28"/>
          <w:szCs w:val="28"/>
          <w:lang w:val="en-US"/>
        </w:rPr>
        <w:t xml:space="preserve"> </w:t>
      </w:r>
      <w:r w:rsidRPr="00B506FB">
        <w:rPr>
          <w:color w:val="000000" w:themeColor="text1"/>
          <w:sz w:val="28"/>
          <w:szCs w:val="28"/>
        </w:rPr>
        <w:t>Жылыту</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сумен</w:t>
      </w:r>
      <w:r w:rsidRPr="00B506FB">
        <w:rPr>
          <w:color w:val="000000" w:themeColor="text1"/>
          <w:sz w:val="28"/>
          <w:szCs w:val="28"/>
          <w:lang w:val="en-US"/>
        </w:rPr>
        <w:t xml:space="preserve"> </w:t>
      </w:r>
      <w:r w:rsidRPr="00B506FB">
        <w:rPr>
          <w:color w:val="000000" w:themeColor="text1"/>
          <w:sz w:val="28"/>
          <w:szCs w:val="28"/>
        </w:rPr>
        <w:t>жабдықтау</w:t>
      </w:r>
      <w:r w:rsidRPr="00B506FB">
        <w:rPr>
          <w:color w:val="000000" w:themeColor="text1"/>
          <w:sz w:val="28"/>
          <w:szCs w:val="28"/>
          <w:lang w:val="en-US"/>
        </w:rPr>
        <w:t xml:space="preserve"> </w:t>
      </w:r>
      <w:r w:rsidRPr="00B506FB">
        <w:rPr>
          <w:color w:val="000000" w:themeColor="text1"/>
          <w:sz w:val="28"/>
          <w:szCs w:val="28"/>
        </w:rPr>
        <w:t>жүйелері</w:t>
      </w:r>
      <w:r w:rsidRPr="00B506FB">
        <w:rPr>
          <w:color w:val="000000" w:themeColor="text1"/>
          <w:sz w:val="28"/>
          <w:szCs w:val="28"/>
          <w:lang w:val="en-US"/>
        </w:rPr>
        <w:t xml:space="preserve"> </w:t>
      </w:r>
      <w:r w:rsidRPr="00B506FB">
        <w:rPr>
          <w:color w:val="000000" w:themeColor="text1"/>
          <w:sz w:val="28"/>
          <w:szCs w:val="28"/>
        </w:rPr>
        <w:t>бойынша</w:t>
      </w:r>
      <w:r w:rsidRPr="00B506FB">
        <w:rPr>
          <w:color w:val="000000" w:themeColor="text1"/>
          <w:sz w:val="28"/>
          <w:szCs w:val="28"/>
          <w:lang w:val="en-US"/>
        </w:rPr>
        <w:t xml:space="preserve">, </w:t>
      </w:r>
      <w:r w:rsidRPr="00B506FB">
        <w:rPr>
          <w:color w:val="000000" w:themeColor="text1"/>
          <w:sz w:val="28"/>
          <w:szCs w:val="28"/>
        </w:rPr>
        <w:t>техникалық</w:t>
      </w:r>
      <w:r w:rsidRPr="00B506FB">
        <w:rPr>
          <w:color w:val="000000" w:themeColor="text1"/>
          <w:sz w:val="28"/>
          <w:szCs w:val="28"/>
          <w:lang w:val="en-US"/>
        </w:rPr>
        <w:t xml:space="preserve"> </w:t>
      </w:r>
      <w:r w:rsidRPr="00B506FB">
        <w:rPr>
          <w:color w:val="000000" w:themeColor="text1"/>
          <w:sz w:val="28"/>
          <w:szCs w:val="28"/>
        </w:rPr>
        <w:t>тұрғыдан</w:t>
      </w:r>
      <w:r w:rsidRPr="00B506FB">
        <w:rPr>
          <w:color w:val="000000" w:themeColor="text1"/>
          <w:sz w:val="28"/>
          <w:szCs w:val="28"/>
          <w:lang w:val="en-US"/>
        </w:rPr>
        <w:t xml:space="preserve"> </w:t>
      </w:r>
      <w:r w:rsidRPr="00B506FB">
        <w:rPr>
          <w:color w:val="000000" w:themeColor="text1"/>
          <w:sz w:val="28"/>
          <w:szCs w:val="28"/>
        </w:rPr>
        <w:t>қолдануға</w:t>
      </w:r>
      <w:r w:rsidRPr="00B506FB">
        <w:rPr>
          <w:color w:val="000000" w:themeColor="text1"/>
          <w:sz w:val="28"/>
          <w:szCs w:val="28"/>
          <w:lang w:val="en-US"/>
        </w:rPr>
        <w:t xml:space="preserve"> </w:t>
      </w:r>
      <w:r w:rsidRPr="00B506FB">
        <w:rPr>
          <w:color w:val="000000" w:themeColor="text1"/>
          <w:sz w:val="28"/>
          <w:szCs w:val="28"/>
        </w:rPr>
        <w:t>болатын</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тиісті</w:t>
      </w:r>
      <w:r w:rsidRPr="00B506FB">
        <w:rPr>
          <w:color w:val="000000" w:themeColor="text1"/>
          <w:sz w:val="28"/>
          <w:szCs w:val="28"/>
          <w:lang w:val="en-US"/>
        </w:rPr>
        <w:t xml:space="preserve"> </w:t>
      </w:r>
      <w:r w:rsidRPr="00B506FB">
        <w:rPr>
          <w:color w:val="000000" w:themeColor="text1"/>
          <w:sz w:val="28"/>
          <w:szCs w:val="28"/>
        </w:rPr>
        <w:t>жұмыс</w:t>
      </w:r>
      <w:r w:rsidRPr="00B506FB">
        <w:rPr>
          <w:color w:val="000000" w:themeColor="text1"/>
          <w:sz w:val="28"/>
          <w:szCs w:val="28"/>
          <w:lang w:val="en-US"/>
        </w:rPr>
        <w:t xml:space="preserve"> </w:t>
      </w:r>
      <w:r w:rsidRPr="00B506FB">
        <w:rPr>
          <w:color w:val="000000" w:themeColor="text1"/>
          <w:sz w:val="28"/>
          <w:szCs w:val="28"/>
        </w:rPr>
        <w:t>түріне</w:t>
      </w:r>
      <w:r w:rsidRPr="00B506FB">
        <w:rPr>
          <w:color w:val="000000" w:themeColor="text1"/>
          <w:sz w:val="28"/>
          <w:szCs w:val="28"/>
          <w:lang w:val="en-US"/>
        </w:rPr>
        <w:t xml:space="preserve"> </w:t>
      </w:r>
      <w:r w:rsidRPr="00B506FB">
        <w:rPr>
          <w:color w:val="000000" w:themeColor="text1"/>
          <w:sz w:val="28"/>
          <w:szCs w:val="28"/>
        </w:rPr>
        <w:t>қойылатын</w:t>
      </w:r>
      <w:r w:rsidRPr="00B506FB">
        <w:rPr>
          <w:color w:val="000000" w:themeColor="text1"/>
          <w:sz w:val="28"/>
          <w:szCs w:val="28"/>
          <w:lang w:val="en-US"/>
        </w:rPr>
        <w:t xml:space="preserve"> </w:t>
      </w:r>
      <w:r w:rsidRPr="00B506FB">
        <w:rPr>
          <w:color w:val="000000" w:themeColor="text1"/>
          <w:sz w:val="28"/>
          <w:szCs w:val="28"/>
        </w:rPr>
        <w:t>талаптарда</w:t>
      </w:r>
      <w:r w:rsidRPr="00B506FB">
        <w:rPr>
          <w:color w:val="000000" w:themeColor="text1"/>
          <w:sz w:val="28"/>
          <w:szCs w:val="28"/>
          <w:lang w:val="en-US"/>
        </w:rPr>
        <w:t xml:space="preserve"> </w:t>
      </w:r>
      <w:r w:rsidRPr="00B506FB">
        <w:rPr>
          <w:color w:val="000000" w:themeColor="text1"/>
          <w:sz w:val="28"/>
          <w:szCs w:val="28"/>
        </w:rPr>
        <w:t>көзделген</w:t>
      </w:r>
      <w:r w:rsidRPr="00B506FB">
        <w:rPr>
          <w:color w:val="000000" w:themeColor="text1"/>
          <w:sz w:val="28"/>
          <w:szCs w:val="28"/>
          <w:lang w:val="en-US"/>
        </w:rPr>
        <w:t xml:space="preserve"> </w:t>
      </w:r>
      <w:r w:rsidRPr="00B506FB">
        <w:rPr>
          <w:color w:val="000000" w:themeColor="text1"/>
          <w:sz w:val="28"/>
          <w:szCs w:val="28"/>
        </w:rPr>
        <w:t>жағдайларда</w:t>
      </w:r>
      <w:r w:rsidRPr="00B506FB">
        <w:rPr>
          <w:color w:val="000000" w:themeColor="text1"/>
          <w:sz w:val="28"/>
          <w:szCs w:val="28"/>
          <w:lang w:val="en-US"/>
        </w:rPr>
        <w:t xml:space="preserve">, </w:t>
      </w:r>
      <w:r w:rsidRPr="00B506FB">
        <w:rPr>
          <w:color w:val="000000" w:themeColor="text1"/>
          <w:sz w:val="28"/>
          <w:szCs w:val="28"/>
        </w:rPr>
        <w:t>сапаны</w:t>
      </w:r>
      <w:r w:rsidRPr="00B506FB">
        <w:rPr>
          <w:color w:val="000000" w:themeColor="text1"/>
          <w:sz w:val="28"/>
          <w:szCs w:val="28"/>
          <w:lang w:val="en-US"/>
        </w:rPr>
        <w:t xml:space="preserve"> </w:t>
      </w:r>
      <w:r w:rsidRPr="00B506FB">
        <w:rPr>
          <w:color w:val="000000" w:themeColor="text1"/>
          <w:sz w:val="28"/>
          <w:szCs w:val="28"/>
        </w:rPr>
        <w:t>растау</w:t>
      </w:r>
      <w:r w:rsidRPr="00B506FB">
        <w:rPr>
          <w:color w:val="000000" w:themeColor="text1"/>
          <w:sz w:val="28"/>
          <w:szCs w:val="28"/>
          <w:lang w:val="en-US"/>
        </w:rPr>
        <w:t xml:space="preserve"> </w:t>
      </w:r>
      <w:r w:rsidRPr="00B506FB">
        <w:rPr>
          <w:color w:val="000000" w:themeColor="text1"/>
          <w:sz w:val="28"/>
          <w:szCs w:val="28"/>
        </w:rPr>
        <w:t>құралы</w:t>
      </w:r>
      <w:r w:rsidRPr="00B506FB">
        <w:rPr>
          <w:color w:val="000000" w:themeColor="text1"/>
          <w:sz w:val="28"/>
          <w:szCs w:val="28"/>
          <w:lang w:val="en-US"/>
        </w:rPr>
        <w:t xml:space="preserve"> </w:t>
      </w:r>
      <w:r w:rsidRPr="00B506FB">
        <w:rPr>
          <w:color w:val="000000" w:themeColor="text1"/>
          <w:sz w:val="28"/>
          <w:szCs w:val="28"/>
        </w:rPr>
        <w:t>ретінде</w:t>
      </w:r>
      <w:r w:rsidRPr="00B506FB">
        <w:rPr>
          <w:color w:val="000000" w:themeColor="text1"/>
          <w:sz w:val="28"/>
          <w:szCs w:val="28"/>
          <w:lang w:val="en-US"/>
        </w:rPr>
        <w:t xml:space="preserve"> </w:t>
      </w:r>
      <w:r w:rsidRPr="00B506FB">
        <w:rPr>
          <w:color w:val="000000" w:themeColor="text1"/>
          <w:sz w:val="28"/>
          <w:szCs w:val="28"/>
        </w:rPr>
        <w:t>герметикалығын</w:t>
      </w:r>
      <w:r w:rsidRPr="00B506FB">
        <w:rPr>
          <w:color w:val="000000" w:themeColor="text1"/>
          <w:sz w:val="28"/>
          <w:szCs w:val="28"/>
          <w:lang w:val="en-US"/>
        </w:rPr>
        <w:t xml:space="preserve"> </w:t>
      </w:r>
      <w:r w:rsidRPr="00B506FB">
        <w:rPr>
          <w:color w:val="000000" w:themeColor="text1"/>
          <w:sz w:val="28"/>
          <w:szCs w:val="28"/>
        </w:rPr>
        <w:t>тексеру</w:t>
      </w:r>
      <w:r w:rsidRPr="00B506FB">
        <w:rPr>
          <w:color w:val="000000" w:themeColor="text1"/>
          <w:sz w:val="28"/>
          <w:szCs w:val="28"/>
          <w:lang w:val="en-US"/>
        </w:rPr>
        <w:t xml:space="preserve"> </w:t>
      </w:r>
      <w:r w:rsidRPr="00B506FB">
        <w:rPr>
          <w:color w:val="000000" w:themeColor="text1"/>
          <w:sz w:val="28"/>
          <w:szCs w:val="28"/>
        </w:rPr>
        <w:t>нәтижелері</w:t>
      </w:r>
      <w:r w:rsidRPr="00B506FB">
        <w:rPr>
          <w:color w:val="000000" w:themeColor="text1"/>
          <w:sz w:val="28"/>
          <w:szCs w:val="28"/>
          <w:lang w:val="en-US"/>
        </w:rPr>
        <w:t xml:space="preserve">, </w:t>
      </w:r>
      <w:r w:rsidRPr="00B506FB">
        <w:rPr>
          <w:color w:val="000000" w:themeColor="text1"/>
          <w:sz w:val="28"/>
          <w:szCs w:val="28"/>
        </w:rPr>
        <w:t>ал</w:t>
      </w:r>
      <w:r w:rsidRPr="00B506FB">
        <w:rPr>
          <w:color w:val="000000" w:themeColor="text1"/>
          <w:sz w:val="28"/>
          <w:szCs w:val="28"/>
          <w:lang w:val="en-US"/>
        </w:rPr>
        <w:t xml:space="preserve"> </w:t>
      </w:r>
      <w:r w:rsidRPr="00B506FB">
        <w:rPr>
          <w:color w:val="000000" w:themeColor="text1"/>
          <w:sz w:val="28"/>
          <w:szCs w:val="28"/>
        </w:rPr>
        <w:t>жылыту</w:t>
      </w:r>
      <w:r w:rsidRPr="00B506FB">
        <w:rPr>
          <w:color w:val="000000" w:themeColor="text1"/>
          <w:sz w:val="28"/>
          <w:szCs w:val="28"/>
          <w:lang w:val="en-US"/>
        </w:rPr>
        <w:t xml:space="preserve"> </w:t>
      </w:r>
      <w:r w:rsidRPr="00B506FB">
        <w:rPr>
          <w:color w:val="000000" w:themeColor="text1"/>
          <w:sz w:val="28"/>
          <w:szCs w:val="28"/>
        </w:rPr>
        <w:t>жүйелері</w:t>
      </w:r>
      <w:r w:rsidRPr="00B506FB">
        <w:rPr>
          <w:color w:val="000000" w:themeColor="text1"/>
          <w:sz w:val="28"/>
          <w:szCs w:val="28"/>
          <w:lang w:val="en-US"/>
        </w:rPr>
        <w:t xml:space="preserve"> </w:t>
      </w:r>
      <w:r w:rsidRPr="00B506FB">
        <w:rPr>
          <w:color w:val="000000" w:themeColor="text1"/>
          <w:sz w:val="28"/>
          <w:szCs w:val="28"/>
        </w:rPr>
        <w:t>үшін</w:t>
      </w:r>
      <w:r w:rsidRPr="00B506FB">
        <w:rPr>
          <w:color w:val="000000" w:themeColor="text1"/>
          <w:sz w:val="28"/>
          <w:szCs w:val="28"/>
          <w:lang w:val="en-US"/>
        </w:rPr>
        <w:t xml:space="preserve"> </w:t>
      </w:r>
      <w:r w:rsidRPr="00B506FB">
        <w:rPr>
          <w:color w:val="000000" w:themeColor="text1"/>
          <w:sz w:val="28"/>
          <w:szCs w:val="28"/>
        </w:rPr>
        <w:t>монтаждау</w:t>
      </w:r>
      <w:r w:rsidRPr="00B506FB">
        <w:rPr>
          <w:color w:val="000000" w:themeColor="text1"/>
          <w:sz w:val="28"/>
          <w:szCs w:val="28"/>
          <w:lang w:val="en-US"/>
        </w:rPr>
        <w:t xml:space="preserve"> </w:t>
      </w:r>
      <w:r w:rsidRPr="00B506FB">
        <w:rPr>
          <w:color w:val="000000" w:themeColor="text1"/>
          <w:sz w:val="28"/>
          <w:szCs w:val="28"/>
        </w:rPr>
        <w:t>жұмыстары</w:t>
      </w:r>
      <w:r w:rsidRPr="00B506FB">
        <w:rPr>
          <w:color w:val="000000" w:themeColor="text1"/>
          <w:sz w:val="28"/>
          <w:szCs w:val="28"/>
          <w:lang w:val="en-US"/>
        </w:rPr>
        <w:t xml:space="preserve"> </w:t>
      </w:r>
      <w:r w:rsidRPr="00B506FB">
        <w:rPr>
          <w:color w:val="000000" w:themeColor="text1"/>
          <w:sz w:val="28"/>
          <w:szCs w:val="28"/>
        </w:rPr>
        <w:t>аяқталғаннан</w:t>
      </w:r>
      <w:r w:rsidRPr="00B506FB">
        <w:rPr>
          <w:color w:val="000000" w:themeColor="text1"/>
          <w:sz w:val="28"/>
          <w:szCs w:val="28"/>
          <w:lang w:val="en-US"/>
        </w:rPr>
        <w:t xml:space="preserve"> </w:t>
      </w:r>
      <w:r w:rsidRPr="00B506FB">
        <w:rPr>
          <w:color w:val="000000" w:themeColor="text1"/>
          <w:sz w:val="28"/>
          <w:szCs w:val="28"/>
        </w:rPr>
        <w:t>кейін</w:t>
      </w:r>
      <w:r w:rsidRPr="00B506FB">
        <w:rPr>
          <w:color w:val="000000" w:themeColor="text1"/>
          <w:sz w:val="28"/>
          <w:szCs w:val="28"/>
          <w:lang w:val="en-US"/>
        </w:rPr>
        <w:t xml:space="preserve">, </w:t>
      </w:r>
      <w:r w:rsidRPr="00B506FB">
        <w:rPr>
          <w:color w:val="000000" w:themeColor="text1"/>
          <w:sz w:val="28"/>
          <w:szCs w:val="28"/>
        </w:rPr>
        <w:t>егер</w:t>
      </w:r>
      <w:r w:rsidRPr="00B506FB">
        <w:rPr>
          <w:color w:val="000000" w:themeColor="text1"/>
          <w:sz w:val="28"/>
          <w:szCs w:val="28"/>
          <w:lang w:val="en-US"/>
        </w:rPr>
        <w:t xml:space="preserve"> </w:t>
      </w:r>
      <w:r w:rsidRPr="00B506FB">
        <w:rPr>
          <w:color w:val="000000" w:themeColor="text1"/>
          <w:sz w:val="28"/>
          <w:szCs w:val="28"/>
        </w:rPr>
        <w:t>талап</w:t>
      </w:r>
      <w:r w:rsidRPr="00B506FB">
        <w:rPr>
          <w:color w:val="000000" w:themeColor="text1"/>
          <w:sz w:val="28"/>
          <w:szCs w:val="28"/>
          <w:lang w:val="en-US"/>
        </w:rPr>
        <w:t xml:space="preserve"> </w:t>
      </w:r>
      <w:r w:rsidRPr="00B506FB">
        <w:rPr>
          <w:color w:val="000000" w:themeColor="text1"/>
          <w:sz w:val="28"/>
          <w:szCs w:val="28"/>
        </w:rPr>
        <w:t>етілсе</w:t>
      </w:r>
      <w:r w:rsidRPr="00B506FB">
        <w:rPr>
          <w:color w:val="000000" w:themeColor="text1"/>
          <w:sz w:val="28"/>
          <w:szCs w:val="28"/>
          <w:lang w:val="en-US"/>
        </w:rPr>
        <w:t xml:space="preserve">, </w:t>
      </w:r>
      <w:r w:rsidRPr="00B506FB">
        <w:rPr>
          <w:color w:val="000000" w:themeColor="text1"/>
          <w:sz w:val="28"/>
          <w:szCs w:val="28"/>
        </w:rPr>
        <w:t>қысыммен</w:t>
      </w:r>
      <w:r w:rsidRPr="00B506FB">
        <w:rPr>
          <w:color w:val="000000" w:themeColor="text1"/>
          <w:sz w:val="28"/>
          <w:szCs w:val="28"/>
          <w:lang w:val="en-US"/>
        </w:rPr>
        <w:t xml:space="preserve"> </w:t>
      </w:r>
      <w:r w:rsidRPr="00B506FB">
        <w:rPr>
          <w:color w:val="000000" w:themeColor="text1"/>
          <w:sz w:val="28"/>
          <w:szCs w:val="28"/>
        </w:rPr>
        <w:t>сынау</w:t>
      </w:r>
      <w:r w:rsidRPr="00B506FB">
        <w:rPr>
          <w:color w:val="000000" w:themeColor="text1"/>
          <w:sz w:val="28"/>
          <w:szCs w:val="28"/>
          <w:lang w:val="en-US"/>
        </w:rPr>
        <w:t xml:space="preserve"> (</w:t>
      </w:r>
      <w:r w:rsidRPr="00B506FB">
        <w:rPr>
          <w:color w:val="000000" w:themeColor="text1"/>
          <w:sz w:val="28"/>
          <w:szCs w:val="28"/>
        </w:rPr>
        <w:t>опрессовка</w:t>
      </w:r>
      <w:r w:rsidRPr="00B506FB">
        <w:rPr>
          <w:color w:val="000000" w:themeColor="text1"/>
          <w:sz w:val="28"/>
          <w:szCs w:val="28"/>
          <w:lang w:val="en-US"/>
        </w:rPr>
        <w:t xml:space="preserve">) </w:t>
      </w:r>
      <w:r w:rsidRPr="00B506FB">
        <w:rPr>
          <w:color w:val="000000" w:themeColor="text1"/>
          <w:sz w:val="28"/>
          <w:szCs w:val="28"/>
        </w:rPr>
        <w:t>нәтижелері</w:t>
      </w:r>
      <w:r w:rsidRPr="00B506FB">
        <w:rPr>
          <w:color w:val="000000" w:themeColor="text1"/>
          <w:sz w:val="28"/>
          <w:szCs w:val="28"/>
          <w:lang w:val="en-US"/>
        </w:rPr>
        <w:t xml:space="preserve"> </w:t>
      </w:r>
      <w:r w:rsidRPr="00B506FB">
        <w:rPr>
          <w:color w:val="000000" w:themeColor="text1"/>
          <w:sz w:val="28"/>
          <w:szCs w:val="28"/>
        </w:rPr>
        <w:t>танылады</w:t>
      </w:r>
      <w:r w:rsidRPr="00B506FB">
        <w:rPr>
          <w:color w:val="000000" w:themeColor="text1"/>
          <w:sz w:val="28"/>
          <w:szCs w:val="28"/>
          <w:lang w:val="en-US"/>
        </w:rPr>
        <w:t>.</w:t>
      </w:r>
    </w:p>
    <w:p w14:paraId="50E4709F" w14:textId="369A0567"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7.6.</w:t>
      </w:r>
      <w:r w:rsidRPr="00B506FB">
        <w:rPr>
          <w:color w:val="000000" w:themeColor="text1"/>
          <w:sz w:val="28"/>
          <w:szCs w:val="28"/>
          <w:lang w:val="en-US"/>
        </w:rPr>
        <w:t xml:space="preserve"> </w:t>
      </w:r>
      <w:r w:rsidRPr="00B506FB">
        <w:rPr>
          <w:color w:val="000000" w:themeColor="text1"/>
          <w:sz w:val="28"/>
          <w:szCs w:val="28"/>
        </w:rPr>
        <w:t>Кәріз</w:t>
      </w:r>
      <w:r w:rsidRPr="00B506FB">
        <w:rPr>
          <w:color w:val="000000" w:themeColor="text1"/>
          <w:sz w:val="28"/>
          <w:szCs w:val="28"/>
          <w:lang w:val="en-US"/>
        </w:rPr>
        <w:t xml:space="preserve"> </w:t>
      </w:r>
      <w:r w:rsidRPr="00B506FB">
        <w:rPr>
          <w:color w:val="000000" w:themeColor="text1"/>
          <w:sz w:val="28"/>
          <w:szCs w:val="28"/>
        </w:rPr>
        <w:t>жүйелерінде</w:t>
      </w:r>
      <w:r w:rsidRPr="00B506FB">
        <w:rPr>
          <w:color w:val="000000" w:themeColor="text1"/>
          <w:sz w:val="28"/>
          <w:szCs w:val="28"/>
          <w:lang w:val="en-US"/>
        </w:rPr>
        <w:t xml:space="preserve"> </w:t>
      </w:r>
      <w:r w:rsidRPr="00B506FB">
        <w:rPr>
          <w:color w:val="000000" w:themeColor="text1"/>
          <w:sz w:val="28"/>
          <w:szCs w:val="28"/>
        </w:rPr>
        <w:t>жұмыстар</w:t>
      </w:r>
      <w:r w:rsidRPr="00B506FB">
        <w:rPr>
          <w:color w:val="000000" w:themeColor="text1"/>
          <w:sz w:val="28"/>
          <w:szCs w:val="28"/>
          <w:lang w:val="en-US"/>
        </w:rPr>
        <w:t xml:space="preserve"> </w:t>
      </w:r>
      <w:r w:rsidRPr="00B506FB">
        <w:rPr>
          <w:color w:val="000000" w:themeColor="text1"/>
          <w:sz w:val="28"/>
          <w:szCs w:val="28"/>
        </w:rPr>
        <w:t>орындалған</w:t>
      </w:r>
      <w:r w:rsidRPr="00B506FB">
        <w:rPr>
          <w:color w:val="000000" w:themeColor="text1"/>
          <w:sz w:val="28"/>
          <w:szCs w:val="28"/>
          <w:lang w:val="en-US"/>
        </w:rPr>
        <w:t xml:space="preserve"> </w:t>
      </w:r>
      <w:r w:rsidRPr="00B506FB">
        <w:rPr>
          <w:color w:val="000000" w:themeColor="text1"/>
          <w:sz w:val="28"/>
          <w:szCs w:val="28"/>
        </w:rPr>
        <w:t>кезде</w:t>
      </w:r>
      <w:r w:rsidRPr="00B506FB">
        <w:rPr>
          <w:color w:val="000000" w:themeColor="text1"/>
          <w:sz w:val="28"/>
          <w:szCs w:val="28"/>
          <w:lang w:val="en-US"/>
        </w:rPr>
        <w:t xml:space="preserve"> </w:t>
      </w:r>
      <w:r w:rsidRPr="00B506FB">
        <w:rPr>
          <w:color w:val="000000" w:themeColor="text1"/>
          <w:sz w:val="28"/>
          <w:szCs w:val="28"/>
        </w:rPr>
        <w:t>сапаның</w:t>
      </w:r>
      <w:r w:rsidRPr="00B506FB">
        <w:rPr>
          <w:color w:val="000000" w:themeColor="text1"/>
          <w:sz w:val="28"/>
          <w:szCs w:val="28"/>
          <w:lang w:val="en-US"/>
        </w:rPr>
        <w:t xml:space="preserve"> </w:t>
      </w:r>
      <w:r w:rsidRPr="00B506FB">
        <w:rPr>
          <w:color w:val="000000" w:themeColor="text1"/>
          <w:sz w:val="28"/>
          <w:szCs w:val="28"/>
        </w:rPr>
        <w:t>расталуы</w:t>
      </w:r>
      <w:r w:rsidRPr="00B506FB">
        <w:rPr>
          <w:color w:val="000000" w:themeColor="text1"/>
          <w:sz w:val="28"/>
          <w:szCs w:val="28"/>
          <w:lang w:val="en-US"/>
        </w:rPr>
        <w:t xml:space="preserve"> </w:t>
      </w:r>
      <w:r w:rsidRPr="00B506FB">
        <w:rPr>
          <w:color w:val="000000" w:themeColor="text1"/>
          <w:sz w:val="28"/>
          <w:szCs w:val="28"/>
        </w:rPr>
        <w:t>жөнделген</w:t>
      </w:r>
      <w:r w:rsidRPr="00B506FB">
        <w:rPr>
          <w:color w:val="000000" w:themeColor="text1"/>
          <w:sz w:val="28"/>
          <w:szCs w:val="28"/>
          <w:lang w:val="en-US"/>
        </w:rPr>
        <w:t xml:space="preserve"> </w:t>
      </w:r>
      <w:r w:rsidRPr="00B506FB">
        <w:rPr>
          <w:color w:val="000000" w:themeColor="text1"/>
          <w:sz w:val="28"/>
          <w:szCs w:val="28"/>
        </w:rPr>
        <w:t>учаскенің</w:t>
      </w:r>
      <w:r w:rsidRPr="00B506FB">
        <w:rPr>
          <w:color w:val="000000" w:themeColor="text1"/>
          <w:sz w:val="28"/>
          <w:szCs w:val="28"/>
          <w:lang w:val="en-US"/>
        </w:rPr>
        <w:t xml:space="preserve"> </w:t>
      </w:r>
      <w:r w:rsidRPr="00B506FB">
        <w:rPr>
          <w:color w:val="000000" w:themeColor="text1"/>
          <w:sz w:val="28"/>
          <w:szCs w:val="28"/>
        </w:rPr>
        <w:t>жұмысқа</w:t>
      </w:r>
      <w:r w:rsidRPr="00B506FB">
        <w:rPr>
          <w:color w:val="000000" w:themeColor="text1"/>
          <w:sz w:val="28"/>
          <w:szCs w:val="28"/>
          <w:lang w:val="en-US"/>
        </w:rPr>
        <w:t xml:space="preserve"> </w:t>
      </w:r>
      <w:r w:rsidRPr="00B506FB">
        <w:rPr>
          <w:color w:val="000000" w:themeColor="text1"/>
          <w:sz w:val="28"/>
          <w:szCs w:val="28"/>
        </w:rPr>
        <w:t>қабілеттілігі</w:t>
      </w:r>
      <w:r w:rsidRPr="00B506FB">
        <w:rPr>
          <w:color w:val="000000" w:themeColor="text1"/>
          <w:sz w:val="28"/>
          <w:szCs w:val="28"/>
          <w:lang w:val="en-US"/>
        </w:rPr>
        <w:t xml:space="preserve"> </w:t>
      </w:r>
      <w:r w:rsidRPr="00B506FB">
        <w:rPr>
          <w:color w:val="000000" w:themeColor="text1"/>
          <w:sz w:val="28"/>
          <w:szCs w:val="28"/>
        </w:rPr>
        <w:t>мен</w:t>
      </w:r>
      <w:r w:rsidRPr="00B506FB">
        <w:rPr>
          <w:color w:val="000000" w:themeColor="text1"/>
          <w:sz w:val="28"/>
          <w:szCs w:val="28"/>
          <w:lang w:val="en-US"/>
        </w:rPr>
        <w:t xml:space="preserve"> </w:t>
      </w:r>
      <w:r w:rsidRPr="00B506FB">
        <w:rPr>
          <w:color w:val="000000" w:themeColor="text1"/>
          <w:sz w:val="28"/>
          <w:szCs w:val="28"/>
        </w:rPr>
        <w:t>герметикалығын</w:t>
      </w:r>
      <w:r w:rsidRPr="00B506FB">
        <w:rPr>
          <w:color w:val="000000" w:themeColor="text1"/>
          <w:sz w:val="28"/>
          <w:szCs w:val="28"/>
          <w:lang w:val="en-US"/>
        </w:rPr>
        <w:t xml:space="preserve"> </w:t>
      </w:r>
      <w:r w:rsidRPr="00B506FB">
        <w:rPr>
          <w:color w:val="000000" w:themeColor="text1"/>
          <w:sz w:val="28"/>
          <w:szCs w:val="28"/>
        </w:rPr>
        <w:t>тексеру</w:t>
      </w:r>
      <w:r w:rsidRPr="00B506FB">
        <w:rPr>
          <w:color w:val="000000" w:themeColor="text1"/>
          <w:sz w:val="28"/>
          <w:szCs w:val="28"/>
          <w:lang w:val="en-US"/>
        </w:rPr>
        <w:t xml:space="preserve"> </w:t>
      </w:r>
      <w:r w:rsidRPr="00B506FB">
        <w:rPr>
          <w:color w:val="000000" w:themeColor="text1"/>
          <w:sz w:val="28"/>
          <w:szCs w:val="28"/>
        </w:rPr>
        <w:t>нәтижелері</w:t>
      </w:r>
      <w:r w:rsidRPr="00B506FB">
        <w:rPr>
          <w:color w:val="000000" w:themeColor="text1"/>
          <w:sz w:val="28"/>
          <w:szCs w:val="28"/>
          <w:lang w:val="en-US"/>
        </w:rPr>
        <w:t xml:space="preserve"> </w:t>
      </w:r>
      <w:r w:rsidRPr="00B506FB">
        <w:rPr>
          <w:color w:val="000000" w:themeColor="text1"/>
          <w:sz w:val="28"/>
          <w:szCs w:val="28"/>
        </w:rPr>
        <w:t>болып</w:t>
      </w:r>
      <w:r w:rsidRPr="00B506FB">
        <w:rPr>
          <w:color w:val="000000" w:themeColor="text1"/>
          <w:sz w:val="28"/>
          <w:szCs w:val="28"/>
          <w:lang w:val="en-US"/>
        </w:rPr>
        <w:t xml:space="preserve"> </w:t>
      </w:r>
      <w:r w:rsidRPr="00B506FB">
        <w:rPr>
          <w:color w:val="000000" w:themeColor="text1"/>
          <w:sz w:val="28"/>
          <w:szCs w:val="28"/>
        </w:rPr>
        <w:t>табылады</w:t>
      </w:r>
      <w:r w:rsidRPr="00B506FB">
        <w:rPr>
          <w:color w:val="000000" w:themeColor="text1"/>
          <w:sz w:val="28"/>
          <w:szCs w:val="28"/>
          <w:lang w:val="en-US"/>
        </w:rPr>
        <w:t>.</w:t>
      </w:r>
    </w:p>
    <w:p w14:paraId="66C15AC0" w14:textId="4FF95480"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7.7.</w:t>
      </w:r>
      <w:r w:rsidRPr="00B506FB">
        <w:rPr>
          <w:color w:val="000000" w:themeColor="text1"/>
          <w:sz w:val="28"/>
          <w:szCs w:val="28"/>
          <w:lang w:val="en-US"/>
        </w:rPr>
        <w:t xml:space="preserve"> </w:t>
      </w:r>
      <w:r w:rsidRPr="00B506FB">
        <w:rPr>
          <w:color w:val="000000" w:themeColor="text1"/>
          <w:sz w:val="28"/>
          <w:szCs w:val="28"/>
        </w:rPr>
        <w:t>Электротехникалық</w:t>
      </w:r>
      <w:r w:rsidRPr="00B506FB">
        <w:rPr>
          <w:color w:val="000000" w:themeColor="text1"/>
          <w:sz w:val="28"/>
          <w:szCs w:val="28"/>
          <w:lang w:val="en-US"/>
        </w:rPr>
        <w:t xml:space="preserve"> </w:t>
      </w:r>
      <w:r w:rsidRPr="00B506FB">
        <w:rPr>
          <w:color w:val="000000" w:themeColor="text1"/>
          <w:sz w:val="28"/>
          <w:szCs w:val="28"/>
        </w:rPr>
        <w:t>жұмыстар</w:t>
      </w:r>
      <w:r w:rsidRPr="00B506FB">
        <w:rPr>
          <w:color w:val="000000" w:themeColor="text1"/>
          <w:sz w:val="28"/>
          <w:szCs w:val="28"/>
          <w:lang w:val="en-US"/>
        </w:rPr>
        <w:t xml:space="preserve"> </w:t>
      </w:r>
      <w:r w:rsidRPr="00B506FB">
        <w:rPr>
          <w:color w:val="000000" w:themeColor="text1"/>
          <w:sz w:val="28"/>
          <w:szCs w:val="28"/>
        </w:rPr>
        <w:t>орындалған</w:t>
      </w:r>
      <w:r w:rsidRPr="00B506FB">
        <w:rPr>
          <w:color w:val="000000" w:themeColor="text1"/>
          <w:sz w:val="28"/>
          <w:szCs w:val="28"/>
          <w:lang w:val="en-US"/>
        </w:rPr>
        <w:t xml:space="preserve"> </w:t>
      </w:r>
      <w:r w:rsidRPr="00B506FB">
        <w:rPr>
          <w:color w:val="000000" w:themeColor="text1"/>
          <w:sz w:val="28"/>
          <w:szCs w:val="28"/>
        </w:rPr>
        <w:t>кезде</w:t>
      </w:r>
      <w:r w:rsidRPr="00B506FB">
        <w:rPr>
          <w:color w:val="000000" w:themeColor="text1"/>
          <w:sz w:val="28"/>
          <w:szCs w:val="28"/>
          <w:lang w:val="en-US"/>
        </w:rPr>
        <w:t xml:space="preserve"> </w:t>
      </w:r>
      <w:r w:rsidRPr="00B506FB">
        <w:rPr>
          <w:color w:val="000000" w:themeColor="text1"/>
          <w:sz w:val="28"/>
          <w:szCs w:val="28"/>
        </w:rPr>
        <w:t>сапаның</w:t>
      </w:r>
      <w:r w:rsidRPr="00B506FB">
        <w:rPr>
          <w:color w:val="000000" w:themeColor="text1"/>
          <w:sz w:val="28"/>
          <w:szCs w:val="28"/>
          <w:lang w:val="en-US"/>
        </w:rPr>
        <w:t xml:space="preserve"> </w:t>
      </w:r>
      <w:r w:rsidRPr="00B506FB">
        <w:rPr>
          <w:color w:val="000000" w:themeColor="text1"/>
          <w:sz w:val="28"/>
          <w:szCs w:val="28"/>
        </w:rPr>
        <w:t>расталуы</w:t>
      </w:r>
      <w:r w:rsidRPr="00B506FB">
        <w:rPr>
          <w:color w:val="000000" w:themeColor="text1"/>
          <w:sz w:val="28"/>
          <w:szCs w:val="28"/>
          <w:lang w:val="en-US"/>
        </w:rPr>
        <w:t xml:space="preserve"> </w:t>
      </w:r>
      <w:r w:rsidRPr="00B506FB">
        <w:rPr>
          <w:color w:val="000000" w:themeColor="text1"/>
          <w:sz w:val="28"/>
          <w:szCs w:val="28"/>
        </w:rPr>
        <w:t>қолданыстағы</w:t>
      </w:r>
      <w:r w:rsidRPr="00B506FB">
        <w:rPr>
          <w:color w:val="000000" w:themeColor="text1"/>
          <w:sz w:val="28"/>
          <w:szCs w:val="28"/>
          <w:lang w:val="en-US"/>
        </w:rPr>
        <w:t xml:space="preserve"> </w:t>
      </w:r>
      <w:r w:rsidRPr="00B506FB">
        <w:rPr>
          <w:color w:val="000000" w:themeColor="text1"/>
          <w:sz w:val="28"/>
          <w:szCs w:val="28"/>
        </w:rPr>
        <w:t>қауіпсіздік</w:t>
      </w:r>
      <w:r w:rsidRPr="00B506FB">
        <w:rPr>
          <w:color w:val="000000" w:themeColor="text1"/>
          <w:sz w:val="28"/>
          <w:szCs w:val="28"/>
          <w:lang w:val="en-US"/>
        </w:rPr>
        <w:t xml:space="preserve"> </w:t>
      </w:r>
      <w:r w:rsidRPr="00B506FB">
        <w:rPr>
          <w:color w:val="000000" w:themeColor="text1"/>
          <w:sz w:val="28"/>
          <w:szCs w:val="28"/>
        </w:rPr>
        <w:t>талаптарында</w:t>
      </w:r>
      <w:r w:rsidRPr="00B506FB">
        <w:rPr>
          <w:color w:val="000000" w:themeColor="text1"/>
          <w:sz w:val="28"/>
          <w:szCs w:val="28"/>
          <w:lang w:val="en-US"/>
        </w:rPr>
        <w:t xml:space="preserve"> </w:t>
      </w:r>
      <w:r w:rsidRPr="00B506FB">
        <w:rPr>
          <w:color w:val="000000" w:themeColor="text1"/>
          <w:sz w:val="28"/>
          <w:szCs w:val="28"/>
        </w:rPr>
        <w:t>көзделген</w:t>
      </w:r>
      <w:r w:rsidRPr="00B506FB">
        <w:rPr>
          <w:color w:val="000000" w:themeColor="text1"/>
          <w:sz w:val="28"/>
          <w:szCs w:val="28"/>
          <w:lang w:val="en-US"/>
        </w:rPr>
        <w:t xml:space="preserve"> </w:t>
      </w:r>
      <w:r w:rsidRPr="00B506FB">
        <w:rPr>
          <w:color w:val="000000" w:themeColor="text1"/>
          <w:sz w:val="28"/>
          <w:szCs w:val="28"/>
        </w:rPr>
        <w:t>қажетті</w:t>
      </w:r>
      <w:r w:rsidRPr="00B506FB">
        <w:rPr>
          <w:color w:val="000000" w:themeColor="text1"/>
          <w:sz w:val="28"/>
          <w:szCs w:val="28"/>
          <w:lang w:val="en-US"/>
        </w:rPr>
        <w:t xml:space="preserve"> </w:t>
      </w:r>
      <w:r w:rsidRPr="00B506FB">
        <w:rPr>
          <w:color w:val="000000" w:themeColor="text1"/>
          <w:sz w:val="28"/>
          <w:szCs w:val="28"/>
        </w:rPr>
        <w:t>тексерулер</w:t>
      </w:r>
      <w:r w:rsidRPr="00B506FB">
        <w:rPr>
          <w:color w:val="000000" w:themeColor="text1"/>
          <w:sz w:val="28"/>
          <w:szCs w:val="28"/>
          <w:lang w:val="en-US"/>
        </w:rPr>
        <w:t xml:space="preserve"> </w:t>
      </w:r>
      <w:r w:rsidRPr="00B506FB">
        <w:rPr>
          <w:color w:val="000000" w:themeColor="text1"/>
          <w:sz w:val="28"/>
          <w:szCs w:val="28"/>
        </w:rPr>
        <w:t>мен</w:t>
      </w:r>
      <w:r w:rsidRPr="00B506FB">
        <w:rPr>
          <w:color w:val="000000" w:themeColor="text1"/>
          <w:sz w:val="28"/>
          <w:szCs w:val="28"/>
          <w:lang w:val="en-US"/>
        </w:rPr>
        <w:t xml:space="preserve"> </w:t>
      </w:r>
      <w:r w:rsidRPr="00B506FB">
        <w:rPr>
          <w:color w:val="000000" w:themeColor="text1"/>
          <w:sz w:val="28"/>
          <w:szCs w:val="28"/>
        </w:rPr>
        <w:t>өлшеулердің</w:t>
      </w:r>
      <w:r w:rsidRPr="00B506FB">
        <w:rPr>
          <w:color w:val="000000" w:themeColor="text1"/>
          <w:sz w:val="28"/>
          <w:szCs w:val="28"/>
          <w:lang w:val="en-US"/>
        </w:rPr>
        <w:t xml:space="preserve"> </w:t>
      </w:r>
      <w:r w:rsidRPr="00B506FB">
        <w:rPr>
          <w:color w:val="000000" w:themeColor="text1"/>
          <w:sz w:val="28"/>
          <w:szCs w:val="28"/>
        </w:rPr>
        <w:t>нәтижелері</w:t>
      </w:r>
      <w:r w:rsidRPr="00B506FB">
        <w:rPr>
          <w:color w:val="000000" w:themeColor="text1"/>
          <w:sz w:val="28"/>
          <w:szCs w:val="28"/>
          <w:lang w:val="en-US"/>
        </w:rPr>
        <w:t xml:space="preserve"> </w:t>
      </w:r>
      <w:r w:rsidRPr="00B506FB">
        <w:rPr>
          <w:color w:val="000000" w:themeColor="text1"/>
          <w:sz w:val="28"/>
          <w:szCs w:val="28"/>
        </w:rPr>
        <w:t>болып</w:t>
      </w:r>
      <w:r w:rsidRPr="00B506FB">
        <w:rPr>
          <w:color w:val="000000" w:themeColor="text1"/>
          <w:sz w:val="28"/>
          <w:szCs w:val="28"/>
          <w:lang w:val="en-US"/>
        </w:rPr>
        <w:t xml:space="preserve"> </w:t>
      </w:r>
      <w:r w:rsidRPr="00B506FB">
        <w:rPr>
          <w:color w:val="000000" w:themeColor="text1"/>
          <w:sz w:val="28"/>
          <w:szCs w:val="28"/>
        </w:rPr>
        <w:t>табылады</w:t>
      </w:r>
      <w:r w:rsidRPr="00B506FB">
        <w:rPr>
          <w:color w:val="000000" w:themeColor="text1"/>
          <w:sz w:val="28"/>
          <w:szCs w:val="28"/>
          <w:lang w:val="en-US"/>
        </w:rPr>
        <w:t>.</w:t>
      </w:r>
    </w:p>
    <w:p w14:paraId="22C37389" w14:textId="2B2B8B5E"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7.8.</w:t>
      </w:r>
      <w:r w:rsidRPr="00B506FB">
        <w:rPr>
          <w:color w:val="000000" w:themeColor="text1"/>
          <w:sz w:val="28"/>
          <w:szCs w:val="28"/>
          <w:lang w:val="en-US"/>
        </w:rPr>
        <w:t xml:space="preserve"> </w:t>
      </w:r>
      <w:r w:rsidRPr="00B506FB">
        <w:rPr>
          <w:color w:val="000000" w:themeColor="text1"/>
          <w:sz w:val="28"/>
          <w:szCs w:val="28"/>
        </w:rPr>
        <w:t>Ескертулер</w:t>
      </w:r>
      <w:r w:rsidRPr="00B506FB">
        <w:rPr>
          <w:color w:val="000000" w:themeColor="text1"/>
          <w:sz w:val="28"/>
          <w:szCs w:val="28"/>
          <w:lang w:val="en-US"/>
        </w:rPr>
        <w:t xml:space="preserve"> </w:t>
      </w:r>
      <w:r w:rsidRPr="00B506FB">
        <w:rPr>
          <w:color w:val="000000" w:themeColor="text1"/>
          <w:sz w:val="28"/>
          <w:szCs w:val="28"/>
        </w:rPr>
        <w:t>болмаған</w:t>
      </w:r>
      <w:r w:rsidRPr="00B506FB">
        <w:rPr>
          <w:color w:val="000000" w:themeColor="text1"/>
          <w:sz w:val="28"/>
          <w:szCs w:val="28"/>
          <w:lang w:val="en-US"/>
        </w:rPr>
        <w:t xml:space="preserve"> </w:t>
      </w:r>
      <w:r w:rsidRPr="00B506FB">
        <w:rPr>
          <w:color w:val="000000" w:themeColor="text1"/>
          <w:sz w:val="28"/>
          <w:szCs w:val="28"/>
        </w:rPr>
        <w:t>жағдайда</w:t>
      </w:r>
      <w:r w:rsidRPr="00B506FB">
        <w:rPr>
          <w:color w:val="000000" w:themeColor="text1"/>
          <w:sz w:val="28"/>
          <w:szCs w:val="28"/>
          <w:lang w:val="en-US"/>
        </w:rPr>
        <w:t xml:space="preserve"> </w:t>
      </w:r>
      <w:r w:rsidRPr="00B506FB">
        <w:rPr>
          <w:color w:val="000000" w:themeColor="text1"/>
          <w:sz w:val="28"/>
          <w:szCs w:val="28"/>
        </w:rPr>
        <w:t>тараптар</w:t>
      </w:r>
      <w:r w:rsidRPr="00B506FB">
        <w:rPr>
          <w:color w:val="000000" w:themeColor="text1"/>
          <w:sz w:val="28"/>
          <w:szCs w:val="28"/>
          <w:lang w:val="en-US"/>
        </w:rPr>
        <w:t xml:space="preserve"> </w:t>
      </w:r>
      <w:r w:rsidRPr="00B506FB">
        <w:rPr>
          <w:color w:val="000000" w:themeColor="text1"/>
          <w:sz w:val="28"/>
          <w:szCs w:val="28"/>
        </w:rPr>
        <w:t>орындалған</w:t>
      </w:r>
      <w:r w:rsidRPr="00B506FB">
        <w:rPr>
          <w:color w:val="000000" w:themeColor="text1"/>
          <w:sz w:val="28"/>
          <w:szCs w:val="28"/>
          <w:lang w:val="en-US"/>
        </w:rPr>
        <w:t xml:space="preserve"> </w:t>
      </w:r>
      <w:r w:rsidRPr="00B506FB">
        <w:rPr>
          <w:color w:val="000000" w:themeColor="text1"/>
          <w:sz w:val="28"/>
          <w:szCs w:val="28"/>
        </w:rPr>
        <w:t>жұмыстар</w:t>
      </w:r>
      <w:r w:rsidRPr="00B506FB">
        <w:rPr>
          <w:color w:val="000000" w:themeColor="text1"/>
          <w:sz w:val="28"/>
          <w:szCs w:val="28"/>
          <w:lang w:val="en-US"/>
        </w:rPr>
        <w:t xml:space="preserve"> </w:t>
      </w:r>
      <w:r w:rsidRPr="00B506FB">
        <w:rPr>
          <w:color w:val="000000" w:themeColor="text1"/>
          <w:sz w:val="28"/>
          <w:szCs w:val="28"/>
        </w:rPr>
        <w:t>актісіне</w:t>
      </w:r>
      <w:r w:rsidRPr="00B506FB">
        <w:rPr>
          <w:color w:val="000000" w:themeColor="text1"/>
          <w:sz w:val="28"/>
          <w:szCs w:val="28"/>
          <w:lang w:val="en-US"/>
        </w:rPr>
        <w:t xml:space="preserve"> </w:t>
      </w:r>
      <w:r w:rsidRPr="00B506FB">
        <w:rPr>
          <w:color w:val="000000" w:themeColor="text1"/>
          <w:sz w:val="28"/>
          <w:szCs w:val="28"/>
        </w:rPr>
        <w:t>қол</w:t>
      </w:r>
      <w:r w:rsidRPr="00B506FB">
        <w:rPr>
          <w:color w:val="000000" w:themeColor="text1"/>
          <w:sz w:val="28"/>
          <w:szCs w:val="28"/>
          <w:lang w:val="en-US"/>
        </w:rPr>
        <w:t xml:space="preserve"> </w:t>
      </w:r>
      <w:r w:rsidRPr="00B506FB">
        <w:rPr>
          <w:color w:val="000000" w:themeColor="text1"/>
          <w:sz w:val="28"/>
          <w:szCs w:val="28"/>
        </w:rPr>
        <w:t>қояды</w:t>
      </w:r>
      <w:r w:rsidRPr="00B506FB">
        <w:rPr>
          <w:color w:val="000000" w:themeColor="text1"/>
          <w:sz w:val="28"/>
          <w:szCs w:val="28"/>
          <w:lang w:val="en-US"/>
        </w:rPr>
        <w:t>.</w:t>
      </w:r>
    </w:p>
    <w:p w14:paraId="3F3404F1" w14:textId="408E58F5"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7.9.</w:t>
      </w:r>
      <w:r w:rsidRPr="00B506FB">
        <w:rPr>
          <w:color w:val="000000" w:themeColor="text1"/>
          <w:sz w:val="28"/>
          <w:szCs w:val="28"/>
          <w:lang w:val="en-US"/>
        </w:rPr>
        <w:t xml:space="preserve"> </w:t>
      </w:r>
      <w:r w:rsidRPr="00B506FB">
        <w:rPr>
          <w:color w:val="000000" w:themeColor="text1"/>
          <w:sz w:val="28"/>
          <w:szCs w:val="28"/>
        </w:rPr>
        <w:t>Орындалған</w:t>
      </w:r>
      <w:r w:rsidRPr="00B506FB">
        <w:rPr>
          <w:color w:val="000000" w:themeColor="text1"/>
          <w:sz w:val="28"/>
          <w:szCs w:val="28"/>
          <w:lang w:val="en-US"/>
        </w:rPr>
        <w:t xml:space="preserve"> </w:t>
      </w:r>
      <w:r w:rsidRPr="00B506FB">
        <w:rPr>
          <w:color w:val="000000" w:themeColor="text1"/>
          <w:sz w:val="28"/>
          <w:szCs w:val="28"/>
        </w:rPr>
        <w:t>жұмыстардың</w:t>
      </w:r>
      <w:r w:rsidRPr="00B506FB">
        <w:rPr>
          <w:color w:val="000000" w:themeColor="text1"/>
          <w:sz w:val="28"/>
          <w:szCs w:val="28"/>
          <w:lang w:val="en-US"/>
        </w:rPr>
        <w:t xml:space="preserve"> </w:t>
      </w:r>
      <w:r w:rsidRPr="00B506FB">
        <w:rPr>
          <w:color w:val="000000" w:themeColor="text1"/>
          <w:sz w:val="28"/>
          <w:szCs w:val="28"/>
        </w:rPr>
        <w:t>көлемі</w:t>
      </w:r>
      <w:r w:rsidRPr="00B506FB">
        <w:rPr>
          <w:color w:val="000000" w:themeColor="text1"/>
          <w:sz w:val="28"/>
          <w:szCs w:val="28"/>
          <w:lang w:val="en-US"/>
        </w:rPr>
        <w:t xml:space="preserve"> </w:t>
      </w:r>
      <w:r w:rsidRPr="00B506FB">
        <w:rPr>
          <w:color w:val="000000" w:themeColor="text1"/>
          <w:sz w:val="28"/>
          <w:szCs w:val="28"/>
        </w:rPr>
        <w:t>мен</w:t>
      </w:r>
      <w:r w:rsidRPr="00B506FB">
        <w:rPr>
          <w:color w:val="000000" w:themeColor="text1"/>
          <w:sz w:val="28"/>
          <w:szCs w:val="28"/>
          <w:lang w:val="en-US"/>
        </w:rPr>
        <w:t xml:space="preserve"> </w:t>
      </w:r>
      <w:r w:rsidRPr="00B506FB">
        <w:rPr>
          <w:color w:val="000000" w:themeColor="text1"/>
          <w:sz w:val="28"/>
          <w:szCs w:val="28"/>
        </w:rPr>
        <w:t>сапасына</w:t>
      </w:r>
      <w:r w:rsidRPr="00B506FB">
        <w:rPr>
          <w:color w:val="000000" w:themeColor="text1"/>
          <w:sz w:val="28"/>
          <w:szCs w:val="28"/>
          <w:lang w:val="en-US"/>
        </w:rPr>
        <w:t xml:space="preserve"> </w:t>
      </w:r>
      <w:r w:rsidRPr="00B506FB">
        <w:rPr>
          <w:color w:val="000000" w:themeColor="text1"/>
          <w:sz w:val="28"/>
          <w:szCs w:val="28"/>
        </w:rPr>
        <w:t>қатысты</w:t>
      </w:r>
      <w:r w:rsidRPr="00B506FB">
        <w:rPr>
          <w:color w:val="000000" w:themeColor="text1"/>
          <w:sz w:val="28"/>
          <w:szCs w:val="28"/>
          <w:lang w:val="en-US"/>
        </w:rPr>
        <w:t xml:space="preserve"> </w:t>
      </w:r>
      <w:r w:rsidRPr="00B506FB">
        <w:rPr>
          <w:color w:val="000000" w:themeColor="text1"/>
          <w:sz w:val="28"/>
          <w:szCs w:val="28"/>
        </w:rPr>
        <w:t>кемшіліктер</w:t>
      </w:r>
      <w:r w:rsidRPr="00B506FB">
        <w:rPr>
          <w:color w:val="000000" w:themeColor="text1"/>
          <w:sz w:val="28"/>
          <w:szCs w:val="28"/>
          <w:lang w:val="en-US"/>
        </w:rPr>
        <w:t xml:space="preserve"> </w:t>
      </w:r>
      <w:r w:rsidRPr="00B506FB">
        <w:rPr>
          <w:color w:val="000000" w:themeColor="text1"/>
          <w:sz w:val="28"/>
          <w:szCs w:val="28"/>
        </w:rPr>
        <w:t>анықталған</w:t>
      </w:r>
      <w:r w:rsidRPr="00B506FB">
        <w:rPr>
          <w:color w:val="000000" w:themeColor="text1"/>
          <w:sz w:val="28"/>
          <w:szCs w:val="28"/>
          <w:lang w:val="en-US"/>
        </w:rPr>
        <w:t xml:space="preserve"> </w:t>
      </w:r>
      <w:r w:rsidRPr="00B506FB">
        <w:rPr>
          <w:color w:val="000000" w:themeColor="text1"/>
          <w:sz w:val="28"/>
          <w:szCs w:val="28"/>
        </w:rPr>
        <w:t>жағдайда</w:t>
      </w:r>
      <w:r w:rsidRPr="00B506FB">
        <w:rPr>
          <w:color w:val="000000" w:themeColor="text1"/>
          <w:sz w:val="28"/>
          <w:szCs w:val="28"/>
          <w:lang w:val="en-US"/>
        </w:rPr>
        <w:t xml:space="preserve">, </w:t>
      </w:r>
      <w:r w:rsidRPr="00B506FB">
        <w:rPr>
          <w:color w:val="000000" w:themeColor="text1"/>
          <w:sz w:val="28"/>
          <w:szCs w:val="28"/>
        </w:rPr>
        <w:t>Мердігер</w:t>
      </w:r>
      <w:r w:rsidRPr="00B506FB">
        <w:rPr>
          <w:color w:val="000000" w:themeColor="text1"/>
          <w:sz w:val="28"/>
          <w:szCs w:val="28"/>
          <w:lang w:val="en-US"/>
        </w:rPr>
        <w:t xml:space="preserve"> </w:t>
      </w:r>
      <w:r w:rsidRPr="00B506FB">
        <w:rPr>
          <w:color w:val="000000" w:themeColor="text1"/>
          <w:sz w:val="28"/>
          <w:szCs w:val="28"/>
        </w:rPr>
        <w:t>Тапсырыс</w:t>
      </w:r>
      <w:r w:rsidRPr="00B506FB">
        <w:rPr>
          <w:color w:val="000000" w:themeColor="text1"/>
          <w:sz w:val="28"/>
          <w:szCs w:val="28"/>
          <w:lang w:val="en-US"/>
        </w:rPr>
        <w:t xml:space="preserve"> </w:t>
      </w:r>
      <w:r w:rsidRPr="00B506FB">
        <w:rPr>
          <w:color w:val="000000" w:themeColor="text1"/>
          <w:sz w:val="28"/>
          <w:szCs w:val="28"/>
        </w:rPr>
        <w:t>берушінің</w:t>
      </w:r>
      <w:r w:rsidRPr="00B506FB">
        <w:rPr>
          <w:color w:val="000000" w:themeColor="text1"/>
          <w:sz w:val="28"/>
          <w:szCs w:val="28"/>
          <w:lang w:val="en-US"/>
        </w:rPr>
        <w:t xml:space="preserve"> </w:t>
      </w:r>
      <w:r w:rsidRPr="00B506FB">
        <w:rPr>
          <w:color w:val="000000" w:themeColor="text1"/>
          <w:sz w:val="28"/>
          <w:szCs w:val="28"/>
        </w:rPr>
        <w:t>тиісті</w:t>
      </w:r>
      <w:r w:rsidRPr="00B506FB">
        <w:rPr>
          <w:color w:val="000000" w:themeColor="text1"/>
          <w:sz w:val="28"/>
          <w:szCs w:val="28"/>
          <w:lang w:val="en-US"/>
        </w:rPr>
        <w:t xml:space="preserve"> </w:t>
      </w:r>
      <w:r w:rsidRPr="00B506FB">
        <w:rPr>
          <w:color w:val="000000" w:themeColor="text1"/>
          <w:sz w:val="28"/>
          <w:szCs w:val="28"/>
        </w:rPr>
        <w:t>хабарламасын</w:t>
      </w:r>
      <w:r w:rsidRPr="00B506FB">
        <w:rPr>
          <w:color w:val="000000" w:themeColor="text1"/>
          <w:sz w:val="28"/>
          <w:szCs w:val="28"/>
          <w:lang w:val="en-US"/>
        </w:rPr>
        <w:t xml:space="preserve"> </w:t>
      </w:r>
      <w:r w:rsidRPr="00B506FB">
        <w:rPr>
          <w:color w:val="000000" w:themeColor="text1"/>
          <w:sz w:val="28"/>
          <w:szCs w:val="28"/>
        </w:rPr>
        <w:t>алған</w:t>
      </w:r>
      <w:r w:rsidRPr="00B506FB">
        <w:rPr>
          <w:color w:val="000000" w:themeColor="text1"/>
          <w:sz w:val="28"/>
          <w:szCs w:val="28"/>
          <w:lang w:val="en-US"/>
        </w:rPr>
        <w:t xml:space="preserve"> </w:t>
      </w:r>
      <w:r w:rsidRPr="00B506FB">
        <w:rPr>
          <w:color w:val="000000" w:themeColor="text1"/>
          <w:sz w:val="28"/>
          <w:szCs w:val="28"/>
        </w:rPr>
        <w:t>сәттен</w:t>
      </w:r>
      <w:r w:rsidRPr="00B506FB">
        <w:rPr>
          <w:color w:val="000000" w:themeColor="text1"/>
          <w:sz w:val="28"/>
          <w:szCs w:val="28"/>
          <w:lang w:val="en-US"/>
        </w:rPr>
        <w:t xml:space="preserve"> </w:t>
      </w:r>
      <w:r w:rsidRPr="00B506FB">
        <w:rPr>
          <w:color w:val="000000" w:themeColor="text1"/>
          <w:sz w:val="28"/>
          <w:szCs w:val="28"/>
        </w:rPr>
        <w:t>бастап</w:t>
      </w:r>
      <w:r w:rsidRPr="00B506FB">
        <w:rPr>
          <w:color w:val="000000" w:themeColor="text1"/>
          <w:sz w:val="28"/>
          <w:szCs w:val="28"/>
          <w:lang w:val="en-US"/>
        </w:rPr>
        <w:t xml:space="preserve"> 2 (</w:t>
      </w:r>
      <w:r w:rsidRPr="00B506FB">
        <w:rPr>
          <w:color w:val="000000" w:themeColor="text1"/>
          <w:sz w:val="28"/>
          <w:szCs w:val="28"/>
        </w:rPr>
        <w:t>екі</w:t>
      </w:r>
      <w:r w:rsidRPr="00B506FB">
        <w:rPr>
          <w:color w:val="000000" w:themeColor="text1"/>
          <w:sz w:val="28"/>
          <w:szCs w:val="28"/>
          <w:lang w:val="en-US"/>
        </w:rPr>
        <w:t xml:space="preserve">) </w:t>
      </w:r>
      <w:r w:rsidRPr="00B506FB">
        <w:rPr>
          <w:color w:val="000000" w:themeColor="text1"/>
          <w:sz w:val="28"/>
          <w:szCs w:val="28"/>
        </w:rPr>
        <w:t>күнтізбелік</w:t>
      </w:r>
      <w:r w:rsidRPr="00B506FB">
        <w:rPr>
          <w:color w:val="000000" w:themeColor="text1"/>
          <w:sz w:val="28"/>
          <w:szCs w:val="28"/>
          <w:lang w:val="en-US"/>
        </w:rPr>
        <w:t xml:space="preserve"> </w:t>
      </w:r>
      <w:r w:rsidRPr="00B506FB">
        <w:rPr>
          <w:color w:val="000000" w:themeColor="text1"/>
          <w:sz w:val="28"/>
          <w:szCs w:val="28"/>
        </w:rPr>
        <w:t>күн</w:t>
      </w:r>
      <w:r w:rsidRPr="00B506FB">
        <w:rPr>
          <w:color w:val="000000" w:themeColor="text1"/>
          <w:sz w:val="28"/>
          <w:szCs w:val="28"/>
          <w:lang w:val="en-US"/>
        </w:rPr>
        <w:t xml:space="preserve"> </w:t>
      </w:r>
      <w:r w:rsidRPr="00B506FB">
        <w:rPr>
          <w:color w:val="000000" w:themeColor="text1"/>
          <w:sz w:val="28"/>
          <w:szCs w:val="28"/>
        </w:rPr>
        <w:t>ішінде</w:t>
      </w:r>
      <w:r w:rsidRPr="00B506FB">
        <w:rPr>
          <w:color w:val="000000" w:themeColor="text1"/>
          <w:sz w:val="28"/>
          <w:szCs w:val="28"/>
          <w:lang w:val="en-US"/>
        </w:rPr>
        <w:t xml:space="preserve"> </w:t>
      </w:r>
      <w:r w:rsidRPr="00B506FB">
        <w:rPr>
          <w:color w:val="000000" w:themeColor="text1"/>
          <w:sz w:val="28"/>
          <w:szCs w:val="28"/>
        </w:rPr>
        <w:t>оларды</w:t>
      </w:r>
      <w:r w:rsidRPr="00B506FB">
        <w:rPr>
          <w:color w:val="000000" w:themeColor="text1"/>
          <w:sz w:val="28"/>
          <w:szCs w:val="28"/>
          <w:lang w:val="en-US"/>
        </w:rPr>
        <w:t xml:space="preserve"> </w:t>
      </w:r>
      <w:r w:rsidRPr="00B506FB">
        <w:rPr>
          <w:color w:val="000000" w:themeColor="text1"/>
          <w:sz w:val="28"/>
          <w:szCs w:val="28"/>
        </w:rPr>
        <w:t>өз</w:t>
      </w:r>
      <w:r w:rsidRPr="00B506FB">
        <w:rPr>
          <w:color w:val="000000" w:themeColor="text1"/>
          <w:sz w:val="28"/>
          <w:szCs w:val="28"/>
          <w:lang w:val="en-US"/>
        </w:rPr>
        <w:t xml:space="preserve"> </w:t>
      </w:r>
      <w:r w:rsidRPr="00B506FB">
        <w:rPr>
          <w:color w:val="000000" w:themeColor="text1"/>
          <w:sz w:val="28"/>
          <w:szCs w:val="28"/>
        </w:rPr>
        <w:t>есебінен</w:t>
      </w:r>
      <w:r w:rsidRPr="00B506FB">
        <w:rPr>
          <w:color w:val="000000" w:themeColor="text1"/>
          <w:sz w:val="28"/>
          <w:szCs w:val="28"/>
          <w:lang w:val="en-US"/>
        </w:rPr>
        <w:t xml:space="preserve"> </w:t>
      </w:r>
      <w:r w:rsidRPr="00B506FB">
        <w:rPr>
          <w:color w:val="000000" w:themeColor="text1"/>
          <w:sz w:val="28"/>
          <w:szCs w:val="28"/>
        </w:rPr>
        <w:t>жоюға</w:t>
      </w:r>
      <w:r w:rsidRPr="00B506FB">
        <w:rPr>
          <w:color w:val="000000" w:themeColor="text1"/>
          <w:sz w:val="28"/>
          <w:szCs w:val="28"/>
          <w:lang w:val="en-US"/>
        </w:rPr>
        <w:t xml:space="preserve"> </w:t>
      </w:r>
      <w:r w:rsidRPr="00B506FB">
        <w:rPr>
          <w:color w:val="000000" w:themeColor="text1"/>
          <w:sz w:val="28"/>
          <w:szCs w:val="28"/>
        </w:rPr>
        <w:t>міндетті</w:t>
      </w:r>
      <w:r w:rsidRPr="00B506FB">
        <w:rPr>
          <w:color w:val="000000" w:themeColor="text1"/>
          <w:sz w:val="28"/>
          <w:szCs w:val="28"/>
          <w:lang w:val="en-US"/>
        </w:rPr>
        <w:t xml:space="preserve">. </w:t>
      </w:r>
      <w:r w:rsidRPr="00B506FB">
        <w:rPr>
          <w:color w:val="000000" w:themeColor="text1"/>
          <w:sz w:val="28"/>
          <w:szCs w:val="28"/>
        </w:rPr>
        <w:t>Анықталған</w:t>
      </w:r>
      <w:r w:rsidRPr="00B506FB">
        <w:rPr>
          <w:color w:val="000000" w:themeColor="text1"/>
          <w:sz w:val="28"/>
          <w:szCs w:val="28"/>
          <w:lang w:val="en-US"/>
        </w:rPr>
        <w:t xml:space="preserve"> </w:t>
      </w:r>
      <w:r w:rsidRPr="00B506FB">
        <w:rPr>
          <w:color w:val="000000" w:themeColor="text1"/>
          <w:sz w:val="28"/>
          <w:szCs w:val="28"/>
        </w:rPr>
        <w:t>кемшіліктердің</w:t>
      </w:r>
      <w:r w:rsidRPr="00B506FB">
        <w:rPr>
          <w:color w:val="000000" w:themeColor="text1"/>
          <w:sz w:val="28"/>
          <w:szCs w:val="28"/>
          <w:lang w:val="en-US"/>
        </w:rPr>
        <w:t xml:space="preserve"> </w:t>
      </w:r>
      <w:r w:rsidRPr="00B506FB">
        <w:rPr>
          <w:color w:val="000000" w:themeColor="text1"/>
          <w:sz w:val="28"/>
          <w:szCs w:val="28"/>
        </w:rPr>
        <w:t>сипатын</w:t>
      </w:r>
      <w:r w:rsidRPr="00B506FB">
        <w:rPr>
          <w:color w:val="000000" w:themeColor="text1"/>
          <w:sz w:val="28"/>
          <w:szCs w:val="28"/>
          <w:lang w:val="en-US"/>
        </w:rPr>
        <w:t xml:space="preserve"> </w:t>
      </w:r>
      <w:r w:rsidRPr="00B506FB">
        <w:rPr>
          <w:color w:val="000000" w:themeColor="text1"/>
          <w:sz w:val="28"/>
          <w:szCs w:val="28"/>
        </w:rPr>
        <w:t>ескере</w:t>
      </w:r>
      <w:r w:rsidRPr="00B506FB">
        <w:rPr>
          <w:color w:val="000000" w:themeColor="text1"/>
          <w:sz w:val="28"/>
          <w:szCs w:val="28"/>
          <w:lang w:val="en-US"/>
        </w:rPr>
        <w:t xml:space="preserve"> </w:t>
      </w:r>
      <w:r w:rsidRPr="00B506FB">
        <w:rPr>
          <w:color w:val="000000" w:themeColor="text1"/>
          <w:sz w:val="28"/>
          <w:szCs w:val="28"/>
        </w:rPr>
        <w:t>отырып</w:t>
      </w:r>
      <w:r w:rsidRPr="00B506FB">
        <w:rPr>
          <w:color w:val="000000" w:themeColor="text1"/>
          <w:sz w:val="28"/>
          <w:szCs w:val="28"/>
          <w:lang w:val="en-US"/>
        </w:rPr>
        <w:t xml:space="preserve">, </w:t>
      </w:r>
      <w:r w:rsidRPr="00B506FB">
        <w:rPr>
          <w:color w:val="000000" w:themeColor="text1"/>
          <w:sz w:val="28"/>
          <w:szCs w:val="28"/>
        </w:rPr>
        <w:t>тараптар</w:t>
      </w:r>
      <w:r w:rsidRPr="00B506FB">
        <w:rPr>
          <w:color w:val="000000" w:themeColor="text1"/>
          <w:sz w:val="28"/>
          <w:szCs w:val="28"/>
          <w:lang w:val="en-US"/>
        </w:rPr>
        <w:t xml:space="preserve"> </w:t>
      </w:r>
      <w:r w:rsidRPr="00B506FB">
        <w:rPr>
          <w:color w:val="000000" w:themeColor="text1"/>
          <w:sz w:val="28"/>
          <w:szCs w:val="28"/>
        </w:rPr>
        <w:t>өзгеше</w:t>
      </w:r>
      <w:r w:rsidRPr="00B506FB">
        <w:rPr>
          <w:color w:val="000000" w:themeColor="text1"/>
          <w:sz w:val="28"/>
          <w:szCs w:val="28"/>
          <w:lang w:val="en-US"/>
        </w:rPr>
        <w:t xml:space="preserve"> </w:t>
      </w:r>
      <w:r w:rsidRPr="00B506FB">
        <w:rPr>
          <w:color w:val="000000" w:themeColor="text1"/>
          <w:sz w:val="28"/>
          <w:szCs w:val="28"/>
        </w:rPr>
        <w:t>мерзімді</w:t>
      </w:r>
      <w:r w:rsidRPr="00B506FB">
        <w:rPr>
          <w:color w:val="000000" w:themeColor="text1"/>
          <w:sz w:val="28"/>
          <w:szCs w:val="28"/>
          <w:lang w:val="en-US"/>
        </w:rPr>
        <w:t xml:space="preserve"> </w:t>
      </w:r>
      <w:r w:rsidRPr="00B506FB">
        <w:rPr>
          <w:color w:val="000000" w:themeColor="text1"/>
          <w:sz w:val="28"/>
          <w:szCs w:val="28"/>
        </w:rPr>
        <w:t>келіскен</w:t>
      </w:r>
      <w:r w:rsidRPr="00B506FB">
        <w:rPr>
          <w:color w:val="000000" w:themeColor="text1"/>
          <w:sz w:val="28"/>
          <w:szCs w:val="28"/>
          <w:lang w:val="en-US"/>
        </w:rPr>
        <w:t xml:space="preserve"> </w:t>
      </w:r>
      <w:r w:rsidRPr="00B506FB">
        <w:rPr>
          <w:color w:val="000000" w:themeColor="text1"/>
          <w:sz w:val="28"/>
          <w:szCs w:val="28"/>
        </w:rPr>
        <w:t>жағдайлар</w:t>
      </w:r>
      <w:r w:rsidRPr="00B506FB">
        <w:rPr>
          <w:color w:val="000000" w:themeColor="text1"/>
          <w:sz w:val="28"/>
          <w:szCs w:val="28"/>
          <w:lang w:val="en-US"/>
        </w:rPr>
        <w:t xml:space="preserve"> </w:t>
      </w:r>
      <w:r w:rsidRPr="00B506FB">
        <w:rPr>
          <w:color w:val="000000" w:themeColor="text1"/>
          <w:sz w:val="28"/>
          <w:szCs w:val="28"/>
        </w:rPr>
        <w:t>бұған</w:t>
      </w:r>
      <w:r w:rsidRPr="00B506FB">
        <w:rPr>
          <w:color w:val="000000" w:themeColor="text1"/>
          <w:sz w:val="28"/>
          <w:szCs w:val="28"/>
          <w:lang w:val="en-US"/>
        </w:rPr>
        <w:t xml:space="preserve"> </w:t>
      </w:r>
      <w:r w:rsidRPr="00B506FB">
        <w:rPr>
          <w:color w:val="000000" w:themeColor="text1"/>
          <w:sz w:val="28"/>
          <w:szCs w:val="28"/>
        </w:rPr>
        <w:t>кірмейді</w:t>
      </w:r>
      <w:r w:rsidRPr="00B506FB">
        <w:rPr>
          <w:color w:val="000000" w:themeColor="text1"/>
          <w:sz w:val="28"/>
          <w:szCs w:val="28"/>
          <w:lang w:val="en-US"/>
        </w:rPr>
        <w:t>.</w:t>
      </w:r>
    </w:p>
    <w:p w14:paraId="49AE77E7" w14:textId="2FF7979B" w:rsidR="00B506FB" w:rsidRPr="00B506FB" w:rsidRDefault="00B506FB" w:rsidP="007F6C8D">
      <w:pPr>
        <w:pStyle w:val="x12ofw9d"/>
        <w:spacing w:before="0" w:beforeAutospacing="0"/>
        <w:jc w:val="both"/>
        <w:rPr>
          <w:color w:val="000000" w:themeColor="text1"/>
          <w:sz w:val="28"/>
          <w:szCs w:val="28"/>
          <w:lang w:val="en-US"/>
        </w:rPr>
      </w:pPr>
      <w:r>
        <w:rPr>
          <w:rStyle w:val="af6"/>
          <w:rFonts w:eastAsiaTheme="majorEastAsia"/>
          <w:color w:val="000000" w:themeColor="text1"/>
          <w:sz w:val="28"/>
          <w:szCs w:val="28"/>
          <w:lang w:val="en-US"/>
        </w:rPr>
        <w:tab/>
      </w:r>
      <w:r w:rsidRPr="00B506FB">
        <w:rPr>
          <w:rStyle w:val="af6"/>
          <w:rFonts w:eastAsiaTheme="majorEastAsia"/>
          <w:color w:val="000000" w:themeColor="text1"/>
          <w:sz w:val="28"/>
          <w:szCs w:val="28"/>
          <w:lang w:val="en-US"/>
        </w:rPr>
        <w:t>7.10.</w:t>
      </w:r>
      <w:r w:rsidRPr="00B506FB">
        <w:rPr>
          <w:color w:val="000000" w:themeColor="text1"/>
          <w:sz w:val="28"/>
          <w:szCs w:val="28"/>
          <w:lang w:val="en-US"/>
        </w:rPr>
        <w:t xml:space="preserve"> </w:t>
      </w:r>
      <w:r w:rsidRPr="00B506FB">
        <w:rPr>
          <w:color w:val="000000" w:themeColor="text1"/>
          <w:sz w:val="28"/>
          <w:szCs w:val="28"/>
        </w:rPr>
        <w:t>Орындалған</w:t>
      </w:r>
      <w:r w:rsidRPr="00B506FB">
        <w:rPr>
          <w:color w:val="000000" w:themeColor="text1"/>
          <w:sz w:val="28"/>
          <w:szCs w:val="28"/>
          <w:lang w:val="en-US"/>
        </w:rPr>
        <w:t xml:space="preserve"> </w:t>
      </w:r>
      <w:r w:rsidRPr="00B506FB">
        <w:rPr>
          <w:color w:val="000000" w:themeColor="text1"/>
          <w:sz w:val="28"/>
          <w:szCs w:val="28"/>
        </w:rPr>
        <w:t>жұмыстар</w:t>
      </w:r>
      <w:r w:rsidRPr="00B506FB">
        <w:rPr>
          <w:color w:val="000000" w:themeColor="text1"/>
          <w:sz w:val="28"/>
          <w:szCs w:val="28"/>
          <w:lang w:val="en-US"/>
        </w:rPr>
        <w:t xml:space="preserve"> </w:t>
      </w:r>
      <w:r w:rsidRPr="00B506FB">
        <w:rPr>
          <w:color w:val="000000" w:themeColor="text1"/>
          <w:sz w:val="28"/>
          <w:szCs w:val="28"/>
        </w:rPr>
        <w:t>актісіне</w:t>
      </w:r>
      <w:r w:rsidRPr="00B506FB">
        <w:rPr>
          <w:color w:val="000000" w:themeColor="text1"/>
          <w:sz w:val="28"/>
          <w:szCs w:val="28"/>
          <w:lang w:val="en-US"/>
        </w:rPr>
        <w:t xml:space="preserve"> </w:t>
      </w:r>
      <w:r w:rsidRPr="00B506FB">
        <w:rPr>
          <w:color w:val="000000" w:themeColor="text1"/>
          <w:sz w:val="28"/>
          <w:szCs w:val="28"/>
        </w:rPr>
        <w:t>қол</w:t>
      </w:r>
      <w:r w:rsidRPr="00B506FB">
        <w:rPr>
          <w:color w:val="000000" w:themeColor="text1"/>
          <w:sz w:val="28"/>
          <w:szCs w:val="28"/>
          <w:lang w:val="en-US"/>
        </w:rPr>
        <w:t xml:space="preserve"> </w:t>
      </w:r>
      <w:r w:rsidRPr="00B506FB">
        <w:rPr>
          <w:color w:val="000000" w:themeColor="text1"/>
          <w:sz w:val="28"/>
          <w:szCs w:val="28"/>
        </w:rPr>
        <w:t>қою</w:t>
      </w:r>
      <w:r w:rsidRPr="00B506FB">
        <w:rPr>
          <w:color w:val="000000" w:themeColor="text1"/>
          <w:sz w:val="28"/>
          <w:szCs w:val="28"/>
          <w:lang w:val="en-US"/>
        </w:rPr>
        <w:t xml:space="preserve"> </w:t>
      </w:r>
      <w:r w:rsidRPr="00B506FB">
        <w:rPr>
          <w:color w:val="000000" w:themeColor="text1"/>
          <w:sz w:val="28"/>
          <w:szCs w:val="28"/>
        </w:rPr>
        <w:t>Мердігерді</w:t>
      </w:r>
      <w:r w:rsidRPr="00B506FB">
        <w:rPr>
          <w:color w:val="000000" w:themeColor="text1"/>
          <w:sz w:val="28"/>
          <w:szCs w:val="28"/>
          <w:lang w:val="en-US"/>
        </w:rPr>
        <w:t xml:space="preserve"> </w:t>
      </w:r>
      <w:r w:rsidRPr="00B506FB">
        <w:rPr>
          <w:color w:val="000000" w:themeColor="text1"/>
          <w:sz w:val="28"/>
          <w:szCs w:val="28"/>
        </w:rPr>
        <w:t>кепілдік</w:t>
      </w:r>
      <w:r w:rsidRPr="00B506FB">
        <w:rPr>
          <w:color w:val="000000" w:themeColor="text1"/>
          <w:sz w:val="28"/>
          <w:szCs w:val="28"/>
          <w:lang w:val="en-US"/>
        </w:rPr>
        <w:t xml:space="preserve"> </w:t>
      </w:r>
      <w:r w:rsidRPr="00B506FB">
        <w:rPr>
          <w:color w:val="000000" w:themeColor="text1"/>
          <w:sz w:val="28"/>
          <w:szCs w:val="28"/>
        </w:rPr>
        <w:t>міндеттемелерін</w:t>
      </w:r>
      <w:r w:rsidRPr="00B506FB">
        <w:rPr>
          <w:color w:val="000000" w:themeColor="text1"/>
          <w:sz w:val="28"/>
          <w:szCs w:val="28"/>
          <w:lang w:val="en-US"/>
        </w:rPr>
        <w:t xml:space="preserve"> </w:t>
      </w:r>
      <w:r w:rsidRPr="00B506FB">
        <w:rPr>
          <w:color w:val="000000" w:themeColor="text1"/>
          <w:sz w:val="28"/>
          <w:szCs w:val="28"/>
        </w:rPr>
        <w:t>орындаудан</w:t>
      </w:r>
      <w:r w:rsidRPr="00B506FB">
        <w:rPr>
          <w:color w:val="000000" w:themeColor="text1"/>
          <w:sz w:val="28"/>
          <w:szCs w:val="28"/>
          <w:lang w:val="en-US"/>
        </w:rPr>
        <w:t xml:space="preserve"> </w:t>
      </w:r>
      <w:r w:rsidRPr="00B506FB">
        <w:rPr>
          <w:color w:val="000000" w:themeColor="text1"/>
          <w:sz w:val="28"/>
          <w:szCs w:val="28"/>
        </w:rPr>
        <w:t>босатпайды</w:t>
      </w:r>
      <w:r w:rsidRPr="00B506FB">
        <w:rPr>
          <w:color w:val="000000" w:themeColor="text1"/>
          <w:sz w:val="28"/>
          <w:szCs w:val="28"/>
          <w:lang w:val="en-US"/>
        </w:rPr>
        <w:t>.</w:t>
      </w:r>
    </w:p>
    <w:p w14:paraId="453AB767" w14:textId="77777777" w:rsidR="00B506FB" w:rsidRPr="00B506FB" w:rsidRDefault="00B506FB" w:rsidP="007F6C8D">
      <w:pPr>
        <w:pStyle w:val="x12ofw9d"/>
        <w:spacing w:before="0" w:beforeAutospacing="0"/>
        <w:jc w:val="both"/>
        <w:rPr>
          <w:color w:val="000000" w:themeColor="text1"/>
          <w:sz w:val="28"/>
          <w:szCs w:val="28"/>
          <w:lang w:val="en-US"/>
        </w:rPr>
      </w:pPr>
      <w:r w:rsidRPr="00B506FB">
        <w:rPr>
          <w:rStyle w:val="af6"/>
          <w:rFonts w:eastAsiaTheme="majorEastAsia"/>
          <w:color w:val="000000" w:themeColor="text1"/>
          <w:sz w:val="28"/>
          <w:szCs w:val="28"/>
          <w:lang w:val="en-US"/>
        </w:rPr>
        <w:t>7.11.</w:t>
      </w:r>
      <w:r w:rsidRPr="00B506FB">
        <w:rPr>
          <w:color w:val="000000" w:themeColor="text1"/>
          <w:sz w:val="28"/>
          <w:szCs w:val="28"/>
          <w:lang w:val="en-US"/>
        </w:rPr>
        <w:t xml:space="preserve"> </w:t>
      </w:r>
      <w:r w:rsidRPr="00B506FB">
        <w:rPr>
          <w:color w:val="000000" w:themeColor="text1"/>
          <w:sz w:val="28"/>
          <w:szCs w:val="28"/>
        </w:rPr>
        <w:t>Шарт</w:t>
      </w:r>
      <w:r w:rsidRPr="00B506FB">
        <w:rPr>
          <w:color w:val="000000" w:themeColor="text1"/>
          <w:sz w:val="28"/>
          <w:szCs w:val="28"/>
          <w:lang w:val="en-US"/>
        </w:rPr>
        <w:t xml:space="preserve"> </w:t>
      </w:r>
      <w:r w:rsidRPr="00B506FB">
        <w:rPr>
          <w:color w:val="000000" w:themeColor="text1"/>
          <w:sz w:val="28"/>
          <w:szCs w:val="28"/>
        </w:rPr>
        <w:t>бойынша</w:t>
      </w:r>
      <w:r w:rsidRPr="00B506FB">
        <w:rPr>
          <w:color w:val="000000" w:themeColor="text1"/>
          <w:sz w:val="28"/>
          <w:szCs w:val="28"/>
          <w:lang w:val="en-US"/>
        </w:rPr>
        <w:t xml:space="preserve"> </w:t>
      </w:r>
      <w:r w:rsidRPr="00B506FB">
        <w:rPr>
          <w:color w:val="000000" w:themeColor="text1"/>
          <w:sz w:val="28"/>
          <w:szCs w:val="28"/>
        </w:rPr>
        <w:t>міндеттемелерді</w:t>
      </w:r>
      <w:r w:rsidRPr="00B506FB">
        <w:rPr>
          <w:color w:val="000000" w:themeColor="text1"/>
          <w:sz w:val="28"/>
          <w:szCs w:val="28"/>
          <w:lang w:val="en-US"/>
        </w:rPr>
        <w:t xml:space="preserve"> </w:t>
      </w:r>
      <w:r w:rsidRPr="00B506FB">
        <w:rPr>
          <w:color w:val="000000" w:themeColor="text1"/>
          <w:sz w:val="28"/>
          <w:szCs w:val="28"/>
        </w:rPr>
        <w:t>орындау</w:t>
      </w:r>
      <w:r w:rsidRPr="00B506FB">
        <w:rPr>
          <w:color w:val="000000" w:themeColor="text1"/>
          <w:sz w:val="28"/>
          <w:szCs w:val="28"/>
          <w:lang w:val="en-US"/>
        </w:rPr>
        <w:t xml:space="preserve"> </w:t>
      </w:r>
      <w:r w:rsidRPr="00B506FB">
        <w:rPr>
          <w:color w:val="000000" w:themeColor="text1"/>
          <w:sz w:val="28"/>
          <w:szCs w:val="28"/>
        </w:rPr>
        <w:t>аяқталғаннан</w:t>
      </w:r>
      <w:r w:rsidRPr="00B506FB">
        <w:rPr>
          <w:color w:val="000000" w:themeColor="text1"/>
          <w:sz w:val="28"/>
          <w:szCs w:val="28"/>
          <w:lang w:val="en-US"/>
        </w:rPr>
        <w:t xml:space="preserve"> </w:t>
      </w:r>
      <w:r w:rsidRPr="00B506FB">
        <w:rPr>
          <w:color w:val="000000" w:themeColor="text1"/>
          <w:sz w:val="28"/>
          <w:szCs w:val="28"/>
        </w:rPr>
        <w:t>кейін</w:t>
      </w:r>
      <w:r w:rsidRPr="00B506FB">
        <w:rPr>
          <w:color w:val="000000" w:themeColor="text1"/>
          <w:sz w:val="28"/>
          <w:szCs w:val="28"/>
          <w:lang w:val="en-US"/>
        </w:rPr>
        <w:t xml:space="preserve"> </w:t>
      </w:r>
      <w:r w:rsidRPr="00B506FB">
        <w:rPr>
          <w:color w:val="000000" w:themeColor="text1"/>
          <w:sz w:val="28"/>
          <w:szCs w:val="28"/>
        </w:rPr>
        <w:t>Мердігер</w:t>
      </w:r>
      <w:r w:rsidRPr="00B506FB">
        <w:rPr>
          <w:color w:val="000000" w:themeColor="text1"/>
          <w:sz w:val="28"/>
          <w:szCs w:val="28"/>
          <w:lang w:val="en-US"/>
        </w:rPr>
        <w:t xml:space="preserve"> </w:t>
      </w:r>
      <w:r w:rsidRPr="00B506FB">
        <w:rPr>
          <w:color w:val="000000" w:themeColor="text1"/>
          <w:sz w:val="28"/>
          <w:szCs w:val="28"/>
        </w:rPr>
        <w:t>Тапсырыс</w:t>
      </w:r>
      <w:r w:rsidRPr="00B506FB">
        <w:rPr>
          <w:color w:val="000000" w:themeColor="text1"/>
          <w:sz w:val="28"/>
          <w:szCs w:val="28"/>
          <w:lang w:val="en-US"/>
        </w:rPr>
        <w:t xml:space="preserve"> </w:t>
      </w:r>
      <w:r w:rsidRPr="00B506FB">
        <w:rPr>
          <w:color w:val="000000" w:themeColor="text1"/>
          <w:sz w:val="28"/>
          <w:szCs w:val="28"/>
        </w:rPr>
        <w:t>берушіге</w:t>
      </w:r>
      <w:r w:rsidRPr="00B506FB">
        <w:rPr>
          <w:color w:val="000000" w:themeColor="text1"/>
          <w:sz w:val="28"/>
          <w:szCs w:val="28"/>
          <w:lang w:val="en-US"/>
        </w:rPr>
        <w:t xml:space="preserve"> </w:t>
      </w:r>
      <w:r w:rsidRPr="00B506FB">
        <w:rPr>
          <w:color w:val="000000" w:themeColor="text1"/>
          <w:sz w:val="28"/>
          <w:szCs w:val="28"/>
        </w:rPr>
        <w:t>нақты</w:t>
      </w:r>
      <w:r w:rsidRPr="00B506FB">
        <w:rPr>
          <w:color w:val="000000" w:themeColor="text1"/>
          <w:sz w:val="28"/>
          <w:szCs w:val="28"/>
          <w:lang w:val="en-US"/>
        </w:rPr>
        <w:t xml:space="preserve"> </w:t>
      </w:r>
      <w:r w:rsidRPr="00B506FB">
        <w:rPr>
          <w:color w:val="000000" w:themeColor="text1"/>
          <w:sz w:val="28"/>
          <w:szCs w:val="28"/>
        </w:rPr>
        <w:t>орындалған</w:t>
      </w:r>
      <w:r w:rsidRPr="00B506FB">
        <w:rPr>
          <w:color w:val="000000" w:themeColor="text1"/>
          <w:sz w:val="28"/>
          <w:szCs w:val="28"/>
          <w:lang w:val="en-US"/>
        </w:rPr>
        <w:t xml:space="preserve"> </w:t>
      </w:r>
      <w:r w:rsidRPr="00B506FB">
        <w:rPr>
          <w:color w:val="000000" w:themeColor="text1"/>
          <w:sz w:val="28"/>
          <w:szCs w:val="28"/>
        </w:rPr>
        <w:t>авариялық</w:t>
      </w:r>
      <w:r w:rsidRPr="00B506FB">
        <w:rPr>
          <w:color w:val="000000" w:themeColor="text1"/>
          <w:sz w:val="28"/>
          <w:szCs w:val="28"/>
          <w:lang w:val="en-US"/>
        </w:rPr>
        <w:t xml:space="preserve"> </w:t>
      </w:r>
      <w:r w:rsidRPr="00B506FB">
        <w:rPr>
          <w:color w:val="000000" w:themeColor="text1"/>
          <w:sz w:val="28"/>
          <w:szCs w:val="28"/>
        </w:rPr>
        <w:t>шығулардың</w:t>
      </w:r>
      <w:r w:rsidRPr="00B506FB">
        <w:rPr>
          <w:color w:val="000000" w:themeColor="text1"/>
          <w:sz w:val="28"/>
          <w:szCs w:val="28"/>
          <w:lang w:val="en-US"/>
        </w:rPr>
        <w:t xml:space="preserve"> </w:t>
      </w:r>
      <w:r w:rsidRPr="00B506FB">
        <w:rPr>
          <w:color w:val="000000" w:themeColor="text1"/>
          <w:sz w:val="28"/>
          <w:szCs w:val="28"/>
        </w:rPr>
        <w:t>жиынтық</w:t>
      </w:r>
      <w:r w:rsidRPr="00B506FB">
        <w:rPr>
          <w:color w:val="000000" w:themeColor="text1"/>
          <w:sz w:val="28"/>
          <w:szCs w:val="28"/>
          <w:lang w:val="en-US"/>
        </w:rPr>
        <w:t xml:space="preserve"> </w:t>
      </w:r>
      <w:r w:rsidRPr="00B506FB">
        <w:rPr>
          <w:color w:val="000000" w:themeColor="text1"/>
          <w:sz w:val="28"/>
          <w:szCs w:val="28"/>
        </w:rPr>
        <w:t>тізілімін</w:t>
      </w:r>
      <w:r w:rsidRPr="00B506FB">
        <w:rPr>
          <w:color w:val="000000" w:themeColor="text1"/>
          <w:sz w:val="28"/>
          <w:szCs w:val="28"/>
          <w:lang w:val="en-US"/>
        </w:rPr>
        <w:t xml:space="preserve"> </w:t>
      </w:r>
      <w:r w:rsidRPr="00B506FB">
        <w:rPr>
          <w:color w:val="000000" w:themeColor="text1"/>
          <w:sz w:val="28"/>
          <w:szCs w:val="28"/>
        </w:rPr>
        <w:t>ұсынады</w:t>
      </w:r>
      <w:r w:rsidRPr="00B506FB">
        <w:rPr>
          <w:color w:val="000000" w:themeColor="text1"/>
          <w:sz w:val="28"/>
          <w:szCs w:val="28"/>
          <w:lang w:val="en-US"/>
        </w:rPr>
        <w:t xml:space="preserve">. </w:t>
      </w:r>
      <w:r w:rsidRPr="00B506FB">
        <w:rPr>
          <w:color w:val="000000" w:themeColor="text1"/>
          <w:sz w:val="28"/>
          <w:szCs w:val="28"/>
        </w:rPr>
        <w:t>Тізілімде</w:t>
      </w:r>
      <w:r w:rsidRPr="00B506FB">
        <w:rPr>
          <w:color w:val="000000" w:themeColor="text1"/>
          <w:sz w:val="28"/>
          <w:szCs w:val="28"/>
          <w:lang w:val="en-US"/>
        </w:rPr>
        <w:t xml:space="preserve"> </w:t>
      </w:r>
      <w:r w:rsidRPr="00B506FB">
        <w:rPr>
          <w:color w:val="000000" w:themeColor="text1"/>
          <w:sz w:val="28"/>
          <w:szCs w:val="28"/>
        </w:rPr>
        <w:t>объектілердің</w:t>
      </w:r>
      <w:r w:rsidRPr="00B506FB">
        <w:rPr>
          <w:color w:val="000000" w:themeColor="text1"/>
          <w:sz w:val="28"/>
          <w:szCs w:val="28"/>
          <w:lang w:val="en-US"/>
        </w:rPr>
        <w:t xml:space="preserve"> </w:t>
      </w:r>
      <w:r w:rsidRPr="00B506FB">
        <w:rPr>
          <w:color w:val="000000" w:themeColor="text1"/>
          <w:sz w:val="28"/>
          <w:szCs w:val="28"/>
        </w:rPr>
        <w:t>мекенжайлары</w:t>
      </w:r>
      <w:r w:rsidRPr="00B506FB">
        <w:rPr>
          <w:color w:val="000000" w:themeColor="text1"/>
          <w:sz w:val="28"/>
          <w:szCs w:val="28"/>
          <w:lang w:val="en-US"/>
        </w:rPr>
        <w:t xml:space="preserve">, </w:t>
      </w:r>
      <w:r w:rsidRPr="00B506FB">
        <w:rPr>
          <w:color w:val="000000" w:themeColor="text1"/>
          <w:sz w:val="28"/>
          <w:szCs w:val="28"/>
        </w:rPr>
        <w:t>шығу</w:t>
      </w:r>
      <w:r w:rsidRPr="00B506FB">
        <w:rPr>
          <w:color w:val="000000" w:themeColor="text1"/>
          <w:sz w:val="28"/>
          <w:szCs w:val="28"/>
          <w:lang w:val="en-US"/>
        </w:rPr>
        <w:t xml:space="preserve"> </w:t>
      </w:r>
      <w:r w:rsidRPr="00B506FB">
        <w:rPr>
          <w:color w:val="000000" w:themeColor="text1"/>
          <w:sz w:val="28"/>
          <w:szCs w:val="28"/>
        </w:rPr>
        <w:t>күндері</w:t>
      </w:r>
      <w:r w:rsidRPr="00B506FB">
        <w:rPr>
          <w:color w:val="000000" w:themeColor="text1"/>
          <w:sz w:val="28"/>
          <w:szCs w:val="28"/>
          <w:lang w:val="en-US"/>
        </w:rPr>
        <w:t xml:space="preserve">, </w:t>
      </w:r>
      <w:r w:rsidRPr="00B506FB">
        <w:rPr>
          <w:color w:val="000000" w:themeColor="text1"/>
          <w:sz w:val="28"/>
          <w:szCs w:val="28"/>
        </w:rPr>
        <w:lastRenderedPageBreak/>
        <w:t>авариялық</w:t>
      </w:r>
      <w:r w:rsidRPr="00B506FB">
        <w:rPr>
          <w:color w:val="000000" w:themeColor="text1"/>
          <w:sz w:val="28"/>
          <w:szCs w:val="28"/>
          <w:lang w:val="en-US"/>
        </w:rPr>
        <w:t xml:space="preserve"> </w:t>
      </w:r>
      <w:r w:rsidRPr="00B506FB">
        <w:rPr>
          <w:color w:val="000000" w:themeColor="text1"/>
          <w:sz w:val="28"/>
          <w:szCs w:val="28"/>
        </w:rPr>
        <w:t>жағдайлардың</w:t>
      </w:r>
      <w:r w:rsidRPr="00B506FB">
        <w:rPr>
          <w:color w:val="000000" w:themeColor="text1"/>
          <w:sz w:val="28"/>
          <w:szCs w:val="28"/>
          <w:lang w:val="en-US"/>
        </w:rPr>
        <w:t xml:space="preserve"> </w:t>
      </w:r>
      <w:r w:rsidRPr="00B506FB">
        <w:rPr>
          <w:color w:val="000000" w:themeColor="text1"/>
          <w:sz w:val="28"/>
          <w:szCs w:val="28"/>
        </w:rPr>
        <w:t>сипаты</w:t>
      </w:r>
      <w:r w:rsidRPr="00B506FB">
        <w:rPr>
          <w:color w:val="000000" w:themeColor="text1"/>
          <w:sz w:val="28"/>
          <w:szCs w:val="28"/>
          <w:lang w:val="en-US"/>
        </w:rPr>
        <w:t xml:space="preserve">, </w:t>
      </w:r>
      <w:r w:rsidRPr="00B506FB">
        <w:rPr>
          <w:color w:val="000000" w:themeColor="text1"/>
          <w:sz w:val="28"/>
          <w:szCs w:val="28"/>
        </w:rPr>
        <w:t>орындалған</w:t>
      </w:r>
      <w:r w:rsidRPr="00B506FB">
        <w:rPr>
          <w:color w:val="000000" w:themeColor="text1"/>
          <w:sz w:val="28"/>
          <w:szCs w:val="28"/>
          <w:lang w:val="en-US"/>
        </w:rPr>
        <w:t xml:space="preserve"> </w:t>
      </w:r>
      <w:r w:rsidRPr="00B506FB">
        <w:rPr>
          <w:color w:val="000000" w:themeColor="text1"/>
          <w:sz w:val="28"/>
          <w:szCs w:val="28"/>
        </w:rPr>
        <w:t>жұмыстардың</w:t>
      </w:r>
      <w:r w:rsidRPr="00B506FB">
        <w:rPr>
          <w:color w:val="000000" w:themeColor="text1"/>
          <w:sz w:val="28"/>
          <w:szCs w:val="28"/>
          <w:lang w:val="en-US"/>
        </w:rPr>
        <w:t xml:space="preserve"> </w:t>
      </w:r>
      <w:r w:rsidRPr="00B506FB">
        <w:rPr>
          <w:color w:val="000000" w:themeColor="text1"/>
          <w:sz w:val="28"/>
          <w:szCs w:val="28"/>
        </w:rPr>
        <w:t>тізбесі</w:t>
      </w:r>
      <w:r w:rsidRPr="00B506FB">
        <w:rPr>
          <w:color w:val="000000" w:themeColor="text1"/>
          <w:sz w:val="28"/>
          <w:szCs w:val="28"/>
          <w:lang w:val="en-US"/>
        </w:rPr>
        <w:t xml:space="preserve"> </w:t>
      </w:r>
      <w:r w:rsidRPr="00B506FB">
        <w:rPr>
          <w:color w:val="000000" w:themeColor="text1"/>
          <w:sz w:val="28"/>
          <w:szCs w:val="28"/>
        </w:rPr>
        <w:t>және</w:t>
      </w:r>
      <w:r w:rsidRPr="00B506FB">
        <w:rPr>
          <w:color w:val="000000" w:themeColor="text1"/>
          <w:sz w:val="28"/>
          <w:szCs w:val="28"/>
          <w:lang w:val="en-US"/>
        </w:rPr>
        <w:t xml:space="preserve"> </w:t>
      </w:r>
      <w:r w:rsidRPr="00B506FB">
        <w:rPr>
          <w:color w:val="000000" w:themeColor="text1"/>
          <w:sz w:val="28"/>
          <w:szCs w:val="28"/>
        </w:rPr>
        <w:t>әрбір</w:t>
      </w:r>
      <w:r w:rsidRPr="00B506FB">
        <w:rPr>
          <w:color w:val="000000" w:themeColor="text1"/>
          <w:sz w:val="28"/>
          <w:szCs w:val="28"/>
          <w:lang w:val="en-US"/>
        </w:rPr>
        <w:t xml:space="preserve"> </w:t>
      </w:r>
      <w:r w:rsidRPr="00B506FB">
        <w:rPr>
          <w:color w:val="000000" w:themeColor="text1"/>
          <w:sz w:val="28"/>
          <w:szCs w:val="28"/>
        </w:rPr>
        <w:t>жағдай</w:t>
      </w:r>
      <w:r w:rsidRPr="00B506FB">
        <w:rPr>
          <w:color w:val="000000" w:themeColor="text1"/>
          <w:sz w:val="28"/>
          <w:szCs w:val="28"/>
          <w:lang w:val="en-US"/>
        </w:rPr>
        <w:t xml:space="preserve"> </w:t>
      </w:r>
      <w:r w:rsidRPr="00B506FB">
        <w:rPr>
          <w:color w:val="000000" w:themeColor="text1"/>
          <w:sz w:val="28"/>
          <w:szCs w:val="28"/>
        </w:rPr>
        <w:t>бойынша</w:t>
      </w:r>
      <w:r w:rsidRPr="00B506FB">
        <w:rPr>
          <w:color w:val="000000" w:themeColor="text1"/>
          <w:sz w:val="28"/>
          <w:szCs w:val="28"/>
          <w:lang w:val="en-US"/>
        </w:rPr>
        <w:t xml:space="preserve"> </w:t>
      </w:r>
      <w:r w:rsidRPr="00B506FB">
        <w:rPr>
          <w:color w:val="000000" w:themeColor="text1"/>
          <w:sz w:val="28"/>
          <w:szCs w:val="28"/>
        </w:rPr>
        <w:t>құны</w:t>
      </w:r>
      <w:r w:rsidRPr="00B506FB">
        <w:rPr>
          <w:color w:val="000000" w:themeColor="text1"/>
          <w:sz w:val="28"/>
          <w:szCs w:val="28"/>
          <w:lang w:val="en-US"/>
        </w:rPr>
        <w:t xml:space="preserve"> </w:t>
      </w:r>
      <w:r w:rsidRPr="00B506FB">
        <w:rPr>
          <w:color w:val="000000" w:themeColor="text1"/>
          <w:sz w:val="28"/>
          <w:szCs w:val="28"/>
        </w:rPr>
        <w:t>көрсетіледі</w:t>
      </w:r>
      <w:r w:rsidRPr="00B506FB">
        <w:rPr>
          <w:color w:val="000000" w:themeColor="text1"/>
          <w:sz w:val="28"/>
          <w:szCs w:val="28"/>
          <w:lang w:val="en-US"/>
        </w:rPr>
        <w:t>.</w:t>
      </w:r>
    </w:p>
    <w:p w14:paraId="623917B1" w14:textId="77777777" w:rsidR="00B506FB" w:rsidRPr="00B506FB" w:rsidRDefault="00B506FB" w:rsidP="00B506FB">
      <w:pPr>
        <w:pStyle w:val="a0"/>
        <w:numPr>
          <w:ilvl w:val="0"/>
          <w:numId w:val="0"/>
        </w:numPr>
        <w:spacing w:after="0"/>
        <w:ind w:left="-426" w:firstLine="426"/>
        <w:jc w:val="both"/>
        <w:rPr>
          <w:rFonts w:ascii="Times New Roman" w:hAnsi="Times New Roman" w:cs="Times New Roman"/>
          <w:sz w:val="28"/>
          <w:szCs w:val="28"/>
        </w:rPr>
      </w:pPr>
    </w:p>
    <w:sectPr w:rsidR="00B506FB" w:rsidRPr="00B506FB" w:rsidSect="00034616">
      <w:pgSz w:w="12240" w:h="15840"/>
      <w:pgMar w:top="1134" w:right="1417" w:bottom="113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522D71" w14:textId="77777777" w:rsidR="00E521B8" w:rsidRDefault="00E521B8">
      <w:pPr>
        <w:spacing w:after="0" w:line="240" w:lineRule="auto"/>
      </w:pPr>
      <w:r>
        <w:separator/>
      </w:r>
    </w:p>
  </w:endnote>
  <w:endnote w:type="continuationSeparator" w:id="0">
    <w:p w14:paraId="7ADF3FF7" w14:textId="77777777" w:rsidR="00E521B8" w:rsidRDefault="00E52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102046" w14:textId="77777777" w:rsidR="00E521B8" w:rsidRDefault="00E521B8">
      <w:pPr>
        <w:spacing w:after="0" w:line="240" w:lineRule="auto"/>
      </w:pPr>
      <w:r>
        <w:separator/>
      </w:r>
    </w:p>
  </w:footnote>
  <w:footnote w:type="continuationSeparator" w:id="0">
    <w:p w14:paraId="47F59608" w14:textId="77777777" w:rsidR="00E521B8" w:rsidRDefault="00E521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E35A78F8"/>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0987B5C"/>
    <w:multiLevelType w:val="multilevel"/>
    <w:tmpl w:val="86C01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1FF487E"/>
    <w:multiLevelType w:val="multilevel"/>
    <w:tmpl w:val="96E8E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8F6B7E"/>
    <w:multiLevelType w:val="multilevel"/>
    <w:tmpl w:val="00BED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5A50C0"/>
    <w:multiLevelType w:val="multilevel"/>
    <w:tmpl w:val="3F5C1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AB7DB1"/>
    <w:multiLevelType w:val="multilevel"/>
    <w:tmpl w:val="7F6CE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8C1721"/>
    <w:multiLevelType w:val="multilevel"/>
    <w:tmpl w:val="093CA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A25929"/>
    <w:multiLevelType w:val="multilevel"/>
    <w:tmpl w:val="9DDA3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3917C8"/>
    <w:multiLevelType w:val="multilevel"/>
    <w:tmpl w:val="ECFE7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A14574"/>
    <w:multiLevelType w:val="multilevel"/>
    <w:tmpl w:val="6B227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B455FD"/>
    <w:multiLevelType w:val="multilevel"/>
    <w:tmpl w:val="20829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4F4113"/>
    <w:multiLevelType w:val="multilevel"/>
    <w:tmpl w:val="5A9C9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817F19"/>
    <w:multiLevelType w:val="multilevel"/>
    <w:tmpl w:val="892CC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077AA0"/>
    <w:multiLevelType w:val="multilevel"/>
    <w:tmpl w:val="3AEE4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C17998"/>
    <w:multiLevelType w:val="multilevel"/>
    <w:tmpl w:val="43A43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15087D"/>
    <w:multiLevelType w:val="multilevel"/>
    <w:tmpl w:val="BD169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180C1C"/>
    <w:multiLevelType w:val="multilevel"/>
    <w:tmpl w:val="87C63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FE7A48"/>
    <w:multiLevelType w:val="multilevel"/>
    <w:tmpl w:val="DF3A6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080424"/>
    <w:multiLevelType w:val="multilevel"/>
    <w:tmpl w:val="3572B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1AF4586"/>
    <w:multiLevelType w:val="multilevel"/>
    <w:tmpl w:val="BD4A4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674F8C"/>
    <w:multiLevelType w:val="multilevel"/>
    <w:tmpl w:val="CEBC7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BD50DD"/>
    <w:multiLevelType w:val="multilevel"/>
    <w:tmpl w:val="FF807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AFF1B3B"/>
    <w:multiLevelType w:val="multilevel"/>
    <w:tmpl w:val="B4EA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AE4413"/>
    <w:multiLevelType w:val="multilevel"/>
    <w:tmpl w:val="A906B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BBE19B6"/>
    <w:multiLevelType w:val="multilevel"/>
    <w:tmpl w:val="038C5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F461128"/>
    <w:multiLevelType w:val="multilevel"/>
    <w:tmpl w:val="B186D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DA7CB5"/>
    <w:multiLevelType w:val="multilevel"/>
    <w:tmpl w:val="22AC8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263169"/>
    <w:multiLevelType w:val="multilevel"/>
    <w:tmpl w:val="A266A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45178C6"/>
    <w:multiLevelType w:val="multilevel"/>
    <w:tmpl w:val="3B325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56C5758"/>
    <w:multiLevelType w:val="multilevel"/>
    <w:tmpl w:val="46909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F357BC"/>
    <w:multiLevelType w:val="multilevel"/>
    <w:tmpl w:val="2AA41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6A6B62"/>
    <w:multiLevelType w:val="multilevel"/>
    <w:tmpl w:val="D048D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C94AAE"/>
    <w:multiLevelType w:val="multilevel"/>
    <w:tmpl w:val="94C26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9F647B"/>
    <w:multiLevelType w:val="multilevel"/>
    <w:tmpl w:val="2C0C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8B78E8"/>
    <w:multiLevelType w:val="multilevel"/>
    <w:tmpl w:val="3ACC2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734673"/>
    <w:multiLevelType w:val="multilevel"/>
    <w:tmpl w:val="E028D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6D425C"/>
    <w:multiLevelType w:val="multilevel"/>
    <w:tmpl w:val="27DA6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44"/>
  </w:num>
  <w:num w:numId="11">
    <w:abstractNumId w:val="31"/>
  </w:num>
  <w:num w:numId="12">
    <w:abstractNumId w:val="26"/>
  </w:num>
  <w:num w:numId="13">
    <w:abstractNumId w:val="41"/>
  </w:num>
  <w:num w:numId="14">
    <w:abstractNumId w:val="36"/>
  </w:num>
  <w:num w:numId="15">
    <w:abstractNumId w:val="16"/>
  </w:num>
  <w:num w:numId="16">
    <w:abstractNumId w:val="29"/>
  </w:num>
  <w:num w:numId="17">
    <w:abstractNumId w:val="27"/>
  </w:num>
  <w:num w:numId="18">
    <w:abstractNumId w:val="21"/>
  </w:num>
  <w:num w:numId="19">
    <w:abstractNumId w:val="17"/>
  </w:num>
  <w:num w:numId="20">
    <w:abstractNumId w:val="28"/>
  </w:num>
  <w:num w:numId="21">
    <w:abstractNumId w:val="35"/>
  </w:num>
  <w:num w:numId="22">
    <w:abstractNumId w:val="14"/>
  </w:num>
  <w:num w:numId="23">
    <w:abstractNumId w:val="38"/>
  </w:num>
  <w:num w:numId="24">
    <w:abstractNumId w:val="39"/>
  </w:num>
  <w:num w:numId="25">
    <w:abstractNumId w:val="24"/>
  </w:num>
  <w:num w:numId="26">
    <w:abstractNumId w:val="42"/>
  </w:num>
  <w:num w:numId="27">
    <w:abstractNumId w:val="25"/>
  </w:num>
  <w:num w:numId="28">
    <w:abstractNumId w:val="40"/>
  </w:num>
  <w:num w:numId="29">
    <w:abstractNumId w:val="11"/>
  </w:num>
  <w:num w:numId="30">
    <w:abstractNumId w:val="23"/>
  </w:num>
  <w:num w:numId="31">
    <w:abstractNumId w:val="34"/>
  </w:num>
  <w:num w:numId="32">
    <w:abstractNumId w:val="37"/>
  </w:num>
  <w:num w:numId="33">
    <w:abstractNumId w:val="20"/>
  </w:num>
  <w:num w:numId="34">
    <w:abstractNumId w:val="43"/>
  </w:num>
  <w:num w:numId="35">
    <w:abstractNumId w:val="13"/>
  </w:num>
  <w:num w:numId="36">
    <w:abstractNumId w:val="15"/>
  </w:num>
  <w:num w:numId="37">
    <w:abstractNumId w:val="9"/>
  </w:num>
  <w:num w:numId="38">
    <w:abstractNumId w:val="30"/>
  </w:num>
  <w:num w:numId="39">
    <w:abstractNumId w:val="12"/>
  </w:num>
  <w:num w:numId="40">
    <w:abstractNumId w:val="18"/>
  </w:num>
  <w:num w:numId="41">
    <w:abstractNumId w:val="10"/>
  </w:num>
  <w:num w:numId="42">
    <w:abstractNumId w:val="33"/>
  </w:num>
  <w:num w:numId="43">
    <w:abstractNumId w:val="22"/>
  </w:num>
  <w:num w:numId="44">
    <w:abstractNumId w:val="32"/>
  </w:num>
  <w:num w:numId="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0C5CC9"/>
    <w:rsid w:val="000E74A0"/>
    <w:rsid w:val="001320B9"/>
    <w:rsid w:val="0015074B"/>
    <w:rsid w:val="0029639D"/>
    <w:rsid w:val="00301D88"/>
    <w:rsid w:val="00326F90"/>
    <w:rsid w:val="006457A9"/>
    <w:rsid w:val="006B174E"/>
    <w:rsid w:val="007F0905"/>
    <w:rsid w:val="007F6C8D"/>
    <w:rsid w:val="00887B7E"/>
    <w:rsid w:val="008F214A"/>
    <w:rsid w:val="00A32D7E"/>
    <w:rsid w:val="00A37D99"/>
    <w:rsid w:val="00A71E69"/>
    <w:rsid w:val="00AA1D8D"/>
    <w:rsid w:val="00AD331D"/>
    <w:rsid w:val="00AF0B05"/>
    <w:rsid w:val="00B47730"/>
    <w:rsid w:val="00B506FB"/>
    <w:rsid w:val="00B51221"/>
    <w:rsid w:val="00C55204"/>
    <w:rsid w:val="00CA6023"/>
    <w:rsid w:val="00CB0664"/>
    <w:rsid w:val="00CF7A31"/>
    <w:rsid w:val="00D66086"/>
    <w:rsid w:val="00D84304"/>
    <w:rsid w:val="00E521B8"/>
    <w:rsid w:val="00F02278"/>
    <w:rsid w:val="00F134D5"/>
    <w:rsid w:val="00F2591B"/>
    <w:rsid w:val="00F8427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02A1BA"/>
  <w14:defaultImageDpi w14:val="300"/>
  <w15:docId w15:val="{DDCFCF00-3F98-416F-9468-9D9E98362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pPr>
      <w:spacing w:after="80"/>
    </w:pPr>
    <w:rPr>
      <w:rFonts w:ascii="Calibri" w:hAnsi="Calibri"/>
      <w:color w:val="262626"/>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x12ofw9d">
    <w:name w:val="x12ofw9d"/>
    <w:basedOn w:val="a1"/>
    <w:rsid w:val="00B506FB"/>
    <w:pPr>
      <w:spacing w:before="100" w:beforeAutospacing="1" w:after="100" w:afterAutospacing="1" w:line="240" w:lineRule="auto"/>
    </w:pPr>
    <w:rPr>
      <w:rFonts w:ascii="Times New Roman" w:eastAsia="Times New Roman" w:hAnsi="Times New Roman" w:cs="Times New Roman"/>
      <w:color w:val="auto"/>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73854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D68C1-7B5E-4900-9199-825C7DC11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5619</Words>
  <Characters>32029</Characters>
  <Application>Microsoft Office Word</Application>
  <DocSecurity>0</DocSecurity>
  <Lines>266</Lines>
  <Paragraphs>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37573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Нұрлан Келимбердиев</cp:lastModifiedBy>
  <cp:revision>4</cp:revision>
  <dcterms:created xsi:type="dcterms:W3CDTF">2026-10-09T10:14:00Z</dcterms:created>
  <dcterms:modified xsi:type="dcterms:W3CDTF">2026-10-13T12:14:00Z</dcterms:modified>
  <cp:category/>
</cp:coreProperties>
</file>