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88494" w14:textId="7C82653D" w:rsidR="00C9073F" w:rsidRPr="00C9073F" w:rsidRDefault="00C9073F" w:rsidP="00C9073F">
      <w:pPr>
        <w:spacing w:after="0"/>
        <w:ind w:left="5760" w:firstLine="720"/>
        <w:rPr>
          <w:b/>
          <w:bCs/>
          <w:iCs/>
          <w:lang w:val="ru-RU"/>
        </w:rPr>
      </w:pPr>
      <w:proofErr w:type="spellStart"/>
      <w:r w:rsidRPr="00C9073F">
        <w:rPr>
          <w:b/>
          <w:bCs/>
          <w:iCs/>
          <w:lang w:val="ru-RU"/>
        </w:rPr>
        <w:t>И.о</w:t>
      </w:r>
      <w:proofErr w:type="spellEnd"/>
      <w:r w:rsidRPr="00C9073F">
        <w:rPr>
          <w:b/>
          <w:bCs/>
          <w:iCs/>
          <w:lang w:val="ru-RU"/>
        </w:rPr>
        <w:t xml:space="preserve"> </w:t>
      </w:r>
      <w:proofErr w:type="spellStart"/>
      <w:r w:rsidR="00000000" w:rsidRPr="00C9073F">
        <w:rPr>
          <w:b/>
          <w:bCs/>
          <w:iCs/>
        </w:rPr>
        <w:t>Директор</w:t>
      </w:r>
      <w:proofErr w:type="spellEnd"/>
      <w:r w:rsidRPr="00C9073F">
        <w:rPr>
          <w:b/>
          <w:bCs/>
          <w:iCs/>
          <w:lang w:val="ru-RU"/>
        </w:rPr>
        <w:t>а</w:t>
      </w:r>
      <w:r w:rsidR="00000000" w:rsidRPr="00C9073F">
        <w:rPr>
          <w:b/>
          <w:bCs/>
          <w:iCs/>
        </w:rPr>
        <w:t xml:space="preserve"> ГККП </w:t>
      </w:r>
    </w:p>
    <w:p w14:paraId="6306A322" w14:textId="77777777" w:rsidR="00C9073F" w:rsidRPr="00C9073F" w:rsidRDefault="00000000" w:rsidP="00C9073F">
      <w:pPr>
        <w:spacing w:after="0"/>
        <w:ind w:left="6480"/>
        <w:rPr>
          <w:b/>
          <w:bCs/>
          <w:iCs/>
          <w:lang w:val="ru-RU"/>
        </w:rPr>
      </w:pPr>
      <w:r w:rsidRPr="00C9073F">
        <w:rPr>
          <w:b/>
          <w:bCs/>
          <w:iCs/>
        </w:rPr>
        <w:t xml:space="preserve">«Жастар </w:t>
      </w:r>
      <w:proofErr w:type="spellStart"/>
      <w:r w:rsidRPr="00C9073F">
        <w:rPr>
          <w:b/>
          <w:bCs/>
          <w:iCs/>
        </w:rPr>
        <w:t>театры</w:t>
      </w:r>
      <w:proofErr w:type="spellEnd"/>
      <w:r w:rsidRPr="00C9073F">
        <w:rPr>
          <w:b/>
          <w:bCs/>
          <w:iCs/>
        </w:rPr>
        <w:t>»</w:t>
      </w:r>
      <w:r w:rsidRPr="00C9073F">
        <w:rPr>
          <w:b/>
          <w:bCs/>
          <w:iCs/>
        </w:rPr>
        <w:br/>
      </w:r>
      <w:proofErr w:type="spellStart"/>
      <w:r w:rsidRPr="00C9073F">
        <w:rPr>
          <w:b/>
          <w:bCs/>
          <w:iCs/>
        </w:rPr>
        <w:t>акимата</w:t>
      </w:r>
      <w:proofErr w:type="spellEnd"/>
      <w:r w:rsidRPr="00C9073F">
        <w:rPr>
          <w:b/>
          <w:bCs/>
          <w:iCs/>
        </w:rPr>
        <w:t xml:space="preserve"> </w:t>
      </w:r>
      <w:proofErr w:type="spellStart"/>
      <w:r w:rsidRPr="00C9073F">
        <w:rPr>
          <w:b/>
          <w:bCs/>
          <w:iCs/>
        </w:rPr>
        <w:t>города</w:t>
      </w:r>
      <w:proofErr w:type="spellEnd"/>
      <w:r w:rsidRPr="00C9073F">
        <w:rPr>
          <w:b/>
          <w:bCs/>
          <w:iCs/>
        </w:rPr>
        <w:t xml:space="preserve"> </w:t>
      </w:r>
      <w:proofErr w:type="spellStart"/>
      <w:r w:rsidRPr="00C9073F">
        <w:rPr>
          <w:b/>
          <w:bCs/>
          <w:iCs/>
        </w:rPr>
        <w:t>Астаны</w:t>
      </w:r>
      <w:proofErr w:type="spellEnd"/>
    </w:p>
    <w:p w14:paraId="2DD8AB10" w14:textId="04AF1015" w:rsidR="00CE3C61" w:rsidRPr="00C9073F" w:rsidRDefault="00C9073F" w:rsidP="00C9073F">
      <w:pPr>
        <w:spacing w:after="0"/>
        <w:ind w:left="6480"/>
        <w:rPr>
          <w:b/>
          <w:bCs/>
          <w:iCs/>
          <w:lang w:val="ru-RU"/>
        </w:rPr>
      </w:pPr>
      <w:proofErr w:type="spellStart"/>
      <w:r w:rsidRPr="00C9073F">
        <w:rPr>
          <w:b/>
          <w:bCs/>
          <w:iCs/>
          <w:lang w:val="ru-RU"/>
        </w:rPr>
        <w:t>К.Бимолдину</w:t>
      </w:r>
      <w:proofErr w:type="spellEnd"/>
      <w:r w:rsidR="00000000" w:rsidRPr="00C9073F">
        <w:rPr>
          <w:b/>
          <w:bCs/>
          <w:iCs/>
        </w:rPr>
        <w:br/>
      </w:r>
      <w:proofErr w:type="spellStart"/>
      <w:r w:rsidR="00000000" w:rsidRPr="00C9073F">
        <w:rPr>
          <w:b/>
          <w:bCs/>
          <w:iCs/>
        </w:rPr>
        <w:t>от</w:t>
      </w:r>
      <w:proofErr w:type="spellEnd"/>
      <w:r w:rsidR="00000000" w:rsidRPr="00C9073F">
        <w:rPr>
          <w:b/>
          <w:bCs/>
          <w:iCs/>
        </w:rPr>
        <w:t xml:space="preserve"> </w:t>
      </w:r>
      <w:r w:rsidRPr="00C9073F">
        <w:rPr>
          <w:b/>
          <w:bCs/>
          <w:iCs/>
          <w:lang w:val="ru-RU"/>
        </w:rPr>
        <w:t xml:space="preserve">механика </w:t>
      </w:r>
      <w:proofErr w:type="spellStart"/>
      <w:r w:rsidRPr="00C9073F">
        <w:rPr>
          <w:b/>
          <w:bCs/>
          <w:iCs/>
          <w:lang w:val="ru-RU"/>
        </w:rPr>
        <w:t>С.Шалова</w:t>
      </w:r>
      <w:proofErr w:type="spellEnd"/>
    </w:p>
    <w:p w14:paraId="6C27537C" w14:textId="77777777" w:rsidR="00CE3C61" w:rsidRDefault="00000000">
      <w:pPr>
        <w:jc w:val="center"/>
      </w:pPr>
      <w:r>
        <w:rPr>
          <w:b/>
          <w:sz w:val="28"/>
        </w:rPr>
        <w:br/>
        <w:t>СЛУЖЕБНАЯ ЗАПИСКА</w:t>
      </w:r>
    </w:p>
    <w:p w14:paraId="043C875D" w14:textId="774F4196" w:rsidR="00CE3C61" w:rsidRDefault="00000000">
      <w:r>
        <w:br/>
      </w:r>
      <w:r>
        <w:rPr>
          <w:b/>
        </w:rPr>
        <w:t xml:space="preserve">О </w:t>
      </w:r>
      <w:proofErr w:type="spellStart"/>
      <w:r>
        <w:rPr>
          <w:b/>
        </w:rPr>
        <w:t>необходимости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проведения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ремонта</w:t>
      </w:r>
      <w:proofErr w:type="spellEnd"/>
      <w:r>
        <w:rPr>
          <w:b/>
        </w:rPr>
        <w:t xml:space="preserve"> служебного автотранспорта</w:t>
      </w:r>
      <w:r>
        <w:rPr>
          <w:b/>
        </w:rPr>
        <w:br/>
      </w:r>
    </w:p>
    <w:p w14:paraId="2121BE86" w14:textId="77777777" w:rsidR="00CE3C61" w:rsidRDefault="00000000">
      <w:r>
        <w:t xml:space="preserve">Довожу до Вашего сведения, что в рамках ранее заключенного договора №070340005777/260082/00 от 11.09.2026 года на специализированной станции технического обслуживания ИП «Султанбеков» была проведена комплексная диагностика служебного автотранспорта марки </w:t>
      </w:r>
      <w:r>
        <w:rPr>
          <w:b/>
        </w:rPr>
        <w:t>Mercedes-benz</w:t>
      </w:r>
      <w:r>
        <w:t xml:space="preserve"> (гос. номер </w:t>
      </w:r>
      <w:r>
        <w:rPr>
          <w:b/>
        </w:rPr>
        <w:t>KZ 388 BR 01</w:t>
      </w:r>
      <w:r>
        <w:t xml:space="preserve">, VIN: </w:t>
      </w:r>
      <w:r>
        <w:rPr>
          <w:b/>
        </w:rPr>
        <w:t>WDB6743181k231431</w:t>
      </w:r>
      <w:r>
        <w:t>, 1997 года выпуска).</w:t>
      </w:r>
    </w:p>
    <w:p w14:paraId="2696D5F3" w14:textId="77777777" w:rsidR="00CE3C61" w:rsidRDefault="00000000">
      <w:r>
        <w:t>По результатам осмотра и согласно Дефектной ведомости №6 от 12.10.2026 г., были выявлены существенные дефекты деталей и узлов, напрямую влияющие на безопасность и работоспособность автомобиля. Для восстановления технически исправного состояния транспорта требуется проведение ремонта и замена изношенных запчастей.</w:t>
      </w:r>
    </w:p>
    <w:p w14:paraId="039A98C2" w14:textId="77777777" w:rsidR="00CE3C61" w:rsidRDefault="00000000">
      <w:r>
        <w:t xml:space="preserve">Общая стоимость требуемых запчастей и ремонтных работ составляет </w:t>
      </w:r>
      <w:r>
        <w:rPr>
          <w:b/>
        </w:rPr>
        <w:t>443 000 (четыреста сорок три тысячи) тенге без учета НДС.</w:t>
      </w:r>
    </w:p>
    <w:p w14:paraId="5CE2F6E8" w14:textId="77777777" w:rsidR="00CE3C61" w:rsidRDefault="00000000">
      <w:r>
        <w:t>На основании вышеизложенного, прошу Вас согласовать проведение ремонтных работ и закупку необходимых запасных частей согласно прилагаемой технической спецификации.</w:t>
      </w:r>
    </w:p>
    <w:p w14:paraId="7E0B9058" w14:textId="77777777" w:rsidR="00C9073F" w:rsidRDefault="00000000">
      <w:pPr>
        <w:rPr>
          <w:lang w:val="ru-RU"/>
        </w:rPr>
      </w:pPr>
      <w:r>
        <w:br/>
        <w:t xml:space="preserve">Приложение: Техническая </w:t>
      </w:r>
      <w:proofErr w:type="spellStart"/>
      <w:r>
        <w:t>спецификация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ремонт</w:t>
      </w:r>
      <w:proofErr w:type="spellEnd"/>
      <w:r>
        <w:t xml:space="preserve"> </w:t>
      </w:r>
      <w:proofErr w:type="spellStart"/>
      <w:r>
        <w:t>автотранспорта</w:t>
      </w:r>
      <w:proofErr w:type="spellEnd"/>
      <w:r>
        <w:t>.</w:t>
      </w:r>
    </w:p>
    <w:p w14:paraId="0A271779" w14:textId="0C4BDFFD" w:rsidR="00CE3C61" w:rsidRDefault="00C9073F" w:rsidP="00C9073F">
      <w:pPr>
        <w:ind w:left="720" w:firstLine="720"/>
      </w:pPr>
      <w:r>
        <w:rPr>
          <w:lang w:val="ru-RU"/>
        </w:rPr>
        <w:t>Дефектная ведомость №6</w:t>
      </w:r>
      <w:r w:rsidR="00000000">
        <w:br/>
      </w:r>
      <w:r w:rsidR="00000000">
        <w:br/>
      </w:r>
    </w:p>
    <w:p w14:paraId="18BC33BB" w14:textId="6AF072E3" w:rsidR="00CE3C61" w:rsidRDefault="00000000">
      <w:r>
        <w:rPr>
          <w:sz w:val="18"/>
        </w:rPr>
        <w:br/>
      </w:r>
    </w:p>
    <w:p w14:paraId="07195E4F" w14:textId="77777777" w:rsidR="00CE3C61" w:rsidRDefault="00000000">
      <w:r>
        <w:br w:type="page"/>
      </w:r>
    </w:p>
    <w:p w14:paraId="084BAEB2" w14:textId="77777777" w:rsidR="00CE3C61" w:rsidRDefault="00000000">
      <w:pPr>
        <w:jc w:val="center"/>
      </w:pPr>
      <w:r>
        <w:rPr>
          <w:b/>
          <w:sz w:val="24"/>
        </w:rPr>
        <w:lastRenderedPageBreak/>
        <w:t>ТЕХНИЧЕСКАЯ СПЕЦИФИКАЦИЯ</w:t>
      </w:r>
      <w:r>
        <w:rPr>
          <w:b/>
          <w:sz w:val="24"/>
        </w:rPr>
        <w:br/>
      </w:r>
      <w:proofErr w:type="spellStart"/>
      <w:r>
        <w:rPr>
          <w:b/>
          <w:sz w:val="24"/>
        </w:rPr>
        <w:t>на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оказание</w:t>
      </w:r>
      <w:proofErr w:type="spellEnd"/>
      <w:r>
        <w:rPr>
          <w:b/>
          <w:sz w:val="24"/>
        </w:rPr>
        <w:t xml:space="preserve"> услуг по ремонту и техническому обслуживанию служебного автотранспорта</w:t>
      </w:r>
      <w:r>
        <w:rPr>
          <w:b/>
          <w:sz w:val="24"/>
        </w:rPr>
        <w:br/>
      </w:r>
    </w:p>
    <w:p w14:paraId="5A79868E" w14:textId="77777777" w:rsidR="00CE3C61" w:rsidRDefault="00000000">
      <w:r>
        <w:t>1. Заказчик: ГККП «Жастар театры» акимата города Астаны.</w:t>
      </w:r>
    </w:p>
    <w:p w14:paraId="032BCFA7" w14:textId="77777777" w:rsidR="00CE3C61" w:rsidRDefault="00000000">
      <w:r>
        <w:t>2. Объект обслуживания: Служебный автотранспорт Mercedes-benz, г/н KZ 388 BR 01, VIN: WDB6743181k231431, 1997 года выпуска.</w:t>
      </w:r>
    </w:p>
    <w:p w14:paraId="42C9F9E2" w14:textId="77777777" w:rsidR="00CE3C61" w:rsidRDefault="00000000">
      <w:r>
        <w:t>3. Цель оказания услуг: Обеспечение работоспособности и дальнейшей безопасной эксплуатации автотранспорта Заказчика.</w:t>
      </w:r>
    </w:p>
    <w:p w14:paraId="59842021" w14:textId="77777777" w:rsidR="00CE3C61" w:rsidRDefault="00000000">
      <w:r>
        <w:t>4. Общие требования к услугам: Все работы должны быть выполнены в условиях специализированной станции технического обслуживания с использованием качественных запчастей и расходных материалов. Запасные части должны быть новыми и полностью совместимыми с указанной моделью автомобиля.</w:t>
      </w:r>
    </w:p>
    <w:p w14:paraId="3CD17857" w14:textId="77777777" w:rsidR="00CE3C61" w:rsidRDefault="00000000">
      <w:r>
        <w:t>5. Перечень запасных частей и объём выполняемых услуг: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20"/>
        <w:gridCol w:w="4320"/>
        <w:gridCol w:w="1152"/>
        <w:gridCol w:w="1008"/>
        <w:gridCol w:w="2160"/>
      </w:tblGrid>
      <w:tr w:rsidR="00CE3C61" w14:paraId="039029BF" w14:textId="77777777">
        <w:trPr>
          <w:tblHeader/>
          <w:jc w:val="center"/>
        </w:trPr>
        <w:tc>
          <w:tcPr>
            <w:tcW w:w="720" w:type="dxa"/>
            <w:shd w:val="clear" w:color="auto" w:fill="4F81B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B028017" w14:textId="77777777" w:rsidR="00CE3C61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№</w:t>
            </w:r>
          </w:p>
        </w:tc>
        <w:tc>
          <w:tcPr>
            <w:tcW w:w="4320" w:type="dxa"/>
            <w:shd w:val="clear" w:color="auto" w:fill="4F81B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F8CE12" w14:textId="77777777" w:rsidR="00CE3C61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Наименование товара / услуги</w:t>
            </w:r>
          </w:p>
        </w:tc>
        <w:tc>
          <w:tcPr>
            <w:tcW w:w="1152" w:type="dxa"/>
            <w:shd w:val="clear" w:color="auto" w:fill="4F81B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906489B" w14:textId="77777777" w:rsidR="00CE3C61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Ед. изм.</w:t>
            </w:r>
          </w:p>
        </w:tc>
        <w:tc>
          <w:tcPr>
            <w:tcW w:w="1008" w:type="dxa"/>
            <w:shd w:val="clear" w:color="auto" w:fill="4F81B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11C2167" w14:textId="77777777" w:rsidR="00CE3C61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Кол-во</w:t>
            </w:r>
          </w:p>
        </w:tc>
        <w:tc>
          <w:tcPr>
            <w:tcW w:w="2160" w:type="dxa"/>
            <w:shd w:val="clear" w:color="auto" w:fill="4F81B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F3A1DA5" w14:textId="77777777" w:rsidR="00CE3C61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Сумма (тенге) без НДС</w:t>
            </w:r>
          </w:p>
        </w:tc>
      </w:tr>
      <w:tr w:rsidR="00CE3C61" w14:paraId="0B7C9C64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C9E3FF4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E085CFD" w14:textId="77777777" w:rsidR="00CE3C61" w:rsidRDefault="00000000">
            <w:r>
              <w:rPr>
                <w:sz w:val="20"/>
              </w:rPr>
              <w:t>Замена ПГУ (Пневмогидроусилитель)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1E43E96" w14:textId="77777777" w:rsidR="00CE3C61" w:rsidRDefault="00000000">
            <w:pPr>
              <w:jc w:val="center"/>
            </w:pPr>
            <w:r>
              <w:rPr>
                <w:sz w:val="20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C41D0E4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3F790D9" w14:textId="77777777" w:rsidR="00CE3C61" w:rsidRDefault="00000000">
            <w:pPr>
              <w:jc w:val="right"/>
            </w:pPr>
            <w:r>
              <w:rPr>
                <w:sz w:val="20"/>
              </w:rPr>
              <w:t>15 000,00</w:t>
            </w:r>
          </w:p>
        </w:tc>
      </w:tr>
      <w:tr w:rsidR="00CE3C61" w14:paraId="1880B15C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6886DB6" w14:textId="77777777" w:rsidR="00CE3C61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AE5C098" w14:textId="77777777" w:rsidR="00CE3C61" w:rsidRDefault="00000000">
            <w:r>
              <w:rPr>
                <w:sz w:val="20"/>
              </w:rPr>
              <w:t>ПГУ (Пневмогидроусилитель)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B1A937C" w14:textId="77777777" w:rsidR="00CE3C61" w:rsidRDefault="00000000">
            <w:pPr>
              <w:jc w:val="center"/>
            </w:pPr>
            <w:r>
              <w:rPr>
                <w:sz w:val="20"/>
              </w:rPr>
              <w:t>штук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598D716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3803511" w14:textId="77777777" w:rsidR="00CE3C61" w:rsidRDefault="00000000">
            <w:pPr>
              <w:jc w:val="right"/>
            </w:pPr>
            <w:r>
              <w:rPr>
                <w:sz w:val="20"/>
              </w:rPr>
              <w:t>60 000,00</w:t>
            </w:r>
          </w:p>
        </w:tc>
      </w:tr>
      <w:tr w:rsidR="00CE3C61" w14:paraId="2EC06FDC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C20C45B" w14:textId="77777777" w:rsidR="00CE3C61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01997CC" w14:textId="77777777" w:rsidR="00CE3C61" w:rsidRDefault="00000000">
            <w:r>
              <w:rPr>
                <w:sz w:val="20"/>
              </w:rPr>
              <w:t>Фары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0E1448D" w14:textId="77777777" w:rsidR="00CE3C61" w:rsidRDefault="00000000">
            <w:pPr>
              <w:jc w:val="center"/>
            </w:pPr>
            <w:r>
              <w:rPr>
                <w:sz w:val="20"/>
              </w:rPr>
              <w:t>штук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D0FAE17" w14:textId="77777777" w:rsidR="00CE3C61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D966C2B" w14:textId="77777777" w:rsidR="00CE3C61" w:rsidRDefault="00000000">
            <w:pPr>
              <w:jc w:val="right"/>
            </w:pPr>
            <w:r>
              <w:rPr>
                <w:sz w:val="20"/>
              </w:rPr>
              <w:t>60 000,00</w:t>
            </w:r>
          </w:p>
        </w:tc>
      </w:tr>
      <w:tr w:rsidR="00CE3C61" w14:paraId="2075B21E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7901447" w14:textId="77777777" w:rsidR="00CE3C61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D66BAF6" w14:textId="77777777" w:rsidR="00CE3C61" w:rsidRDefault="00000000">
            <w:r>
              <w:rPr>
                <w:sz w:val="20"/>
              </w:rPr>
              <w:t>Замена фар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91F6108" w14:textId="77777777" w:rsidR="00CE3C61" w:rsidRDefault="00000000">
            <w:pPr>
              <w:jc w:val="center"/>
            </w:pPr>
            <w:r>
              <w:rPr>
                <w:sz w:val="20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3DA5ECD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B73B1B7" w14:textId="77777777" w:rsidR="00CE3C61" w:rsidRDefault="00000000">
            <w:pPr>
              <w:jc w:val="right"/>
            </w:pPr>
            <w:r>
              <w:rPr>
                <w:sz w:val="20"/>
              </w:rPr>
              <w:t>10 000,00</w:t>
            </w:r>
          </w:p>
        </w:tc>
      </w:tr>
      <w:tr w:rsidR="00CE3C61" w14:paraId="6BB8108C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E3EED75" w14:textId="77777777" w:rsidR="00CE3C61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F288310" w14:textId="77777777" w:rsidR="00CE3C61" w:rsidRDefault="00000000">
            <w:r>
              <w:rPr>
                <w:sz w:val="20"/>
              </w:rPr>
              <w:t>Боковые зеркала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038C352" w14:textId="77777777" w:rsidR="00CE3C61" w:rsidRDefault="00000000">
            <w:pPr>
              <w:jc w:val="center"/>
            </w:pPr>
            <w:r>
              <w:rPr>
                <w:sz w:val="20"/>
              </w:rPr>
              <w:t>штук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CA9F7B4" w14:textId="77777777" w:rsidR="00CE3C61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F90A933" w14:textId="77777777" w:rsidR="00CE3C61" w:rsidRDefault="00000000">
            <w:pPr>
              <w:jc w:val="right"/>
            </w:pPr>
            <w:r>
              <w:rPr>
                <w:sz w:val="20"/>
              </w:rPr>
              <w:t>40 000,00</w:t>
            </w:r>
          </w:p>
        </w:tc>
      </w:tr>
      <w:tr w:rsidR="00CE3C61" w14:paraId="22A896BF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F5FB0FD" w14:textId="77777777" w:rsidR="00CE3C61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515A390" w14:textId="77777777" w:rsidR="00CE3C61" w:rsidRDefault="00000000">
            <w:r>
              <w:rPr>
                <w:sz w:val="20"/>
              </w:rPr>
              <w:t>Замена боковых зеркал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A30BA5C" w14:textId="77777777" w:rsidR="00CE3C61" w:rsidRDefault="00000000">
            <w:pPr>
              <w:jc w:val="center"/>
            </w:pPr>
            <w:r>
              <w:rPr>
                <w:sz w:val="20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A6A163F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2E4128E" w14:textId="77777777" w:rsidR="00CE3C61" w:rsidRDefault="00000000">
            <w:pPr>
              <w:jc w:val="right"/>
            </w:pPr>
            <w:r>
              <w:rPr>
                <w:sz w:val="20"/>
              </w:rPr>
              <w:t>10 000,00</w:t>
            </w:r>
          </w:p>
        </w:tc>
      </w:tr>
      <w:tr w:rsidR="00CE3C61" w14:paraId="52D62B69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8ABE9F7" w14:textId="77777777" w:rsidR="00CE3C61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63B74A2" w14:textId="77777777" w:rsidR="00CE3C61" w:rsidRDefault="00000000">
            <w:r>
              <w:rPr>
                <w:sz w:val="20"/>
              </w:rPr>
              <w:t>Замена масла двигателя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1F644C5" w14:textId="77777777" w:rsidR="00CE3C61" w:rsidRDefault="00000000">
            <w:pPr>
              <w:jc w:val="center"/>
            </w:pPr>
            <w:r>
              <w:rPr>
                <w:sz w:val="20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FB8EBD7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43C92BC" w14:textId="77777777" w:rsidR="00CE3C61" w:rsidRDefault="00000000">
            <w:pPr>
              <w:jc w:val="right"/>
            </w:pPr>
            <w:r>
              <w:rPr>
                <w:sz w:val="20"/>
              </w:rPr>
              <w:t>45 000,00</w:t>
            </w:r>
          </w:p>
        </w:tc>
      </w:tr>
      <w:tr w:rsidR="00CE3C61" w14:paraId="34CC9117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D4C3162" w14:textId="77777777" w:rsidR="00CE3C61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F0F7F6C" w14:textId="77777777" w:rsidR="00CE3C61" w:rsidRDefault="00000000">
            <w:r>
              <w:rPr>
                <w:sz w:val="20"/>
              </w:rPr>
              <w:t>Фильтр масляный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0985822" w14:textId="77777777" w:rsidR="00CE3C61" w:rsidRDefault="00000000">
            <w:pPr>
              <w:jc w:val="center"/>
            </w:pPr>
            <w:r>
              <w:rPr>
                <w:sz w:val="20"/>
              </w:rPr>
              <w:t>штук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F79DA9B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0C4465F" w14:textId="77777777" w:rsidR="00CE3C61" w:rsidRDefault="00000000">
            <w:pPr>
              <w:jc w:val="right"/>
            </w:pPr>
            <w:r>
              <w:rPr>
                <w:sz w:val="20"/>
              </w:rPr>
              <w:t>8 000,00</w:t>
            </w:r>
          </w:p>
        </w:tc>
      </w:tr>
      <w:tr w:rsidR="00CE3C61" w14:paraId="7E44F232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6E6EC75" w14:textId="77777777" w:rsidR="00CE3C61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40A1AD3" w14:textId="77777777" w:rsidR="00CE3C61" w:rsidRDefault="00000000">
            <w:r>
              <w:rPr>
                <w:sz w:val="20"/>
              </w:rPr>
              <w:t>Масло для коробки передач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2B3CDB9" w14:textId="77777777" w:rsidR="00CE3C61" w:rsidRDefault="00000000">
            <w:pPr>
              <w:jc w:val="center"/>
            </w:pPr>
            <w:r>
              <w:rPr>
                <w:sz w:val="20"/>
              </w:rPr>
              <w:t>штук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6E7E71C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999D9CA" w14:textId="77777777" w:rsidR="00CE3C61" w:rsidRDefault="00000000">
            <w:pPr>
              <w:jc w:val="right"/>
            </w:pPr>
            <w:r>
              <w:rPr>
                <w:sz w:val="20"/>
              </w:rPr>
              <w:t>25 000,00</w:t>
            </w:r>
          </w:p>
        </w:tc>
      </w:tr>
      <w:tr w:rsidR="00CE3C61" w14:paraId="600AC502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60C63DF" w14:textId="77777777" w:rsidR="00CE3C61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46037A8" w14:textId="77777777" w:rsidR="00CE3C61" w:rsidRDefault="00000000">
            <w:r>
              <w:rPr>
                <w:sz w:val="20"/>
              </w:rPr>
              <w:t>Замена масла коробки передач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A43F31C" w14:textId="77777777" w:rsidR="00CE3C61" w:rsidRDefault="00000000">
            <w:pPr>
              <w:jc w:val="center"/>
            </w:pPr>
            <w:r>
              <w:rPr>
                <w:sz w:val="20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BD2532A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ECD2B81" w14:textId="77777777" w:rsidR="00CE3C61" w:rsidRDefault="00000000">
            <w:pPr>
              <w:jc w:val="right"/>
            </w:pPr>
            <w:r>
              <w:rPr>
                <w:sz w:val="20"/>
              </w:rPr>
              <w:t>15 000,00</w:t>
            </w:r>
          </w:p>
        </w:tc>
      </w:tr>
      <w:tr w:rsidR="00CE3C61" w14:paraId="5D204CE8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834D311" w14:textId="77777777" w:rsidR="00CE3C61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D91F7E3" w14:textId="77777777" w:rsidR="00CE3C61" w:rsidRDefault="00000000">
            <w:r>
              <w:rPr>
                <w:sz w:val="20"/>
              </w:rPr>
              <w:t>Шланг гидравлический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3DF8899" w14:textId="77777777" w:rsidR="00CE3C61" w:rsidRDefault="00000000">
            <w:pPr>
              <w:jc w:val="center"/>
            </w:pPr>
            <w:r>
              <w:rPr>
                <w:sz w:val="20"/>
              </w:rPr>
              <w:t>штук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18813D9" w14:textId="77777777" w:rsidR="00CE3C61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C6E437F" w14:textId="77777777" w:rsidR="00CE3C61" w:rsidRDefault="00000000">
            <w:pPr>
              <w:jc w:val="right"/>
            </w:pPr>
            <w:r>
              <w:rPr>
                <w:sz w:val="20"/>
              </w:rPr>
              <w:t>50 000,00</w:t>
            </w:r>
          </w:p>
        </w:tc>
      </w:tr>
      <w:tr w:rsidR="00CE3C61" w14:paraId="701BA4A6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B333E2B" w14:textId="77777777" w:rsidR="00CE3C61" w:rsidRDefault="00000000">
            <w:pPr>
              <w:jc w:val="center"/>
            </w:pPr>
            <w:r>
              <w:rPr>
                <w:sz w:val="20"/>
              </w:rPr>
              <w:lastRenderedPageBreak/>
              <w:t>12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7E4C1F3" w14:textId="77777777" w:rsidR="00CE3C61" w:rsidRDefault="00000000">
            <w:r>
              <w:rPr>
                <w:sz w:val="20"/>
              </w:rPr>
              <w:t>Замена гидравлического шланга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DF1684F" w14:textId="77777777" w:rsidR="00CE3C61" w:rsidRDefault="00000000">
            <w:pPr>
              <w:jc w:val="center"/>
            </w:pPr>
            <w:r>
              <w:rPr>
                <w:sz w:val="20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13B8128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2D6A8EF" w14:textId="77777777" w:rsidR="00CE3C61" w:rsidRDefault="00000000">
            <w:pPr>
              <w:jc w:val="right"/>
            </w:pPr>
            <w:r>
              <w:rPr>
                <w:sz w:val="20"/>
              </w:rPr>
              <w:t>20 000,00</w:t>
            </w:r>
          </w:p>
        </w:tc>
      </w:tr>
      <w:tr w:rsidR="00CE3C61" w14:paraId="0BCE255B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F886D9C" w14:textId="77777777" w:rsidR="00CE3C61" w:rsidRDefault="0000000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FE1FCDF" w14:textId="77777777" w:rsidR="00CE3C61" w:rsidRDefault="00000000">
            <w:r>
              <w:rPr>
                <w:sz w:val="20"/>
              </w:rPr>
              <w:t>Замена цилиндра задней двери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BAED2F2" w14:textId="77777777" w:rsidR="00CE3C61" w:rsidRDefault="00000000">
            <w:pPr>
              <w:jc w:val="center"/>
            </w:pPr>
            <w:r>
              <w:rPr>
                <w:sz w:val="20"/>
              </w:rPr>
              <w:t>услуга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CDF893E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6A10F21" w14:textId="77777777" w:rsidR="00CE3C61" w:rsidRDefault="00000000">
            <w:pPr>
              <w:jc w:val="right"/>
            </w:pPr>
            <w:r>
              <w:rPr>
                <w:sz w:val="20"/>
              </w:rPr>
              <w:t>15 000,00</w:t>
            </w:r>
          </w:p>
        </w:tc>
      </w:tr>
      <w:tr w:rsidR="00CE3C61" w14:paraId="742AF086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E7BC8A8" w14:textId="77777777" w:rsidR="00CE3C61" w:rsidRDefault="0000000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DCDC280" w14:textId="77777777" w:rsidR="00CE3C61" w:rsidRDefault="00000000">
            <w:r>
              <w:rPr>
                <w:sz w:val="20"/>
              </w:rPr>
              <w:t>Цилиндр задней двери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9AB90E1" w14:textId="77777777" w:rsidR="00CE3C61" w:rsidRDefault="00000000">
            <w:pPr>
              <w:jc w:val="center"/>
            </w:pPr>
            <w:r>
              <w:rPr>
                <w:sz w:val="20"/>
              </w:rPr>
              <w:t>штук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5E1BC44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0003CD8" w14:textId="77777777" w:rsidR="00CE3C61" w:rsidRDefault="00000000">
            <w:pPr>
              <w:jc w:val="right"/>
            </w:pPr>
            <w:r>
              <w:rPr>
                <w:sz w:val="20"/>
              </w:rPr>
              <w:t>70 000,00</w:t>
            </w:r>
          </w:p>
        </w:tc>
      </w:tr>
      <w:tr w:rsidR="00CE3C61" w14:paraId="486D29EC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E9EDF4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E5A3E84" w14:textId="77777777" w:rsidR="00CE3C61" w:rsidRDefault="00CE3C61">
            <w:pPr>
              <w:jc w:val="center"/>
            </w:pP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E9EDF4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71D0EEA" w14:textId="77777777" w:rsidR="00CE3C61" w:rsidRDefault="00000000">
            <w:r>
              <w:rPr>
                <w:b/>
                <w:sz w:val="20"/>
              </w:rPr>
              <w:t>ИТОГО: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E9EDF4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0D2135B" w14:textId="77777777" w:rsidR="00CE3C61" w:rsidRDefault="00CE3C61">
            <w:pPr>
              <w:jc w:val="center"/>
            </w:pP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E9EDF4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63D568F" w14:textId="77777777" w:rsidR="00CE3C61" w:rsidRDefault="00CE3C61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E9EDF4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A2E973F" w14:textId="77777777" w:rsidR="00CE3C61" w:rsidRDefault="00000000">
            <w:pPr>
              <w:jc w:val="right"/>
            </w:pPr>
            <w:r>
              <w:rPr>
                <w:b/>
                <w:sz w:val="20"/>
              </w:rPr>
              <w:t>443 000,00</w:t>
            </w:r>
          </w:p>
        </w:tc>
      </w:tr>
    </w:tbl>
    <w:p w14:paraId="1EEE1B01" w14:textId="77777777" w:rsidR="00CE3C61" w:rsidRDefault="00000000">
      <w:r>
        <w:br/>
        <w:t>6. Итоговая стоимость: Общая сумма составляет 443 000 (четыреста сорок три тысячи) тенге, без учета НДС.</w:t>
      </w:r>
      <w:r>
        <w:br/>
      </w:r>
    </w:p>
    <w:p w14:paraId="5DB53051" w14:textId="3651CE98" w:rsidR="00CE3C61" w:rsidRPr="00C9073F" w:rsidRDefault="00000000" w:rsidP="00C9073F">
      <w:pPr>
        <w:jc w:val="center"/>
      </w:pPr>
      <w:r>
        <w:br w:type="page"/>
      </w:r>
      <w:r>
        <w:rPr>
          <w:b/>
          <w:sz w:val="24"/>
        </w:rPr>
        <w:lastRenderedPageBreak/>
        <w:t>ТЕХНИКАЛЫҚ ЕРЕКШЕЛІК</w:t>
      </w:r>
      <w:r>
        <w:rPr>
          <w:b/>
          <w:sz w:val="24"/>
        </w:rPr>
        <w:br/>
      </w:r>
      <w:proofErr w:type="spellStart"/>
      <w:r>
        <w:rPr>
          <w:b/>
          <w:sz w:val="24"/>
        </w:rPr>
        <w:t>қызметтік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автокөлікті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жөндеу</w:t>
      </w:r>
      <w:proofErr w:type="spellEnd"/>
      <w:r>
        <w:rPr>
          <w:b/>
          <w:sz w:val="24"/>
        </w:rPr>
        <w:t xml:space="preserve"> және техникалық қызмет көрсету бойынша қызметтерді көрсетуге</w:t>
      </w:r>
      <w:r>
        <w:rPr>
          <w:b/>
          <w:sz w:val="24"/>
        </w:rPr>
        <w:br/>
      </w:r>
    </w:p>
    <w:p w14:paraId="0B0B71B0" w14:textId="77777777" w:rsidR="00CE3C61" w:rsidRDefault="00000000">
      <w:r>
        <w:t>1. Тапсырыс беруші: Астана қаласы әкімдігінің «Жастар театры» МКҚК.</w:t>
      </w:r>
    </w:p>
    <w:p w14:paraId="511533BE" w14:textId="77777777" w:rsidR="00CE3C61" w:rsidRDefault="00000000">
      <w:r>
        <w:t>2. Қызмет көрсету нысаны: Mercedes-benz маркалы қызметтік автокөлігі, мемл. нөмірі KZ 388 BR 01, VIN: WDB6743181k231431, 1997 жылы шығарылған.</w:t>
      </w:r>
    </w:p>
    <w:p w14:paraId="356EF2D1" w14:textId="77777777" w:rsidR="00CE3C61" w:rsidRDefault="00000000">
      <w:r>
        <w:t>3. Қызмет көрсетудің мақсаты: Тапсырыс берушінің автокөлігінің жұмысқа қабілеттілігін және одан әрі қауіпсіз пайдаланылуын қамтамасыз ету.</w:t>
      </w:r>
    </w:p>
    <w:p w14:paraId="7C65F9E3" w14:textId="77777777" w:rsidR="00CE3C61" w:rsidRDefault="00000000">
      <w:r>
        <w:t>4. Қызметтерге қойылатын жалпы талаптар: Барлық жөндеу жұмыстары сапалы қосалқы бөлшектер мен шығын материалдарын қолдана отырып, мамандандырылған техникалық қызмет көрсету станциясы жағдайында орындалуы тиіс. Қосалқы бөлшектер жаңа және көрсетілген автокөлік моделіне толық сәйкес келуі керек.</w:t>
      </w:r>
    </w:p>
    <w:p w14:paraId="6F3081FB" w14:textId="77777777" w:rsidR="00CE3C61" w:rsidRDefault="00000000">
      <w:r>
        <w:t>5. Қосалқы бөлшектердің тізбесі және көрсетілетін қызметтердің көлемі: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20"/>
        <w:gridCol w:w="4320"/>
        <w:gridCol w:w="1152"/>
        <w:gridCol w:w="1008"/>
        <w:gridCol w:w="2160"/>
      </w:tblGrid>
      <w:tr w:rsidR="00CE3C61" w14:paraId="59B06824" w14:textId="77777777">
        <w:trPr>
          <w:tblHeader/>
          <w:jc w:val="center"/>
        </w:trPr>
        <w:tc>
          <w:tcPr>
            <w:tcW w:w="720" w:type="dxa"/>
            <w:shd w:val="clear" w:color="auto" w:fill="4F81B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F77897" w14:textId="77777777" w:rsidR="00CE3C61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№</w:t>
            </w:r>
          </w:p>
        </w:tc>
        <w:tc>
          <w:tcPr>
            <w:tcW w:w="4320" w:type="dxa"/>
            <w:shd w:val="clear" w:color="auto" w:fill="4F81B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D9FCD0" w14:textId="77777777" w:rsidR="00CE3C61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Тауардың / қызметтің атауы</w:t>
            </w:r>
          </w:p>
        </w:tc>
        <w:tc>
          <w:tcPr>
            <w:tcW w:w="1152" w:type="dxa"/>
            <w:shd w:val="clear" w:color="auto" w:fill="4F81B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7C4AE19" w14:textId="77777777" w:rsidR="00CE3C61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Өлшем бірл.</w:t>
            </w:r>
          </w:p>
        </w:tc>
        <w:tc>
          <w:tcPr>
            <w:tcW w:w="1008" w:type="dxa"/>
            <w:shd w:val="clear" w:color="auto" w:fill="4F81B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F57DC8F" w14:textId="77777777" w:rsidR="00CE3C61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Саны</w:t>
            </w:r>
          </w:p>
        </w:tc>
        <w:tc>
          <w:tcPr>
            <w:tcW w:w="2160" w:type="dxa"/>
            <w:shd w:val="clear" w:color="auto" w:fill="4F81B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8B52DF1" w14:textId="77777777" w:rsidR="00CE3C61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Сомасы (теңге) ҚҚС-сыз</w:t>
            </w:r>
          </w:p>
        </w:tc>
      </w:tr>
      <w:tr w:rsidR="00CE3C61" w14:paraId="0C0212FA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F981501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86A9EBA" w14:textId="77777777" w:rsidR="00CE3C61" w:rsidRDefault="00000000">
            <w:r>
              <w:rPr>
                <w:sz w:val="20"/>
              </w:rPr>
              <w:t>ПГҮ (Пневмогидрокүшейткіш) ауыстыру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D583DD4" w14:textId="77777777" w:rsidR="00CE3C61" w:rsidRDefault="00000000">
            <w:pPr>
              <w:jc w:val="center"/>
            </w:pPr>
            <w:r>
              <w:rPr>
                <w:sz w:val="20"/>
              </w:rPr>
              <w:t>қызмет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D48DC50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F38AAEE" w14:textId="77777777" w:rsidR="00CE3C61" w:rsidRDefault="00000000">
            <w:pPr>
              <w:jc w:val="right"/>
            </w:pPr>
            <w:r>
              <w:rPr>
                <w:sz w:val="20"/>
              </w:rPr>
              <w:t>15 000,00</w:t>
            </w:r>
          </w:p>
        </w:tc>
      </w:tr>
      <w:tr w:rsidR="00CE3C61" w14:paraId="3CA54BF6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69EC23C" w14:textId="77777777" w:rsidR="00CE3C61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38E413A" w14:textId="77777777" w:rsidR="00CE3C61" w:rsidRDefault="00000000">
            <w:r>
              <w:rPr>
                <w:sz w:val="20"/>
              </w:rPr>
              <w:t>ПГҮ (Пневмогидрокүшейткіш)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3692836" w14:textId="77777777" w:rsidR="00CE3C61" w:rsidRDefault="00000000">
            <w:pPr>
              <w:jc w:val="center"/>
            </w:pPr>
            <w:r>
              <w:rPr>
                <w:sz w:val="20"/>
              </w:rPr>
              <w:t>дана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43866CD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2CC8F61" w14:textId="77777777" w:rsidR="00CE3C61" w:rsidRDefault="00000000">
            <w:pPr>
              <w:jc w:val="right"/>
            </w:pPr>
            <w:r>
              <w:rPr>
                <w:sz w:val="20"/>
              </w:rPr>
              <w:t>60 000,00</w:t>
            </w:r>
          </w:p>
        </w:tc>
      </w:tr>
      <w:tr w:rsidR="00CE3C61" w14:paraId="1CA1C53D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C600066" w14:textId="77777777" w:rsidR="00CE3C61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9FC0F56" w14:textId="77777777" w:rsidR="00CE3C61" w:rsidRDefault="00000000">
            <w:r>
              <w:rPr>
                <w:sz w:val="20"/>
              </w:rPr>
              <w:t>Фаралар (Шамдар)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5E53E9E" w14:textId="77777777" w:rsidR="00CE3C61" w:rsidRDefault="00000000">
            <w:pPr>
              <w:jc w:val="center"/>
            </w:pPr>
            <w:r>
              <w:rPr>
                <w:sz w:val="20"/>
              </w:rPr>
              <w:t>дана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6A00E49" w14:textId="77777777" w:rsidR="00CE3C61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550ED05" w14:textId="77777777" w:rsidR="00CE3C61" w:rsidRDefault="00000000">
            <w:pPr>
              <w:jc w:val="right"/>
            </w:pPr>
            <w:r>
              <w:rPr>
                <w:sz w:val="20"/>
              </w:rPr>
              <w:t>60 000,00</w:t>
            </w:r>
          </w:p>
        </w:tc>
      </w:tr>
      <w:tr w:rsidR="00CE3C61" w14:paraId="462820F5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51888A2" w14:textId="77777777" w:rsidR="00CE3C61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93E6FAB" w14:textId="77777777" w:rsidR="00CE3C61" w:rsidRDefault="00000000">
            <w:r>
              <w:rPr>
                <w:sz w:val="20"/>
              </w:rPr>
              <w:t>Фараларды ауыстыру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B4EAB2C" w14:textId="77777777" w:rsidR="00CE3C61" w:rsidRDefault="00000000">
            <w:pPr>
              <w:jc w:val="center"/>
            </w:pPr>
            <w:r>
              <w:rPr>
                <w:sz w:val="20"/>
              </w:rPr>
              <w:t>қызмет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409655D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7828B55" w14:textId="77777777" w:rsidR="00CE3C61" w:rsidRDefault="00000000">
            <w:pPr>
              <w:jc w:val="right"/>
            </w:pPr>
            <w:r>
              <w:rPr>
                <w:sz w:val="20"/>
              </w:rPr>
              <w:t>10 000,00</w:t>
            </w:r>
          </w:p>
        </w:tc>
      </w:tr>
      <w:tr w:rsidR="00CE3C61" w14:paraId="7AB2F208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C85321F" w14:textId="77777777" w:rsidR="00CE3C61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CE07DF1" w14:textId="77777777" w:rsidR="00CE3C61" w:rsidRDefault="00000000">
            <w:r>
              <w:rPr>
                <w:sz w:val="20"/>
              </w:rPr>
              <w:t>Бүйірлік айналар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B4C669B" w14:textId="77777777" w:rsidR="00CE3C61" w:rsidRDefault="00000000">
            <w:pPr>
              <w:jc w:val="center"/>
            </w:pPr>
            <w:r>
              <w:rPr>
                <w:sz w:val="20"/>
              </w:rPr>
              <w:t>дана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D09436B" w14:textId="77777777" w:rsidR="00CE3C61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76C2422" w14:textId="77777777" w:rsidR="00CE3C61" w:rsidRDefault="00000000">
            <w:pPr>
              <w:jc w:val="right"/>
            </w:pPr>
            <w:r>
              <w:rPr>
                <w:sz w:val="20"/>
              </w:rPr>
              <w:t>40 000,00</w:t>
            </w:r>
          </w:p>
        </w:tc>
      </w:tr>
      <w:tr w:rsidR="00CE3C61" w14:paraId="119E60DB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DFC1A43" w14:textId="77777777" w:rsidR="00CE3C61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B8851D6" w14:textId="77777777" w:rsidR="00CE3C61" w:rsidRDefault="00000000">
            <w:r>
              <w:rPr>
                <w:sz w:val="20"/>
              </w:rPr>
              <w:t>Бүйірлік айналарды ауыстыру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7B83BE3" w14:textId="77777777" w:rsidR="00CE3C61" w:rsidRDefault="00000000">
            <w:pPr>
              <w:jc w:val="center"/>
            </w:pPr>
            <w:r>
              <w:rPr>
                <w:sz w:val="20"/>
              </w:rPr>
              <w:t>қызмет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1DE2F55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3CAAEBE" w14:textId="77777777" w:rsidR="00CE3C61" w:rsidRDefault="00000000">
            <w:pPr>
              <w:jc w:val="right"/>
            </w:pPr>
            <w:r>
              <w:rPr>
                <w:sz w:val="20"/>
              </w:rPr>
              <w:t>10 000,00</w:t>
            </w:r>
          </w:p>
        </w:tc>
      </w:tr>
      <w:tr w:rsidR="00CE3C61" w14:paraId="2D0A2359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3F65D05" w14:textId="77777777" w:rsidR="00CE3C61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D5B49C8" w14:textId="77777777" w:rsidR="00CE3C61" w:rsidRDefault="00000000">
            <w:r>
              <w:rPr>
                <w:sz w:val="20"/>
              </w:rPr>
              <w:t>Қозғалтқыш майын ауыстыру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22A43A3" w14:textId="77777777" w:rsidR="00CE3C61" w:rsidRDefault="00000000">
            <w:pPr>
              <w:jc w:val="center"/>
            </w:pPr>
            <w:r>
              <w:rPr>
                <w:sz w:val="20"/>
              </w:rPr>
              <w:t>қызмет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A71B715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7896590" w14:textId="77777777" w:rsidR="00CE3C61" w:rsidRDefault="00000000">
            <w:pPr>
              <w:jc w:val="right"/>
            </w:pPr>
            <w:r>
              <w:rPr>
                <w:sz w:val="20"/>
              </w:rPr>
              <w:t>45 000,00</w:t>
            </w:r>
          </w:p>
        </w:tc>
      </w:tr>
      <w:tr w:rsidR="00CE3C61" w14:paraId="7E391BE7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8FAE598" w14:textId="77777777" w:rsidR="00CE3C61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C46F75F" w14:textId="77777777" w:rsidR="00CE3C61" w:rsidRDefault="00000000">
            <w:r>
              <w:rPr>
                <w:sz w:val="20"/>
              </w:rPr>
              <w:t>Май сүзгісі (Фильтр)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98CDACA" w14:textId="77777777" w:rsidR="00CE3C61" w:rsidRDefault="00000000">
            <w:pPr>
              <w:jc w:val="center"/>
            </w:pPr>
            <w:r>
              <w:rPr>
                <w:sz w:val="20"/>
              </w:rPr>
              <w:t>дана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BB26B13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6C27CC3" w14:textId="77777777" w:rsidR="00CE3C61" w:rsidRDefault="00000000">
            <w:pPr>
              <w:jc w:val="right"/>
            </w:pPr>
            <w:r>
              <w:rPr>
                <w:sz w:val="20"/>
              </w:rPr>
              <w:t>8 000,00</w:t>
            </w:r>
          </w:p>
        </w:tc>
      </w:tr>
      <w:tr w:rsidR="00CE3C61" w14:paraId="2EEE32FD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FF06FAA" w14:textId="77777777" w:rsidR="00CE3C61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5F8CB9C" w14:textId="77777777" w:rsidR="00CE3C61" w:rsidRDefault="00000000">
            <w:r>
              <w:rPr>
                <w:sz w:val="20"/>
              </w:rPr>
              <w:t>Беріліс қорабына арналған май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4A80D71" w14:textId="77777777" w:rsidR="00CE3C61" w:rsidRDefault="00000000">
            <w:pPr>
              <w:jc w:val="center"/>
            </w:pPr>
            <w:r>
              <w:rPr>
                <w:sz w:val="20"/>
              </w:rPr>
              <w:t>дана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E1885F0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DD71285" w14:textId="77777777" w:rsidR="00CE3C61" w:rsidRDefault="00000000">
            <w:pPr>
              <w:jc w:val="right"/>
            </w:pPr>
            <w:r>
              <w:rPr>
                <w:sz w:val="20"/>
              </w:rPr>
              <w:t>25 000,00</w:t>
            </w:r>
          </w:p>
        </w:tc>
      </w:tr>
      <w:tr w:rsidR="00CE3C61" w14:paraId="287559BD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326D002" w14:textId="77777777" w:rsidR="00CE3C61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30683C5" w14:textId="77777777" w:rsidR="00CE3C61" w:rsidRDefault="00000000">
            <w:r>
              <w:rPr>
                <w:sz w:val="20"/>
              </w:rPr>
              <w:t>Беріліс қорабының майын ауыстыру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BF9C209" w14:textId="77777777" w:rsidR="00CE3C61" w:rsidRDefault="00000000">
            <w:pPr>
              <w:jc w:val="center"/>
            </w:pPr>
            <w:r>
              <w:rPr>
                <w:sz w:val="20"/>
              </w:rPr>
              <w:t>қызмет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79596DA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0C8F540" w14:textId="77777777" w:rsidR="00CE3C61" w:rsidRDefault="00000000">
            <w:pPr>
              <w:jc w:val="right"/>
            </w:pPr>
            <w:r>
              <w:rPr>
                <w:sz w:val="20"/>
              </w:rPr>
              <w:t>15 000,00</w:t>
            </w:r>
          </w:p>
        </w:tc>
      </w:tr>
      <w:tr w:rsidR="00CE3C61" w14:paraId="6498EA5E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900780F" w14:textId="77777777" w:rsidR="00CE3C61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20AAD77" w14:textId="77777777" w:rsidR="00CE3C61" w:rsidRDefault="00000000">
            <w:r>
              <w:rPr>
                <w:sz w:val="20"/>
              </w:rPr>
              <w:t>Гидравликалық шланг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EAD9C26" w14:textId="77777777" w:rsidR="00CE3C61" w:rsidRDefault="00000000">
            <w:pPr>
              <w:jc w:val="center"/>
            </w:pPr>
            <w:r>
              <w:rPr>
                <w:sz w:val="20"/>
              </w:rPr>
              <w:t>дана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54C498C" w14:textId="77777777" w:rsidR="00CE3C61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AAE87B5" w14:textId="77777777" w:rsidR="00CE3C61" w:rsidRDefault="00000000">
            <w:pPr>
              <w:jc w:val="right"/>
            </w:pPr>
            <w:r>
              <w:rPr>
                <w:sz w:val="20"/>
              </w:rPr>
              <w:t>50 000,00</w:t>
            </w:r>
          </w:p>
        </w:tc>
      </w:tr>
      <w:tr w:rsidR="00CE3C61" w14:paraId="6BA618CF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963FA27" w14:textId="77777777" w:rsidR="00CE3C61" w:rsidRDefault="00000000">
            <w:pPr>
              <w:jc w:val="center"/>
            </w:pPr>
            <w:r>
              <w:rPr>
                <w:sz w:val="20"/>
              </w:rPr>
              <w:lastRenderedPageBreak/>
              <w:t>12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B809A7C" w14:textId="77777777" w:rsidR="00CE3C61" w:rsidRDefault="00000000">
            <w:r>
              <w:rPr>
                <w:sz w:val="20"/>
              </w:rPr>
              <w:t>Шлангты ауыстыру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FB36B9A" w14:textId="77777777" w:rsidR="00CE3C61" w:rsidRDefault="00000000">
            <w:pPr>
              <w:jc w:val="center"/>
            </w:pPr>
            <w:r>
              <w:rPr>
                <w:sz w:val="20"/>
              </w:rPr>
              <w:t>қызмет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133C3CB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9EB1C37" w14:textId="77777777" w:rsidR="00CE3C61" w:rsidRDefault="00000000">
            <w:pPr>
              <w:jc w:val="right"/>
            </w:pPr>
            <w:r>
              <w:rPr>
                <w:sz w:val="20"/>
              </w:rPr>
              <w:t>20 000,00</w:t>
            </w:r>
          </w:p>
        </w:tc>
      </w:tr>
      <w:tr w:rsidR="00CE3C61" w14:paraId="61BD6F18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E12AB31" w14:textId="77777777" w:rsidR="00CE3C61" w:rsidRDefault="0000000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D3E6985" w14:textId="77777777" w:rsidR="00CE3C61" w:rsidRDefault="00000000">
            <w:r>
              <w:rPr>
                <w:sz w:val="20"/>
              </w:rPr>
              <w:t>Артқы есік цилиндрін ауыстыру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E62CA51" w14:textId="77777777" w:rsidR="00CE3C61" w:rsidRDefault="00000000">
            <w:pPr>
              <w:jc w:val="center"/>
            </w:pPr>
            <w:r>
              <w:rPr>
                <w:sz w:val="20"/>
              </w:rPr>
              <w:t>қызмет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EF84558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588F21F" w14:textId="77777777" w:rsidR="00CE3C61" w:rsidRDefault="00000000">
            <w:pPr>
              <w:jc w:val="right"/>
            </w:pPr>
            <w:r>
              <w:rPr>
                <w:sz w:val="20"/>
              </w:rPr>
              <w:t>15 000,00</w:t>
            </w:r>
          </w:p>
        </w:tc>
      </w:tr>
      <w:tr w:rsidR="00CE3C61" w14:paraId="65B57824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B5BD1C6" w14:textId="77777777" w:rsidR="00CE3C61" w:rsidRDefault="0000000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C8B5B8A" w14:textId="77777777" w:rsidR="00CE3C61" w:rsidRDefault="00000000">
            <w:r>
              <w:rPr>
                <w:sz w:val="20"/>
              </w:rPr>
              <w:t>Артқы есік цилиндрі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943A955" w14:textId="77777777" w:rsidR="00CE3C61" w:rsidRDefault="00000000">
            <w:pPr>
              <w:jc w:val="center"/>
            </w:pPr>
            <w:r>
              <w:rPr>
                <w:sz w:val="20"/>
              </w:rPr>
              <w:t>дана</w:t>
            </w: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3C3E071" w14:textId="77777777" w:rsidR="00CE3C61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C864298" w14:textId="77777777" w:rsidR="00CE3C61" w:rsidRDefault="00000000">
            <w:pPr>
              <w:jc w:val="right"/>
            </w:pPr>
            <w:r>
              <w:rPr>
                <w:sz w:val="20"/>
              </w:rPr>
              <w:t>70 000,00</w:t>
            </w:r>
          </w:p>
        </w:tc>
      </w:tr>
      <w:tr w:rsidR="00CE3C61" w14:paraId="22DCE503" w14:textId="77777777">
        <w:trPr>
          <w:cantSplit/>
          <w:jc w:val="center"/>
        </w:trPr>
        <w:tc>
          <w:tcPr>
            <w:tcW w:w="7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E9EDF4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DCEDC62" w14:textId="77777777" w:rsidR="00CE3C61" w:rsidRDefault="00CE3C61">
            <w:pPr>
              <w:jc w:val="center"/>
            </w:pPr>
          </w:p>
        </w:tc>
        <w:tc>
          <w:tcPr>
            <w:tcW w:w="43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E9EDF4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3E99D9B" w14:textId="77777777" w:rsidR="00CE3C61" w:rsidRDefault="00000000">
            <w:r>
              <w:rPr>
                <w:b/>
                <w:sz w:val="20"/>
              </w:rPr>
              <w:t>ЖИЫНТЫҒЫ:</w:t>
            </w:r>
          </w:p>
        </w:tc>
        <w:tc>
          <w:tcPr>
            <w:tcW w:w="11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E9EDF4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44FFC7B" w14:textId="77777777" w:rsidR="00CE3C61" w:rsidRDefault="00CE3C61">
            <w:pPr>
              <w:jc w:val="center"/>
            </w:pPr>
          </w:p>
        </w:tc>
        <w:tc>
          <w:tcPr>
            <w:tcW w:w="10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E9EDF4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B95C4DC" w14:textId="77777777" w:rsidR="00CE3C61" w:rsidRDefault="00CE3C61">
            <w:pPr>
              <w:jc w:val="center"/>
            </w:pPr>
          </w:p>
        </w:tc>
        <w:tc>
          <w:tcPr>
            <w:tcW w:w="21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E9EDF4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BAE2562" w14:textId="77777777" w:rsidR="00CE3C61" w:rsidRDefault="00000000">
            <w:pPr>
              <w:jc w:val="right"/>
            </w:pPr>
            <w:r>
              <w:rPr>
                <w:b/>
                <w:sz w:val="20"/>
              </w:rPr>
              <w:t>443 000,00</w:t>
            </w:r>
          </w:p>
        </w:tc>
      </w:tr>
    </w:tbl>
    <w:p w14:paraId="36DF4FDE" w14:textId="7B6F68AB" w:rsidR="00CE3C61" w:rsidRDefault="00000000" w:rsidP="00C9073F">
      <w:r>
        <w:br/>
        <w:t>6. Қорытынды құны: Жалпы сомасы ҚҚС-сыз 443 000 (төр жүз қырық үш мың) теңгені құрайды.</w:t>
      </w:r>
      <w:r>
        <w:br/>
      </w:r>
    </w:p>
    <w:sectPr w:rsidR="00CE3C61" w:rsidSect="007E146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6106307">
    <w:abstractNumId w:val="8"/>
  </w:num>
  <w:num w:numId="2" w16cid:durableId="1133906921">
    <w:abstractNumId w:val="6"/>
  </w:num>
  <w:num w:numId="3" w16cid:durableId="1581868793">
    <w:abstractNumId w:val="5"/>
  </w:num>
  <w:num w:numId="4" w16cid:durableId="2143229921">
    <w:abstractNumId w:val="4"/>
  </w:num>
  <w:num w:numId="5" w16cid:durableId="2087873570">
    <w:abstractNumId w:val="7"/>
  </w:num>
  <w:num w:numId="6" w16cid:durableId="883104587">
    <w:abstractNumId w:val="3"/>
  </w:num>
  <w:num w:numId="7" w16cid:durableId="1737507458">
    <w:abstractNumId w:val="2"/>
  </w:num>
  <w:num w:numId="8" w16cid:durableId="130563319">
    <w:abstractNumId w:val="1"/>
  </w:num>
  <w:num w:numId="9" w16cid:durableId="1661036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hyphenationZone w:val="14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10464"/>
    <w:rsid w:val="007E146E"/>
    <w:rsid w:val="00AA1D8D"/>
    <w:rsid w:val="00B47730"/>
    <w:rsid w:val="00C9073F"/>
    <w:rsid w:val="00CB0664"/>
    <w:rsid w:val="00CE3C6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6C32E"/>
  <w14:defaultImageDpi w14:val="300"/>
  <w15:docId w15:val="{6AE952AB-60BC-4301-9D7C-F7F61F2F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Юрист Жастар</cp:lastModifiedBy>
  <cp:revision>3</cp:revision>
  <cp:lastPrinted>2026-10-20T07:16:00Z</cp:lastPrinted>
  <dcterms:created xsi:type="dcterms:W3CDTF">2013-12-23T23:15:00Z</dcterms:created>
  <dcterms:modified xsi:type="dcterms:W3CDTF">2026-10-20T07:18:00Z</dcterms:modified>
  <cp:category/>
</cp:coreProperties>
</file>