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04FA" w14:textId="77777777" w:rsidR="00504BA7" w:rsidRPr="006A249D" w:rsidRDefault="0076203C" w:rsidP="006A249D">
      <w:pPr>
        <w:pStyle w:val="a9"/>
        <w:jc w:val="center"/>
        <w:rPr>
          <w:b/>
          <w:lang w:val="ru-RU"/>
        </w:rPr>
      </w:pPr>
      <w:r w:rsidRPr="006A249D">
        <w:rPr>
          <w:b/>
          <w:lang w:val="ru-RU"/>
        </w:rPr>
        <w:t>ТЕХНИЧЕСКАЯ СПЕЦИФИКАЦИЯ</w:t>
      </w:r>
    </w:p>
    <w:p w14:paraId="35B8DB5D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1. Предмет закупки</w:t>
      </w:r>
    </w:p>
    <w:p w14:paraId="0FC451E2" w14:textId="77777777" w:rsidR="00504BA7" w:rsidRPr="0076203C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 xml:space="preserve">Оказание услуг по проведению обязательного медицинского осмотра работников Заказчика, включающего медицинское психиатрическое освидетельствование (консультацию врача-психиатра (нарколога)) и определение психоактивных веществ в биологическом материале (моча) методом 7-компонентного </w:t>
      </w:r>
      <w:proofErr w:type="gramStart"/>
      <w:r w:rsidRPr="0076203C">
        <w:rPr>
          <w:lang w:val="ru-RU"/>
        </w:rPr>
        <w:t>экспресс-теста</w:t>
      </w:r>
      <w:proofErr w:type="gramEnd"/>
      <w:r w:rsidRPr="0076203C">
        <w:rPr>
          <w:lang w:val="ru-RU"/>
        </w:rPr>
        <w:t>.</w:t>
      </w:r>
    </w:p>
    <w:p w14:paraId="79860F6F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2. Нормативная база</w:t>
      </w:r>
    </w:p>
    <w:p w14:paraId="270B0857" w14:textId="77777777" w:rsidR="00504BA7" w:rsidRPr="0076203C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Услуги оказываются в соответствии с действующим законодательством Республики Казахстан, в том числе:</w:t>
      </w:r>
      <w:r w:rsidRPr="0076203C">
        <w:rPr>
          <w:lang w:val="ru-RU"/>
        </w:rPr>
        <w:br/>
        <w:t>• Кодексом Республики Казахстан «О здоровье народа и системе здравоохранения»;</w:t>
      </w:r>
      <w:r w:rsidRPr="0076203C">
        <w:rPr>
          <w:lang w:val="ru-RU"/>
        </w:rPr>
        <w:br/>
        <w:t xml:space="preserve">• Приказом </w:t>
      </w:r>
      <w:proofErr w:type="spellStart"/>
      <w:r w:rsidRPr="0076203C">
        <w:rPr>
          <w:lang w:val="ru-RU"/>
        </w:rPr>
        <w:t>и.о</w:t>
      </w:r>
      <w:proofErr w:type="spellEnd"/>
      <w:r w:rsidRPr="0076203C">
        <w:rPr>
          <w:lang w:val="ru-RU"/>
        </w:rPr>
        <w:t>. Министра здравоохранения Республики Казахстан от 15 октября 2020 года № Қ</w:t>
      </w:r>
      <w:proofErr w:type="gramStart"/>
      <w:r w:rsidRPr="0076203C">
        <w:rPr>
          <w:lang w:val="ru-RU"/>
        </w:rPr>
        <w:t>Р</w:t>
      </w:r>
      <w:proofErr w:type="gramEnd"/>
      <w:r w:rsidRPr="0076203C">
        <w:rPr>
          <w:lang w:val="ru-RU"/>
        </w:rPr>
        <w:t xml:space="preserve"> ДСМ‑131/2020 «Об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«Прохождение предварительных обязательных медицинских осмотров»;</w:t>
      </w:r>
      <w:r w:rsidRPr="0076203C">
        <w:rPr>
          <w:lang w:val="ru-RU"/>
        </w:rPr>
        <w:br/>
        <w:t>• Приказом Министра внутренних дел Республики Казахстан от 26 декабря 2014 года №943 «Об утверждении квалификационных требований и перечня документов, подтверждающих соответствие им, для деятельности, связанной с оборотом наркотических средств, психотропных веществ и прекурсоров»;</w:t>
      </w:r>
      <w:r w:rsidRPr="0076203C">
        <w:rPr>
          <w:lang w:val="ru-RU"/>
        </w:rPr>
        <w:br/>
        <w:t>• Приказом Министра здравоохранения Республики Казахстан от 28 февраля 2019 года №155 и иными действующими нормативными правовыми актами Республики Казахстан.</w:t>
      </w:r>
    </w:p>
    <w:p w14:paraId="6D4BC48C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3. Объем оказываемых услуг</w:t>
      </w:r>
    </w:p>
    <w:p w14:paraId="0EC031FD" w14:textId="003EA503" w:rsidR="00504BA7" w:rsidRPr="0076203C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Исполнитель</w:t>
      </w:r>
      <w:r>
        <w:rPr>
          <w:lang w:val="ru-RU"/>
        </w:rPr>
        <w:t xml:space="preserve"> </w:t>
      </w:r>
      <w:r w:rsidRPr="0076203C">
        <w:rPr>
          <w:lang w:val="ru-RU"/>
        </w:rPr>
        <w:t>обеспечивает:</w:t>
      </w:r>
      <w:r w:rsidRPr="0076203C">
        <w:rPr>
          <w:lang w:val="ru-RU"/>
        </w:rPr>
        <w:br/>
      </w:r>
      <w:r w:rsidRPr="0076203C">
        <w:rPr>
          <w:b/>
          <w:bCs/>
          <w:lang w:val="ru-RU"/>
        </w:rPr>
        <w:t xml:space="preserve">• </w:t>
      </w:r>
      <w:r w:rsidRPr="0076203C">
        <w:rPr>
          <w:lang w:val="ru-RU"/>
        </w:rPr>
        <w:t xml:space="preserve">Прохождение медицинского психиатрического освидетельствования (консультация врача психиатра (нарколога)), определение психоактивных веществ в биологическом материале (моча) 7-компонентным </w:t>
      </w:r>
      <w:proofErr w:type="gramStart"/>
      <w:r w:rsidRPr="0076203C">
        <w:rPr>
          <w:lang w:val="ru-RU"/>
        </w:rPr>
        <w:t>экспресс-тестом</w:t>
      </w:r>
      <w:proofErr w:type="gramEnd"/>
      <w:r w:rsidRPr="0076203C">
        <w:rPr>
          <w:lang w:val="ru-RU"/>
        </w:rPr>
        <w:t xml:space="preserve"> (в рамках медицинского осмотра, по договору с медицинскими организациями, юридическими лица</w:t>
      </w:r>
      <w:r w:rsidR="004C72A8">
        <w:rPr>
          <w:lang w:val="ru-RU"/>
        </w:rPr>
        <w:t>ми, в том числе в кабинете ХТЛ)</w:t>
      </w:r>
      <w:r w:rsidRPr="0076203C">
        <w:rPr>
          <w:lang w:val="ru-RU"/>
        </w:rPr>
        <w:br/>
        <w:t>• оформление медицинского заключения по результатам обследования;</w:t>
      </w:r>
      <w:r w:rsidRPr="0076203C">
        <w:rPr>
          <w:lang w:val="ru-RU"/>
        </w:rPr>
        <w:br/>
        <w:t>• соблюдение требований действующего законодательства Республики Казахстан при проведении обследований.</w:t>
      </w:r>
    </w:p>
    <w:p w14:paraId="7E4A6596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4. Требования к поставщику</w:t>
      </w:r>
    </w:p>
    <w:p w14:paraId="072831EB" w14:textId="77777777" w:rsidR="00504BA7" w:rsidRPr="0076203C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Поставщик должен иметь действующую лицензию на медицинскую деятельность, необходимую материально-техническую базу, квалифицированных специалистов и право осуществлять услуги, являющиеся предметом закупки. При проведении обследований должны соблюдаться требования санитарно-эпидемиологического законодательства и нормативных правовых актов Республики Казахстан.</w:t>
      </w:r>
    </w:p>
    <w:p w14:paraId="2C0FB2C1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5. Требования к качеству услуг</w:t>
      </w:r>
    </w:p>
    <w:p w14:paraId="71495A4C" w14:textId="0BFE6705" w:rsidR="00504BA7" w:rsidRPr="0076203C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Услуги должны оказываться качественно, своевременно, в полном объеме, с соблюдением врачебной тайны, требований охраны труда и действующего законодательства Республики Казахста</w:t>
      </w:r>
      <w:r>
        <w:rPr>
          <w:lang w:val="ru-RU"/>
        </w:rPr>
        <w:t>н</w:t>
      </w:r>
      <w:r w:rsidRPr="00C96ACF">
        <w:rPr>
          <w:lang w:val="ru-RU"/>
        </w:rPr>
        <w:t xml:space="preserve">: наличие лицензии </w:t>
      </w:r>
      <w:r>
        <w:t>L</w:t>
      </w:r>
      <w:r w:rsidRPr="00C96ACF">
        <w:rPr>
          <w:lang w:val="ru-RU"/>
        </w:rPr>
        <w:t>60 – Медицинская деятельность.</w:t>
      </w:r>
      <w:r w:rsidRPr="00C96ACF">
        <w:rPr>
          <w:lang w:val="ru-RU"/>
        </w:rPr>
        <w:br/>
        <w:t>Дополнительное требование согласно приказу от 28.02.2019 г. № 155: потенциальные поставщики и поставщики, оказывающие услуги по медицинскому осмотру, должны находиться на территории соответствующей административно-</w:t>
      </w:r>
      <w:r w:rsidRPr="00C96ACF">
        <w:rPr>
          <w:lang w:val="ru-RU"/>
        </w:rPr>
        <w:lastRenderedPageBreak/>
        <w:t xml:space="preserve">территориальной единицы (области, города республиканского значения и столицы), на которой планируется приобретение указанных услуг – г. </w:t>
      </w:r>
      <w:r>
        <w:rPr>
          <w:lang w:val="ru-RU"/>
        </w:rPr>
        <w:t>Караганда</w:t>
      </w:r>
      <w:r w:rsidRPr="00C96ACF">
        <w:rPr>
          <w:lang w:val="ru-RU"/>
        </w:rPr>
        <w:br/>
      </w:r>
    </w:p>
    <w:p w14:paraId="2619FAB1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6. Место, срок и объем оказания услуг</w:t>
      </w:r>
    </w:p>
    <w:p w14:paraId="4DB30D20" w14:textId="775C70DD" w:rsidR="00504BA7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Место оказания услуг: г. Караганда, ул. Санаторная, 22.</w:t>
      </w:r>
      <w:r w:rsidRPr="0076203C">
        <w:rPr>
          <w:lang w:val="ru-RU"/>
        </w:rPr>
        <w:br/>
        <w:t>Количе</w:t>
      </w:r>
      <w:r w:rsidR="008435E0">
        <w:rPr>
          <w:lang w:val="ru-RU"/>
        </w:rPr>
        <w:t>ство обследуемых работников — 3</w:t>
      </w:r>
      <w:r w:rsidRPr="0076203C">
        <w:rPr>
          <w:lang w:val="ru-RU"/>
        </w:rPr>
        <w:t xml:space="preserve"> человек</w:t>
      </w:r>
      <w:r w:rsidR="008435E0">
        <w:rPr>
          <w:lang w:val="kk-KZ"/>
        </w:rPr>
        <w:t>а</w:t>
      </w:r>
      <w:r w:rsidRPr="0076203C">
        <w:rPr>
          <w:lang w:val="ru-RU"/>
        </w:rPr>
        <w:t>.</w:t>
      </w:r>
      <w:r w:rsidRPr="0076203C">
        <w:rPr>
          <w:lang w:val="ru-RU"/>
        </w:rPr>
        <w:br/>
      </w:r>
    </w:p>
    <w:p w14:paraId="3CB68E27" w14:textId="77777777" w:rsidR="006A249D" w:rsidRPr="0076203C" w:rsidRDefault="006A249D" w:rsidP="0076203C">
      <w:pPr>
        <w:pStyle w:val="a9"/>
        <w:rPr>
          <w:lang w:val="ru-RU"/>
        </w:rPr>
      </w:pPr>
    </w:p>
    <w:p w14:paraId="690B60A2" w14:textId="77777777" w:rsidR="00504BA7" w:rsidRPr="006A249D" w:rsidRDefault="0076203C" w:rsidP="0076203C">
      <w:pPr>
        <w:pStyle w:val="a9"/>
        <w:rPr>
          <w:b/>
          <w:lang w:val="ru-RU"/>
        </w:rPr>
      </w:pPr>
      <w:r w:rsidRPr="006A249D">
        <w:rPr>
          <w:b/>
          <w:lang w:val="ru-RU"/>
        </w:rPr>
        <w:t>7. Результат оказания услуг</w:t>
      </w:r>
    </w:p>
    <w:p w14:paraId="74872926" w14:textId="77777777" w:rsidR="00504BA7" w:rsidRDefault="0076203C" w:rsidP="0076203C">
      <w:pPr>
        <w:pStyle w:val="a9"/>
        <w:rPr>
          <w:lang w:val="ru-RU"/>
        </w:rPr>
      </w:pPr>
      <w:r w:rsidRPr="0076203C">
        <w:rPr>
          <w:lang w:val="ru-RU"/>
        </w:rPr>
        <w:t>По завершении обследования Исполнитель выдает медицинские заключения установленного образца и иные документы, предусмотренные законодательством Республики Казахстан.</w:t>
      </w:r>
    </w:p>
    <w:p w14:paraId="41FBE89B" w14:textId="77777777" w:rsidR="006A249D" w:rsidRDefault="006A249D" w:rsidP="0076203C">
      <w:pPr>
        <w:pStyle w:val="a9"/>
        <w:rPr>
          <w:lang w:val="ru-RU"/>
        </w:rPr>
      </w:pPr>
    </w:p>
    <w:p w14:paraId="51D18C19" w14:textId="77777777" w:rsidR="006A249D" w:rsidRDefault="006A249D" w:rsidP="0076203C">
      <w:pPr>
        <w:pStyle w:val="a9"/>
        <w:rPr>
          <w:lang w:val="ru-RU"/>
        </w:rPr>
      </w:pPr>
    </w:p>
    <w:p w14:paraId="5914E157" w14:textId="77777777" w:rsidR="006A249D" w:rsidRPr="006A249D" w:rsidRDefault="006A249D" w:rsidP="006A249D">
      <w:pPr>
        <w:pStyle w:val="a9"/>
        <w:jc w:val="center"/>
        <w:rPr>
          <w:b/>
          <w:lang w:val="ru-RU"/>
        </w:rPr>
      </w:pPr>
      <w:r w:rsidRPr="006A249D">
        <w:rPr>
          <w:b/>
          <w:lang w:val="ru-RU"/>
        </w:rPr>
        <w:t>ТЕХНИКАЛЫҚ СИПАТТАМА</w:t>
      </w:r>
    </w:p>
    <w:p w14:paraId="11159C54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1. </w:t>
      </w:r>
      <w:proofErr w:type="spellStart"/>
      <w:r w:rsidRPr="006A249D">
        <w:rPr>
          <w:lang w:val="ru-RU"/>
        </w:rPr>
        <w:t>Сатып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алу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заты</w:t>
      </w:r>
      <w:proofErr w:type="spellEnd"/>
    </w:p>
    <w:p w14:paraId="051AEE34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Медициналық </w:t>
      </w:r>
      <w:proofErr w:type="spellStart"/>
      <w:r w:rsidRPr="006A249D">
        <w:rPr>
          <w:lang w:val="ru-RU"/>
        </w:rPr>
        <w:t>психиатриялық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куәландыруды</w:t>
      </w:r>
      <w:proofErr w:type="spellEnd"/>
      <w:r w:rsidRPr="006A249D">
        <w:rPr>
          <w:lang w:val="ru-RU"/>
        </w:rPr>
        <w:t xml:space="preserve"> (психиатр-</w:t>
      </w:r>
      <w:proofErr w:type="spellStart"/>
      <w:r w:rsidRPr="006A249D">
        <w:rPr>
          <w:lang w:val="ru-RU"/>
        </w:rPr>
        <w:t>дә</w:t>
      </w:r>
      <w:proofErr w:type="gramStart"/>
      <w:r w:rsidRPr="006A249D">
        <w:rPr>
          <w:lang w:val="ru-RU"/>
        </w:rPr>
        <w:t>р</w:t>
      </w:r>
      <w:proofErr w:type="gramEnd"/>
      <w:r w:rsidRPr="006A249D">
        <w:rPr>
          <w:lang w:val="ru-RU"/>
        </w:rPr>
        <w:t>ігердің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наркологтың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консультациясын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7-компонентті экспресс-тест </w:t>
      </w:r>
      <w:proofErr w:type="spellStart"/>
      <w:r w:rsidRPr="006A249D">
        <w:rPr>
          <w:lang w:val="ru-RU"/>
        </w:rPr>
        <w:t>әдісімен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биологиялық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материалдағы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зәрдегі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психоактивті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заттарды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анықтауды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қамтитын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Тапсырыс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берушінің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қызметкерлерін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міндетті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қарап-тексеруді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жүргізу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бойынша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қызметтер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көрсету</w:t>
      </w:r>
      <w:proofErr w:type="spellEnd"/>
      <w:r w:rsidRPr="006A249D">
        <w:rPr>
          <w:lang w:val="ru-RU"/>
        </w:rPr>
        <w:t>.</w:t>
      </w:r>
    </w:p>
    <w:p w14:paraId="7530F064" w14:textId="77777777" w:rsid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2. </w:t>
      </w:r>
      <w:proofErr w:type="spellStart"/>
      <w:r w:rsidRPr="006A249D">
        <w:rPr>
          <w:lang w:val="ru-RU"/>
        </w:rPr>
        <w:t>Нормативті</w:t>
      </w:r>
      <w:proofErr w:type="gramStart"/>
      <w:r w:rsidRPr="006A249D">
        <w:rPr>
          <w:lang w:val="ru-RU"/>
        </w:rPr>
        <w:t>к</w:t>
      </w:r>
      <w:proofErr w:type="spellEnd"/>
      <w:proofErr w:type="gramEnd"/>
      <w:r w:rsidRPr="006A249D">
        <w:rPr>
          <w:lang w:val="ru-RU"/>
        </w:rPr>
        <w:t xml:space="preserve"> база</w:t>
      </w:r>
    </w:p>
    <w:p w14:paraId="781753C1" w14:textId="77777777" w:rsidR="006A249D" w:rsidRPr="006A249D" w:rsidRDefault="006A249D" w:rsidP="006A249D">
      <w:pPr>
        <w:pStyle w:val="a9"/>
        <w:rPr>
          <w:lang w:val="ru-RU"/>
        </w:rPr>
      </w:pPr>
    </w:p>
    <w:p w14:paraId="718332AC" w14:textId="77777777" w:rsidR="006A249D" w:rsidRPr="006A249D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Қызметтер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қолданыстағы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заңнамасына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сәйкес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көрсетіледі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оның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ішінде</w:t>
      </w:r>
      <w:proofErr w:type="spellEnd"/>
      <w:r w:rsidRPr="006A249D">
        <w:rPr>
          <w:lang w:val="ru-RU"/>
        </w:rPr>
        <w:t>:</w:t>
      </w:r>
    </w:p>
    <w:p w14:paraId="513BE48C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>* "</w:t>
      </w:r>
      <w:proofErr w:type="spellStart"/>
      <w:r w:rsidRPr="006A249D">
        <w:rPr>
          <w:lang w:val="ru-RU"/>
        </w:rPr>
        <w:t>Халық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денсаулығы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денсаулық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жүйесі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туралы</w:t>
      </w:r>
      <w:proofErr w:type="spellEnd"/>
      <w:r w:rsidRPr="006A249D">
        <w:rPr>
          <w:lang w:val="ru-RU"/>
        </w:rPr>
        <w:t xml:space="preserve">"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Кодексімен</w:t>
      </w:r>
      <w:proofErr w:type="spellEnd"/>
      <w:r w:rsidRPr="006A249D">
        <w:rPr>
          <w:lang w:val="ru-RU"/>
        </w:rPr>
        <w:t>;</w:t>
      </w:r>
    </w:p>
    <w:p w14:paraId="01BBB6A4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* М. а. </w:t>
      </w:r>
      <w:proofErr w:type="spellStart"/>
      <w:r w:rsidRPr="006A249D">
        <w:rPr>
          <w:lang w:val="ru-RU"/>
        </w:rPr>
        <w:t>бұйрығымен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Міндетті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қарап‑тексеруге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жататын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адамдардың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нысаналы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топтарын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сондай-ақ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оларды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жүргізу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қағидалары</w:t>
      </w:r>
      <w:proofErr w:type="spellEnd"/>
      <w:r w:rsidRPr="006A249D">
        <w:rPr>
          <w:lang w:val="ru-RU"/>
        </w:rPr>
        <w:t xml:space="preserve"> мен </w:t>
      </w:r>
      <w:proofErr w:type="spellStart"/>
      <w:r w:rsidRPr="006A249D">
        <w:rPr>
          <w:lang w:val="ru-RU"/>
        </w:rPr>
        <w:t>кезеңділігін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зертханалық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функционалдық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зерттеулердің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көлемін</w:t>
      </w:r>
      <w:proofErr w:type="spellEnd"/>
      <w:r w:rsidRPr="006A249D">
        <w:rPr>
          <w:lang w:val="ru-RU"/>
        </w:rPr>
        <w:t xml:space="preserve">, медициналық </w:t>
      </w:r>
      <w:proofErr w:type="spellStart"/>
      <w:r w:rsidRPr="006A249D">
        <w:rPr>
          <w:lang w:val="ru-RU"/>
        </w:rPr>
        <w:t>қарсы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көрсетілімдерді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зиянды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немесе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қауіпті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өнді</w:t>
      </w:r>
      <w:proofErr w:type="gramStart"/>
      <w:r w:rsidRPr="006A249D">
        <w:rPr>
          <w:lang w:val="ru-RU"/>
        </w:rPr>
        <w:t>р</w:t>
      </w:r>
      <w:proofErr w:type="gramEnd"/>
      <w:r w:rsidRPr="006A249D">
        <w:rPr>
          <w:lang w:val="ru-RU"/>
        </w:rPr>
        <w:t>істік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факторлардың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кәсіптер</w:t>
      </w:r>
      <w:proofErr w:type="spellEnd"/>
      <w:r w:rsidRPr="006A249D">
        <w:rPr>
          <w:lang w:val="ru-RU"/>
        </w:rPr>
        <w:t xml:space="preserve"> мен </w:t>
      </w:r>
      <w:proofErr w:type="spellStart"/>
      <w:r w:rsidRPr="006A249D">
        <w:rPr>
          <w:lang w:val="ru-RU"/>
        </w:rPr>
        <w:t>жұмыстардың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тізбесін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бекіту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туралы</w:t>
      </w:r>
      <w:proofErr w:type="spellEnd"/>
      <w:r w:rsidRPr="006A249D">
        <w:rPr>
          <w:lang w:val="ru-RU"/>
        </w:rPr>
        <w:t xml:space="preserve"> "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Денсаулық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министрінің</w:t>
      </w:r>
      <w:proofErr w:type="spellEnd"/>
      <w:r w:rsidRPr="006A249D">
        <w:rPr>
          <w:lang w:val="ru-RU"/>
        </w:rPr>
        <w:t xml:space="preserve"> 2020 </w:t>
      </w:r>
      <w:proofErr w:type="spellStart"/>
      <w:r w:rsidRPr="006A249D">
        <w:rPr>
          <w:lang w:val="ru-RU"/>
        </w:rPr>
        <w:t>жылғы</w:t>
      </w:r>
      <w:proofErr w:type="spellEnd"/>
      <w:r w:rsidRPr="006A249D">
        <w:rPr>
          <w:lang w:val="ru-RU"/>
        </w:rPr>
        <w:t xml:space="preserve"> 15 </w:t>
      </w:r>
      <w:proofErr w:type="spellStart"/>
      <w:r w:rsidRPr="006A249D">
        <w:rPr>
          <w:lang w:val="ru-RU"/>
        </w:rPr>
        <w:t>қазандағы</w:t>
      </w:r>
      <w:proofErr w:type="spellEnd"/>
      <w:r w:rsidRPr="006A249D">
        <w:rPr>
          <w:lang w:val="ru-RU"/>
        </w:rPr>
        <w:t xml:space="preserve"> № Қ</w:t>
      </w:r>
      <w:proofErr w:type="gramStart"/>
      <w:r w:rsidRPr="006A249D">
        <w:rPr>
          <w:lang w:val="ru-RU"/>
        </w:rPr>
        <w:t>Р</w:t>
      </w:r>
      <w:proofErr w:type="gramEnd"/>
      <w:r w:rsidRPr="006A249D">
        <w:rPr>
          <w:lang w:val="ru-RU"/>
        </w:rPr>
        <w:t xml:space="preserve"> ДСМ-131/2020, </w:t>
      </w:r>
      <w:proofErr w:type="spellStart"/>
      <w:r w:rsidRPr="006A249D">
        <w:rPr>
          <w:lang w:val="ru-RU"/>
        </w:rPr>
        <w:t>оларды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орындау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кезінде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жұмысқа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түскен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кезде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алдын</w:t>
      </w:r>
      <w:proofErr w:type="spellEnd"/>
      <w:r w:rsidRPr="006A249D">
        <w:rPr>
          <w:lang w:val="ru-RU"/>
        </w:rPr>
        <w:t xml:space="preserve"> ала </w:t>
      </w:r>
      <w:proofErr w:type="spellStart"/>
      <w:r w:rsidRPr="006A249D">
        <w:rPr>
          <w:lang w:val="ru-RU"/>
        </w:rPr>
        <w:t>міндетті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қарап-тексерулер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мерзімді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міндетті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қарап-тексерулер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"</w:t>
      </w:r>
      <w:proofErr w:type="spellStart"/>
      <w:r w:rsidRPr="006A249D">
        <w:rPr>
          <w:lang w:val="ru-RU"/>
        </w:rPr>
        <w:t>алдын</w:t>
      </w:r>
      <w:proofErr w:type="spellEnd"/>
      <w:r w:rsidRPr="006A249D">
        <w:rPr>
          <w:lang w:val="ru-RU"/>
        </w:rPr>
        <w:t xml:space="preserve"> ала </w:t>
      </w:r>
      <w:proofErr w:type="spellStart"/>
      <w:r w:rsidRPr="006A249D">
        <w:rPr>
          <w:lang w:val="ru-RU"/>
        </w:rPr>
        <w:t>міндетті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қарап-тексеруден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өту"мемлекеттік</w:t>
      </w:r>
      <w:proofErr w:type="spellEnd"/>
      <w:r w:rsidRPr="006A249D">
        <w:rPr>
          <w:lang w:val="ru-RU"/>
        </w:rPr>
        <w:t xml:space="preserve"> қызмет </w:t>
      </w:r>
      <w:proofErr w:type="spellStart"/>
      <w:r w:rsidRPr="006A249D">
        <w:rPr>
          <w:lang w:val="ru-RU"/>
        </w:rPr>
        <w:t>көрсету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қағидалары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жүргізіледі</w:t>
      </w:r>
      <w:proofErr w:type="spellEnd"/>
      <w:r w:rsidRPr="006A249D">
        <w:rPr>
          <w:lang w:val="ru-RU"/>
        </w:rPr>
        <w:t>;</w:t>
      </w:r>
    </w:p>
    <w:p w14:paraId="195A54A6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>* "</w:t>
      </w:r>
      <w:proofErr w:type="spellStart"/>
      <w:r w:rsidRPr="006A249D">
        <w:rPr>
          <w:lang w:val="ru-RU"/>
        </w:rPr>
        <w:t>Есірткі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құралдарының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психотроптық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заттар</w:t>
      </w:r>
      <w:proofErr w:type="spellEnd"/>
      <w:r w:rsidRPr="006A249D">
        <w:rPr>
          <w:lang w:val="ru-RU"/>
        </w:rPr>
        <w:t xml:space="preserve"> мен </w:t>
      </w:r>
      <w:proofErr w:type="spellStart"/>
      <w:r w:rsidRPr="006A249D">
        <w:rPr>
          <w:lang w:val="ru-RU"/>
        </w:rPr>
        <w:t>прекурсорлардың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айналымына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байланысты</w:t>
      </w:r>
      <w:proofErr w:type="spellEnd"/>
      <w:r w:rsidRPr="006A249D">
        <w:rPr>
          <w:lang w:val="ru-RU"/>
        </w:rPr>
        <w:t xml:space="preserve"> қызмет </w:t>
      </w:r>
      <w:proofErr w:type="spellStart"/>
      <w:r w:rsidRPr="006A249D">
        <w:rPr>
          <w:lang w:val="ru-RU"/>
        </w:rPr>
        <w:t>үшін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біліктілік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proofErr w:type="gramStart"/>
      <w:r w:rsidRPr="006A249D">
        <w:rPr>
          <w:lang w:val="ru-RU"/>
        </w:rPr>
        <w:t>олар</w:t>
      </w:r>
      <w:proofErr w:type="gramEnd"/>
      <w:r w:rsidRPr="006A249D">
        <w:rPr>
          <w:lang w:val="ru-RU"/>
        </w:rPr>
        <w:t>ға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сәйкестікті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растайтын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құжаттар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тізбесін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бекіту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туралы"Қазақстан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Ішкі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істер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министрінің</w:t>
      </w:r>
      <w:proofErr w:type="spellEnd"/>
      <w:r w:rsidRPr="006A249D">
        <w:rPr>
          <w:lang w:val="ru-RU"/>
        </w:rPr>
        <w:t xml:space="preserve"> 2014 </w:t>
      </w:r>
      <w:proofErr w:type="spellStart"/>
      <w:r w:rsidRPr="006A249D">
        <w:rPr>
          <w:lang w:val="ru-RU"/>
        </w:rPr>
        <w:t>жылғы</w:t>
      </w:r>
      <w:proofErr w:type="spellEnd"/>
      <w:r w:rsidRPr="006A249D">
        <w:rPr>
          <w:lang w:val="ru-RU"/>
        </w:rPr>
        <w:t xml:space="preserve"> 26 </w:t>
      </w:r>
      <w:proofErr w:type="spellStart"/>
      <w:r w:rsidRPr="006A249D">
        <w:rPr>
          <w:lang w:val="ru-RU"/>
        </w:rPr>
        <w:t>желтоқсандағы</w:t>
      </w:r>
      <w:proofErr w:type="spellEnd"/>
      <w:r w:rsidRPr="006A249D">
        <w:rPr>
          <w:lang w:val="ru-RU"/>
        </w:rPr>
        <w:t xml:space="preserve"> №943 </w:t>
      </w:r>
      <w:proofErr w:type="spellStart"/>
      <w:r w:rsidRPr="006A249D">
        <w:rPr>
          <w:lang w:val="ru-RU"/>
        </w:rPr>
        <w:t>бұйрығымен</w:t>
      </w:r>
      <w:proofErr w:type="spellEnd"/>
      <w:r w:rsidRPr="006A249D">
        <w:rPr>
          <w:lang w:val="ru-RU"/>
        </w:rPr>
        <w:t>;</w:t>
      </w:r>
    </w:p>
    <w:p w14:paraId="396E1815" w14:textId="77777777" w:rsid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*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Денсаулық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министрінің</w:t>
      </w:r>
      <w:proofErr w:type="spellEnd"/>
      <w:r w:rsidRPr="006A249D">
        <w:rPr>
          <w:lang w:val="ru-RU"/>
        </w:rPr>
        <w:t xml:space="preserve"> 2019 </w:t>
      </w:r>
      <w:proofErr w:type="spellStart"/>
      <w:r w:rsidRPr="006A249D">
        <w:rPr>
          <w:lang w:val="ru-RU"/>
        </w:rPr>
        <w:t>жылғы</w:t>
      </w:r>
      <w:proofErr w:type="spellEnd"/>
      <w:r w:rsidRPr="006A249D">
        <w:rPr>
          <w:lang w:val="ru-RU"/>
        </w:rPr>
        <w:t xml:space="preserve"> </w:t>
      </w:r>
      <w:proofErr w:type="gramStart"/>
      <w:r w:rsidRPr="006A249D">
        <w:rPr>
          <w:lang w:val="ru-RU"/>
        </w:rPr>
        <w:t>28</w:t>
      </w:r>
      <w:proofErr w:type="gram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ақпандағы</w:t>
      </w:r>
      <w:proofErr w:type="spellEnd"/>
      <w:r w:rsidRPr="006A249D">
        <w:rPr>
          <w:lang w:val="ru-RU"/>
        </w:rPr>
        <w:t xml:space="preserve"> №155 </w:t>
      </w:r>
      <w:proofErr w:type="spellStart"/>
      <w:r w:rsidRPr="006A249D">
        <w:rPr>
          <w:lang w:val="ru-RU"/>
        </w:rPr>
        <w:t>бұйрығымен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өзге</w:t>
      </w:r>
      <w:proofErr w:type="spellEnd"/>
      <w:r w:rsidRPr="006A249D">
        <w:rPr>
          <w:lang w:val="ru-RU"/>
        </w:rPr>
        <w:t xml:space="preserve"> де </w:t>
      </w:r>
      <w:proofErr w:type="spellStart"/>
      <w:r w:rsidRPr="006A249D">
        <w:rPr>
          <w:lang w:val="ru-RU"/>
        </w:rPr>
        <w:t>қолданыстағы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нормативтік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құқықтық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актілерімен</w:t>
      </w:r>
      <w:proofErr w:type="spellEnd"/>
      <w:r w:rsidRPr="006A249D">
        <w:rPr>
          <w:lang w:val="ru-RU"/>
        </w:rPr>
        <w:t>.</w:t>
      </w:r>
    </w:p>
    <w:p w14:paraId="31F4FDF6" w14:textId="77777777" w:rsidR="006A249D" w:rsidRPr="006A249D" w:rsidRDefault="006A249D" w:rsidP="006A249D">
      <w:pPr>
        <w:pStyle w:val="a9"/>
        <w:rPr>
          <w:lang w:val="ru-RU"/>
        </w:rPr>
      </w:pPr>
    </w:p>
    <w:p w14:paraId="4F9EBBD0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3. </w:t>
      </w:r>
      <w:proofErr w:type="spellStart"/>
      <w:r w:rsidRPr="006A249D">
        <w:rPr>
          <w:lang w:val="ru-RU"/>
        </w:rPr>
        <w:t>Көрсетілетін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қызметтердің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көлемі</w:t>
      </w:r>
      <w:proofErr w:type="spellEnd"/>
    </w:p>
    <w:p w14:paraId="179800C4" w14:textId="77777777" w:rsidR="006A249D" w:rsidRPr="006A249D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Орындаушы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қамтамасыз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етеді</w:t>
      </w:r>
      <w:proofErr w:type="spellEnd"/>
      <w:r w:rsidRPr="006A249D">
        <w:rPr>
          <w:lang w:val="ru-RU"/>
        </w:rPr>
        <w:t>:</w:t>
      </w:r>
    </w:p>
    <w:p w14:paraId="3D622FC0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* Медициналық </w:t>
      </w:r>
      <w:proofErr w:type="spellStart"/>
      <w:r w:rsidRPr="006A249D">
        <w:rPr>
          <w:lang w:val="ru-RU"/>
        </w:rPr>
        <w:t>психиатриялық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куәландырудан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өту</w:t>
      </w:r>
      <w:proofErr w:type="spellEnd"/>
      <w:r w:rsidRPr="006A249D">
        <w:rPr>
          <w:lang w:val="ru-RU"/>
        </w:rPr>
        <w:t xml:space="preserve"> (психиатр </w:t>
      </w:r>
      <w:proofErr w:type="spellStart"/>
      <w:r w:rsidRPr="006A249D">
        <w:rPr>
          <w:lang w:val="ru-RU"/>
        </w:rPr>
        <w:t>дә</w:t>
      </w:r>
      <w:proofErr w:type="gramStart"/>
      <w:r w:rsidRPr="006A249D">
        <w:rPr>
          <w:lang w:val="ru-RU"/>
        </w:rPr>
        <w:t>р</w:t>
      </w:r>
      <w:proofErr w:type="gramEnd"/>
      <w:r w:rsidRPr="006A249D">
        <w:rPr>
          <w:lang w:val="ru-RU"/>
        </w:rPr>
        <w:t>ігерінің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наркологтың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консультациясы</w:t>
      </w:r>
      <w:proofErr w:type="spellEnd"/>
      <w:r w:rsidRPr="006A249D">
        <w:rPr>
          <w:lang w:val="ru-RU"/>
        </w:rPr>
        <w:t xml:space="preserve">), </w:t>
      </w:r>
      <w:proofErr w:type="spellStart"/>
      <w:r w:rsidRPr="006A249D">
        <w:rPr>
          <w:lang w:val="ru-RU"/>
        </w:rPr>
        <w:t>биологиялық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материалдағы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психоактивті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заттарды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зәрді</w:t>
      </w:r>
      <w:proofErr w:type="spellEnd"/>
      <w:r w:rsidRPr="006A249D">
        <w:rPr>
          <w:lang w:val="ru-RU"/>
        </w:rPr>
        <w:t xml:space="preserve">) 7 </w:t>
      </w:r>
      <w:proofErr w:type="spellStart"/>
      <w:r w:rsidRPr="006A249D">
        <w:rPr>
          <w:lang w:val="ru-RU"/>
        </w:rPr>
        <w:t>компонентті</w:t>
      </w:r>
      <w:proofErr w:type="spellEnd"/>
      <w:r w:rsidRPr="006A249D">
        <w:rPr>
          <w:lang w:val="ru-RU"/>
        </w:rPr>
        <w:t xml:space="preserve"> экспресс-</w:t>
      </w:r>
      <w:proofErr w:type="spellStart"/>
      <w:r w:rsidRPr="006A249D">
        <w:rPr>
          <w:lang w:val="ru-RU"/>
        </w:rPr>
        <w:t>тестпен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анықтау</w:t>
      </w:r>
      <w:proofErr w:type="spellEnd"/>
      <w:r w:rsidRPr="006A249D">
        <w:rPr>
          <w:lang w:val="ru-RU"/>
        </w:rPr>
        <w:t xml:space="preserve"> (медициналық </w:t>
      </w:r>
      <w:proofErr w:type="spellStart"/>
      <w:r w:rsidRPr="006A249D">
        <w:rPr>
          <w:lang w:val="ru-RU"/>
        </w:rPr>
        <w:t>қарап-тексеру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шеңберінде</w:t>
      </w:r>
      <w:proofErr w:type="spellEnd"/>
      <w:r w:rsidRPr="006A249D">
        <w:rPr>
          <w:lang w:val="ru-RU"/>
        </w:rPr>
        <w:t xml:space="preserve">, медициналық </w:t>
      </w:r>
      <w:proofErr w:type="spellStart"/>
      <w:r w:rsidRPr="006A249D">
        <w:rPr>
          <w:lang w:val="ru-RU"/>
        </w:rPr>
        <w:t>ұйымдармен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заңды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тұлғалармен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оның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ішінде</w:t>
      </w:r>
      <w:proofErr w:type="spellEnd"/>
      <w:r w:rsidRPr="006A249D">
        <w:rPr>
          <w:lang w:val="ru-RU"/>
        </w:rPr>
        <w:t xml:space="preserve"> КТЛ </w:t>
      </w:r>
      <w:proofErr w:type="spellStart"/>
      <w:r w:rsidRPr="006A249D">
        <w:rPr>
          <w:lang w:val="ru-RU"/>
        </w:rPr>
        <w:t>кабинетінде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шарт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бойынша</w:t>
      </w:r>
      <w:proofErr w:type="spellEnd"/>
      <w:r w:rsidRPr="006A249D">
        <w:rPr>
          <w:lang w:val="ru-RU"/>
        </w:rPr>
        <w:t>).</w:t>
      </w:r>
    </w:p>
    <w:p w14:paraId="7ACEBCB3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* </w:t>
      </w:r>
      <w:proofErr w:type="spellStart"/>
      <w:r w:rsidRPr="006A249D">
        <w:rPr>
          <w:lang w:val="ru-RU"/>
        </w:rPr>
        <w:t>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нәтижелері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бойынша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қорытындыны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ресімдеу</w:t>
      </w:r>
      <w:proofErr w:type="spellEnd"/>
      <w:r w:rsidRPr="006A249D">
        <w:rPr>
          <w:lang w:val="ru-RU"/>
        </w:rPr>
        <w:t>;</w:t>
      </w:r>
    </w:p>
    <w:p w14:paraId="682A2B11" w14:textId="77777777" w:rsid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* </w:t>
      </w:r>
      <w:proofErr w:type="spellStart"/>
      <w:r w:rsidRPr="006A249D">
        <w:rPr>
          <w:lang w:val="ru-RU"/>
        </w:rPr>
        <w:t>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жүргізу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кезінде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қолданыстағы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заңнамасының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сақтау</w:t>
      </w:r>
      <w:proofErr w:type="spellEnd"/>
      <w:r w:rsidRPr="006A249D">
        <w:rPr>
          <w:lang w:val="ru-RU"/>
        </w:rPr>
        <w:t>.</w:t>
      </w:r>
    </w:p>
    <w:p w14:paraId="1EBFA0F5" w14:textId="77777777" w:rsidR="006A249D" w:rsidRPr="006A249D" w:rsidRDefault="006A249D" w:rsidP="006A249D">
      <w:pPr>
        <w:pStyle w:val="a9"/>
        <w:rPr>
          <w:lang w:val="ru-RU"/>
        </w:rPr>
      </w:pPr>
    </w:p>
    <w:p w14:paraId="34C317BF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4. </w:t>
      </w:r>
      <w:proofErr w:type="spellStart"/>
      <w:r w:rsidRPr="006A249D">
        <w:rPr>
          <w:lang w:val="ru-RU"/>
        </w:rPr>
        <w:t>Жеткізушіге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қойылатын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</w:t>
      </w:r>
      <w:proofErr w:type="spellEnd"/>
    </w:p>
    <w:p w14:paraId="3B72DBCB" w14:textId="77777777" w:rsidR="006A249D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Өнім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берушінің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қызметке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қолданыстағы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лицензиясы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қажетті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материалды</w:t>
      </w:r>
      <w:proofErr w:type="gramStart"/>
      <w:r w:rsidRPr="006A249D">
        <w:rPr>
          <w:lang w:val="ru-RU"/>
        </w:rPr>
        <w:t>қ-</w:t>
      </w:r>
      <w:proofErr w:type="gramEnd"/>
      <w:r w:rsidRPr="006A249D">
        <w:rPr>
          <w:lang w:val="ru-RU"/>
        </w:rPr>
        <w:t>техникалық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базасы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білікті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мамандары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сатып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алу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нысанасы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болып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табылатын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қызметтерді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жүзеге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асыру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құқығы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болуы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тиіс</w:t>
      </w:r>
      <w:proofErr w:type="spellEnd"/>
      <w:r w:rsidRPr="006A249D">
        <w:rPr>
          <w:lang w:val="ru-RU"/>
        </w:rPr>
        <w:t xml:space="preserve">. </w:t>
      </w:r>
      <w:proofErr w:type="spellStart"/>
      <w:r w:rsidRPr="006A249D">
        <w:rPr>
          <w:lang w:val="ru-RU"/>
        </w:rPr>
        <w:t>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жүргізу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кезінде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санитариялық-эпидемиологиялық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заңнамасы</w:t>
      </w:r>
      <w:proofErr w:type="spellEnd"/>
      <w:r w:rsidRPr="006A249D">
        <w:rPr>
          <w:lang w:val="ru-RU"/>
        </w:rPr>
        <w:t xml:space="preserve"> мен </w:t>
      </w:r>
      <w:proofErr w:type="spellStart"/>
      <w:r w:rsidRPr="006A249D">
        <w:rPr>
          <w:lang w:val="ru-RU"/>
        </w:rPr>
        <w:t>нормативтік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құқықтық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актілерінің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сақталуға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тиіс</w:t>
      </w:r>
      <w:proofErr w:type="spellEnd"/>
      <w:r w:rsidRPr="006A249D">
        <w:rPr>
          <w:lang w:val="ru-RU"/>
        </w:rPr>
        <w:t>.</w:t>
      </w:r>
    </w:p>
    <w:p w14:paraId="2FA3D6A9" w14:textId="77777777" w:rsidR="006A249D" w:rsidRPr="006A249D" w:rsidRDefault="006A249D" w:rsidP="006A249D">
      <w:pPr>
        <w:pStyle w:val="a9"/>
        <w:rPr>
          <w:lang w:val="ru-RU"/>
        </w:rPr>
      </w:pPr>
    </w:p>
    <w:p w14:paraId="4066D9AE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5. Қызмет </w:t>
      </w:r>
      <w:proofErr w:type="spellStart"/>
      <w:r w:rsidRPr="006A249D">
        <w:rPr>
          <w:lang w:val="ru-RU"/>
        </w:rPr>
        <w:t>сапасына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қойылатын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</w:t>
      </w:r>
      <w:proofErr w:type="spellEnd"/>
    </w:p>
    <w:p w14:paraId="44B9C75F" w14:textId="77777777" w:rsidR="006A249D" w:rsidRPr="006A249D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Қызметтер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дә</w:t>
      </w:r>
      <w:proofErr w:type="gramStart"/>
      <w:r w:rsidRPr="006A249D">
        <w:rPr>
          <w:lang w:val="ru-RU"/>
        </w:rPr>
        <w:t>р</w:t>
      </w:r>
      <w:proofErr w:type="gramEnd"/>
      <w:r w:rsidRPr="006A249D">
        <w:rPr>
          <w:lang w:val="ru-RU"/>
        </w:rPr>
        <w:t>ігерлік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құпияны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еңбекті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қорғау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талаптарын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қолданыстағы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заңнамасын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сақтай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отырып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сапалы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уақтылы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толық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көлемде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көрсетілуі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тиіс</w:t>
      </w:r>
      <w:proofErr w:type="spellEnd"/>
      <w:r w:rsidRPr="006A249D">
        <w:rPr>
          <w:lang w:val="ru-RU"/>
        </w:rPr>
        <w:t xml:space="preserve">: L60 </w:t>
      </w:r>
      <w:proofErr w:type="spellStart"/>
      <w:r w:rsidRPr="006A249D">
        <w:rPr>
          <w:lang w:val="ru-RU"/>
        </w:rPr>
        <w:t>лицензиясының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болуы</w:t>
      </w:r>
      <w:proofErr w:type="spellEnd"/>
      <w:r w:rsidRPr="006A249D">
        <w:rPr>
          <w:lang w:val="ru-RU"/>
        </w:rPr>
        <w:t>-медициналық қызмет.</w:t>
      </w:r>
    </w:p>
    <w:p w14:paraId="26225537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28.02.2019 ж. № 155 </w:t>
      </w:r>
      <w:proofErr w:type="spellStart"/>
      <w:r w:rsidRPr="006A249D">
        <w:rPr>
          <w:lang w:val="ru-RU"/>
        </w:rPr>
        <w:t>бұйрыққа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сәйкес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қосымша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талап</w:t>
      </w:r>
      <w:proofErr w:type="spellEnd"/>
      <w:r w:rsidRPr="006A249D">
        <w:rPr>
          <w:lang w:val="ru-RU"/>
        </w:rPr>
        <w:t xml:space="preserve">: медициналық </w:t>
      </w:r>
      <w:proofErr w:type="spellStart"/>
      <w:r w:rsidRPr="006A249D">
        <w:rPr>
          <w:lang w:val="ru-RU"/>
        </w:rPr>
        <w:t>қарап-тексеру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бойынша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қызметтер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көрсететін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әлеуетті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өнім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берушілер</w:t>
      </w:r>
      <w:proofErr w:type="spellEnd"/>
      <w:r w:rsidRPr="006A249D">
        <w:rPr>
          <w:lang w:val="ru-RU"/>
        </w:rPr>
        <w:t xml:space="preserve"> мен </w:t>
      </w:r>
      <w:proofErr w:type="spellStart"/>
      <w:r w:rsidRPr="006A249D">
        <w:rPr>
          <w:lang w:val="ru-RU"/>
        </w:rPr>
        <w:t>өнім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берушілер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көрсетілген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қызметтерді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сатып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алу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жоспарланып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отырған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тиі</w:t>
      </w:r>
      <w:proofErr w:type="gramStart"/>
      <w:r w:rsidRPr="006A249D">
        <w:rPr>
          <w:lang w:val="ru-RU"/>
        </w:rPr>
        <w:t>ст</w:t>
      </w:r>
      <w:proofErr w:type="gramEnd"/>
      <w:r w:rsidRPr="006A249D">
        <w:rPr>
          <w:lang w:val="ru-RU"/>
        </w:rPr>
        <w:t>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әкімшілік</w:t>
      </w:r>
      <w:proofErr w:type="spellEnd"/>
      <w:r w:rsidRPr="006A249D">
        <w:rPr>
          <w:lang w:val="ru-RU"/>
        </w:rPr>
        <w:t xml:space="preserve"> – </w:t>
      </w:r>
      <w:proofErr w:type="spellStart"/>
      <w:r w:rsidRPr="006A249D">
        <w:rPr>
          <w:lang w:val="ru-RU"/>
        </w:rPr>
        <w:t>аумақтық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бірліктің</w:t>
      </w:r>
      <w:proofErr w:type="spellEnd"/>
      <w:r w:rsidRPr="006A249D">
        <w:rPr>
          <w:lang w:val="ru-RU"/>
        </w:rPr>
        <w:t xml:space="preserve"> (</w:t>
      </w:r>
      <w:proofErr w:type="spellStart"/>
      <w:r w:rsidRPr="006A249D">
        <w:rPr>
          <w:lang w:val="ru-RU"/>
        </w:rPr>
        <w:t>облыстың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республикалық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маңызы</w:t>
      </w:r>
      <w:proofErr w:type="spellEnd"/>
      <w:r w:rsidRPr="006A249D">
        <w:rPr>
          <w:lang w:val="ru-RU"/>
        </w:rPr>
        <w:t xml:space="preserve"> бар </w:t>
      </w:r>
      <w:proofErr w:type="spellStart"/>
      <w:r w:rsidRPr="006A249D">
        <w:rPr>
          <w:lang w:val="ru-RU"/>
        </w:rPr>
        <w:t>қаланың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астананың</w:t>
      </w:r>
      <w:proofErr w:type="spellEnd"/>
      <w:r w:rsidRPr="006A249D">
        <w:rPr>
          <w:lang w:val="ru-RU"/>
        </w:rPr>
        <w:t xml:space="preserve">) </w:t>
      </w:r>
      <w:proofErr w:type="spellStart"/>
      <w:r w:rsidRPr="006A249D">
        <w:rPr>
          <w:lang w:val="ru-RU"/>
        </w:rPr>
        <w:t>аумағында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болуы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тиі</w:t>
      </w:r>
      <w:proofErr w:type="gramStart"/>
      <w:r w:rsidRPr="006A249D">
        <w:rPr>
          <w:lang w:val="ru-RU"/>
        </w:rPr>
        <w:t>с-</w:t>
      </w:r>
      <w:proofErr w:type="gramEnd"/>
      <w:r w:rsidRPr="006A249D">
        <w:rPr>
          <w:lang w:val="ru-RU"/>
        </w:rPr>
        <w:t>Қарағанды</w:t>
      </w:r>
      <w:proofErr w:type="spellEnd"/>
      <w:r w:rsidRPr="006A249D">
        <w:rPr>
          <w:lang w:val="ru-RU"/>
        </w:rPr>
        <w:t xml:space="preserve"> қ.</w:t>
      </w:r>
    </w:p>
    <w:p w14:paraId="0E2BE052" w14:textId="77777777" w:rsidR="006A249D" w:rsidRPr="006A249D" w:rsidRDefault="006A249D" w:rsidP="006A249D">
      <w:pPr>
        <w:pStyle w:val="a9"/>
        <w:rPr>
          <w:lang w:val="ru-RU"/>
        </w:rPr>
      </w:pPr>
    </w:p>
    <w:p w14:paraId="44496C40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6. Қызмет </w:t>
      </w:r>
      <w:proofErr w:type="spellStart"/>
      <w:r w:rsidRPr="006A249D">
        <w:rPr>
          <w:lang w:val="ru-RU"/>
        </w:rPr>
        <w:t>көрсету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орны</w:t>
      </w:r>
      <w:proofErr w:type="spellEnd"/>
      <w:r w:rsidRPr="006A249D">
        <w:rPr>
          <w:lang w:val="ru-RU"/>
        </w:rPr>
        <w:t xml:space="preserve">, </w:t>
      </w:r>
      <w:proofErr w:type="spellStart"/>
      <w:r w:rsidRPr="006A249D">
        <w:rPr>
          <w:lang w:val="ru-RU"/>
        </w:rPr>
        <w:t>мерзі</w:t>
      </w:r>
      <w:proofErr w:type="gramStart"/>
      <w:r w:rsidRPr="006A249D">
        <w:rPr>
          <w:lang w:val="ru-RU"/>
        </w:rPr>
        <w:t>м</w:t>
      </w:r>
      <w:proofErr w:type="gramEnd"/>
      <w:r w:rsidRPr="006A249D">
        <w:rPr>
          <w:lang w:val="ru-RU"/>
        </w:rPr>
        <w:t>і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көлемі</w:t>
      </w:r>
      <w:proofErr w:type="spellEnd"/>
    </w:p>
    <w:p w14:paraId="4FCAB182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Қызмет </w:t>
      </w:r>
      <w:proofErr w:type="spellStart"/>
      <w:r w:rsidRPr="006A249D">
        <w:rPr>
          <w:lang w:val="ru-RU"/>
        </w:rPr>
        <w:t>көрсету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орны</w:t>
      </w:r>
      <w:proofErr w:type="spellEnd"/>
      <w:r w:rsidRPr="006A249D">
        <w:rPr>
          <w:lang w:val="ru-RU"/>
        </w:rPr>
        <w:t xml:space="preserve">: </w:t>
      </w:r>
      <w:proofErr w:type="spellStart"/>
      <w:r w:rsidRPr="006A249D">
        <w:rPr>
          <w:lang w:val="ru-RU"/>
        </w:rPr>
        <w:t>Қарағанды</w:t>
      </w:r>
      <w:proofErr w:type="spellEnd"/>
      <w:r w:rsidRPr="006A249D">
        <w:rPr>
          <w:lang w:val="ru-RU"/>
        </w:rPr>
        <w:t xml:space="preserve"> қ., </w:t>
      </w:r>
      <w:proofErr w:type="gramStart"/>
      <w:r w:rsidRPr="006A249D">
        <w:rPr>
          <w:lang w:val="ru-RU"/>
        </w:rPr>
        <w:t>Санаторная</w:t>
      </w:r>
      <w:proofErr w:type="gramEnd"/>
      <w:r w:rsidRPr="006A249D">
        <w:rPr>
          <w:lang w:val="ru-RU"/>
        </w:rPr>
        <w:t xml:space="preserve"> к-</w:t>
      </w:r>
      <w:proofErr w:type="spellStart"/>
      <w:r w:rsidRPr="006A249D">
        <w:rPr>
          <w:lang w:val="ru-RU"/>
        </w:rPr>
        <w:t>сі</w:t>
      </w:r>
      <w:proofErr w:type="spellEnd"/>
      <w:r w:rsidRPr="006A249D">
        <w:rPr>
          <w:lang w:val="ru-RU"/>
        </w:rPr>
        <w:t>, 22.</w:t>
      </w:r>
    </w:p>
    <w:p w14:paraId="2E08B566" w14:textId="77641858" w:rsidR="006A249D" w:rsidRPr="006A249D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Тексерілетін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қызметке</w:t>
      </w:r>
      <w:r w:rsidR="008435E0">
        <w:rPr>
          <w:lang w:val="ru-RU"/>
        </w:rPr>
        <w:t>рлердің</w:t>
      </w:r>
      <w:proofErr w:type="spellEnd"/>
      <w:r w:rsidR="008435E0">
        <w:rPr>
          <w:lang w:val="ru-RU"/>
        </w:rPr>
        <w:t xml:space="preserve"> саны-3</w:t>
      </w:r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адам</w:t>
      </w:r>
      <w:proofErr w:type="spellEnd"/>
      <w:r w:rsidRPr="006A249D">
        <w:rPr>
          <w:lang w:val="ru-RU"/>
        </w:rPr>
        <w:t>.</w:t>
      </w:r>
    </w:p>
    <w:p w14:paraId="71395EDE" w14:textId="77777777" w:rsidR="00A21B6D" w:rsidRPr="006A249D" w:rsidRDefault="00A21B6D" w:rsidP="006A249D">
      <w:pPr>
        <w:pStyle w:val="a9"/>
        <w:rPr>
          <w:lang w:val="ru-RU"/>
        </w:rPr>
      </w:pPr>
      <w:bookmarkStart w:id="0" w:name="_GoBack"/>
      <w:bookmarkEnd w:id="0"/>
    </w:p>
    <w:p w14:paraId="2DE1823F" w14:textId="77777777" w:rsidR="006A249D" w:rsidRPr="006A249D" w:rsidRDefault="006A249D" w:rsidP="006A249D">
      <w:pPr>
        <w:pStyle w:val="a9"/>
        <w:rPr>
          <w:lang w:val="ru-RU"/>
        </w:rPr>
      </w:pPr>
      <w:r w:rsidRPr="006A249D">
        <w:rPr>
          <w:lang w:val="ru-RU"/>
        </w:rPr>
        <w:t xml:space="preserve">7. Қызмет </w:t>
      </w:r>
      <w:proofErr w:type="spellStart"/>
      <w:r w:rsidRPr="006A249D">
        <w:rPr>
          <w:lang w:val="ru-RU"/>
        </w:rPr>
        <w:t>көрсету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нәтижесі</w:t>
      </w:r>
      <w:proofErr w:type="spellEnd"/>
    </w:p>
    <w:p w14:paraId="6EF8785D" w14:textId="3F4E82C7" w:rsidR="006A249D" w:rsidRPr="0076203C" w:rsidRDefault="006A249D" w:rsidP="006A249D">
      <w:pPr>
        <w:pStyle w:val="a9"/>
        <w:rPr>
          <w:lang w:val="ru-RU"/>
        </w:rPr>
      </w:pPr>
      <w:proofErr w:type="spellStart"/>
      <w:r w:rsidRPr="006A249D">
        <w:rPr>
          <w:lang w:val="ru-RU"/>
        </w:rPr>
        <w:t>Тексеру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аяқталғаннан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кейін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Орындаушы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белгіленген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үлгідегі</w:t>
      </w:r>
      <w:proofErr w:type="spellEnd"/>
      <w:r w:rsidRPr="006A249D">
        <w:rPr>
          <w:lang w:val="ru-RU"/>
        </w:rPr>
        <w:t xml:space="preserve"> медициналық </w:t>
      </w:r>
      <w:proofErr w:type="spellStart"/>
      <w:r w:rsidRPr="006A249D">
        <w:rPr>
          <w:lang w:val="ru-RU"/>
        </w:rPr>
        <w:t>қорытындыларды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жә</w:t>
      </w:r>
      <w:proofErr w:type="gramStart"/>
      <w:r w:rsidRPr="006A249D">
        <w:rPr>
          <w:lang w:val="ru-RU"/>
        </w:rPr>
        <w:t>не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Қаза</w:t>
      </w:r>
      <w:proofErr w:type="gramEnd"/>
      <w:r w:rsidRPr="006A249D">
        <w:rPr>
          <w:lang w:val="ru-RU"/>
        </w:rPr>
        <w:t>қстан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Республикасының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заңнамасында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көзделген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өзге</w:t>
      </w:r>
      <w:proofErr w:type="spellEnd"/>
      <w:r w:rsidRPr="006A249D">
        <w:rPr>
          <w:lang w:val="ru-RU"/>
        </w:rPr>
        <w:t xml:space="preserve"> де </w:t>
      </w:r>
      <w:proofErr w:type="spellStart"/>
      <w:r w:rsidRPr="006A249D">
        <w:rPr>
          <w:lang w:val="ru-RU"/>
        </w:rPr>
        <w:t>құжаттарды</w:t>
      </w:r>
      <w:proofErr w:type="spellEnd"/>
      <w:r w:rsidRPr="006A249D">
        <w:rPr>
          <w:lang w:val="ru-RU"/>
        </w:rPr>
        <w:t xml:space="preserve"> </w:t>
      </w:r>
      <w:proofErr w:type="spellStart"/>
      <w:r w:rsidRPr="006A249D">
        <w:rPr>
          <w:lang w:val="ru-RU"/>
        </w:rPr>
        <w:t>береді</w:t>
      </w:r>
      <w:proofErr w:type="spellEnd"/>
      <w:r w:rsidRPr="006A249D">
        <w:rPr>
          <w:lang w:val="ru-RU"/>
        </w:rPr>
        <w:t>.</w:t>
      </w:r>
    </w:p>
    <w:sectPr w:rsidR="006A249D" w:rsidRPr="007620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72A8"/>
    <w:rsid w:val="00504BA7"/>
    <w:rsid w:val="006A249D"/>
    <w:rsid w:val="0076203C"/>
    <w:rsid w:val="008435E0"/>
    <w:rsid w:val="00882054"/>
    <w:rsid w:val="00A21B6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D21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112B8D-E7C8-45C2-86AE-DBFB3EA3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1061</Words>
  <Characters>6048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Дана</cp:lastModifiedBy>
  <cp:revision>3</cp:revision>
  <dcterms:created xsi:type="dcterms:W3CDTF">2026-10-08T05:24:00Z</dcterms:created>
  <dcterms:modified xsi:type="dcterms:W3CDTF">2026-10-08T05:29:00Z</dcterms:modified>
</cp:coreProperties>
</file>