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D4688" w14:textId="77777777" w:rsidR="0097313E" w:rsidRPr="00E963C1" w:rsidRDefault="00000000">
      <w:pPr>
        <w:jc w:val="center"/>
        <w:rPr>
          <w:lang w:val="ru-RU"/>
        </w:rPr>
      </w:pPr>
      <w:r w:rsidRPr="00E963C1">
        <w:rPr>
          <w:b/>
          <w:sz w:val="28"/>
          <w:lang w:val="ru-RU"/>
        </w:rPr>
        <w:t>ТЕХНИКАЛЫҚ ЕРЕКШЕЛІК</w:t>
      </w:r>
      <w:r w:rsidRPr="00E963C1">
        <w:rPr>
          <w:b/>
          <w:sz w:val="28"/>
          <w:lang w:val="ru-RU"/>
        </w:rPr>
        <w:br/>
      </w:r>
      <w:proofErr w:type="spellStart"/>
      <w:r w:rsidRPr="00E963C1">
        <w:rPr>
          <w:b/>
          <w:sz w:val="24"/>
          <w:lang w:val="ru-RU"/>
        </w:rPr>
        <w:t>Фирмалық</w:t>
      </w:r>
      <w:proofErr w:type="spellEnd"/>
      <w:r w:rsidRPr="00E963C1">
        <w:rPr>
          <w:b/>
          <w:sz w:val="24"/>
          <w:lang w:val="ru-RU"/>
        </w:rPr>
        <w:t xml:space="preserve"> </w:t>
      </w:r>
      <w:proofErr w:type="spellStart"/>
      <w:r w:rsidRPr="00E963C1">
        <w:rPr>
          <w:b/>
          <w:sz w:val="24"/>
          <w:lang w:val="ru-RU"/>
        </w:rPr>
        <w:t>құжат</w:t>
      </w:r>
      <w:proofErr w:type="spellEnd"/>
      <w:r w:rsidRPr="00E963C1">
        <w:rPr>
          <w:b/>
          <w:sz w:val="24"/>
          <w:lang w:val="ru-RU"/>
        </w:rPr>
        <w:t xml:space="preserve"> </w:t>
      </w:r>
      <w:proofErr w:type="spellStart"/>
      <w:r w:rsidRPr="00E963C1">
        <w:rPr>
          <w:b/>
          <w:sz w:val="24"/>
          <w:lang w:val="ru-RU"/>
        </w:rPr>
        <w:t>папкасы</w:t>
      </w:r>
      <w:proofErr w:type="spellEnd"/>
      <w:r w:rsidRPr="00E963C1">
        <w:rPr>
          <w:b/>
          <w:sz w:val="24"/>
          <w:lang w:val="ru-RU"/>
        </w:rPr>
        <w:t>, А4</w:t>
      </w:r>
    </w:p>
    <w:p w14:paraId="6A078C8C" w14:textId="77777777" w:rsidR="0097313E" w:rsidRPr="00E963C1" w:rsidRDefault="0097313E">
      <w:pPr>
        <w:rPr>
          <w:lang w:val="ru-RU"/>
        </w:rPr>
      </w:pPr>
    </w:p>
    <w:p w14:paraId="3EA7B917" w14:textId="3C5776FE" w:rsidR="0097313E" w:rsidRPr="00E963C1" w:rsidRDefault="00E963C1">
      <w:pPr>
        <w:rPr>
          <w:lang w:val="ru-RU"/>
        </w:rPr>
      </w:pPr>
      <w:r>
        <w:rPr>
          <w:b/>
          <w:lang w:val="kk-KZ"/>
        </w:rPr>
        <w:t>Қызметтің</w:t>
      </w:r>
      <w:r w:rsidR="00000000" w:rsidRPr="00E963C1">
        <w:rPr>
          <w:b/>
          <w:lang w:val="ru-RU"/>
        </w:rPr>
        <w:t xml:space="preserve"> </w:t>
      </w:r>
      <w:proofErr w:type="spellStart"/>
      <w:r w:rsidR="00000000" w:rsidRPr="00E963C1">
        <w:rPr>
          <w:b/>
          <w:lang w:val="ru-RU"/>
        </w:rPr>
        <w:t>атауы</w:t>
      </w:r>
      <w:proofErr w:type="spellEnd"/>
      <w:r w:rsidR="00000000" w:rsidRPr="00E963C1">
        <w:rPr>
          <w:b/>
          <w:lang w:val="ru-RU"/>
        </w:rPr>
        <w:t xml:space="preserve">: </w:t>
      </w:r>
      <w:proofErr w:type="spellStart"/>
      <w:r w:rsidR="00000000" w:rsidRPr="00E963C1">
        <w:rPr>
          <w:lang w:val="ru-RU"/>
        </w:rPr>
        <w:t>Фирмалық</w:t>
      </w:r>
      <w:proofErr w:type="spellEnd"/>
      <w:r w:rsidR="00000000" w:rsidRPr="00E963C1">
        <w:rPr>
          <w:lang w:val="ru-RU"/>
        </w:rPr>
        <w:t xml:space="preserve"> </w:t>
      </w:r>
      <w:proofErr w:type="spellStart"/>
      <w:r w:rsidR="00000000" w:rsidRPr="00E963C1">
        <w:rPr>
          <w:lang w:val="ru-RU"/>
        </w:rPr>
        <w:t>құжат</w:t>
      </w:r>
      <w:proofErr w:type="spellEnd"/>
      <w:r w:rsidR="00000000" w:rsidRPr="00E963C1">
        <w:rPr>
          <w:lang w:val="ru-RU"/>
        </w:rPr>
        <w:t xml:space="preserve"> </w:t>
      </w:r>
      <w:proofErr w:type="spellStart"/>
      <w:r w:rsidR="00000000" w:rsidRPr="00E963C1">
        <w:rPr>
          <w:lang w:val="ru-RU"/>
        </w:rPr>
        <w:t>папкасы</w:t>
      </w:r>
      <w:proofErr w:type="spellEnd"/>
      <w:r w:rsidR="00000000" w:rsidRPr="00E963C1">
        <w:rPr>
          <w:lang w:val="ru-RU"/>
        </w:rPr>
        <w:t>, А4.</w:t>
      </w:r>
    </w:p>
    <w:p w14:paraId="43748637" w14:textId="77777777" w:rsidR="0097313E" w:rsidRDefault="00000000"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сипаттамасы</w:t>
      </w:r>
      <w:proofErr w:type="spellEnd"/>
      <w:r>
        <w:rPr>
          <w:b/>
        </w:rPr>
        <w:t>:</w:t>
      </w:r>
    </w:p>
    <w:p w14:paraId="684DC42B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 xml:space="preserve">А4 </w:t>
      </w:r>
      <w:proofErr w:type="spellStart"/>
      <w:r w:rsidRPr="00E963C1">
        <w:rPr>
          <w:lang w:val="ru-RU"/>
        </w:rPr>
        <w:t>форматындағы</w:t>
      </w:r>
      <w:proofErr w:type="spellEnd"/>
      <w:r w:rsidRPr="00E963C1">
        <w:rPr>
          <w:lang w:val="ru-RU"/>
        </w:rPr>
        <w:t xml:space="preserve"> </w:t>
      </w:r>
      <w:proofErr w:type="spellStart"/>
      <w:r w:rsidRPr="00E963C1">
        <w:rPr>
          <w:lang w:val="ru-RU"/>
        </w:rPr>
        <w:t>құжаттарды</w:t>
      </w:r>
      <w:proofErr w:type="spellEnd"/>
      <w:r w:rsidRPr="00E963C1">
        <w:rPr>
          <w:lang w:val="ru-RU"/>
        </w:rPr>
        <w:t xml:space="preserve"> </w:t>
      </w:r>
      <w:proofErr w:type="spellStart"/>
      <w:r w:rsidRPr="00E963C1">
        <w:rPr>
          <w:lang w:val="ru-RU"/>
        </w:rPr>
        <w:t>сақтауға</w:t>
      </w:r>
      <w:proofErr w:type="spellEnd"/>
      <w:r w:rsidRPr="00E963C1">
        <w:rPr>
          <w:lang w:val="ru-RU"/>
        </w:rPr>
        <w:t xml:space="preserve"> </w:t>
      </w:r>
      <w:proofErr w:type="spellStart"/>
      <w:r w:rsidRPr="00E963C1">
        <w:rPr>
          <w:lang w:val="ru-RU"/>
        </w:rPr>
        <w:t>арналған</w:t>
      </w:r>
      <w:proofErr w:type="spellEnd"/>
      <w:r w:rsidRPr="00E963C1">
        <w:rPr>
          <w:lang w:val="ru-RU"/>
        </w:rPr>
        <w:t xml:space="preserve"> папка.</w:t>
      </w:r>
    </w:p>
    <w:p w14:paraId="0A6B9DCF" w14:textId="77777777" w:rsidR="0097313E" w:rsidRDefault="00000000">
      <w:pPr>
        <w:pStyle w:val="a0"/>
      </w:pPr>
      <w:proofErr w:type="spellStart"/>
      <w:r>
        <w:t>Өлшемі</w:t>
      </w:r>
      <w:proofErr w:type="spellEnd"/>
      <w:r>
        <w:t xml:space="preserve"> – </w:t>
      </w:r>
      <w:proofErr w:type="spellStart"/>
      <w:r>
        <w:t>шамамен</w:t>
      </w:r>
      <w:proofErr w:type="spellEnd"/>
      <w:r>
        <w:t xml:space="preserve"> 230×320 мм.</w:t>
      </w:r>
    </w:p>
    <w:p w14:paraId="5D91CF29" w14:textId="77777777" w:rsidR="0097313E" w:rsidRDefault="00000000">
      <w:pPr>
        <w:pStyle w:val="a0"/>
      </w:pPr>
      <w:r>
        <w:t>Материалы – тығыз картон, сыртқы беті көк/көгілдір түсті қорғаныш қаптамамен қапталған.</w:t>
      </w:r>
    </w:p>
    <w:p w14:paraId="3DC5443E" w14:textId="77777777" w:rsidR="0097313E" w:rsidRDefault="00000000">
      <w:pPr>
        <w:pStyle w:val="a0"/>
      </w:pPr>
      <w:r>
        <w:t>Алдыңғы бетінде Қазақстан Республикасының Мемлекеттік Елтаңбасы бейнеленуі тиіс.</w:t>
      </w:r>
    </w:p>
    <w:p w14:paraId="53D7CB06" w14:textId="77777777" w:rsidR="0097313E" w:rsidRDefault="00000000">
      <w:pPr>
        <w:pStyle w:val="a0"/>
      </w:pPr>
      <w:r>
        <w:t>Алдыңғы бетінде алтын түсті жазумен «ӨМІРЗАҚ АУЫЛЫ ӘКІМІНІҢ АППАРАТЫ» ММ деген жазу болуы тиіс.</w:t>
      </w:r>
    </w:p>
    <w:p w14:paraId="1894907B" w14:textId="77777777" w:rsidR="0097313E" w:rsidRDefault="00000000">
      <w:pPr>
        <w:pStyle w:val="a0"/>
      </w:pPr>
      <w:r>
        <w:t>Баспа және жазу сапасы жоғары, анық, өшпейтін болуы қажет.</w:t>
      </w:r>
    </w:p>
    <w:p w14:paraId="1677765C" w14:textId="77777777" w:rsidR="0097313E" w:rsidRDefault="00000000">
      <w:pPr>
        <w:pStyle w:val="a0"/>
      </w:pPr>
      <w:r>
        <w:t>Папка берік, ұқыпты жасалған, жиектері тегіс, бүктелмеген және жыртылмаған болуы тиіс.</w:t>
      </w:r>
    </w:p>
    <w:p w14:paraId="00045954" w14:textId="77777777" w:rsidR="0097313E" w:rsidRDefault="00000000">
      <w:pPr>
        <w:pStyle w:val="a0"/>
      </w:pPr>
      <w:r>
        <w:t>Тауар жаңа, бұрын пайдаланылмаған, ақаусыз күйде жеткізілуі тиіс.</w:t>
      </w:r>
    </w:p>
    <w:p w14:paraId="41E39DF1" w14:textId="77777777" w:rsidR="0097313E" w:rsidRDefault="00000000">
      <w:pPr>
        <w:pStyle w:val="a0"/>
      </w:pPr>
      <w:r>
        <w:t>Сыртқы безендірілуі мен түстік гаммасы тапсырыс беруші ұсынған фотосуреттегі үлгіге сәйкес болуы тиіс.</w:t>
      </w:r>
    </w:p>
    <w:p w14:paraId="542F09C2" w14:textId="77777777" w:rsidR="0097313E" w:rsidRDefault="00000000">
      <w:pPr>
        <w:pStyle w:val="a0"/>
      </w:pPr>
      <w:r>
        <w:t>Папка қызметтік құжаттарды сақтау және рәсімдеу мақсатында пайдалануға жарамды болуы тиіс.</w:t>
      </w:r>
    </w:p>
    <w:p w14:paraId="2B962BB3" w14:textId="7CF795AF" w:rsidR="0097313E" w:rsidRDefault="00000000">
      <w:proofErr w:type="spellStart"/>
      <w:r>
        <w:rPr>
          <w:b/>
        </w:rPr>
        <w:t>Саны</w:t>
      </w:r>
      <w:proofErr w:type="spellEnd"/>
      <w:r>
        <w:rPr>
          <w:b/>
        </w:rPr>
        <w:t>:</w:t>
      </w:r>
      <w:r w:rsidR="00E963C1">
        <w:rPr>
          <w:b/>
          <w:lang w:val="kk-KZ"/>
        </w:rPr>
        <w:t xml:space="preserve"> 70 </w:t>
      </w:r>
      <w:proofErr w:type="spellStart"/>
      <w:r>
        <w:t>дана</w:t>
      </w:r>
      <w:proofErr w:type="spellEnd"/>
      <w:r>
        <w:t>.</w:t>
      </w:r>
    </w:p>
    <w:p w14:paraId="0A9689C0" w14:textId="77777777" w:rsidR="00E963C1" w:rsidRDefault="00E963C1">
      <w:pPr>
        <w:rPr>
          <w:b/>
          <w:lang w:val="kk-KZ"/>
        </w:rPr>
      </w:pPr>
      <w:proofErr w:type="spellStart"/>
      <w:r w:rsidRPr="00E963C1">
        <w:rPr>
          <w:b/>
        </w:rPr>
        <w:t>Ескерту</w:t>
      </w:r>
      <w:proofErr w:type="spellEnd"/>
      <w:r w:rsidRPr="00E963C1">
        <w:rPr>
          <w:b/>
        </w:rPr>
        <w:t xml:space="preserve">: </w:t>
      </w:r>
      <w:proofErr w:type="spellStart"/>
      <w:r w:rsidRPr="00E963C1">
        <w:rPr>
          <w:b/>
        </w:rPr>
        <w:t>Тауардың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сыртқы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түрі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мен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безендірілуі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Тапсырыс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берушімен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келісе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отырып</w:t>
      </w:r>
      <w:proofErr w:type="spellEnd"/>
      <w:r w:rsidRPr="00E963C1">
        <w:rPr>
          <w:b/>
        </w:rPr>
        <w:t xml:space="preserve">, </w:t>
      </w:r>
      <w:proofErr w:type="spellStart"/>
      <w:r w:rsidRPr="00E963C1">
        <w:rPr>
          <w:b/>
        </w:rPr>
        <w:t>тапсырыс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беруші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ұсынған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фотосуреттегі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үлгіге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барынша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сәйкес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болуы</w:t>
      </w:r>
      <w:proofErr w:type="spellEnd"/>
      <w:r w:rsidRPr="00E963C1">
        <w:rPr>
          <w:b/>
        </w:rPr>
        <w:t xml:space="preserve"> </w:t>
      </w:r>
      <w:proofErr w:type="spellStart"/>
      <w:r w:rsidRPr="00E963C1">
        <w:rPr>
          <w:b/>
        </w:rPr>
        <w:t>қажет</w:t>
      </w:r>
      <w:proofErr w:type="spellEnd"/>
      <w:r w:rsidRPr="00E963C1">
        <w:rPr>
          <w:b/>
        </w:rPr>
        <w:t>.</w:t>
      </w:r>
    </w:p>
    <w:p w14:paraId="02F80CAD" w14:textId="42DF463E" w:rsidR="0097313E" w:rsidRDefault="00000000">
      <w:r>
        <w:br w:type="page"/>
      </w:r>
    </w:p>
    <w:p w14:paraId="010AFAFB" w14:textId="77777777" w:rsidR="0097313E" w:rsidRPr="00E963C1" w:rsidRDefault="00000000">
      <w:pPr>
        <w:jc w:val="center"/>
        <w:rPr>
          <w:lang w:val="ru-RU"/>
        </w:rPr>
      </w:pPr>
      <w:r w:rsidRPr="00E963C1">
        <w:rPr>
          <w:b/>
          <w:sz w:val="28"/>
          <w:lang w:val="ru-RU"/>
        </w:rPr>
        <w:lastRenderedPageBreak/>
        <w:t>ТЕХНИЧЕСКАЯ СПЕЦИФИКАЦИЯ</w:t>
      </w:r>
      <w:r w:rsidRPr="00E963C1">
        <w:rPr>
          <w:b/>
          <w:sz w:val="28"/>
          <w:lang w:val="ru-RU"/>
        </w:rPr>
        <w:br/>
      </w:r>
      <w:r w:rsidRPr="00E963C1">
        <w:rPr>
          <w:b/>
          <w:sz w:val="24"/>
          <w:lang w:val="ru-RU"/>
        </w:rPr>
        <w:t>Фирменная папка для документов, формат А4</w:t>
      </w:r>
    </w:p>
    <w:p w14:paraId="1D4B1028" w14:textId="77777777" w:rsidR="0097313E" w:rsidRPr="00E963C1" w:rsidRDefault="0097313E">
      <w:pPr>
        <w:rPr>
          <w:lang w:val="ru-RU"/>
        </w:rPr>
      </w:pPr>
    </w:p>
    <w:p w14:paraId="63B79601" w14:textId="7B8FEE51" w:rsidR="0097313E" w:rsidRPr="00E963C1" w:rsidRDefault="00000000">
      <w:pPr>
        <w:rPr>
          <w:lang w:val="ru-RU"/>
        </w:rPr>
      </w:pPr>
      <w:r w:rsidRPr="00E963C1">
        <w:rPr>
          <w:b/>
          <w:lang w:val="ru-RU"/>
        </w:rPr>
        <w:t xml:space="preserve">Наименование </w:t>
      </w:r>
      <w:r w:rsidR="00E963C1">
        <w:rPr>
          <w:b/>
          <w:lang w:val="ru-RU"/>
        </w:rPr>
        <w:t>услуга</w:t>
      </w:r>
      <w:r w:rsidRPr="00E963C1">
        <w:rPr>
          <w:b/>
          <w:lang w:val="ru-RU"/>
        </w:rPr>
        <w:t xml:space="preserve">: </w:t>
      </w:r>
      <w:r w:rsidRPr="00E963C1">
        <w:rPr>
          <w:lang w:val="ru-RU"/>
        </w:rPr>
        <w:t>Фирменная папка для документов, формат А4.</w:t>
      </w:r>
    </w:p>
    <w:p w14:paraId="15029C5D" w14:textId="77777777" w:rsidR="0097313E" w:rsidRDefault="00000000">
      <w:proofErr w:type="spellStart"/>
      <w:r>
        <w:rPr>
          <w:b/>
        </w:rPr>
        <w:t>Технические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характеристики</w:t>
      </w:r>
      <w:proofErr w:type="spellEnd"/>
      <w:r>
        <w:rPr>
          <w:b/>
        </w:rPr>
        <w:t>:</w:t>
      </w:r>
    </w:p>
    <w:p w14:paraId="20355E79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Папка предназначена для хранения документов формата А4.</w:t>
      </w:r>
    </w:p>
    <w:p w14:paraId="3A7614C2" w14:textId="77777777" w:rsidR="0097313E" w:rsidRDefault="00000000">
      <w:pPr>
        <w:pStyle w:val="a0"/>
      </w:pPr>
      <w:proofErr w:type="spellStart"/>
      <w:r>
        <w:t>Размер</w:t>
      </w:r>
      <w:proofErr w:type="spellEnd"/>
      <w:r>
        <w:t xml:space="preserve"> – </w:t>
      </w:r>
      <w:proofErr w:type="spellStart"/>
      <w:r>
        <w:t>ориентировочно</w:t>
      </w:r>
      <w:proofErr w:type="spellEnd"/>
      <w:r>
        <w:t xml:space="preserve"> 230×320 мм.</w:t>
      </w:r>
    </w:p>
    <w:p w14:paraId="5F073748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Материал – плотный картон, внешняя поверхность покрыта защитным покрытием голубого/синего цвета.</w:t>
      </w:r>
    </w:p>
    <w:p w14:paraId="32E0B912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На лицевой стороне папки должен быть изображён Государственный Герб Республики Казахстан.</w:t>
      </w:r>
    </w:p>
    <w:p w14:paraId="7228C14D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На лицевой стороне должна быть нанесена надпись золотистого цвета: «ӨМІРЗАҚ АУЫЛЫ ӘКІМІНІҢ АППАРАТЫ» ММ.</w:t>
      </w:r>
    </w:p>
    <w:p w14:paraId="208C980B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Изображение и надпись должны быть чёткими, качественно нанесёнными и устойчивыми к стиранию.</w:t>
      </w:r>
    </w:p>
    <w:p w14:paraId="4CB19538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Папка должна быть прочной, аккуратно изготовленной, без загибов, разрывов и механических повреждений.</w:t>
      </w:r>
    </w:p>
    <w:p w14:paraId="53B65A29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Товар должен быть новым, ранее не использованным и без производственных дефектов.</w:t>
      </w:r>
    </w:p>
    <w:p w14:paraId="15ADC86A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Внешний вид и цветовое оформление должны соответствовать образцу, представленному заказчиком.</w:t>
      </w:r>
    </w:p>
    <w:p w14:paraId="46EE451A" w14:textId="77777777" w:rsidR="0097313E" w:rsidRPr="00E963C1" w:rsidRDefault="00000000">
      <w:pPr>
        <w:pStyle w:val="a0"/>
        <w:rPr>
          <w:lang w:val="ru-RU"/>
        </w:rPr>
      </w:pPr>
      <w:r w:rsidRPr="00E963C1">
        <w:rPr>
          <w:lang w:val="ru-RU"/>
        </w:rPr>
        <w:t>Папка должна быть пригодна для хранения и оформления служебных документов.</w:t>
      </w:r>
    </w:p>
    <w:p w14:paraId="3DDDD1EF" w14:textId="7341861B" w:rsidR="0097313E" w:rsidRPr="00E963C1" w:rsidRDefault="00000000">
      <w:pPr>
        <w:rPr>
          <w:lang w:val="ru-RU"/>
        </w:rPr>
      </w:pPr>
      <w:r w:rsidRPr="00E963C1">
        <w:rPr>
          <w:b/>
          <w:lang w:val="ru-RU"/>
        </w:rPr>
        <w:t xml:space="preserve">Количество: </w:t>
      </w:r>
      <w:r w:rsidR="00E963C1">
        <w:rPr>
          <w:lang w:val="ru-RU"/>
        </w:rPr>
        <w:t xml:space="preserve">70 </w:t>
      </w:r>
      <w:r w:rsidRPr="00E963C1">
        <w:rPr>
          <w:lang w:val="ru-RU"/>
        </w:rPr>
        <w:t>шт.</w:t>
      </w:r>
    </w:p>
    <w:p w14:paraId="01CB8F5A" w14:textId="12047831" w:rsidR="0097313E" w:rsidRPr="00E963C1" w:rsidRDefault="00E963C1" w:rsidP="00E963C1">
      <w:pPr>
        <w:rPr>
          <w:lang w:val="ru-RU"/>
        </w:rPr>
      </w:pPr>
      <w:r w:rsidRPr="00E963C1">
        <w:rPr>
          <w:b/>
          <w:lang w:val="ru-RU"/>
        </w:rPr>
        <w:t>Требование: Внешний вид, цветовое оформление, изображение и надпись по согласованию с Заказчиком должны соответствовать образцу, представленному заказчиком (согласно фотографии).</w:t>
      </w:r>
    </w:p>
    <w:sectPr w:rsidR="0097313E" w:rsidRPr="00E963C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4588670">
    <w:abstractNumId w:val="8"/>
  </w:num>
  <w:num w:numId="2" w16cid:durableId="1173835275">
    <w:abstractNumId w:val="6"/>
  </w:num>
  <w:num w:numId="3" w16cid:durableId="1272590952">
    <w:abstractNumId w:val="5"/>
  </w:num>
  <w:num w:numId="4" w16cid:durableId="1221358540">
    <w:abstractNumId w:val="4"/>
  </w:num>
  <w:num w:numId="5" w16cid:durableId="1441334114">
    <w:abstractNumId w:val="7"/>
  </w:num>
  <w:num w:numId="6" w16cid:durableId="1540436153">
    <w:abstractNumId w:val="3"/>
  </w:num>
  <w:num w:numId="7" w16cid:durableId="2121950994">
    <w:abstractNumId w:val="2"/>
  </w:num>
  <w:num w:numId="8" w16cid:durableId="1484157770">
    <w:abstractNumId w:val="1"/>
  </w:num>
  <w:num w:numId="9" w16cid:durableId="473451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017CA"/>
    <w:rsid w:val="0097313E"/>
    <w:rsid w:val="00AA1D8D"/>
    <w:rsid w:val="00B47730"/>
    <w:rsid w:val="00CB0664"/>
    <w:rsid w:val="00E963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AB527D"/>
  <w14:defaultImageDpi w14:val="300"/>
  <w15:docId w15:val="{F4C67E53-08AC-45B5-8AC2-284335F1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Молдағали Ғабиден Дәулетұлы</cp:lastModifiedBy>
  <cp:revision>2</cp:revision>
  <dcterms:created xsi:type="dcterms:W3CDTF">2026-10-08T07:18:00Z</dcterms:created>
  <dcterms:modified xsi:type="dcterms:W3CDTF">2026-10-08T07:18:00Z</dcterms:modified>
  <cp:category/>
</cp:coreProperties>
</file>