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01E8" w:rsidRDefault="006901E8" w:rsidP="006901E8">
      <w:pPr>
        <w:jc w:val="center"/>
        <w:rPr>
          <w:lang w:val="ru-RU"/>
        </w:rPr>
      </w:pPr>
      <w:bookmarkStart w:id="0" w:name="_GoBack"/>
      <w:bookmarkEnd w:id="0"/>
      <w:r w:rsidRPr="006901E8">
        <w:rPr>
          <w:rStyle w:val="ypks7kbdpwfgdykd3qb9"/>
          <w:lang w:val="ru-RU"/>
        </w:rPr>
        <w:t>ТЕХНИКАЛЫҚ</w:t>
      </w:r>
      <w:r w:rsidRPr="006901E8">
        <w:rPr>
          <w:lang w:val="ru-RU"/>
        </w:rPr>
        <w:t xml:space="preserve"> </w:t>
      </w:r>
      <w:r w:rsidRPr="006901E8">
        <w:rPr>
          <w:rStyle w:val="ypks7kbdpwfgdykd3qb9"/>
          <w:lang w:val="ru-RU"/>
        </w:rPr>
        <w:t>СИПАТТАМА</w:t>
      </w:r>
    </w:p>
    <w:p w:rsidR="006901E8" w:rsidRPr="006901E8" w:rsidRDefault="006901E8">
      <w:pPr>
        <w:rPr>
          <w:rFonts w:ascii="Times New Roman" w:hAnsi="Times New Roman" w:cs="Times New Roman"/>
          <w:sz w:val="22"/>
          <w:lang w:val="ru-RU"/>
        </w:rPr>
      </w:pPr>
      <w:r w:rsidRPr="006901E8">
        <w:rPr>
          <w:rStyle w:val="ypks7kbdpwfgdykd3qb9"/>
          <w:lang w:val="ru-RU"/>
        </w:rPr>
        <w:t>шаруашылық</w:t>
      </w:r>
      <w:r w:rsidRPr="006901E8">
        <w:rPr>
          <w:lang w:val="ru-RU"/>
        </w:rPr>
        <w:t xml:space="preserve"> </w:t>
      </w:r>
      <w:r w:rsidRPr="006901E8">
        <w:rPr>
          <w:rStyle w:val="ypks7kbdpwfgdykd3qb9"/>
          <w:lang w:val="ru-RU"/>
        </w:rPr>
        <w:t>мақсаттағы</w:t>
      </w:r>
      <w:r w:rsidRPr="006901E8">
        <w:rPr>
          <w:lang w:val="ru-RU"/>
        </w:rPr>
        <w:t xml:space="preserve"> </w:t>
      </w:r>
      <w:proofErr w:type="spellStart"/>
      <w:r w:rsidRPr="006901E8">
        <w:rPr>
          <w:rStyle w:val="ypks7kbdpwfgdykd3qb9"/>
          <w:lang w:val="ru-RU"/>
        </w:rPr>
        <w:t>жиһазды</w:t>
      </w:r>
      <w:proofErr w:type="spellEnd"/>
      <w:r w:rsidRPr="006901E8">
        <w:rPr>
          <w:lang w:val="ru-RU"/>
        </w:rPr>
        <w:t xml:space="preserve"> </w:t>
      </w:r>
      <w:proofErr w:type="spellStart"/>
      <w:r w:rsidRPr="006901E8">
        <w:rPr>
          <w:rStyle w:val="ypks7kbdpwfgdykd3qb9"/>
          <w:lang w:val="ru-RU"/>
        </w:rPr>
        <w:t>дайындауға</w:t>
      </w:r>
      <w:proofErr w:type="spellEnd"/>
      <w:r w:rsidRPr="006901E8">
        <w:rPr>
          <w:lang w:val="ru-RU"/>
        </w:rPr>
        <w:t xml:space="preserve"> </w:t>
      </w:r>
      <w:proofErr w:type="spellStart"/>
      <w:r w:rsidRPr="006901E8">
        <w:rPr>
          <w:rStyle w:val="ypks7kbdpwfgdykd3qb9"/>
          <w:lang w:val="ru-RU"/>
        </w:rPr>
        <w:t>және</w:t>
      </w:r>
      <w:proofErr w:type="spellEnd"/>
      <w:r w:rsidRPr="006901E8">
        <w:rPr>
          <w:lang w:val="ru-RU"/>
        </w:rPr>
        <w:t xml:space="preserve"> </w:t>
      </w:r>
      <w:proofErr w:type="spellStart"/>
      <w:r w:rsidRPr="006901E8">
        <w:rPr>
          <w:rStyle w:val="ypks7kbdpwfgdykd3qb9"/>
          <w:lang w:val="ru-RU"/>
        </w:rPr>
        <w:t>жеткізуге</w:t>
      </w:r>
      <w:proofErr w:type="spellEnd"/>
      <w:r w:rsidRPr="006901E8">
        <w:rPr>
          <w:lang w:val="ru-RU"/>
        </w:rPr>
        <w:t xml:space="preserve">, </w:t>
      </w:r>
      <w:proofErr w:type="spellStart"/>
      <w:r w:rsidRPr="006901E8">
        <w:rPr>
          <w:rStyle w:val="ypks7kbdpwfgdykd3qb9"/>
          <w:lang w:val="ru-RU"/>
        </w:rPr>
        <w:t>жуынатын</w:t>
      </w:r>
      <w:proofErr w:type="spellEnd"/>
      <w:r w:rsidRPr="006901E8">
        <w:rPr>
          <w:lang w:val="ru-RU"/>
        </w:rPr>
        <w:t xml:space="preserve"> </w:t>
      </w:r>
      <w:proofErr w:type="spellStart"/>
      <w:r w:rsidRPr="006901E8">
        <w:rPr>
          <w:rStyle w:val="ypks7kbdpwfgdykd3qb9"/>
          <w:lang w:val="ru-RU"/>
        </w:rPr>
        <w:t>бөлмеге</w:t>
      </w:r>
      <w:proofErr w:type="spellEnd"/>
      <w:r w:rsidRPr="006901E8">
        <w:rPr>
          <w:lang w:val="ru-RU"/>
        </w:rPr>
        <w:t xml:space="preserve"> </w:t>
      </w:r>
      <w:proofErr w:type="spellStart"/>
      <w:r w:rsidRPr="006901E8">
        <w:rPr>
          <w:rStyle w:val="ypks7kbdpwfgdykd3qb9"/>
          <w:lang w:val="ru-RU"/>
        </w:rPr>
        <w:t>арналған</w:t>
      </w:r>
      <w:proofErr w:type="spellEnd"/>
      <w:r w:rsidRPr="006901E8">
        <w:rPr>
          <w:lang w:val="ru-RU"/>
        </w:rPr>
        <w:t xml:space="preserve"> </w:t>
      </w:r>
      <w:r w:rsidRPr="006901E8">
        <w:rPr>
          <w:rStyle w:val="ypks7kbdpwfgdykd3qb9"/>
          <w:lang w:val="ru-RU"/>
        </w:rPr>
        <w:t>жиһаз</w:t>
      </w:r>
      <w:r w:rsidRPr="006901E8">
        <w:rPr>
          <w:lang w:val="ru-RU"/>
        </w:rPr>
        <w:t xml:space="preserve"> </w:t>
      </w:r>
      <w:r w:rsidRPr="006901E8">
        <w:rPr>
          <w:rStyle w:val="ypks7kbdpwfgdykd3qb9"/>
          <w:lang w:val="ru-RU"/>
        </w:rPr>
        <w:t>және</w:t>
      </w:r>
      <w:r w:rsidRPr="006901E8">
        <w:rPr>
          <w:lang w:val="ru-RU"/>
        </w:rPr>
        <w:t xml:space="preserve"> </w:t>
      </w:r>
      <w:r w:rsidRPr="006901E8">
        <w:rPr>
          <w:rStyle w:val="ypks7kbdpwfgdykd3qb9"/>
          <w:lang w:val="ru-RU"/>
        </w:rPr>
        <w:t>медициналық</w:t>
      </w:r>
      <w:r w:rsidRPr="006901E8">
        <w:rPr>
          <w:lang w:val="ru-RU"/>
        </w:rPr>
        <w:t xml:space="preserve"> </w:t>
      </w:r>
      <w:r w:rsidRPr="006901E8">
        <w:rPr>
          <w:rStyle w:val="ypks7kbdpwfgdykd3qb9"/>
          <w:lang w:val="ru-RU"/>
        </w:rPr>
        <w:t>жабдық</w:t>
      </w:r>
      <w:r w:rsidRPr="006901E8">
        <w:rPr>
          <w:lang w:val="ru-RU"/>
        </w:rPr>
        <w:t xml:space="preserve"> </w:t>
      </w:r>
      <w:r w:rsidRPr="006901E8">
        <w:rPr>
          <w:rStyle w:val="ypks7kbdpwfgdykd3qb9"/>
          <w:lang w:val="ru-RU"/>
        </w:rPr>
        <w:t>Барлық</w:t>
      </w:r>
      <w:r w:rsidRPr="006901E8">
        <w:rPr>
          <w:lang w:val="ru-RU"/>
        </w:rPr>
        <w:t xml:space="preserve"> </w:t>
      </w:r>
      <w:r w:rsidRPr="006901E8">
        <w:rPr>
          <w:rStyle w:val="ypks7kbdpwfgdykd3qb9"/>
          <w:lang w:val="ru-RU"/>
        </w:rPr>
        <w:t>өнімдер</w:t>
      </w:r>
      <w:r w:rsidRPr="006901E8">
        <w:rPr>
          <w:lang w:val="ru-RU"/>
        </w:rPr>
        <w:t xml:space="preserve"> </w:t>
      </w:r>
      <w:r w:rsidRPr="006901E8">
        <w:rPr>
          <w:rStyle w:val="ypks7kbdpwfgdykd3qb9"/>
          <w:lang w:val="ru-RU"/>
        </w:rPr>
        <w:t>жаңа,</w:t>
      </w:r>
      <w:r w:rsidRPr="006901E8">
        <w:rPr>
          <w:lang w:val="ru-RU"/>
        </w:rPr>
        <w:t xml:space="preserve"> </w:t>
      </w:r>
      <w:r w:rsidRPr="006901E8">
        <w:rPr>
          <w:rStyle w:val="ypks7kbdpwfgdykd3qb9"/>
          <w:lang w:val="ru-RU"/>
        </w:rPr>
        <w:t>бұрын</w:t>
      </w:r>
      <w:r w:rsidRPr="006901E8">
        <w:rPr>
          <w:lang w:val="ru-RU"/>
        </w:rPr>
        <w:t xml:space="preserve"> </w:t>
      </w:r>
      <w:r w:rsidRPr="006901E8">
        <w:rPr>
          <w:rStyle w:val="ypks7kbdpwfgdykd3qb9"/>
          <w:lang w:val="ru-RU"/>
        </w:rPr>
        <w:t>пайдаланылмаған,</w:t>
      </w:r>
      <w:r w:rsidRPr="006901E8">
        <w:rPr>
          <w:lang w:val="ru-RU"/>
        </w:rPr>
        <w:t xml:space="preserve"> </w:t>
      </w:r>
      <w:proofErr w:type="spellStart"/>
      <w:r w:rsidRPr="006901E8">
        <w:rPr>
          <w:rStyle w:val="ypks7kbdpwfgdykd3qb9"/>
          <w:lang w:val="ru-RU"/>
        </w:rPr>
        <w:t>ақаулар</w:t>
      </w:r>
      <w:proofErr w:type="spellEnd"/>
      <w:r w:rsidRPr="006901E8">
        <w:rPr>
          <w:lang w:val="ru-RU"/>
        </w:rPr>
        <w:t xml:space="preserve"> </w:t>
      </w:r>
      <w:r w:rsidRPr="006901E8">
        <w:rPr>
          <w:rStyle w:val="ypks7kbdpwfgdykd3qb9"/>
          <w:lang w:val="ru-RU"/>
        </w:rPr>
        <w:t>мен</w:t>
      </w:r>
      <w:r w:rsidRPr="006901E8">
        <w:rPr>
          <w:lang w:val="ru-RU"/>
        </w:rPr>
        <w:t xml:space="preserve"> </w:t>
      </w:r>
      <w:proofErr w:type="spellStart"/>
      <w:r w:rsidRPr="006901E8">
        <w:rPr>
          <w:rStyle w:val="ypks7kbdpwfgdykd3qb9"/>
          <w:lang w:val="ru-RU"/>
        </w:rPr>
        <w:t>зақымдарсыз</w:t>
      </w:r>
      <w:proofErr w:type="spellEnd"/>
      <w:r w:rsidRPr="006901E8">
        <w:rPr>
          <w:lang w:val="ru-RU"/>
        </w:rPr>
        <w:t xml:space="preserve"> </w:t>
      </w:r>
      <w:proofErr w:type="spellStart"/>
      <w:r w:rsidRPr="006901E8">
        <w:rPr>
          <w:rStyle w:val="ypks7kbdpwfgdykd3qb9"/>
          <w:lang w:val="ru-RU"/>
        </w:rPr>
        <w:t>болуы</w:t>
      </w:r>
      <w:proofErr w:type="spellEnd"/>
      <w:r w:rsidRPr="006901E8">
        <w:rPr>
          <w:lang w:val="ru-RU"/>
        </w:rPr>
        <w:t xml:space="preserve"> </w:t>
      </w:r>
      <w:proofErr w:type="spellStart"/>
      <w:r w:rsidRPr="006901E8">
        <w:rPr>
          <w:rStyle w:val="ypks7kbdpwfgdykd3qb9"/>
          <w:lang w:val="ru-RU"/>
        </w:rPr>
        <w:t>керек</w:t>
      </w:r>
      <w:proofErr w:type="spellEnd"/>
      <w:r w:rsidRPr="006901E8">
        <w:rPr>
          <w:rStyle w:val="ypks7kbdpwfgdykd3qb9"/>
          <w:lang w:val="ru-RU"/>
        </w:rPr>
        <w:t>.</w:t>
      </w:r>
      <w:r w:rsidRPr="006901E8">
        <w:rPr>
          <w:lang w:val="ru-RU"/>
        </w:rPr>
        <w:t xml:space="preserve"> </w:t>
      </w:r>
      <w:r w:rsidRPr="006901E8">
        <w:rPr>
          <w:rStyle w:val="ypks7kbdpwfgdykd3qb9"/>
          <w:lang w:val="ru-RU"/>
        </w:rPr>
        <w:t>Құрылымдар</w:t>
      </w:r>
      <w:r w:rsidRPr="006901E8">
        <w:rPr>
          <w:lang w:val="ru-RU"/>
        </w:rPr>
        <w:t xml:space="preserve"> </w:t>
      </w:r>
      <w:proofErr w:type="spellStart"/>
      <w:r w:rsidRPr="006901E8">
        <w:rPr>
          <w:rStyle w:val="ypks7kbdpwfgdykd3qb9"/>
          <w:lang w:val="ru-RU"/>
        </w:rPr>
        <w:t>тұрақты</w:t>
      </w:r>
      <w:proofErr w:type="spellEnd"/>
      <w:r w:rsidRPr="006901E8">
        <w:rPr>
          <w:lang w:val="ru-RU"/>
        </w:rPr>
        <w:t xml:space="preserve"> </w:t>
      </w:r>
      <w:proofErr w:type="spellStart"/>
      <w:r w:rsidRPr="006901E8">
        <w:rPr>
          <w:rStyle w:val="ypks7kbdpwfgdykd3qb9"/>
          <w:lang w:val="ru-RU"/>
        </w:rPr>
        <w:t>және</w:t>
      </w:r>
      <w:proofErr w:type="spellEnd"/>
      <w:r w:rsidRPr="006901E8">
        <w:rPr>
          <w:lang w:val="ru-RU"/>
        </w:rPr>
        <w:t xml:space="preserve"> </w:t>
      </w:r>
      <w:proofErr w:type="spellStart"/>
      <w:r w:rsidRPr="006901E8">
        <w:rPr>
          <w:rStyle w:val="ypks7kbdpwfgdykd3qb9"/>
          <w:lang w:val="ru-RU"/>
        </w:rPr>
        <w:t>қауіпсіз</w:t>
      </w:r>
      <w:proofErr w:type="spellEnd"/>
      <w:r w:rsidRPr="006901E8">
        <w:rPr>
          <w:rStyle w:val="ypks7kbdpwfgdykd3qb9"/>
          <w:lang w:val="ru-RU"/>
        </w:rPr>
        <w:t>,</w:t>
      </w:r>
      <w:r w:rsidRPr="006901E8">
        <w:rPr>
          <w:lang w:val="ru-RU"/>
        </w:rPr>
        <w:t xml:space="preserve"> </w:t>
      </w:r>
      <w:proofErr w:type="spellStart"/>
      <w:r w:rsidRPr="006901E8">
        <w:rPr>
          <w:rStyle w:val="ypks7kbdpwfgdykd3qb9"/>
          <w:lang w:val="ru-RU"/>
        </w:rPr>
        <w:t>беттері</w:t>
      </w:r>
      <w:proofErr w:type="spellEnd"/>
      <w:r w:rsidRPr="006901E8">
        <w:rPr>
          <w:lang w:val="ru-RU"/>
        </w:rPr>
        <w:t xml:space="preserve"> </w:t>
      </w:r>
      <w:proofErr w:type="spellStart"/>
      <w:r w:rsidRPr="006901E8">
        <w:rPr>
          <w:rStyle w:val="ypks7kbdpwfgdykd3qb9"/>
          <w:lang w:val="ru-RU"/>
        </w:rPr>
        <w:t>тегіс</w:t>
      </w:r>
      <w:proofErr w:type="spellEnd"/>
      <w:r w:rsidRPr="006901E8">
        <w:rPr>
          <w:rStyle w:val="ypks7kbdpwfgdykd3qb9"/>
          <w:lang w:val="ru-RU"/>
        </w:rPr>
        <w:t>,</w:t>
      </w:r>
      <w:r w:rsidRPr="006901E8">
        <w:rPr>
          <w:lang w:val="ru-RU"/>
        </w:rPr>
        <w:t xml:space="preserve"> </w:t>
      </w:r>
      <w:proofErr w:type="spellStart"/>
      <w:r w:rsidRPr="006901E8">
        <w:rPr>
          <w:rStyle w:val="ypks7kbdpwfgdykd3qb9"/>
          <w:lang w:val="ru-RU"/>
        </w:rPr>
        <w:t>өткі</w:t>
      </w:r>
      <w:proofErr w:type="gramStart"/>
      <w:r w:rsidRPr="006901E8">
        <w:rPr>
          <w:rStyle w:val="ypks7kbdpwfgdykd3qb9"/>
          <w:lang w:val="ru-RU"/>
        </w:rPr>
        <w:t>р</w:t>
      </w:r>
      <w:proofErr w:type="spellEnd"/>
      <w:proofErr w:type="gramEnd"/>
      <w:r w:rsidRPr="006901E8">
        <w:rPr>
          <w:lang w:val="ru-RU"/>
        </w:rPr>
        <w:t xml:space="preserve"> </w:t>
      </w:r>
      <w:proofErr w:type="spellStart"/>
      <w:r w:rsidRPr="006901E8">
        <w:rPr>
          <w:rStyle w:val="ypks7kbdpwfgdykd3qb9"/>
          <w:lang w:val="ru-RU"/>
        </w:rPr>
        <w:t>жиектері</w:t>
      </w:r>
      <w:proofErr w:type="spellEnd"/>
      <w:r w:rsidRPr="006901E8">
        <w:rPr>
          <w:lang w:val="ru-RU"/>
        </w:rPr>
        <w:t xml:space="preserve"> </w:t>
      </w:r>
      <w:r w:rsidRPr="006901E8">
        <w:rPr>
          <w:rStyle w:val="ypks7kbdpwfgdykd3qb9"/>
          <w:lang w:val="ru-RU"/>
        </w:rPr>
        <w:t>мен</w:t>
      </w:r>
      <w:r w:rsidRPr="006901E8">
        <w:rPr>
          <w:lang w:val="ru-RU"/>
        </w:rPr>
        <w:t xml:space="preserve"> </w:t>
      </w:r>
      <w:proofErr w:type="spellStart"/>
      <w:r w:rsidRPr="006901E8">
        <w:rPr>
          <w:rStyle w:val="ypks7kbdpwfgdykd3qb9"/>
          <w:lang w:val="ru-RU"/>
        </w:rPr>
        <w:t>жарақат</w:t>
      </w:r>
      <w:proofErr w:type="spellEnd"/>
      <w:r w:rsidRPr="006901E8">
        <w:rPr>
          <w:lang w:val="ru-RU"/>
        </w:rPr>
        <w:t xml:space="preserve"> </w:t>
      </w:r>
      <w:proofErr w:type="spellStart"/>
      <w:r w:rsidRPr="006901E8">
        <w:rPr>
          <w:lang w:val="ru-RU"/>
        </w:rPr>
        <w:t>алу</w:t>
      </w:r>
      <w:proofErr w:type="spellEnd"/>
      <w:r w:rsidRPr="006901E8">
        <w:rPr>
          <w:lang w:val="ru-RU"/>
        </w:rPr>
        <w:t xml:space="preserve"> </w:t>
      </w:r>
      <w:proofErr w:type="spellStart"/>
      <w:r w:rsidRPr="006901E8">
        <w:rPr>
          <w:lang w:val="ru-RU"/>
        </w:rPr>
        <w:t>қаупі</w:t>
      </w:r>
      <w:proofErr w:type="spellEnd"/>
      <w:r w:rsidRPr="006901E8">
        <w:rPr>
          <w:lang w:val="ru-RU"/>
        </w:rPr>
        <w:t xml:space="preserve"> </w:t>
      </w:r>
      <w:proofErr w:type="spellStart"/>
      <w:r w:rsidRPr="006901E8">
        <w:rPr>
          <w:lang w:val="ru-RU"/>
        </w:rPr>
        <w:t>жоқ</w:t>
      </w:r>
      <w:proofErr w:type="spellEnd"/>
      <w:r w:rsidRPr="006901E8">
        <w:rPr>
          <w:lang w:val="ru-RU"/>
        </w:rPr>
        <w:t xml:space="preserve"> </w:t>
      </w:r>
      <w:proofErr w:type="spellStart"/>
      <w:r w:rsidRPr="006901E8">
        <w:rPr>
          <w:lang w:val="ru-RU"/>
        </w:rPr>
        <w:t>болуы</w:t>
      </w:r>
      <w:proofErr w:type="spellEnd"/>
      <w:r w:rsidRPr="006901E8">
        <w:rPr>
          <w:lang w:val="ru-RU"/>
        </w:rPr>
        <w:t xml:space="preserve"> </w:t>
      </w:r>
      <w:proofErr w:type="spellStart"/>
      <w:r w:rsidRPr="006901E8">
        <w:rPr>
          <w:rStyle w:val="ypks7kbdpwfgdykd3qb9"/>
          <w:lang w:val="ru-RU"/>
        </w:rPr>
        <w:t>керек</w:t>
      </w:r>
      <w:proofErr w:type="spellEnd"/>
      <w:r w:rsidRPr="006901E8">
        <w:rPr>
          <w:rStyle w:val="ypks7kbdpwfgdykd3qb9"/>
          <w:lang w:val="ru-RU"/>
        </w:rPr>
        <w:t>.</w:t>
      </w:r>
      <w:r w:rsidRPr="006901E8">
        <w:rPr>
          <w:lang w:val="ru-RU"/>
        </w:rPr>
        <w:t xml:space="preserve"> </w:t>
      </w:r>
      <w:proofErr w:type="spellStart"/>
      <w:r w:rsidRPr="006901E8">
        <w:rPr>
          <w:rStyle w:val="ypks7kbdpwfgdykd3qb9"/>
          <w:lang w:val="ru-RU"/>
        </w:rPr>
        <w:t>Материалдар</w:t>
      </w:r>
      <w:proofErr w:type="spellEnd"/>
      <w:r w:rsidRPr="006901E8">
        <w:rPr>
          <w:lang w:val="ru-RU"/>
        </w:rPr>
        <w:t xml:space="preserve"> </w:t>
      </w:r>
      <w:r w:rsidRPr="006901E8">
        <w:rPr>
          <w:rStyle w:val="ypks7kbdpwfgdykd3qb9"/>
          <w:lang w:val="ru-RU"/>
        </w:rPr>
        <w:t>мен</w:t>
      </w:r>
      <w:r w:rsidRPr="006901E8">
        <w:rPr>
          <w:lang w:val="ru-RU"/>
        </w:rPr>
        <w:t xml:space="preserve"> </w:t>
      </w:r>
      <w:proofErr w:type="spellStart"/>
      <w:r w:rsidRPr="006901E8">
        <w:rPr>
          <w:rStyle w:val="ypks7kbdpwfgdykd3qb9"/>
          <w:lang w:val="ru-RU"/>
        </w:rPr>
        <w:t>жабындар</w:t>
      </w:r>
      <w:proofErr w:type="spellEnd"/>
      <w:r w:rsidRPr="006901E8">
        <w:rPr>
          <w:lang w:val="ru-RU"/>
        </w:rPr>
        <w:t xml:space="preserve"> </w:t>
      </w:r>
      <w:proofErr w:type="spellStart"/>
      <w:r w:rsidRPr="006901E8">
        <w:rPr>
          <w:rStyle w:val="ypks7kbdpwfgdykd3qb9"/>
          <w:lang w:val="ru-RU"/>
        </w:rPr>
        <w:t>дымқыл</w:t>
      </w:r>
      <w:proofErr w:type="spellEnd"/>
      <w:r w:rsidRPr="006901E8">
        <w:rPr>
          <w:lang w:val="ru-RU"/>
        </w:rPr>
        <w:t xml:space="preserve"> </w:t>
      </w:r>
      <w:proofErr w:type="gramStart"/>
      <w:r w:rsidRPr="006901E8">
        <w:rPr>
          <w:rStyle w:val="ypks7kbdpwfgdykd3qb9"/>
          <w:lang w:val="ru-RU"/>
        </w:rPr>
        <w:t>тазалау</w:t>
      </w:r>
      <w:proofErr w:type="gramEnd"/>
      <w:r w:rsidRPr="006901E8">
        <w:rPr>
          <w:rStyle w:val="ypks7kbdpwfgdykd3qb9"/>
          <w:lang w:val="ru-RU"/>
        </w:rPr>
        <w:t>ға</w:t>
      </w:r>
      <w:r w:rsidRPr="006901E8">
        <w:rPr>
          <w:lang w:val="ru-RU"/>
        </w:rPr>
        <w:t xml:space="preserve"> </w:t>
      </w:r>
      <w:r w:rsidRPr="006901E8">
        <w:rPr>
          <w:rStyle w:val="ypks7kbdpwfgdykd3qb9"/>
          <w:lang w:val="ru-RU"/>
        </w:rPr>
        <w:t>және</w:t>
      </w:r>
      <w:r w:rsidRPr="006901E8">
        <w:rPr>
          <w:lang w:val="ru-RU"/>
        </w:rPr>
        <w:t xml:space="preserve"> </w:t>
      </w:r>
      <w:proofErr w:type="spellStart"/>
      <w:r w:rsidRPr="006901E8">
        <w:rPr>
          <w:rStyle w:val="ypks7kbdpwfgdykd3qb9"/>
          <w:lang w:val="ru-RU"/>
        </w:rPr>
        <w:t>санитарлық</w:t>
      </w:r>
      <w:proofErr w:type="spellEnd"/>
      <w:r w:rsidRPr="006901E8">
        <w:rPr>
          <w:lang w:val="ru-RU"/>
        </w:rPr>
        <w:t xml:space="preserve"> </w:t>
      </w:r>
      <w:proofErr w:type="spellStart"/>
      <w:r w:rsidRPr="006901E8">
        <w:rPr>
          <w:rStyle w:val="ypks7kbdpwfgdykd3qb9"/>
          <w:lang w:val="ru-RU"/>
        </w:rPr>
        <w:t>өңдеуге</w:t>
      </w:r>
      <w:proofErr w:type="spellEnd"/>
      <w:r w:rsidRPr="006901E8">
        <w:rPr>
          <w:lang w:val="ru-RU"/>
        </w:rPr>
        <w:t xml:space="preserve"> </w:t>
      </w:r>
      <w:proofErr w:type="spellStart"/>
      <w:r w:rsidRPr="006901E8">
        <w:rPr>
          <w:rStyle w:val="ypks7kbdpwfgdykd3qb9"/>
          <w:lang w:val="ru-RU"/>
        </w:rPr>
        <w:t>мүмкіндік</w:t>
      </w:r>
      <w:proofErr w:type="spellEnd"/>
      <w:r w:rsidRPr="006901E8">
        <w:rPr>
          <w:lang w:val="ru-RU"/>
        </w:rPr>
        <w:t xml:space="preserve"> </w:t>
      </w:r>
      <w:proofErr w:type="spellStart"/>
      <w:r w:rsidRPr="006901E8">
        <w:rPr>
          <w:lang w:val="ru-RU"/>
        </w:rPr>
        <w:t>беруі</w:t>
      </w:r>
      <w:proofErr w:type="spellEnd"/>
      <w:r w:rsidRPr="006901E8">
        <w:rPr>
          <w:lang w:val="ru-RU"/>
        </w:rPr>
        <w:t xml:space="preserve"> </w:t>
      </w:r>
      <w:proofErr w:type="spellStart"/>
      <w:r w:rsidRPr="006901E8">
        <w:rPr>
          <w:rStyle w:val="ypks7kbdpwfgdykd3qb9"/>
          <w:lang w:val="ru-RU"/>
        </w:rPr>
        <w:t>керек</w:t>
      </w:r>
      <w:proofErr w:type="spellEnd"/>
      <w:r w:rsidRPr="006901E8">
        <w:rPr>
          <w:rStyle w:val="ypks7kbdpwfgdykd3qb9"/>
          <w:lang w:val="ru-RU"/>
        </w:rPr>
        <w:t>.</w:t>
      </w: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777"/>
        <w:gridCol w:w="2284"/>
        <w:gridCol w:w="4158"/>
        <w:gridCol w:w="3197"/>
      </w:tblGrid>
      <w:tr w:rsidR="002D0E77" w:rsidRPr="00E4670A" w:rsidTr="0005334D">
        <w:trPr>
          <w:jc w:val="center"/>
        </w:trPr>
        <w:tc>
          <w:tcPr>
            <w:tcW w:w="777" w:type="dxa"/>
            <w:vAlign w:val="center"/>
          </w:tcPr>
          <w:p w:rsidR="002D0E77" w:rsidRPr="00E4670A" w:rsidRDefault="00092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670A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284" w:type="dxa"/>
            <w:vAlign w:val="center"/>
          </w:tcPr>
          <w:p w:rsidR="002D0E77" w:rsidRPr="006901E8" w:rsidRDefault="006901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Атауы</w:t>
            </w:r>
          </w:p>
        </w:tc>
        <w:tc>
          <w:tcPr>
            <w:tcW w:w="4158" w:type="dxa"/>
            <w:vAlign w:val="center"/>
          </w:tcPr>
          <w:p w:rsidR="002D0E77" w:rsidRPr="006901E8" w:rsidRDefault="006901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Саны </w:t>
            </w:r>
          </w:p>
        </w:tc>
        <w:tc>
          <w:tcPr>
            <w:tcW w:w="3197" w:type="dxa"/>
            <w:vAlign w:val="center"/>
          </w:tcPr>
          <w:p w:rsidR="002D0E77" w:rsidRPr="006901E8" w:rsidRDefault="006901E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6901E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Техникалық талаптар</w:t>
            </w:r>
          </w:p>
        </w:tc>
      </w:tr>
      <w:tr w:rsidR="002D0E77" w:rsidRPr="00354FEC" w:rsidTr="0005334D">
        <w:trPr>
          <w:jc w:val="center"/>
        </w:trPr>
        <w:tc>
          <w:tcPr>
            <w:tcW w:w="777" w:type="dxa"/>
          </w:tcPr>
          <w:p w:rsidR="002D0E77" w:rsidRDefault="000927D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467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BA7106" w:rsidRDefault="00BA71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A7106" w:rsidRDefault="00BA71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A7106" w:rsidRDefault="00BA71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A7106" w:rsidRDefault="00BA71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A7106" w:rsidRDefault="00BA71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A7106" w:rsidRDefault="00BA71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A7106" w:rsidRDefault="00BA71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A7106" w:rsidRDefault="00BA71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A7106" w:rsidRDefault="00BA71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A7106" w:rsidRDefault="00BA71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A7106" w:rsidRDefault="00BA71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A7106" w:rsidRDefault="00BA71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A7106" w:rsidRDefault="00BA71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A7106" w:rsidRDefault="00BA71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A7106" w:rsidRDefault="00BA71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A7106" w:rsidRDefault="00BA71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A7106" w:rsidRDefault="00BA71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A7106" w:rsidRDefault="00BA71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A7106" w:rsidRDefault="00BA71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A7106" w:rsidRDefault="00BA71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A7106" w:rsidRDefault="00BA71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A7106" w:rsidRDefault="00BA71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A7106" w:rsidRDefault="00BA71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A7106" w:rsidRDefault="00BA71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A7106" w:rsidRDefault="00BA71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A7106" w:rsidRDefault="00BA71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A7106" w:rsidRDefault="00BA71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A7106" w:rsidRDefault="00BA71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A7106" w:rsidRDefault="00BA7106" w:rsidP="00BA710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  <w:p w:rsidR="00354FEC" w:rsidRDefault="00354FEC" w:rsidP="00BA710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54FEC" w:rsidRDefault="00354FEC" w:rsidP="00BA710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54FEC" w:rsidRDefault="00354FEC" w:rsidP="00BA710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54FEC" w:rsidRDefault="00354FEC" w:rsidP="00BA710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54FEC" w:rsidRDefault="00354FEC" w:rsidP="00BA710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54FEC" w:rsidRDefault="00354FEC" w:rsidP="00BA710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54FEC" w:rsidRDefault="00354FEC" w:rsidP="00BA710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54FEC" w:rsidRDefault="00354FEC" w:rsidP="00BA710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54FEC" w:rsidRDefault="00354FEC" w:rsidP="00BA710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54FEC" w:rsidRDefault="00354FEC" w:rsidP="00BA710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54FEC" w:rsidRDefault="00354FEC" w:rsidP="00BA710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54FEC" w:rsidRDefault="00354FEC" w:rsidP="00BA710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54FEC" w:rsidRDefault="00354FEC" w:rsidP="00BA710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54FEC" w:rsidRDefault="00354FEC" w:rsidP="00BA710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54FEC" w:rsidRDefault="00354FEC" w:rsidP="00BA710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54FEC" w:rsidRDefault="00354FEC" w:rsidP="00BA710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54FEC" w:rsidRDefault="00354FEC" w:rsidP="00BA710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54FEC" w:rsidRDefault="00354FEC" w:rsidP="00BA710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54FEC" w:rsidRDefault="00354FEC" w:rsidP="00BA710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54FEC" w:rsidRDefault="00354FEC" w:rsidP="00BA710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54FEC" w:rsidRDefault="00354FEC" w:rsidP="00BA710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  <w:p w:rsidR="00354FEC" w:rsidRDefault="00354FEC" w:rsidP="00BA710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54FEC" w:rsidRDefault="00354FEC" w:rsidP="00BA710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54FEC" w:rsidRDefault="00354FEC" w:rsidP="00BA710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54FEC" w:rsidRDefault="00354FEC" w:rsidP="00BA710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54FEC" w:rsidRDefault="00354FEC" w:rsidP="00BA710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54FEC" w:rsidRDefault="00354FEC" w:rsidP="00BA710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54FEC" w:rsidRDefault="00354FEC" w:rsidP="00BA710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54FEC" w:rsidRDefault="00354FEC" w:rsidP="00BA710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54FEC" w:rsidRDefault="00354FEC" w:rsidP="00BA710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54FEC" w:rsidRDefault="00354FEC" w:rsidP="00BA710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54FEC" w:rsidRDefault="00354FEC" w:rsidP="00BA710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54FEC" w:rsidRDefault="00354FEC" w:rsidP="00BA710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54FEC" w:rsidRDefault="00354FEC" w:rsidP="00BA710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54FEC" w:rsidRDefault="00354FEC" w:rsidP="00BA710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54FEC" w:rsidRDefault="00354FEC" w:rsidP="00BA710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54FEC" w:rsidRDefault="00354FEC" w:rsidP="00BA710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  <w:p w:rsidR="0005334D" w:rsidRDefault="0005334D" w:rsidP="00BA710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05334D" w:rsidRDefault="0005334D" w:rsidP="00BA710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05334D" w:rsidRDefault="0005334D" w:rsidP="00BA710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05334D" w:rsidRDefault="0005334D" w:rsidP="00BA710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05334D" w:rsidRDefault="0005334D" w:rsidP="00BA710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05334D" w:rsidRDefault="0005334D" w:rsidP="00BA710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05334D" w:rsidRDefault="0005334D" w:rsidP="00BA710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05334D" w:rsidRDefault="0005334D" w:rsidP="00BA710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05334D" w:rsidRDefault="0005334D" w:rsidP="00BA710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05334D" w:rsidRDefault="0005334D" w:rsidP="00BA710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05334D" w:rsidRDefault="0005334D" w:rsidP="00BA710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05334D" w:rsidRDefault="0005334D" w:rsidP="00BA710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05334D" w:rsidRDefault="0005334D" w:rsidP="00BA710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05334D" w:rsidRDefault="0005334D" w:rsidP="00BA710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05334D" w:rsidRDefault="0005334D" w:rsidP="00BA710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05334D" w:rsidRDefault="0005334D" w:rsidP="00BA710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05334D" w:rsidRDefault="0005334D" w:rsidP="00BA710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05334D" w:rsidRDefault="0005334D" w:rsidP="00BA710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05334D" w:rsidRDefault="0005334D" w:rsidP="00BA710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05334D" w:rsidRDefault="0005334D" w:rsidP="00BA710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05334D" w:rsidRDefault="0005334D" w:rsidP="00BA710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05334D" w:rsidRDefault="0005334D" w:rsidP="00BA710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05334D" w:rsidRDefault="0005334D" w:rsidP="00BA710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05334D" w:rsidRDefault="0005334D" w:rsidP="00BA710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05334D" w:rsidRDefault="0005334D" w:rsidP="00BA710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05334D" w:rsidRDefault="0005334D" w:rsidP="00BA710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05334D" w:rsidRDefault="0005334D" w:rsidP="00BA710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05334D" w:rsidRDefault="0005334D" w:rsidP="00BA710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05334D" w:rsidRDefault="0005334D" w:rsidP="00BA710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05334D" w:rsidRDefault="0005334D" w:rsidP="00BA710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05334D" w:rsidRDefault="0005334D" w:rsidP="00BA710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05334D" w:rsidRDefault="0005334D" w:rsidP="00BA710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05334D" w:rsidRDefault="0005334D" w:rsidP="00BA710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05334D" w:rsidRDefault="0005334D" w:rsidP="00BA710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05334D" w:rsidRDefault="0005334D" w:rsidP="00BA710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05334D" w:rsidRDefault="0005334D" w:rsidP="00BA710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05334D" w:rsidRDefault="0005334D" w:rsidP="00BA710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05334D" w:rsidRDefault="0005334D" w:rsidP="00BA710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05334D" w:rsidRDefault="0005334D" w:rsidP="00BA710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05334D" w:rsidRDefault="0005334D" w:rsidP="00BA710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05334D" w:rsidRDefault="0005334D" w:rsidP="00BA710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05334D" w:rsidRDefault="0005334D" w:rsidP="00BA710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  <w:p w:rsidR="0005334D" w:rsidRDefault="0005334D" w:rsidP="00BA710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05334D" w:rsidRDefault="0005334D" w:rsidP="00BA710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05334D" w:rsidRDefault="0005334D" w:rsidP="00BA710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05334D" w:rsidRDefault="0005334D" w:rsidP="00BA710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05334D" w:rsidRDefault="0005334D" w:rsidP="00BA710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05334D" w:rsidRDefault="0005334D" w:rsidP="00BA710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05334D" w:rsidRDefault="0005334D" w:rsidP="00BA710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05334D" w:rsidRDefault="0005334D" w:rsidP="00BA710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05334D" w:rsidRDefault="0005334D" w:rsidP="00BA710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05334D" w:rsidRDefault="0005334D" w:rsidP="00BA710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05334D" w:rsidRDefault="0005334D" w:rsidP="00BA710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05334D" w:rsidRDefault="0005334D" w:rsidP="00BA710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05334D" w:rsidRDefault="0005334D" w:rsidP="00BA710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05334D" w:rsidRDefault="0005334D" w:rsidP="00BA710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05334D" w:rsidRDefault="0005334D" w:rsidP="00BA710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05334D" w:rsidRDefault="0005334D" w:rsidP="00BA710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05334D" w:rsidRDefault="0005334D" w:rsidP="00BA710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05334D" w:rsidRDefault="0005334D" w:rsidP="00BA710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05334D" w:rsidRDefault="0005334D" w:rsidP="00BA710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05334D" w:rsidRDefault="0005334D" w:rsidP="00BA710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05334D" w:rsidRPr="00BA7106" w:rsidRDefault="0005334D" w:rsidP="00BA710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284" w:type="dxa"/>
          </w:tcPr>
          <w:p w:rsidR="006901E8" w:rsidRDefault="006901E8" w:rsidP="006901E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Ш</w:t>
            </w:r>
            <w:r w:rsidRPr="00BA710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аруашылық мүкәммалын сақтауға арналған Шкаф </w:t>
            </w:r>
          </w:p>
          <w:p w:rsidR="006901E8" w:rsidRDefault="006901E8" w:rsidP="006901E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901E8" w:rsidRPr="006901E8" w:rsidRDefault="006901E8" w:rsidP="006901E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A7106" w:rsidRDefault="00BA7106" w:rsidP="006901E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A7106" w:rsidRDefault="00BA7106" w:rsidP="006901E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A7106" w:rsidRDefault="00BA7106" w:rsidP="006901E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A7106" w:rsidRDefault="00BA7106" w:rsidP="006901E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A7106" w:rsidRDefault="00BA7106" w:rsidP="006901E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A7106" w:rsidRDefault="00BA7106" w:rsidP="006901E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A7106" w:rsidRDefault="00BA7106" w:rsidP="006901E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A7106" w:rsidRDefault="00BA7106" w:rsidP="006901E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A7106" w:rsidRDefault="00BA7106" w:rsidP="006901E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A7106" w:rsidRDefault="00BA7106" w:rsidP="006901E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A7106" w:rsidRDefault="00BA7106" w:rsidP="006901E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A7106" w:rsidRDefault="00BA7106" w:rsidP="006901E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A7106" w:rsidRDefault="00BA7106" w:rsidP="006901E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A7106" w:rsidRDefault="00BA7106" w:rsidP="006901E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A7106" w:rsidRDefault="00BA7106" w:rsidP="006901E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A7106" w:rsidRDefault="00BA7106" w:rsidP="006901E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A7106" w:rsidRDefault="00BA7106" w:rsidP="006901E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A7106" w:rsidRDefault="00BA7106" w:rsidP="006901E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A7106" w:rsidRDefault="00BA7106" w:rsidP="006901E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A7106" w:rsidRDefault="00BA7106" w:rsidP="006901E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A7106" w:rsidRDefault="00BA7106" w:rsidP="006901E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A7106" w:rsidRDefault="00BA7106" w:rsidP="006901E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A7106" w:rsidRDefault="00BA7106" w:rsidP="006901E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54FEC" w:rsidRDefault="006901E8" w:rsidP="006901E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901E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Жеке сүлгілерге арналған  секциялық ұяшық </w:t>
            </w:r>
          </w:p>
          <w:p w:rsidR="00354FEC" w:rsidRDefault="00354FEC" w:rsidP="006901E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54FEC" w:rsidRDefault="00354FEC" w:rsidP="006901E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54FEC" w:rsidRDefault="00354FEC" w:rsidP="006901E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54FEC" w:rsidRDefault="00354FEC" w:rsidP="006901E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54FEC" w:rsidRDefault="00354FEC" w:rsidP="006901E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54FEC" w:rsidRDefault="00354FEC" w:rsidP="006901E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54FEC" w:rsidRDefault="00354FEC" w:rsidP="006901E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54FEC" w:rsidRDefault="00354FEC" w:rsidP="006901E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54FEC" w:rsidRDefault="00354FEC" w:rsidP="006901E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54FEC" w:rsidRDefault="00354FEC" w:rsidP="006901E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54FEC" w:rsidRDefault="00354FEC" w:rsidP="006901E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54FEC" w:rsidRDefault="00354FEC" w:rsidP="006901E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54FEC" w:rsidRDefault="00354FEC" w:rsidP="006901E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54FEC" w:rsidRDefault="00354FEC" w:rsidP="006901E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54FEC" w:rsidRDefault="00354FEC" w:rsidP="006901E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54FEC" w:rsidRDefault="00354FEC" w:rsidP="006901E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54FEC" w:rsidRDefault="00354FEC" w:rsidP="006901E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54FEC" w:rsidRDefault="00354FEC" w:rsidP="006901E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901E8" w:rsidRDefault="00354FEC" w:rsidP="006901E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</w:t>
            </w:r>
            <w:r w:rsidR="006901E8" w:rsidRPr="00BA710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едициналық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күндізгі төсек</w:t>
            </w:r>
            <w:r w:rsidR="006901E8" w:rsidRPr="00BA710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6901E8"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  <w:p w:rsidR="00354FEC" w:rsidRDefault="00354FEC" w:rsidP="006901E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354FEC" w:rsidRDefault="00354FEC" w:rsidP="006901E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354FEC" w:rsidRDefault="00354FEC" w:rsidP="006901E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354FEC" w:rsidRDefault="00354FEC" w:rsidP="006901E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354FEC" w:rsidRDefault="00354FEC" w:rsidP="006901E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354FEC" w:rsidRDefault="00354FEC" w:rsidP="006901E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354FEC" w:rsidRDefault="00354FEC" w:rsidP="006901E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354FEC" w:rsidRDefault="00354FEC" w:rsidP="006901E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354FEC" w:rsidRDefault="00354FEC" w:rsidP="006901E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354FEC" w:rsidRDefault="00354FEC" w:rsidP="006901E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354FEC" w:rsidRDefault="00354FEC" w:rsidP="006901E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354FEC" w:rsidRDefault="00354FEC" w:rsidP="006901E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354FEC" w:rsidRDefault="00354FEC" w:rsidP="006901E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354FEC" w:rsidRDefault="00354FEC" w:rsidP="006901E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354FEC" w:rsidRPr="006901E8" w:rsidRDefault="00354FEC" w:rsidP="006901E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МЕДИЦИНАЛЫҚ ШКАФ</w:t>
            </w:r>
          </w:p>
          <w:p w:rsidR="006901E8" w:rsidRPr="006901E8" w:rsidRDefault="006901E8" w:rsidP="006901E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6901E8" w:rsidRPr="006901E8" w:rsidRDefault="006901E8" w:rsidP="0005334D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ab/>
            </w:r>
          </w:p>
          <w:p w:rsidR="006901E8" w:rsidRPr="006901E8" w:rsidRDefault="006901E8" w:rsidP="006901E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05334D" w:rsidRDefault="0005334D" w:rsidP="006901E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05334D" w:rsidRDefault="0005334D" w:rsidP="006901E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05334D" w:rsidRDefault="0005334D" w:rsidP="006901E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05334D" w:rsidRDefault="0005334D" w:rsidP="006901E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05334D" w:rsidRDefault="0005334D" w:rsidP="006901E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05334D" w:rsidRDefault="0005334D" w:rsidP="006901E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05334D" w:rsidRDefault="0005334D" w:rsidP="006901E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05334D" w:rsidRDefault="0005334D" w:rsidP="006901E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05334D" w:rsidRDefault="0005334D" w:rsidP="006901E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05334D" w:rsidRDefault="0005334D" w:rsidP="006901E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05334D" w:rsidRDefault="0005334D" w:rsidP="006901E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05334D" w:rsidRDefault="0005334D" w:rsidP="006901E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05334D" w:rsidRDefault="0005334D" w:rsidP="006901E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05334D" w:rsidRDefault="0005334D" w:rsidP="006901E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05334D" w:rsidRDefault="0005334D" w:rsidP="006901E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05334D" w:rsidRDefault="0005334D" w:rsidP="006901E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05334D" w:rsidRDefault="0005334D" w:rsidP="006901E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05334D" w:rsidRDefault="0005334D" w:rsidP="006901E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05334D" w:rsidRDefault="0005334D" w:rsidP="006901E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05334D" w:rsidRDefault="0005334D" w:rsidP="006901E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05334D" w:rsidRDefault="0005334D" w:rsidP="006901E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05334D" w:rsidRDefault="0005334D" w:rsidP="006901E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05334D" w:rsidRDefault="0005334D" w:rsidP="006901E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05334D" w:rsidRDefault="0005334D" w:rsidP="006901E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05334D" w:rsidRDefault="0005334D" w:rsidP="006901E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05334D" w:rsidRDefault="0005334D" w:rsidP="006901E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05334D" w:rsidRDefault="0005334D" w:rsidP="006901E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05334D" w:rsidRDefault="0005334D" w:rsidP="006901E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05334D" w:rsidRDefault="0005334D" w:rsidP="006901E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05334D" w:rsidRDefault="0005334D" w:rsidP="006901E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05334D" w:rsidRDefault="0005334D" w:rsidP="006901E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05334D" w:rsidRDefault="0005334D" w:rsidP="006901E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05334D" w:rsidRDefault="0005334D" w:rsidP="006901E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05334D" w:rsidRDefault="0005334D" w:rsidP="006901E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05334D" w:rsidRDefault="0005334D" w:rsidP="006901E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05334D" w:rsidRDefault="0005334D" w:rsidP="006901E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05334D" w:rsidRDefault="0005334D" w:rsidP="006901E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6901E8" w:rsidRPr="006901E8" w:rsidRDefault="0005334D" w:rsidP="006901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</w:t>
            </w:r>
            <w:r w:rsidR="006901E8"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ылжымалы</w:t>
            </w:r>
            <w:proofErr w:type="spellEnd"/>
            <w:r w:rsidR="006901E8"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6901E8"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медициналық</w:t>
            </w:r>
            <w:proofErr w:type="spellEnd"/>
            <w:r w:rsidR="006901E8"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6901E8"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манипуляциялық</w:t>
            </w:r>
            <w:proofErr w:type="spellEnd"/>
            <w:r w:rsidR="006901E8"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үстел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  <w:r w:rsidR="006901E8"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  <w:p w:rsidR="002D0E77" w:rsidRPr="006901E8" w:rsidRDefault="002D0E77" w:rsidP="006901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58" w:type="dxa"/>
          </w:tcPr>
          <w:p w:rsidR="002D0E77" w:rsidRDefault="006901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санын</w:t>
            </w:r>
            <w:proofErr w:type="spellEnd"/>
            <w:r w:rsidRPr="006901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Тапсырыс</w:t>
            </w:r>
            <w:proofErr w:type="spellEnd"/>
            <w:r w:rsidRPr="006901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беруші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мен келісілу керек</w:t>
            </w:r>
          </w:p>
          <w:p w:rsidR="00BA7106" w:rsidRDefault="00BA71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A7106" w:rsidRDefault="00BA71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A7106" w:rsidRDefault="00BA71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A7106" w:rsidRDefault="00BA71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A7106" w:rsidRDefault="00BA71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A7106" w:rsidRDefault="00BA71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A7106" w:rsidRDefault="00BA71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A7106" w:rsidRDefault="00BA71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A7106" w:rsidRDefault="00BA71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A7106" w:rsidRDefault="00BA71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A7106" w:rsidRDefault="00BA71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A7106" w:rsidRDefault="00BA71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A7106" w:rsidRDefault="00BA71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A7106" w:rsidRDefault="00BA71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A7106" w:rsidRDefault="00BA71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A7106" w:rsidRDefault="00BA71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A7106" w:rsidRDefault="00BA71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A7106" w:rsidRDefault="00BA71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A7106" w:rsidRDefault="00BA71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A7106" w:rsidRDefault="00BA71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A7106" w:rsidRDefault="00BA71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A7106" w:rsidRDefault="00BA71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A7106" w:rsidRDefault="00BA71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A7106" w:rsidRDefault="00BA71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A7106" w:rsidRDefault="00BA71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A7106" w:rsidRDefault="00BA71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A7106" w:rsidRDefault="00BA71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A7106" w:rsidRDefault="00BA71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901E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75 жеке ұяшық</w:t>
            </w:r>
          </w:p>
          <w:p w:rsidR="00BA7106" w:rsidRDefault="00BA71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A7106" w:rsidRDefault="00BA71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A7106" w:rsidRDefault="00BA71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A7106" w:rsidRDefault="00BA71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A7106" w:rsidRDefault="00BA71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A7106" w:rsidRDefault="00BA71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A7106" w:rsidRDefault="00BA71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A7106" w:rsidRDefault="00BA71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A7106" w:rsidRDefault="00BA71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A7106" w:rsidRDefault="00BA71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A7106" w:rsidRDefault="00BA71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A7106" w:rsidRDefault="00BA71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A7106" w:rsidRDefault="00BA71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A7106" w:rsidRDefault="00BA71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A7106" w:rsidRDefault="00BA71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A7106" w:rsidRDefault="00BA71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A7106" w:rsidRDefault="00BA71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54FEC" w:rsidRDefault="00354F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54FEC" w:rsidRDefault="00354F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54FEC" w:rsidRDefault="00354F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54FEC" w:rsidRDefault="00354F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A710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санын Тапсырыс беруші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мен келісілу керек</w:t>
            </w:r>
          </w:p>
          <w:p w:rsidR="00354FEC" w:rsidRDefault="00354F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54FEC" w:rsidRDefault="00354F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54FEC" w:rsidRDefault="00354F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54FEC" w:rsidRDefault="00354F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54FEC" w:rsidRDefault="00354F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54FEC" w:rsidRDefault="00354F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54FEC" w:rsidRDefault="00354F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54FEC" w:rsidRDefault="00354F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54FEC" w:rsidRDefault="00354F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54FEC" w:rsidRDefault="00354F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54FEC" w:rsidRDefault="00354F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54FEC" w:rsidRDefault="00354F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54FEC" w:rsidRDefault="00354F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54FEC" w:rsidRDefault="00354F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54FEC" w:rsidRDefault="00354F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54F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Саны 2 дана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  <w:r w:rsidRPr="00354F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қосымша Тапсырыс берушімен келісім б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олу қажет</w:t>
            </w:r>
          </w:p>
          <w:p w:rsidR="0005334D" w:rsidRDefault="0005334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05334D" w:rsidRPr="0005334D" w:rsidRDefault="0005334D" w:rsidP="0005334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5334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сыртқы өлшемдері, мм (ВхШхГ): 1655/1755x570x320</w:t>
            </w:r>
          </w:p>
          <w:p w:rsidR="0005334D" w:rsidRPr="0005334D" w:rsidRDefault="0005334D" w:rsidP="0005334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5334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Бөлімшелердің ішкі өлшемдері (ВхШхГ), мм: 775x568x280 / 775x568x280</w:t>
            </w:r>
          </w:p>
          <w:p w:rsidR="0005334D" w:rsidRPr="0005334D" w:rsidRDefault="0005334D" w:rsidP="0005334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5334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Салмағы, кг: 29.3</w:t>
            </w:r>
          </w:p>
          <w:p w:rsidR="0005334D" w:rsidRPr="0005334D" w:rsidRDefault="0005334D" w:rsidP="0005334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5334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Сөрелер саны: 4</w:t>
            </w:r>
          </w:p>
          <w:p w:rsidR="0005334D" w:rsidRPr="0005334D" w:rsidRDefault="0005334D" w:rsidP="0005334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5334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Сөредегі максималды жүктеме, кг: 30/10</w:t>
            </w:r>
          </w:p>
          <w:p w:rsidR="0005334D" w:rsidRPr="0005334D" w:rsidRDefault="0005334D" w:rsidP="0005334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5334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Құлып түрі: кілт</w:t>
            </w:r>
          </w:p>
          <w:p w:rsidR="0005334D" w:rsidRPr="0005334D" w:rsidRDefault="0005334D" w:rsidP="0005334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5334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Түсі: ақ (RAL 9016)</w:t>
            </w:r>
          </w:p>
          <w:p w:rsidR="0005334D" w:rsidRPr="0005334D" w:rsidRDefault="0005334D" w:rsidP="0005334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5334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Жабын түрі: гигиеналық қауіпсіз, коррозияға төзімді ұнтақ</w:t>
            </w:r>
          </w:p>
          <w:p w:rsidR="0005334D" w:rsidRPr="006901E8" w:rsidRDefault="0005334D" w:rsidP="0005334D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Есіктер</w:t>
            </w:r>
            <w:proofErr w:type="spellEnd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саны: 2</w:t>
            </w:r>
          </w:p>
          <w:p w:rsidR="0005334D" w:rsidRDefault="0005334D" w:rsidP="0005334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05334D" w:rsidRDefault="0005334D" w:rsidP="0005334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05334D" w:rsidRDefault="0005334D" w:rsidP="0005334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05334D" w:rsidRDefault="0005334D" w:rsidP="0005334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05334D" w:rsidRDefault="0005334D" w:rsidP="0005334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05334D" w:rsidRDefault="0005334D" w:rsidP="0005334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05334D" w:rsidRDefault="0005334D" w:rsidP="0005334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05334D" w:rsidRDefault="0005334D" w:rsidP="0005334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05334D" w:rsidRDefault="0005334D" w:rsidP="0005334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05334D" w:rsidRDefault="0005334D" w:rsidP="0005334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05334D" w:rsidRDefault="0005334D" w:rsidP="0005334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05334D" w:rsidRDefault="0005334D" w:rsidP="0005334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05334D" w:rsidRDefault="0005334D" w:rsidP="0005334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05334D" w:rsidRDefault="0005334D" w:rsidP="0005334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05334D" w:rsidRDefault="0005334D" w:rsidP="0005334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05334D" w:rsidRDefault="0005334D" w:rsidP="0005334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05334D" w:rsidRDefault="0005334D" w:rsidP="0005334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05334D" w:rsidRDefault="0005334D" w:rsidP="0005334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05334D" w:rsidRDefault="0005334D" w:rsidP="0005334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05334D" w:rsidRDefault="0005334D" w:rsidP="0005334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05334D" w:rsidRDefault="0005334D" w:rsidP="0005334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05334D" w:rsidRDefault="0005334D" w:rsidP="0005334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05334D" w:rsidRDefault="0005334D" w:rsidP="0005334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05334D" w:rsidRDefault="0005334D" w:rsidP="0005334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05334D" w:rsidRDefault="0005334D" w:rsidP="0005334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05334D" w:rsidRDefault="0005334D" w:rsidP="0005334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саны </w:t>
            </w:r>
            <w:proofErr w:type="spellStart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Тапсырыс</w:t>
            </w:r>
            <w:proofErr w:type="spellEnd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берушімен</w:t>
            </w:r>
            <w:proofErr w:type="spellEnd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нақтыланады</w:t>
            </w:r>
            <w:proofErr w:type="spellEnd"/>
          </w:p>
          <w:p w:rsidR="0005334D" w:rsidRPr="0005334D" w:rsidRDefault="0005334D" w:rsidP="0005334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05334D" w:rsidRPr="0005334D" w:rsidRDefault="0005334D" w:rsidP="0005334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05334D" w:rsidRPr="0005334D" w:rsidRDefault="0005334D" w:rsidP="0005334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05334D" w:rsidRPr="0005334D" w:rsidRDefault="0005334D" w:rsidP="0005334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05334D" w:rsidRPr="0005334D" w:rsidRDefault="0005334D" w:rsidP="0005334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05334D" w:rsidRPr="0005334D" w:rsidRDefault="0005334D" w:rsidP="0005334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05334D" w:rsidRPr="0005334D" w:rsidRDefault="0005334D" w:rsidP="0005334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05334D" w:rsidRPr="0005334D" w:rsidRDefault="0005334D" w:rsidP="0005334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05334D" w:rsidRPr="0005334D" w:rsidRDefault="0005334D" w:rsidP="0005334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05334D" w:rsidRPr="0005334D" w:rsidRDefault="0005334D" w:rsidP="0005334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05334D" w:rsidRDefault="0005334D" w:rsidP="0005334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05334D" w:rsidRPr="0005334D" w:rsidRDefault="0005334D" w:rsidP="0005334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05334D" w:rsidRPr="0005334D" w:rsidRDefault="0005334D" w:rsidP="0005334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05334D" w:rsidRPr="0005334D" w:rsidRDefault="0005334D" w:rsidP="0005334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05334D" w:rsidRPr="0005334D" w:rsidRDefault="0005334D" w:rsidP="0005334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05334D" w:rsidRDefault="0005334D" w:rsidP="0005334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05334D" w:rsidRPr="0005334D" w:rsidRDefault="0005334D" w:rsidP="0005334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05334D" w:rsidRPr="0005334D" w:rsidRDefault="0005334D" w:rsidP="0005334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05334D" w:rsidRDefault="0005334D" w:rsidP="0005334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05334D" w:rsidRPr="0005334D" w:rsidRDefault="0005334D" w:rsidP="0005334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197" w:type="dxa"/>
          </w:tcPr>
          <w:p w:rsidR="006901E8" w:rsidRPr="006901E8" w:rsidRDefault="006901E8" w:rsidP="006901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Б</w:t>
            </w:r>
            <w:r w:rsidRPr="006901E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ұралмалы есіктері бар жабық тік шкафпен нақтылайды. Сүрткіштерді және басқа да ұзын көлемді жинау мүкәммалын, бассейндерді, шелектерді және өзге де керек-жарақтарды бөлек орналастыруға арналған екі функционалдық секция (ұяшық) болуға тиіс. Сөрелер мен бөлімдердің ішкі орналасуы, нақты өлшемдері, өндіріс материалы, түс схемасы және фитингтер дайындалғанға/жеткізілгенге дейін Тапсырыс берушімен келісілуі керек. Беттер дымқыл тазалауға және жуғыш заттармен және дезинфекциялау құралдарымен өңдеуге жарамды болуы керек. </w:t>
            </w:r>
            <w:proofErr w:type="spellStart"/>
            <w:r w:rsidRPr="006901E8">
              <w:rPr>
                <w:rFonts w:ascii="Times New Roman" w:hAnsi="Times New Roman" w:cs="Times New Roman"/>
                <w:sz w:val="24"/>
                <w:szCs w:val="24"/>
              </w:rPr>
              <w:t>Болжалды</w:t>
            </w:r>
            <w:proofErr w:type="spellEnd"/>
            <w:r w:rsidRPr="006901E8">
              <w:rPr>
                <w:rFonts w:ascii="Times New Roman" w:hAnsi="Times New Roman" w:cs="Times New Roman"/>
                <w:sz w:val="24"/>
                <w:szCs w:val="24"/>
              </w:rPr>
              <w:t xml:space="preserve"> көрініс-1-сурет.</w:t>
            </w:r>
          </w:p>
          <w:p w:rsidR="002D0E77" w:rsidRDefault="002D0E77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A7106" w:rsidRDefault="00BA710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A7106" w:rsidRDefault="00BA710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A7106" w:rsidRDefault="00BA710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A7106" w:rsidRPr="006901E8" w:rsidRDefault="00BA7106" w:rsidP="00BA71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</w:t>
            </w:r>
            <w:r w:rsidRPr="006901E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ектепке дейінгі ұйымның жуу бөлмелеріне арналған. </w:t>
            </w:r>
            <w:r w:rsidRPr="00BA710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Жеке </w:t>
            </w:r>
            <w:proofErr w:type="spellStart"/>
            <w:r w:rsidRPr="00BA710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ұяшықтардың</w:t>
            </w:r>
            <w:proofErr w:type="spellEnd"/>
            <w:r w:rsidRPr="00BA710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BA710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жалпы</w:t>
            </w:r>
            <w:proofErr w:type="spellEnd"/>
            <w:r w:rsidRPr="00BA710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саны-75 дана. </w:t>
            </w:r>
            <w:proofErr w:type="spellStart"/>
            <w:r w:rsidRPr="00BA710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Әрбі</w:t>
            </w:r>
            <w:proofErr w:type="gramStart"/>
            <w:r w:rsidRPr="00BA710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</w:t>
            </w:r>
            <w:proofErr w:type="spellEnd"/>
            <w:proofErr w:type="gramEnd"/>
            <w:r w:rsidRPr="00BA710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BA710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ұяшықта</w:t>
            </w:r>
            <w:proofErr w:type="spellEnd"/>
            <w:r w:rsidRPr="00BA710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BA710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жеке</w:t>
            </w:r>
            <w:proofErr w:type="spellEnd"/>
            <w:r w:rsidRPr="00BA710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BA710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сүлгі</w:t>
            </w:r>
            <w:proofErr w:type="spellEnd"/>
            <w:r w:rsidRPr="00BA710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BA710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үшін</w:t>
            </w:r>
            <w:proofErr w:type="spellEnd"/>
            <w:r w:rsidRPr="00BA710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BA710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ілмек</w:t>
            </w:r>
            <w:proofErr w:type="spellEnd"/>
            <w:r w:rsidRPr="00BA710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BA710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немесе</w:t>
            </w:r>
            <w:proofErr w:type="spellEnd"/>
            <w:r w:rsidRPr="00BA710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BA710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басқа</w:t>
            </w:r>
            <w:proofErr w:type="spellEnd"/>
            <w:r w:rsidRPr="00BA710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BA710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сенімді</w:t>
            </w:r>
            <w:proofErr w:type="spellEnd"/>
            <w:r w:rsidRPr="00BA710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BA710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ұстағыш</w:t>
            </w:r>
            <w:proofErr w:type="spellEnd"/>
            <w:r w:rsidRPr="00BA710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BA710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болуы</w:t>
            </w:r>
            <w:proofErr w:type="spellEnd"/>
            <w:r w:rsidRPr="00BA710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BA710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керек</w:t>
            </w:r>
            <w:proofErr w:type="spellEnd"/>
            <w:r w:rsidRPr="00BA710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. Жеке </w:t>
            </w:r>
            <w:proofErr w:type="spellStart"/>
            <w:r w:rsidRPr="00BA710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секциялар</w:t>
            </w:r>
            <w:proofErr w:type="spellEnd"/>
            <w:r w:rsidRPr="00BA710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саны, </w:t>
            </w:r>
            <w:proofErr w:type="spellStart"/>
            <w:r w:rsidRPr="00BA710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бі</w:t>
            </w:r>
            <w:proofErr w:type="gramStart"/>
            <w:r w:rsidRPr="00BA710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</w:t>
            </w:r>
            <w:proofErr w:type="spellEnd"/>
            <w:proofErr w:type="gramEnd"/>
            <w:r w:rsidRPr="00BA710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BA710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секциядағы</w:t>
            </w:r>
            <w:proofErr w:type="spellEnd"/>
            <w:r w:rsidRPr="00BA710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BA710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ұяшықтар</w:t>
            </w:r>
            <w:proofErr w:type="spellEnd"/>
            <w:r w:rsidRPr="00BA710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саны, </w:t>
            </w:r>
            <w:proofErr w:type="spellStart"/>
            <w:r w:rsidRPr="00BA710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жалпы</w:t>
            </w:r>
            <w:proofErr w:type="spellEnd"/>
            <w:r w:rsidRPr="00BA710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BA710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өлшемдері</w:t>
            </w:r>
            <w:proofErr w:type="spellEnd"/>
            <w:r w:rsidRPr="00BA710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BA710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конфигурациясы</w:t>
            </w:r>
            <w:proofErr w:type="spellEnd"/>
            <w:r w:rsidRPr="00BA710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BA710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орнату</w:t>
            </w:r>
            <w:proofErr w:type="spellEnd"/>
            <w:r w:rsidRPr="00BA710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тәсілі, материалы </w:t>
            </w:r>
            <w:proofErr w:type="spellStart"/>
            <w:r w:rsidRPr="00BA710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және</w:t>
            </w:r>
            <w:proofErr w:type="spellEnd"/>
            <w:r w:rsidRPr="00BA710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BA710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түс</w:t>
            </w:r>
            <w:proofErr w:type="spellEnd"/>
            <w:r w:rsidRPr="00BA710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BA710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гаммасы</w:t>
            </w:r>
            <w:proofErr w:type="spellEnd"/>
            <w:r w:rsidRPr="00BA710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BA710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жуу</w:t>
            </w:r>
            <w:proofErr w:type="spellEnd"/>
            <w:r w:rsidRPr="00BA710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BA710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бөлмелерінің</w:t>
            </w:r>
            <w:proofErr w:type="spellEnd"/>
            <w:r w:rsidRPr="00BA710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BA710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нақты</w:t>
            </w:r>
            <w:proofErr w:type="spellEnd"/>
            <w:r w:rsidRPr="00BA710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BA710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өлшемдерін</w:t>
            </w:r>
            <w:proofErr w:type="spellEnd"/>
            <w:r w:rsidRPr="00BA710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BA710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ескере</w:t>
            </w:r>
            <w:proofErr w:type="spellEnd"/>
            <w:r w:rsidRPr="00BA710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BA710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отырып</w:t>
            </w:r>
            <w:proofErr w:type="spellEnd"/>
            <w:r w:rsidRPr="00BA710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BA710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Тапсырыс</w:t>
            </w:r>
            <w:proofErr w:type="spellEnd"/>
            <w:r w:rsidRPr="00BA710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BA710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берушімен</w:t>
            </w:r>
            <w:proofErr w:type="spellEnd"/>
            <w:r w:rsidRPr="00BA710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BA710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келісіледі</w:t>
            </w:r>
            <w:proofErr w:type="spellEnd"/>
            <w:r w:rsidRPr="00BA710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. </w:t>
            </w:r>
            <w:proofErr w:type="spellStart"/>
            <w:r w:rsidRPr="006901E8">
              <w:rPr>
                <w:rFonts w:ascii="Times New Roman" w:hAnsi="Times New Roman" w:cs="Times New Roman"/>
                <w:sz w:val="24"/>
                <w:szCs w:val="24"/>
              </w:rPr>
              <w:t>Орындардың</w:t>
            </w:r>
            <w:proofErr w:type="spellEnd"/>
            <w:r w:rsidRPr="006901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901E8">
              <w:rPr>
                <w:rFonts w:ascii="Times New Roman" w:hAnsi="Times New Roman" w:cs="Times New Roman"/>
                <w:sz w:val="24"/>
                <w:szCs w:val="24"/>
              </w:rPr>
              <w:t>жалпы</w:t>
            </w:r>
            <w:proofErr w:type="spellEnd"/>
            <w:r w:rsidRPr="006901E8">
              <w:rPr>
                <w:rFonts w:ascii="Times New Roman" w:hAnsi="Times New Roman" w:cs="Times New Roman"/>
                <w:sz w:val="24"/>
                <w:szCs w:val="24"/>
              </w:rPr>
              <w:t xml:space="preserve"> саны-75 </w:t>
            </w:r>
            <w:proofErr w:type="spellStart"/>
            <w:r w:rsidRPr="006901E8">
              <w:rPr>
                <w:rFonts w:ascii="Times New Roman" w:hAnsi="Times New Roman" w:cs="Times New Roman"/>
                <w:sz w:val="24"/>
                <w:szCs w:val="24"/>
              </w:rPr>
              <w:t>жеке</w:t>
            </w:r>
            <w:proofErr w:type="spellEnd"/>
            <w:r w:rsidRPr="006901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901E8">
              <w:rPr>
                <w:rFonts w:ascii="Times New Roman" w:hAnsi="Times New Roman" w:cs="Times New Roman"/>
                <w:sz w:val="24"/>
                <w:szCs w:val="24"/>
              </w:rPr>
              <w:t>ұяшық</w:t>
            </w:r>
            <w:proofErr w:type="spellEnd"/>
            <w:r w:rsidRPr="006901E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6901E8">
              <w:rPr>
                <w:rFonts w:ascii="Times New Roman" w:hAnsi="Times New Roman" w:cs="Times New Roman"/>
                <w:sz w:val="24"/>
                <w:szCs w:val="24"/>
              </w:rPr>
              <w:t>Орындаудың</w:t>
            </w:r>
            <w:proofErr w:type="spellEnd"/>
            <w:r w:rsidRPr="006901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901E8">
              <w:rPr>
                <w:rFonts w:ascii="Times New Roman" w:hAnsi="Times New Roman" w:cs="Times New Roman"/>
                <w:sz w:val="24"/>
                <w:szCs w:val="24"/>
              </w:rPr>
              <w:t>индикативті</w:t>
            </w:r>
            <w:proofErr w:type="spellEnd"/>
            <w:r w:rsidRPr="006901E8">
              <w:rPr>
                <w:rFonts w:ascii="Times New Roman" w:hAnsi="Times New Roman" w:cs="Times New Roman"/>
                <w:sz w:val="24"/>
                <w:szCs w:val="24"/>
              </w:rPr>
              <w:t xml:space="preserve"> принципі-2-сурет.</w:t>
            </w:r>
          </w:p>
          <w:p w:rsidR="00BA7106" w:rsidRDefault="00BA710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54FEC" w:rsidRPr="00354FEC" w:rsidRDefault="00354FEC" w:rsidP="00354FE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</w:t>
            </w:r>
            <w:r w:rsidRPr="00BA710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едициналық кабинетке, емшара кабинетіне және/немесе изоляторға нақтылайды. </w:t>
            </w:r>
            <w:r w:rsidRPr="00354F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Дизайн тұрақты. Жұмыс беті тегіс, ылғалға төзімді, бірнеше рет санитарлық және дезинфекциялық өңдеуге мүмкіндік беретін материалдан жасалған. Нақты өлшемдер, жақтау материалы, қаптау түрі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және Түсі Тапсырыс берушінің келісіміне </w:t>
            </w:r>
            <w:r w:rsidRPr="00354F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сәйкес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болу қажет</w:t>
            </w:r>
            <w:r w:rsidRPr="00354F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  <w:p w:rsidR="00354FEC" w:rsidRDefault="00354FE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05334D" w:rsidRPr="0005334D" w:rsidRDefault="0005334D" w:rsidP="0005334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5334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Медициналық мекемелер мен ұйымдарда дәрі-дәрмектерді, құралдарды,аурухана құжаттарын, пациенттердің карточкаларын сақтауға арналған.</w:t>
            </w:r>
          </w:p>
          <w:p w:rsidR="0005334D" w:rsidRPr="0005334D" w:rsidRDefault="0005334D" w:rsidP="0005334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5334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* болаттан жасалған, корпустың қалыңдығы 0,6 мм, есіктің қалыңдығы 0,7 мм, есік әйнегінің қалыңдығы 4 мм, сөре әйнегінің қалыңдығы 5 мм</w:t>
            </w:r>
          </w:p>
          <w:p w:rsidR="0005334D" w:rsidRPr="0005334D" w:rsidRDefault="0005334D" w:rsidP="0005334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5334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* хромдалған магниттік ысырмалар, есікті жабық күйде бекітеді (шыны есіктерге орнатылады)</w:t>
            </w:r>
          </w:p>
          <w:p w:rsidR="0005334D" w:rsidRPr="0005334D" w:rsidRDefault="0005334D" w:rsidP="0005334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5334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* HILFE негізгі құлыптарымен жабдықталған (2000 комбинация), (құлып тек металл есіктерге орнатылады)</w:t>
            </w:r>
          </w:p>
          <w:p w:rsidR="0005334D" w:rsidRPr="006901E8" w:rsidRDefault="0005334D" w:rsidP="0005334D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* металл </w:t>
            </w:r>
            <w:proofErr w:type="spellStart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сөреге</w:t>
            </w:r>
            <w:proofErr w:type="spellEnd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максималды</w:t>
            </w:r>
            <w:proofErr w:type="spellEnd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жүктеме</w:t>
            </w:r>
            <w:proofErr w:type="spellEnd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- 30 кг, </w:t>
            </w:r>
            <w:proofErr w:type="spellStart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шыны</w:t>
            </w:r>
            <w:proofErr w:type="spellEnd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сөреге-10 кг</w:t>
            </w:r>
          </w:p>
          <w:p w:rsidR="0005334D" w:rsidRPr="006901E8" w:rsidRDefault="0005334D" w:rsidP="0005334D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* </w:t>
            </w:r>
            <w:proofErr w:type="spellStart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бөлшектелген</w:t>
            </w:r>
            <w:proofErr w:type="spellEnd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түрде</w:t>
            </w:r>
            <w:proofErr w:type="spellEnd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жеткізіледі</w:t>
            </w:r>
            <w:proofErr w:type="spellEnd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жеткізілім</w:t>
            </w:r>
            <w:proofErr w:type="spellEnd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жиынтығына</w:t>
            </w:r>
            <w:proofErr w:type="spellEnd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төрт</w:t>
            </w:r>
            <w:proofErr w:type="spellEnd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реттелетін</w:t>
            </w:r>
            <w:proofErr w:type="spellEnd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тірек</w:t>
            </w:r>
            <w:proofErr w:type="spellEnd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кі</w:t>
            </w:r>
            <w:proofErr w:type="gramStart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ред</w:t>
            </w:r>
            <w:proofErr w:type="gramEnd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і</w:t>
            </w:r>
            <w:proofErr w:type="spellEnd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(</w:t>
            </w:r>
            <w:proofErr w:type="spellStart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минималды</w:t>
            </w:r>
            <w:proofErr w:type="spellEnd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биіктігі</w:t>
            </w:r>
            <w:proofErr w:type="spellEnd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– 100 мм, </w:t>
            </w:r>
            <w:proofErr w:type="spellStart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максималды</w:t>
            </w:r>
            <w:proofErr w:type="spellEnd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биіктігі</w:t>
            </w:r>
            <w:proofErr w:type="spellEnd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- 130 мм)</w:t>
            </w:r>
          </w:p>
          <w:p w:rsidR="0005334D" w:rsidRPr="006901E8" w:rsidRDefault="0005334D" w:rsidP="0005334D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* опция: </w:t>
            </w:r>
            <w:proofErr w:type="spellStart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трейзерді</w:t>
            </w:r>
            <w:proofErr w:type="spellEnd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орнату</w:t>
            </w:r>
            <w:proofErr w:type="spellEnd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. </w:t>
            </w:r>
            <w:proofErr w:type="spellStart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Трейзер</w:t>
            </w:r>
            <w:proofErr w:type="spellEnd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0,8 мм </w:t>
            </w:r>
            <w:proofErr w:type="spellStart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болаттан</w:t>
            </w:r>
            <w:proofErr w:type="spellEnd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жасалған</w:t>
            </w:r>
            <w:proofErr w:type="spellEnd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трейзер</w:t>
            </w:r>
            <w:proofErr w:type="spellEnd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моделі</w:t>
            </w:r>
            <w:proofErr w:type="spellEnd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6901E8">
              <w:rPr>
                <w:rFonts w:ascii="Times New Roman" w:hAnsi="Times New Roman" w:cs="Times New Roman"/>
                <w:sz w:val="24"/>
                <w:szCs w:val="24"/>
              </w:rPr>
              <w:t>MD</w:t>
            </w:r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1 1650 (тек төменгі бөлімде)</w:t>
            </w:r>
          </w:p>
          <w:p w:rsidR="0005334D" w:rsidRPr="006901E8" w:rsidRDefault="0005334D" w:rsidP="0005334D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* </w:t>
            </w:r>
            <w:proofErr w:type="spellStart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реттелетін</w:t>
            </w:r>
            <w:proofErr w:type="spellEnd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тіректері</w:t>
            </w:r>
            <w:proofErr w:type="spellEnd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бар </w:t>
            </w:r>
            <w:proofErr w:type="spellStart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максималды</w:t>
            </w:r>
            <w:proofErr w:type="spellEnd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биіктік-1755 ММ</w:t>
            </w:r>
          </w:p>
          <w:p w:rsidR="0005334D" w:rsidRDefault="0005334D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05334D" w:rsidRDefault="0005334D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05334D" w:rsidRPr="0005334D" w:rsidRDefault="0005334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</w:t>
            </w:r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ылжымалы</w:t>
            </w:r>
            <w:proofErr w:type="spellEnd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манипуляциялық</w:t>
            </w:r>
            <w:proofErr w:type="spellEnd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медициналық</w:t>
            </w:r>
            <w:proofErr w:type="spellEnd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үстел</w:t>
            </w:r>
            <w:proofErr w:type="spellEnd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. </w:t>
            </w:r>
            <w:proofErr w:type="spellStart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Болжалды</w:t>
            </w:r>
            <w:proofErr w:type="spellEnd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өлшемдер</w:t>
            </w:r>
            <w:proofErr w:type="spellEnd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: </w:t>
            </w:r>
            <w:proofErr w:type="spellStart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биіктігі</w:t>
            </w:r>
            <w:proofErr w:type="spellEnd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960 мм, </w:t>
            </w:r>
            <w:proofErr w:type="spellStart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ені</w:t>
            </w:r>
            <w:proofErr w:type="spellEnd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620 мм, </w:t>
            </w:r>
            <w:proofErr w:type="spellStart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тереңдігі</w:t>
            </w:r>
            <w:proofErr w:type="spellEnd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450 мм. дизайн: </w:t>
            </w:r>
            <w:proofErr w:type="spellStart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екі</w:t>
            </w:r>
            <w:proofErr w:type="spellEnd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жұмыс</w:t>
            </w:r>
            <w:proofErr w:type="spellEnd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сөресі</w:t>
            </w:r>
            <w:proofErr w:type="spellEnd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үстіңгі</w:t>
            </w:r>
            <w:proofErr w:type="spellEnd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жағы</w:t>
            </w:r>
            <w:proofErr w:type="spellEnd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бар </w:t>
            </w:r>
            <w:proofErr w:type="spellStart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жұмыс</w:t>
            </w:r>
            <w:proofErr w:type="spellEnd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беті</w:t>
            </w:r>
            <w:proofErr w:type="spellEnd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тартпа</w:t>
            </w:r>
            <w:proofErr w:type="spellEnd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қозғалуға</w:t>
            </w:r>
            <w:proofErr w:type="spellEnd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арналған</w:t>
            </w:r>
            <w:proofErr w:type="spellEnd"/>
            <w:proofErr w:type="gramStart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</w:t>
            </w:r>
            <w:proofErr w:type="gramEnd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өрт</w:t>
            </w:r>
            <w:proofErr w:type="spellEnd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доңғалақ</w:t>
            </w:r>
            <w:proofErr w:type="spellEnd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тірегі</w:t>
            </w:r>
            <w:proofErr w:type="spellEnd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. </w:t>
            </w:r>
            <w:proofErr w:type="spellStart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Жұмыс</w:t>
            </w:r>
            <w:proofErr w:type="spellEnd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беттері</w:t>
            </w:r>
            <w:proofErr w:type="spellEnd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тегіс</w:t>
            </w:r>
            <w:proofErr w:type="spellEnd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ылғалға</w:t>
            </w:r>
            <w:proofErr w:type="spellEnd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төзімді</w:t>
            </w:r>
            <w:proofErr w:type="spellEnd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және тұрақты санитарлық және </w:t>
            </w:r>
            <w:proofErr w:type="spellStart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дезинфекциялық</w:t>
            </w:r>
            <w:proofErr w:type="spellEnd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өңдеуге</w:t>
            </w:r>
            <w:proofErr w:type="spellEnd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төзімді</w:t>
            </w:r>
            <w:proofErr w:type="spellEnd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болуы</w:t>
            </w:r>
            <w:proofErr w:type="spellEnd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керек</w:t>
            </w:r>
            <w:proofErr w:type="spellEnd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. </w:t>
            </w:r>
            <w:proofErr w:type="spellStart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Дайындау</w:t>
            </w:r>
            <w:proofErr w:type="spellEnd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материалы, </w:t>
            </w:r>
            <w:proofErr w:type="spellStart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конструктивті</w:t>
            </w:r>
            <w:proofErr w:type="spellEnd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орындалуы</w:t>
            </w:r>
            <w:proofErr w:type="spellEnd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және</w:t>
            </w:r>
            <w:proofErr w:type="spellEnd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өлшемдердің</w:t>
            </w:r>
            <w:proofErr w:type="spellEnd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proofErr w:type="gramStart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</w:t>
            </w:r>
            <w:proofErr w:type="gramEnd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ұқсат</w:t>
            </w:r>
            <w:proofErr w:type="spellEnd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етілген</w:t>
            </w:r>
            <w:proofErr w:type="spellEnd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ауытқулары</w:t>
            </w:r>
            <w:proofErr w:type="spellEnd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Тапсырыс</w:t>
            </w:r>
            <w:proofErr w:type="spellEnd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берушімен</w:t>
            </w:r>
            <w:proofErr w:type="spellEnd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келісіледі</w:t>
            </w:r>
            <w:proofErr w:type="spellEnd"/>
            <w:r w:rsidRPr="006901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. </w:t>
            </w:r>
            <w:proofErr w:type="spellStart"/>
            <w:r w:rsidRPr="006901E8">
              <w:rPr>
                <w:rFonts w:ascii="Times New Roman" w:hAnsi="Times New Roman" w:cs="Times New Roman"/>
                <w:sz w:val="24"/>
                <w:szCs w:val="24"/>
              </w:rPr>
              <w:t>Болжалды</w:t>
            </w:r>
            <w:proofErr w:type="spellEnd"/>
            <w:r w:rsidRPr="006901E8">
              <w:rPr>
                <w:rFonts w:ascii="Times New Roman" w:hAnsi="Times New Roman" w:cs="Times New Roman"/>
                <w:sz w:val="24"/>
                <w:szCs w:val="24"/>
              </w:rPr>
              <w:t xml:space="preserve"> көрініс-3-сурет.</w:t>
            </w:r>
          </w:p>
        </w:tc>
      </w:tr>
      <w:tr w:rsidR="0005334D" w:rsidRPr="00354FEC" w:rsidTr="008B554B">
        <w:trPr>
          <w:jc w:val="center"/>
        </w:trPr>
        <w:tc>
          <w:tcPr>
            <w:tcW w:w="10416" w:type="dxa"/>
            <w:gridSpan w:val="4"/>
          </w:tcPr>
          <w:p w:rsidR="0005334D" w:rsidRDefault="0005334D" w:rsidP="0005334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5334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 xml:space="preserve">Тапсырыс берушімен міндетті түрде келісу. Дайындалғанға және/немесе жеткізілгенге дейін жеткізуші бұйымдардың нақты өлшемдерін, орнату орындарын, секциялардың саны мен орналасуын, ішкі толтыруды, материалды, түс гаммасы мен фурнитураны келіседі. </w:t>
            </w:r>
            <w:proofErr w:type="spellStart"/>
            <w:r w:rsidRPr="006901E8">
              <w:rPr>
                <w:rFonts w:ascii="Times New Roman" w:hAnsi="Times New Roman" w:cs="Times New Roman"/>
                <w:sz w:val="24"/>
                <w:szCs w:val="24"/>
              </w:rPr>
              <w:t>Сүлгі</w:t>
            </w:r>
            <w:proofErr w:type="spellEnd"/>
            <w:r w:rsidRPr="006901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901E8">
              <w:rPr>
                <w:rFonts w:ascii="Times New Roman" w:hAnsi="Times New Roman" w:cs="Times New Roman"/>
                <w:sz w:val="24"/>
                <w:szCs w:val="24"/>
              </w:rPr>
              <w:t>жасушалары</w:t>
            </w:r>
            <w:proofErr w:type="spellEnd"/>
            <w:r w:rsidRPr="006901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901E8">
              <w:rPr>
                <w:rFonts w:ascii="Times New Roman" w:hAnsi="Times New Roman" w:cs="Times New Roman"/>
                <w:sz w:val="24"/>
                <w:szCs w:val="24"/>
              </w:rPr>
              <w:t>үшін</w:t>
            </w:r>
            <w:proofErr w:type="spellEnd"/>
            <w:r w:rsidRPr="006901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901E8">
              <w:rPr>
                <w:rFonts w:ascii="Times New Roman" w:hAnsi="Times New Roman" w:cs="Times New Roman"/>
                <w:sz w:val="24"/>
                <w:szCs w:val="24"/>
              </w:rPr>
              <w:t>өзгермейтін</w:t>
            </w:r>
            <w:proofErr w:type="spellEnd"/>
            <w:r w:rsidRPr="006901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901E8">
              <w:rPr>
                <w:rFonts w:ascii="Times New Roman" w:hAnsi="Times New Roman" w:cs="Times New Roman"/>
                <w:sz w:val="24"/>
                <w:szCs w:val="24"/>
              </w:rPr>
              <w:t>талап-жалпы</w:t>
            </w:r>
            <w:proofErr w:type="spellEnd"/>
            <w:r w:rsidRPr="006901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901E8">
              <w:rPr>
                <w:rFonts w:ascii="Times New Roman" w:hAnsi="Times New Roman" w:cs="Times New Roman"/>
                <w:sz w:val="24"/>
                <w:szCs w:val="24"/>
              </w:rPr>
              <w:t>саны</w:t>
            </w:r>
            <w:proofErr w:type="spellEnd"/>
            <w:r w:rsidRPr="006901E8">
              <w:rPr>
                <w:rFonts w:ascii="Times New Roman" w:hAnsi="Times New Roman" w:cs="Times New Roman"/>
                <w:sz w:val="24"/>
                <w:szCs w:val="24"/>
              </w:rPr>
              <w:t xml:space="preserve"> - 75 </w:t>
            </w:r>
            <w:proofErr w:type="spellStart"/>
            <w:r w:rsidRPr="006901E8">
              <w:rPr>
                <w:rFonts w:ascii="Times New Roman" w:hAnsi="Times New Roman" w:cs="Times New Roman"/>
                <w:sz w:val="24"/>
                <w:szCs w:val="24"/>
              </w:rPr>
              <w:t>жеке</w:t>
            </w:r>
            <w:proofErr w:type="spellEnd"/>
            <w:r w:rsidRPr="006901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901E8">
              <w:rPr>
                <w:rFonts w:ascii="Times New Roman" w:hAnsi="Times New Roman" w:cs="Times New Roman"/>
                <w:sz w:val="24"/>
                <w:szCs w:val="24"/>
              </w:rPr>
              <w:t>ұяшық</w:t>
            </w:r>
            <w:proofErr w:type="spellEnd"/>
            <w:r w:rsidRPr="006901E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5334D" w:rsidRPr="0005334D" w:rsidRDefault="0005334D" w:rsidP="0005334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05334D" w:rsidRDefault="0005334D" w:rsidP="0005334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6901E8">
              <w:rPr>
                <w:rFonts w:ascii="Times New Roman" w:hAnsi="Times New Roman" w:cs="Times New Roman"/>
                <w:sz w:val="24"/>
                <w:szCs w:val="24"/>
              </w:rPr>
              <w:t>Суреттер</w:t>
            </w:r>
            <w:proofErr w:type="spellEnd"/>
            <w:r w:rsidRPr="006901E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6901E8">
              <w:rPr>
                <w:rFonts w:ascii="Times New Roman" w:hAnsi="Times New Roman" w:cs="Times New Roman"/>
                <w:sz w:val="24"/>
                <w:szCs w:val="24"/>
              </w:rPr>
              <w:t>Кескіндер</w:t>
            </w:r>
            <w:proofErr w:type="spellEnd"/>
            <w:r w:rsidRPr="006901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901E8">
              <w:rPr>
                <w:rFonts w:ascii="Times New Roman" w:hAnsi="Times New Roman" w:cs="Times New Roman"/>
                <w:sz w:val="24"/>
                <w:szCs w:val="24"/>
              </w:rPr>
              <w:t>индикативті</w:t>
            </w:r>
            <w:proofErr w:type="spellEnd"/>
            <w:r w:rsidRPr="006901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901E8">
              <w:rPr>
                <w:rFonts w:ascii="Times New Roman" w:hAnsi="Times New Roman" w:cs="Times New Roman"/>
                <w:sz w:val="24"/>
                <w:szCs w:val="24"/>
              </w:rPr>
              <w:t>болып</w:t>
            </w:r>
            <w:proofErr w:type="spellEnd"/>
            <w:r w:rsidRPr="006901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901E8">
              <w:rPr>
                <w:rFonts w:ascii="Times New Roman" w:hAnsi="Times New Roman" w:cs="Times New Roman"/>
                <w:sz w:val="24"/>
                <w:szCs w:val="24"/>
              </w:rPr>
              <w:t>табылады</w:t>
            </w:r>
            <w:proofErr w:type="spellEnd"/>
            <w:r w:rsidRPr="006901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901E8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6901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901E8">
              <w:rPr>
                <w:rFonts w:ascii="Times New Roman" w:hAnsi="Times New Roman" w:cs="Times New Roman"/>
                <w:sz w:val="24"/>
                <w:szCs w:val="24"/>
              </w:rPr>
              <w:t>тек</w:t>
            </w:r>
            <w:proofErr w:type="spellEnd"/>
            <w:r w:rsidRPr="006901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901E8">
              <w:rPr>
                <w:rFonts w:ascii="Times New Roman" w:hAnsi="Times New Roman" w:cs="Times New Roman"/>
                <w:sz w:val="24"/>
                <w:szCs w:val="24"/>
              </w:rPr>
              <w:t>өнімнің</w:t>
            </w:r>
            <w:proofErr w:type="spellEnd"/>
            <w:r w:rsidRPr="006901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901E8">
              <w:rPr>
                <w:rFonts w:ascii="Times New Roman" w:hAnsi="Times New Roman" w:cs="Times New Roman"/>
                <w:sz w:val="24"/>
                <w:szCs w:val="24"/>
              </w:rPr>
              <w:t>функционалды</w:t>
            </w:r>
            <w:proofErr w:type="spellEnd"/>
            <w:r w:rsidRPr="006901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901E8">
              <w:rPr>
                <w:rFonts w:ascii="Times New Roman" w:hAnsi="Times New Roman" w:cs="Times New Roman"/>
                <w:sz w:val="24"/>
                <w:szCs w:val="24"/>
              </w:rPr>
              <w:t>мақсаты</w:t>
            </w:r>
            <w:proofErr w:type="spellEnd"/>
            <w:r w:rsidRPr="006901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901E8">
              <w:rPr>
                <w:rFonts w:ascii="Times New Roman" w:hAnsi="Times New Roman" w:cs="Times New Roman"/>
                <w:sz w:val="24"/>
                <w:szCs w:val="24"/>
              </w:rPr>
              <w:t>мен</w:t>
            </w:r>
            <w:proofErr w:type="spellEnd"/>
            <w:r w:rsidRPr="006901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901E8">
              <w:rPr>
                <w:rFonts w:ascii="Times New Roman" w:hAnsi="Times New Roman" w:cs="Times New Roman"/>
                <w:sz w:val="24"/>
                <w:szCs w:val="24"/>
              </w:rPr>
              <w:t>шамамен</w:t>
            </w:r>
            <w:proofErr w:type="spellEnd"/>
            <w:r w:rsidRPr="006901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901E8">
              <w:rPr>
                <w:rFonts w:ascii="Times New Roman" w:hAnsi="Times New Roman" w:cs="Times New Roman"/>
                <w:sz w:val="24"/>
                <w:szCs w:val="24"/>
              </w:rPr>
              <w:t>орналасуын</w:t>
            </w:r>
            <w:proofErr w:type="spellEnd"/>
            <w:r w:rsidRPr="006901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901E8">
              <w:rPr>
                <w:rFonts w:ascii="Times New Roman" w:hAnsi="Times New Roman" w:cs="Times New Roman"/>
                <w:sz w:val="24"/>
                <w:szCs w:val="24"/>
              </w:rPr>
              <w:t>түсіну</w:t>
            </w:r>
            <w:proofErr w:type="spellEnd"/>
            <w:r w:rsidRPr="006901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901E8">
              <w:rPr>
                <w:rFonts w:ascii="Times New Roman" w:hAnsi="Times New Roman" w:cs="Times New Roman"/>
                <w:sz w:val="24"/>
                <w:szCs w:val="24"/>
              </w:rPr>
              <w:t>үшін</w:t>
            </w:r>
            <w:proofErr w:type="spellEnd"/>
            <w:r w:rsidRPr="006901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901E8">
              <w:rPr>
                <w:rFonts w:ascii="Times New Roman" w:hAnsi="Times New Roman" w:cs="Times New Roman"/>
                <w:sz w:val="24"/>
                <w:szCs w:val="24"/>
              </w:rPr>
              <w:t>берілген</w:t>
            </w:r>
            <w:proofErr w:type="spellEnd"/>
            <w:r w:rsidRPr="006901E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6901E8">
              <w:rPr>
                <w:rFonts w:ascii="Times New Roman" w:hAnsi="Times New Roman" w:cs="Times New Roman"/>
                <w:sz w:val="24"/>
                <w:szCs w:val="24"/>
              </w:rPr>
              <w:t>Олар</w:t>
            </w:r>
            <w:proofErr w:type="spellEnd"/>
            <w:r w:rsidRPr="006901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901E8">
              <w:rPr>
                <w:rFonts w:ascii="Times New Roman" w:hAnsi="Times New Roman" w:cs="Times New Roman"/>
                <w:sz w:val="24"/>
                <w:szCs w:val="24"/>
              </w:rPr>
              <w:t>белгілі</w:t>
            </w:r>
            <w:proofErr w:type="spellEnd"/>
            <w:r w:rsidRPr="006901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901E8">
              <w:rPr>
                <w:rFonts w:ascii="Times New Roman" w:hAnsi="Times New Roman" w:cs="Times New Roman"/>
                <w:sz w:val="24"/>
                <w:szCs w:val="24"/>
              </w:rPr>
              <w:t>бір</w:t>
            </w:r>
            <w:proofErr w:type="spellEnd"/>
            <w:r w:rsidRPr="006901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901E8">
              <w:rPr>
                <w:rFonts w:ascii="Times New Roman" w:hAnsi="Times New Roman" w:cs="Times New Roman"/>
                <w:sz w:val="24"/>
                <w:szCs w:val="24"/>
              </w:rPr>
              <w:t>өндірушіге</w:t>
            </w:r>
            <w:proofErr w:type="spellEnd"/>
            <w:r w:rsidRPr="006901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901E8">
              <w:rPr>
                <w:rFonts w:ascii="Times New Roman" w:hAnsi="Times New Roman" w:cs="Times New Roman"/>
                <w:sz w:val="24"/>
                <w:szCs w:val="24"/>
              </w:rPr>
              <w:t>немесе</w:t>
            </w:r>
            <w:proofErr w:type="spellEnd"/>
            <w:r w:rsidRPr="006901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901E8">
              <w:rPr>
                <w:rFonts w:ascii="Times New Roman" w:hAnsi="Times New Roman" w:cs="Times New Roman"/>
                <w:sz w:val="24"/>
                <w:szCs w:val="24"/>
              </w:rPr>
              <w:t>сауда</w:t>
            </w:r>
            <w:proofErr w:type="spellEnd"/>
            <w:r w:rsidRPr="006901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901E8">
              <w:rPr>
                <w:rFonts w:ascii="Times New Roman" w:hAnsi="Times New Roman" w:cs="Times New Roman"/>
                <w:sz w:val="24"/>
                <w:szCs w:val="24"/>
              </w:rPr>
              <w:t>белгісіне</w:t>
            </w:r>
            <w:proofErr w:type="spellEnd"/>
            <w:r w:rsidRPr="006901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901E8">
              <w:rPr>
                <w:rFonts w:ascii="Times New Roman" w:hAnsi="Times New Roman" w:cs="Times New Roman"/>
                <w:sz w:val="24"/>
                <w:szCs w:val="24"/>
              </w:rPr>
              <w:t>талап</w:t>
            </w:r>
            <w:proofErr w:type="spellEnd"/>
            <w:r w:rsidRPr="006901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901E8">
              <w:rPr>
                <w:rFonts w:ascii="Times New Roman" w:hAnsi="Times New Roman" w:cs="Times New Roman"/>
                <w:sz w:val="24"/>
                <w:szCs w:val="24"/>
              </w:rPr>
              <w:t>қоймайды</w:t>
            </w:r>
            <w:proofErr w:type="spellEnd"/>
            <w:r w:rsidRPr="006901E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2D0E77" w:rsidRPr="000927D0" w:rsidRDefault="000927D0">
      <w:pPr>
        <w:jc w:val="center"/>
        <w:rPr>
          <w:rFonts w:ascii="Times New Roman" w:hAnsi="Times New Roman" w:cs="Times New Roman"/>
          <w:sz w:val="22"/>
        </w:rPr>
      </w:pPr>
      <w:r w:rsidRPr="000927D0">
        <w:rPr>
          <w:rFonts w:ascii="Times New Roman" w:hAnsi="Times New Roman" w:cs="Times New Roman"/>
          <w:noProof/>
          <w:sz w:val="22"/>
          <w:lang w:val="ru-RU" w:eastAsia="ru-RU"/>
        </w:rPr>
        <w:lastRenderedPageBreak/>
        <w:drawing>
          <wp:inline distT="0" distB="0" distL="0" distR="0">
            <wp:extent cx="3420000" cy="672184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61c5cf6-4ba2-4383-8dde-b52231d9a02b.jpe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420000" cy="67218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0E77" w:rsidRPr="0005334D" w:rsidRDefault="0005334D">
      <w:pPr>
        <w:jc w:val="center"/>
        <w:rPr>
          <w:rFonts w:ascii="Times New Roman" w:hAnsi="Times New Roman" w:cs="Times New Roman"/>
          <w:sz w:val="22"/>
        </w:rPr>
      </w:pPr>
      <w:proofErr w:type="spellStart"/>
      <w:proofErr w:type="gramStart"/>
      <w:r>
        <w:rPr>
          <w:rStyle w:val="ypks7kbdpwfgdykd3qb9"/>
        </w:rPr>
        <w:t>Сурет</w:t>
      </w:r>
      <w:proofErr w:type="spellEnd"/>
      <w:r>
        <w:t xml:space="preserve"> </w:t>
      </w:r>
      <w:r>
        <w:rPr>
          <w:rStyle w:val="ypks7kbdpwfgdykd3qb9"/>
        </w:rPr>
        <w:t>1.</w:t>
      </w:r>
      <w:proofErr w:type="gramEnd"/>
      <w:r>
        <w:t xml:space="preserve"> </w:t>
      </w:r>
      <w:proofErr w:type="spellStart"/>
      <w:proofErr w:type="gramStart"/>
      <w:r>
        <w:rPr>
          <w:rStyle w:val="ypks7kbdpwfgdykd3qb9"/>
        </w:rPr>
        <w:t>Шаруашылық</w:t>
      </w:r>
      <w:proofErr w:type="spellEnd"/>
      <w:r>
        <w:t xml:space="preserve"> </w:t>
      </w:r>
      <w:proofErr w:type="spellStart"/>
      <w:r>
        <w:rPr>
          <w:rStyle w:val="ypks7kbdpwfgdykd3qb9"/>
        </w:rPr>
        <w:t>мүкәммалына</w:t>
      </w:r>
      <w:proofErr w:type="spellEnd"/>
      <w:r>
        <w:t xml:space="preserve"> </w:t>
      </w:r>
      <w:proofErr w:type="spellStart"/>
      <w:r>
        <w:t>арналған</w:t>
      </w:r>
      <w:proofErr w:type="spellEnd"/>
      <w:r>
        <w:t xml:space="preserve"> </w:t>
      </w:r>
      <w:proofErr w:type="spellStart"/>
      <w:r>
        <w:rPr>
          <w:rStyle w:val="ypks7kbdpwfgdykd3qb9"/>
        </w:rPr>
        <w:t>шкафтың</w:t>
      </w:r>
      <w:proofErr w:type="spellEnd"/>
      <w:r>
        <w:t xml:space="preserve"> </w:t>
      </w:r>
      <w:proofErr w:type="spellStart"/>
      <w:r>
        <w:rPr>
          <w:rStyle w:val="ypks7kbdpwfgdykd3qb9"/>
        </w:rPr>
        <w:t>болжамды</w:t>
      </w:r>
      <w:proofErr w:type="spellEnd"/>
      <w:r>
        <w:t xml:space="preserve"> </w:t>
      </w:r>
      <w:proofErr w:type="spellStart"/>
      <w:r>
        <w:rPr>
          <w:rStyle w:val="ypks7kbdpwfgdykd3qb9"/>
        </w:rPr>
        <w:t>түрі</w:t>
      </w:r>
      <w:proofErr w:type="spellEnd"/>
      <w:r w:rsidR="000927D0" w:rsidRPr="0005334D">
        <w:rPr>
          <w:rFonts w:ascii="Times New Roman" w:hAnsi="Times New Roman" w:cs="Times New Roman"/>
          <w:i/>
          <w:sz w:val="22"/>
        </w:rPr>
        <w:t>.</w:t>
      </w:r>
      <w:proofErr w:type="gramEnd"/>
    </w:p>
    <w:p w:rsidR="002D0E77" w:rsidRDefault="000927D0">
      <w:pPr>
        <w:jc w:val="center"/>
        <w:rPr>
          <w:rFonts w:ascii="Times New Roman" w:hAnsi="Times New Roman" w:cs="Times New Roman"/>
          <w:sz w:val="22"/>
        </w:rPr>
      </w:pPr>
      <w:r w:rsidRPr="000927D0">
        <w:rPr>
          <w:rFonts w:ascii="Times New Roman" w:hAnsi="Times New Roman" w:cs="Times New Roman"/>
          <w:noProof/>
          <w:sz w:val="22"/>
          <w:lang w:val="ru-RU" w:eastAsia="ru-RU"/>
        </w:rPr>
        <w:lastRenderedPageBreak/>
        <w:drawing>
          <wp:inline distT="0" distB="0" distL="0" distR="0">
            <wp:extent cx="4188036" cy="5246914"/>
            <wp:effectExtent l="19050" t="0" r="2964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b0d4afd-9e21-48b8-9f58-b3abddd8eda4.jpe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193929" cy="5254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1896" w:rsidRPr="000927D0" w:rsidRDefault="00391896">
      <w:pPr>
        <w:jc w:val="center"/>
        <w:rPr>
          <w:rFonts w:ascii="Times New Roman" w:hAnsi="Times New Roman" w:cs="Times New Roman"/>
          <w:sz w:val="22"/>
        </w:rPr>
      </w:pPr>
    </w:p>
    <w:p w:rsidR="002D0E77" w:rsidRPr="0005334D" w:rsidRDefault="0005334D">
      <w:pPr>
        <w:jc w:val="center"/>
        <w:rPr>
          <w:rFonts w:ascii="Times New Roman" w:hAnsi="Times New Roman" w:cs="Times New Roman"/>
          <w:i/>
          <w:sz w:val="22"/>
        </w:rPr>
      </w:pPr>
      <w:proofErr w:type="spellStart"/>
      <w:proofErr w:type="gramStart"/>
      <w:r>
        <w:rPr>
          <w:rStyle w:val="ypks7kbdpwfgdykd3qb9"/>
        </w:rPr>
        <w:t>Сурет</w:t>
      </w:r>
      <w:proofErr w:type="spellEnd"/>
      <w:r>
        <w:t xml:space="preserve"> </w:t>
      </w:r>
      <w:r>
        <w:rPr>
          <w:rStyle w:val="ypks7kbdpwfgdykd3qb9"/>
        </w:rPr>
        <w:t>2.</w:t>
      </w:r>
      <w:proofErr w:type="gramEnd"/>
      <w:r>
        <w:t xml:space="preserve"> </w:t>
      </w:r>
      <w:proofErr w:type="spellStart"/>
      <w:proofErr w:type="gramStart"/>
      <w:r>
        <w:rPr>
          <w:rStyle w:val="ypks7kbdpwfgdykd3qb9"/>
        </w:rPr>
        <w:t>Жеке</w:t>
      </w:r>
      <w:proofErr w:type="spellEnd"/>
      <w:r>
        <w:t xml:space="preserve"> </w:t>
      </w:r>
      <w:proofErr w:type="spellStart"/>
      <w:r>
        <w:rPr>
          <w:rStyle w:val="ypks7kbdpwfgdykd3qb9"/>
        </w:rPr>
        <w:t>сүлгілерге</w:t>
      </w:r>
      <w:proofErr w:type="spellEnd"/>
      <w:r>
        <w:t xml:space="preserve"> </w:t>
      </w:r>
      <w:proofErr w:type="spellStart"/>
      <w:r>
        <w:t>арналған</w:t>
      </w:r>
      <w:proofErr w:type="spellEnd"/>
      <w:r>
        <w:t xml:space="preserve"> </w:t>
      </w:r>
      <w:proofErr w:type="spellStart"/>
      <w:r>
        <w:rPr>
          <w:rStyle w:val="ypks7kbdpwfgdykd3qb9"/>
        </w:rPr>
        <w:t>секциялық</w:t>
      </w:r>
      <w:proofErr w:type="spellEnd"/>
      <w:r>
        <w:t xml:space="preserve"> </w:t>
      </w:r>
      <w:proofErr w:type="spellStart"/>
      <w:r>
        <w:rPr>
          <w:rStyle w:val="ypks7kbdpwfgdykd3qb9"/>
        </w:rPr>
        <w:t>ұяшықтардың</w:t>
      </w:r>
      <w:proofErr w:type="spellEnd"/>
      <w:r>
        <w:t xml:space="preserve"> </w:t>
      </w:r>
      <w:proofErr w:type="spellStart"/>
      <w:r>
        <w:rPr>
          <w:rStyle w:val="ypks7kbdpwfgdykd3qb9"/>
        </w:rPr>
        <w:t>болжамды</w:t>
      </w:r>
      <w:proofErr w:type="spellEnd"/>
      <w:r>
        <w:t xml:space="preserve"> </w:t>
      </w:r>
      <w:proofErr w:type="spellStart"/>
      <w:r>
        <w:rPr>
          <w:rStyle w:val="ypks7kbdpwfgdykd3qb9"/>
        </w:rPr>
        <w:t>көрінісі</w:t>
      </w:r>
      <w:proofErr w:type="spellEnd"/>
      <w:r w:rsidR="000927D0" w:rsidRPr="0005334D">
        <w:rPr>
          <w:rFonts w:ascii="Times New Roman" w:hAnsi="Times New Roman" w:cs="Times New Roman"/>
          <w:i/>
          <w:sz w:val="22"/>
        </w:rPr>
        <w:t>.</w:t>
      </w:r>
      <w:proofErr w:type="gramEnd"/>
    </w:p>
    <w:p w:rsidR="00391896" w:rsidRPr="0005334D" w:rsidRDefault="00391896">
      <w:pPr>
        <w:jc w:val="center"/>
        <w:rPr>
          <w:rFonts w:ascii="Times New Roman" w:hAnsi="Times New Roman" w:cs="Times New Roman"/>
          <w:i/>
          <w:sz w:val="22"/>
        </w:rPr>
      </w:pPr>
    </w:p>
    <w:p w:rsidR="00391896" w:rsidRPr="0005334D" w:rsidRDefault="00391896">
      <w:pPr>
        <w:jc w:val="center"/>
        <w:rPr>
          <w:rFonts w:ascii="Times New Roman" w:hAnsi="Times New Roman" w:cs="Times New Roman"/>
          <w:i/>
          <w:sz w:val="22"/>
        </w:rPr>
      </w:pPr>
    </w:p>
    <w:p w:rsidR="003B6158" w:rsidRDefault="009B3CDF">
      <w:pPr>
        <w:jc w:val="center"/>
        <w:rPr>
          <w:rFonts w:ascii="Times New Roman" w:hAnsi="Times New Roman" w:cs="Times New Roman"/>
          <w:i/>
          <w:sz w:val="22"/>
          <w:lang w:val="kk-KZ"/>
        </w:rPr>
      </w:pPr>
      <w:r>
        <w:rPr>
          <w:noProof/>
          <w:lang w:val="ru-RU" w:eastAsia="ru-RU"/>
        </w:rPr>
        <w:lastRenderedPageBreak/>
        <w:drawing>
          <wp:inline distT="0" distB="0" distL="0" distR="0">
            <wp:extent cx="4762500" cy="4762500"/>
            <wp:effectExtent l="19050" t="0" r="0" b="0"/>
            <wp:docPr id="6" name="Рисунок 1" descr="https://images.satu.kz/193071951_w640_h640_kushetka-meditsinskaya-km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ages.satu.kz/193071951_w640_h640_kushetka-meditsinskaya-kms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3CDF" w:rsidRDefault="009B3CDF">
      <w:pPr>
        <w:jc w:val="center"/>
        <w:rPr>
          <w:rFonts w:ascii="Times New Roman" w:hAnsi="Times New Roman" w:cs="Times New Roman"/>
          <w:i/>
          <w:sz w:val="22"/>
          <w:lang w:val="kk-KZ"/>
        </w:rPr>
      </w:pPr>
    </w:p>
    <w:p w:rsidR="009B3CDF" w:rsidRDefault="009B3CDF">
      <w:pPr>
        <w:jc w:val="center"/>
        <w:rPr>
          <w:rFonts w:ascii="Times New Roman" w:hAnsi="Times New Roman" w:cs="Times New Roman"/>
          <w:i/>
          <w:sz w:val="22"/>
          <w:lang w:val="kk-KZ"/>
        </w:rPr>
      </w:pPr>
    </w:p>
    <w:p w:rsidR="00391896" w:rsidRDefault="003B6158">
      <w:pPr>
        <w:jc w:val="center"/>
        <w:rPr>
          <w:rStyle w:val="ypks7kbdpwfgdykd3qb9"/>
          <w:lang w:val="ru-RU"/>
        </w:rPr>
      </w:pPr>
      <w:r>
        <w:rPr>
          <w:rFonts w:ascii="Times New Roman" w:hAnsi="Times New Roman" w:cs="Times New Roman"/>
          <w:i/>
          <w:sz w:val="22"/>
          <w:lang w:val="kk-KZ"/>
        </w:rPr>
        <w:t xml:space="preserve"> </w:t>
      </w:r>
      <w:proofErr w:type="spellStart"/>
      <w:r w:rsidRPr="003B6158">
        <w:rPr>
          <w:rStyle w:val="ypks7kbdpwfgdykd3qb9"/>
          <w:lang w:val="ru-RU"/>
        </w:rPr>
        <w:t>Сурет</w:t>
      </w:r>
      <w:proofErr w:type="spellEnd"/>
      <w:r w:rsidRPr="003B6158">
        <w:rPr>
          <w:lang w:val="ru-RU"/>
        </w:rPr>
        <w:t xml:space="preserve"> </w:t>
      </w:r>
      <w:r w:rsidRPr="003B6158">
        <w:rPr>
          <w:rStyle w:val="ypks7kbdpwfgdykd3qb9"/>
          <w:lang w:val="ru-RU"/>
        </w:rPr>
        <w:t>3.</w:t>
      </w:r>
      <w:r w:rsidRPr="003B6158">
        <w:rPr>
          <w:lang w:val="ru-RU"/>
        </w:rPr>
        <w:t xml:space="preserve"> </w:t>
      </w:r>
      <w:proofErr w:type="spellStart"/>
      <w:r w:rsidRPr="003B6158">
        <w:rPr>
          <w:rStyle w:val="ypks7kbdpwfgdykd3qb9"/>
          <w:lang w:val="ru-RU"/>
        </w:rPr>
        <w:t>Медициналық</w:t>
      </w:r>
      <w:proofErr w:type="spellEnd"/>
      <w:r w:rsidRPr="003B6158">
        <w:rPr>
          <w:lang w:val="ru-RU"/>
        </w:rPr>
        <w:t xml:space="preserve"> </w:t>
      </w:r>
      <w:proofErr w:type="spellStart"/>
      <w:r w:rsidRPr="003B6158">
        <w:rPr>
          <w:rStyle w:val="ypks7kbdpwfgdykd3qb9"/>
          <w:lang w:val="ru-RU"/>
        </w:rPr>
        <w:t>диванның</w:t>
      </w:r>
      <w:proofErr w:type="spellEnd"/>
      <w:r w:rsidRPr="003B6158">
        <w:rPr>
          <w:lang w:val="ru-RU"/>
        </w:rPr>
        <w:t xml:space="preserve"> </w:t>
      </w:r>
      <w:proofErr w:type="spellStart"/>
      <w:r w:rsidRPr="003B6158">
        <w:rPr>
          <w:rStyle w:val="ypks7kbdpwfgdykd3qb9"/>
          <w:lang w:val="ru-RU"/>
        </w:rPr>
        <w:t>болжамды</w:t>
      </w:r>
      <w:proofErr w:type="spellEnd"/>
      <w:r w:rsidRPr="003B6158">
        <w:rPr>
          <w:lang w:val="ru-RU"/>
        </w:rPr>
        <w:t xml:space="preserve"> </w:t>
      </w:r>
      <w:proofErr w:type="spellStart"/>
      <w:r w:rsidRPr="003B6158">
        <w:rPr>
          <w:rStyle w:val="ypks7kbdpwfgdykd3qb9"/>
          <w:lang w:val="ru-RU"/>
        </w:rPr>
        <w:t>тү</w:t>
      </w:r>
      <w:proofErr w:type="gramStart"/>
      <w:r w:rsidRPr="003B6158">
        <w:rPr>
          <w:rStyle w:val="ypks7kbdpwfgdykd3qb9"/>
          <w:lang w:val="ru-RU"/>
        </w:rPr>
        <w:t>р</w:t>
      </w:r>
      <w:proofErr w:type="gramEnd"/>
      <w:r w:rsidRPr="003B6158">
        <w:rPr>
          <w:rStyle w:val="ypks7kbdpwfgdykd3qb9"/>
          <w:lang w:val="ru-RU"/>
        </w:rPr>
        <w:t>і</w:t>
      </w:r>
      <w:proofErr w:type="spellEnd"/>
    </w:p>
    <w:p w:rsidR="003B6158" w:rsidRDefault="003B6158">
      <w:pPr>
        <w:jc w:val="center"/>
        <w:rPr>
          <w:rFonts w:ascii="Times New Roman" w:hAnsi="Times New Roman" w:cs="Times New Roman"/>
          <w:i/>
          <w:sz w:val="22"/>
          <w:lang w:val="ru-RU"/>
        </w:rPr>
      </w:pPr>
    </w:p>
    <w:p w:rsidR="009B3CDF" w:rsidRDefault="009B3CDF">
      <w:pPr>
        <w:jc w:val="center"/>
        <w:rPr>
          <w:rFonts w:ascii="Times New Roman" w:hAnsi="Times New Roman" w:cs="Times New Roman"/>
          <w:i/>
          <w:sz w:val="22"/>
          <w:lang w:val="ru-RU"/>
        </w:rPr>
      </w:pPr>
    </w:p>
    <w:p w:rsidR="009B3CDF" w:rsidRDefault="009B3CDF">
      <w:pPr>
        <w:jc w:val="center"/>
        <w:rPr>
          <w:rFonts w:ascii="Times New Roman" w:hAnsi="Times New Roman" w:cs="Times New Roman"/>
          <w:i/>
          <w:sz w:val="22"/>
          <w:lang w:val="ru-RU"/>
        </w:rPr>
      </w:pPr>
    </w:p>
    <w:p w:rsidR="009B3CDF" w:rsidRDefault="009B3CDF">
      <w:pPr>
        <w:jc w:val="center"/>
        <w:rPr>
          <w:rFonts w:ascii="Times New Roman" w:hAnsi="Times New Roman" w:cs="Times New Roman"/>
          <w:i/>
          <w:sz w:val="22"/>
          <w:lang w:val="ru-RU"/>
        </w:rPr>
      </w:pPr>
    </w:p>
    <w:p w:rsidR="009B3CDF" w:rsidRDefault="009B3CDF">
      <w:pPr>
        <w:jc w:val="center"/>
        <w:rPr>
          <w:rFonts w:ascii="Times New Roman" w:hAnsi="Times New Roman" w:cs="Times New Roman"/>
          <w:i/>
          <w:sz w:val="22"/>
          <w:lang w:val="ru-RU"/>
        </w:rPr>
      </w:pPr>
    </w:p>
    <w:p w:rsidR="009B3CDF" w:rsidRDefault="009B3CDF">
      <w:pPr>
        <w:jc w:val="center"/>
        <w:rPr>
          <w:rFonts w:ascii="Times New Roman" w:hAnsi="Times New Roman" w:cs="Times New Roman"/>
          <w:i/>
          <w:sz w:val="22"/>
          <w:lang w:val="ru-RU"/>
        </w:rPr>
      </w:pPr>
    </w:p>
    <w:p w:rsidR="009B3CDF" w:rsidRDefault="009B3CDF">
      <w:pPr>
        <w:jc w:val="center"/>
        <w:rPr>
          <w:rFonts w:ascii="Times New Roman" w:hAnsi="Times New Roman" w:cs="Times New Roman"/>
          <w:i/>
          <w:sz w:val="22"/>
          <w:lang w:val="ru-RU"/>
        </w:rPr>
      </w:pPr>
    </w:p>
    <w:p w:rsidR="009B3CDF" w:rsidRDefault="009B3CDF">
      <w:pPr>
        <w:jc w:val="center"/>
        <w:rPr>
          <w:rFonts w:ascii="Times New Roman" w:hAnsi="Times New Roman" w:cs="Times New Roman"/>
          <w:i/>
          <w:sz w:val="22"/>
          <w:lang w:val="ru-RU"/>
        </w:rPr>
      </w:pPr>
    </w:p>
    <w:p w:rsidR="009B3CDF" w:rsidRDefault="009B3CDF">
      <w:pPr>
        <w:jc w:val="center"/>
        <w:rPr>
          <w:rFonts w:ascii="Times New Roman" w:hAnsi="Times New Roman" w:cs="Times New Roman"/>
          <w:i/>
          <w:sz w:val="22"/>
          <w:lang w:val="ru-RU"/>
        </w:rPr>
      </w:pPr>
    </w:p>
    <w:p w:rsidR="009B3CDF" w:rsidRDefault="009B3CDF">
      <w:pPr>
        <w:jc w:val="center"/>
        <w:rPr>
          <w:rFonts w:ascii="Times New Roman" w:hAnsi="Times New Roman" w:cs="Times New Roman"/>
          <w:i/>
          <w:sz w:val="22"/>
          <w:lang w:val="ru-RU"/>
        </w:rPr>
      </w:pPr>
    </w:p>
    <w:p w:rsidR="009B3CDF" w:rsidRDefault="009B3CDF">
      <w:pPr>
        <w:jc w:val="center"/>
        <w:rPr>
          <w:rFonts w:ascii="Times New Roman" w:hAnsi="Times New Roman" w:cs="Times New Roman"/>
          <w:i/>
          <w:sz w:val="22"/>
          <w:lang w:val="ru-RU"/>
        </w:rPr>
      </w:pPr>
    </w:p>
    <w:p w:rsidR="009B3CDF" w:rsidRDefault="009B3CDF">
      <w:pPr>
        <w:jc w:val="center"/>
        <w:rPr>
          <w:rFonts w:ascii="Times New Roman" w:hAnsi="Times New Roman" w:cs="Times New Roman"/>
          <w:i/>
          <w:sz w:val="22"/>
          <w:lang w:val="ru-RU"/>
        </w:rPr>
      </w:pPr>
      <w:r>
        <w:rPr>
          <w:noProof/>
          <w:lang w:val="ru-RU" w:eastAsia="ru-RU"/>
        </w:rPr>
        <w:drawing>
          <wp:inline distT="0" distB="0" distL="0" distR="0">
            <wp:extent cx="3540579" cy="4735285"/>
            <wp:effectExtent l="19050" t="0" r="2721" b="0"/>
            <wp:docPr id="5" name="Рисунок 4" descr="https://images.satu.kz/61222167_w640_h640_shkaf-meditsinskij-dly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mages.satu.kz/61222167_w640_h640_shkaf-meditsinskij-dlya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0579" cy="4735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3CDF" w:rsidRDefault="009B3CDF">
      <w:pPr>
        <w:jc w:val="center"/>
        <w:rPr>
          <w:rFonts w:ascii="Times New Roman" w:hAnsi="Times New Roman" w:cs="Times New Roman"/>
          <w:i/>
          <w:sz w:val="22"/>
          <w:lang w:val="ru-RU"/>
        </w:rPr>
      </w:pPr>
    </w:p>
    <w:p w:rsidR="009B3CDF" w:rsidRDefault="009B3CDF">
      <w:pPr>
        <w:jc w:val="center"/>
        <w:rPr>
          <w:rFonts w:ascii="Times New Roman" w:hAnsi="Times New Roman" w:cs="Times New Roman"/>
          <w:i/>
          <w:sz w:val="22"/>
          <w:lang w:val="ru-RU"/>
        </w:rPr>
      </w:pPr>
    </w:p>
    <w:p w:rsidR="009B3CDF" w:rsidRPr="009B3CDF" w:rsidRDefault="009B3CDF">
      <w:pPr>
        <w:jc w:val="center"/>
        <w:rPr>
          <w:rFonts w:ascii="Times New Roman" w:hAnsi="Times New Roman" w:cs="Times New Roman"/>
          <w:i/>
          <w:sz w:val="22"/>
          <w:lang w:val="ru-RU"/>
        </w:rPr>
      </w:pPr>
      <w:proofErr w:type="spellStart"/>
      <w:r w:rsidRPr="009B3CDF">
        <w:rPr>
          <w:rStyle w:val="ypks7kbdpwfgdykd3qb9"/>
          <w:lang w:val="ru-RU"/>
        </w:rPr>
        <w:t>Сурет</w:t>
      </w:r>
      <w:proofErr w:type="spellEnd"/>
      <w:r w:rsidRPr="009B3CDF">
        <w:rPr>
          <w:lang w:val="ru-RU"/>
        </w:rPr>
        <w:t xml:space="preserve"> </w:t>
      </w:r>
      <w:r w:rsidRPr="009B3CDF">
        <w:rPr>
          <w:rStyle w:val="ypks7kbdpwfgdykd3qb9"/>
          <w:lang w:val="ru-RU"/>
        </w:rPr>
        <w:t>4.</w:t>
      </w:r>
      <w:r w:rsidRPr="009B3CDF">
        <w:rPr>
          <w:lang w:val="ru-RU"/>
        </w:rPr>
        <w:t xml:space="preserve"> Дәр</w:t>
      </w:r>
      <w:proofErr w:type="gramStart"/>
      <w:r w:rsidRPr="009B3CDF">
        <w:rPr>
          <w:lang w:val="ru-RU"/>
        </w:rPr>
        <w:t>і-</w:t>
      </w:r>
      <w:proofErr w:type="gramEnd"/>
      <w:r w:rsidRPr="009B3CDF">
        <w:rPr>
          <w:rStyle w:val="ypks7kbdpwfgdykd3qb9"/>
          <w:lang w:val="ru-RU"/>
        </w:rPr>
        <w:t>дәрмектерді,</w:t>
      </w:r>
      <w:r w:rsidRPr="009B3CDF">
        <w:rPr>
          <w:lang w:val="ru-RU"/>
        </w:rPr>
        <w:t xml:space="preserve"> </w:t>
      </w:r>
      <w:r w:rsidRPr="009B3CDF">
        <w:rPr>
          <w:rStyle w:val="ypks7kbdpwfgdykd3qb9"/>
          <w:lang w:val="ru-RU"/>
        </w:rPr>
        <w:t>құралдарды</w:t>
      </w:r>
      <w:r w:rsidRPr="009B3CDF">
        <w:rPr>
          <w:lang w:val="ru-RU"/>
        </w:rPr>
        <w:t xml:space="preserve"> </w:t>
      </w:r>
      <w:r w:rsidRPr="009B3CDF">
        <w:rPr>
          <w:rStyle w:val="ypks7kbdpwfgdykd3qb9"/>
          <w:lang w:val="ru-RU"/>
        </w:rPr>
        <w:t>сақтауға</w:t>
      </w:r>
      <w:r w:rsidRPr="009B3CDF">
        <w:rPr>
          <w:lang w:val="ru-RU"/>
        </w:rPr>
        <w:t xml:space="preserve"> </w:t>
      </w:r>
      <w:proofErr w:type="spellStart"/>
      <w:r w:rsidRPr="009B3CDF">
        <w:rPr>
          <w:lang w:val="ru-RU"/>
        </w:rPr>
        <w:t>арналған</w:t>
      </w:r>
      <w:proofErr w:type="spellEnd"/>
      <w:r w:rsidRPr="009B3CDF">
        <w:rPr>
          <w:lang w:val="ru-RU"/>
        </w:rPr>
        <w:t xml:space="preserve"> </w:t>
      </w:r>
      <w:proofErr w:type="spellStart"/>
      <w:r w:rsidRPr="009B3CDF">
        <w:rPr>
          <w:rStyle w:val="ypks7kbdpwfgdykd3qb9"/>
          <w:lang w:val="ru-RU"/>
        </w:rPr>
        <w:t>медициналық</w:t>
      </w:r>
      <w:proofErr w:type="spellEnd"/>
      <w:r w:rsidRPr="009B3CDF">
        <w:rPr>
          <w:lang w:val="ru-RU"/>
        </w:rPr>
        <w:t xml:space="preserve"> </w:t>
      </w:r>
      <w:proofErr w:type="spellStart"/>
      <w:r w:rsidRPr="009B3CDF">
        <w:rPr>
          <w:rStyle w:val="ypks7kbdpwfgdykd3qb9"/>
          <w:lang w:val="ru-RU"/>
        </w:rPr>
        <w:t>шкафтың</w:t>
      </w:r>
      <w:proofErr w:type="spellEnd"/>
      <w:r w:rsidRPr="009B3CDF">
        <w:rPr>
          <w:lang w:val="ru-RU"/>
        </w:rPr>
        <w:t xml:space="preserve"> </w:t>
      </w:r>
      <w:proofErr w:type="spellStart"/>
      <w:r w:rsidRPr="009B3CDF">
        <w:rPr>
          <w:rStyle w:val="ypks7kbdpwfgdykd3qb9"/>
          <w:lang w:val="ru-RU"/>
        </w:rPr>
        <w:t>болжамды</w:t>
      </w:r>
      <w:proofErr w:type="spellEnd"/>
      <w:r w:rsidRPr="009B3CDF">
        <w:rPr>
          <w:lang w:val="ru-RU"/>
        </w:rPr>
        <w:t xml:space="preserve"> </w:t>
      </w:r>
      <w:proofErr w:type="spellStart"/>
      <w:r w:rsidRPr="009B3CDF">
        <w:rPr>
          <w:rStyle w:val="ypks7kbdpwfgdykd3qb9"/>
          <w:lang w:val="ru-RU"/>
        </w:rPr>
        <w:t>түрі</w:t>
      </w:r>
      <w:proofErr w:type="spellEnd"/>
    </w:p>
    <w:p w:rsidR="002D0E77" w:rsidRDefault="000927D0">
      <w:pPr>
        <w:jc w:val="center"/>
        <w:rPr>
          <w:rFonts w:ascii="Times New Roman" w:hAnsi="Times New Roman" w:cs="Times New Roman"/>
          <w:sz w:val="22"/>
          <w:lang w:val="kk-KZ"/>
        </w:rPr>
      </w:pPr>
      <w:r w:rsidRPr="000927D0">
        <w:rPr>
          <w:rFonts w:ascii="Times New Roman" w:hAnsi="Times New Roman" w:cs="Times New Roman"/>
          <w:noProof/>
          <w:sz w:val="22"/>
          <w:lang w:val="ru-RU" w:eastAsia="ru-RU"/>
        </w:rPr>
        <w:lastRenderedPageBreak/>
        <w:drawing>
          <wp:inline distT="0" distB="0" distL="0" distR="0">
            <wp:extent cx="5086350" cy="4512129"/>
            <wp:effectExtent l="1905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73965C9F-644F-4B96-A83E-3E08C439151C.jpeg"/>
                    <pic:cNvPicPr/>
                  </pic:nvPicPr>
                  <pic:blipFill>
                    <a:blip r:embed="rId11"/>
                    <a:srcRect t="10479" r="558" b="14634"/>
                    <a:stretch>
                      <a:fillRect/>
                    </a:stretch>
                  </pic:blipFill>
                  <pic:spPr>
                    <a:xfrm>
                      <a:off x="0" y="0"/>
                      <a:ext cx="5090661" cy="45159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3CDF" w:rsidRDefault="009B3CDF">
      <w:pPr>
        <w:jc w:val="center"/>
        <w:rPr>
          <w:rFonts w:ascii="Times New Roman" w:hAnsi="Times New Roman" w:cs="Times New Roman"/>
          <w:sz w:val="22"/>
          <w:lang w:val="kk-KZ"/>
        </w:rPr>
      </w:pPr>
    </w:p>
    <w:p w:rsidR="009B3CDF" w:rsidRPr="009B3CDF" w:rsidRDefault="009B3CDF">
      <w:pPr>
        <w:jc w:val="center"/>
        <w:rPr>
          <w:rFonts w:ascii="Times New Roman" w:hAnsi="Times New Roman" w:cs="Times New Roman"/>
          <w:sz w:val="22"/>
          <w:lang w:val="kk-KZ"/>
        </w:rPr>
      </w:pPr>
    </w:p>
    <w:p w:rsidR="00391896" w:rsidRPr="00764852" w:rsidRDefault="0005334D">
      <w:pPr>
        <w:jc w:val="center"/>
        <w:rPr>
          <w:rFonts w:ascii="Times New Roman" w:hAnsi="Times New Roman" w:cs="Times New Roman"/>
          <w:i/>
          <w:sz w:val="22"/>
          <w:lang w:val="kk-KZ"/>
        </w:rPr>
      </w:pPr>
      <w:r w:rsidRPr="00764852">
        <w:rPr>
          <w:rStyle w:val="ypks7kbdpwfgdykd3qb9"/>
          <w:lang w:val="kk-KZ"/>
        </w:rPr>
        <w:t>Сурет</w:t>
      </w:r>
      <w:r w:rsidRPr="00764852">
        <w:rPr>
          <w:lang w:val="kk-KZ"/>
        </w:rPr>
        <w:t xml:space="preserve"> </w:t>
      </w:r>
      <w:proofErr w:type="gramStart"/>
      <w:r w:rsidR="003B6158">
        <w:rPr>
          <w:lang w:val="kk-KZ"/>
        </w:rPr>
        <w:t>5</w:t>
      </w:r>
      <w:proofErr w:type="gramEnd"/>
      <w:r w:rsidRPr="00764852">
        <w:rPr>
          <w:rStyle w:val="ypks7kbdpwfgdykd3qb9"/>
          <w:lang w:val="kk-KZ"/>
        </w:rPr>
        <w:t>.</w:t>
      </w:r>
      <w:r w:rsidRPr="00764852">
        <w:rPr>
          <w:lang w:val="kk-KZ"/>
        </w:rPr>
        <w:t xml:space="preserve"> </w:t>
      </w:r>
      <w:r w:rsidRPr="00764852">
        <w:rPr>
          <w:rStyle w:val="ypks7kbdpwfgdykd3qb9"/>
          <w:lang w:val="kk-KZ"/>
        </w:rPr>
        <w:t>Жылжымалы</w:t>
      </w:r>
      <w:r w:rsidRPr="00764852">
        <w:rPr>
          <w:lang w:val="kk-KZ"/>
        </w:rPr>
        <w:t xml:space="preserve"> </w:t>
      </w:r>
      <w:r w:rsidRPr="00764852">
        <w:rPr>
          <w:rStyle w:val="ypks7kbdpwfgdykd3qb9"/>
          <w:lang w:val="kk-KZ"/>
        </w:rPr>
        <w:t>манипуляциялық</w:t>
      </w:r>
      <w:r w:rsidRPr="00764852">
        <w:rPr>
          <w:lang w:val="kk-KZ"/>
        </w:rPr>
        <w:t xml:space="preserve"> </w:t>
      </w:r>
      <w:r w:rsidRPr="00764852">
        <w:rPr>
          <w:rStyle w:val="ypks7kbdpwfgdykd3qb9"/>
          <w:lang w:val="kk-KZ"/>
        </w:rPr>
        <w:t>медициналық</w:t>
      </w:r>
      <w:r w:rsidRPr="00764852">
        <w:rPr>
          <w:lang w:val="kk-KZ"/>
        </w:rPr>
        <w:t xml:space="preserve"> </w:t>
      </w:r>
      <w:r w:rsidRPr="00764852">
        <w:rPr>
          <w:rStyle w:val="ypks7kbdpwfgdykd3qb9"/>
          <w:lang w:val="kk-KZ"/>
        </w:rPr>
        <w:t>үстелдің</w:t>
      </w:r>
      <w:r w:rsidRPr="00764852">
        <w:rPr>
          <w:lang w:val="kk-KZ"/>
        </w:rPr>
        <w:t xml:space="preserve"> </w:t>
      </w:r>
      <w:r w:rsidRPr="00764852">
        <w:rPr>
          <w:rStyle w:val="ypks7kbdpwfgdykd3qb9"/>
          <w:lang w:val="kk-KZ"/>
        </w:rPr>
        <w:t>болжамды</w:t>
      </w:r>
      <w:r w:rsidRPr="00764852">
        <w:rPr>
          <w:lang w:val="kk-KZ"/>
        </w:rPr>
        <w:t xml:space="preserve"> </w:t>
      </w:r>
      <w:r w:rsidRPr="00764852">
        <w:rPr>
          <w:rStyle w:val="ypks7kbdpwfgdykd3qb9"/>
          <w:lang w:val="kk-KZ"/>
        </w:rPr>
        <w:t>түрі.</w:t>
      </w:r>
    </w:p>
    <w:p w:rsidR="00391896" w:rsidRPr="00391896" w:rsidRDefault="00391896" w:rsidP="00391896">
      <w:pPr>
        <w:rPr>
          <w:rFonts w:ascii="Times New Roman" w:hAnsi="Times New Roman" w:cs="Times New Roman"/>
          <w:i/>
          <w:sz w:val="22"/>
          <w:lang w:val="kk-KZ"/>
        </w:rPr>
      </w:pPr>
    </w:p>
    <w:sectPr w:rsidR="00391896" w:rsidRPr="00391896" w:rsidSect="00034616">
      <w:pgSz w:w="12240" w:h="15840"/>
      <w:pgMar w:top="964" w:right="1020" w:bottom="964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6FBA07A2"/>
    <w:multiLevelType w:val="multilevel"/>
    <w:tmpl w:val="0A76C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5334D"/>
    <w:rsid w:val="0006063C"/>
    <w:rsid w:val="000927D0"/>
    <w:rsid w:val="0015074B"/>
    <w:rsid w:val="0029639D"/>
    <w:rsid w:val="002D0E77"/>
    <w:rsid w:val="00322DB9"/>
    <w:rsid w:val="00326F90"/>
    <w:rsid w:val="00354FEC"/>
    <w:rsid w:val="00391896"/>
    <w:rsid w:val="003B6158"/>
    <w:rsid w:val="004E1475"/>
    <w:rsid w:val="006901E8"/>
    <w:rsid w:val="00706BC9"/>
    <w:rsid w:val="00764852"/>
    <w:rsid w:val="0080024E"/>
    <w:rsid w:val="009B3CDF"/>
    <w:rsid w:val="00AA1D8D"/>
    <w:rsid w:val="00B47730"/>
    <w:rsid w:val="00BA7106"/>
    <w:rsid w:val="00C2083D"/>
    <w:rsid w:val="00CB0664"/>
    <w:rsid w:val="00E4670A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E4670A"/>
    <w:rPr>
      <w:rFonts w:ascii="Arial" w:hAnsi="Arial"/>
      <w:sz w:val="20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ветлая заливка1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-11">
    <w:name w:val="Светлая заливка - Акцент 1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customStyle="1" w:styleId="12">
    <w:name w:val="Светлый список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-110">
    <w:name w:val="Светлый список - Акцент 1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customStyle="1" w:styleId="13">
    <w:name w:val="Светлая сетка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customStyle="1" w:styleId="-111">
    <w:name w:val="Светлая сетка - Акцент 1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customStyle="1" w:styleId="110">
    <w:name w:val="Средняя заливка 1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1-11">
    <w:name w:val="Средняя заливка 1 - Акцент 1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210">
    <w:name w:val="Средняя заливка 2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2-11">
    <w:name w:val="Средняя заливка 2 - Акцент 1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111">
    <w:name w:val="Средний список 1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customStyle="1" w:styleId="1-110">
    <w:name w:val="Средний список 1 - Акцент 1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customStyle="1" w:styleId="211">
    <w:name w:val="Средний список 2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112">
    <w:name w:val="Средняя сетка 1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customStyle="1" w:styleId="212">
    <w:name w:val="Средняя сетка 2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0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310">
    <w:name w:val="Средняя сетка 3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customStyle="1" w:styleId="14">
    <w:name w:val="Темный список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customStyle="1" w:styleId="15">
    <w:name w:val="Цветная заливка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0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16">
    <w:name w:val="Цветной список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2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17">
    <w:name w:val="Цветная сетка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3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aff1">
    <w:name w:val="Balloon Text"/>
    <w:basedOn w:val="a1"/>
    <w:link w:val="aff2"/>
    <w:uiPriority w:val="99"/>
    <w:semiHidden/>
    <w:unhideWhenUsed/>
    <w:rsid w:val="000927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2">
    <w:name w:val="Текст выноски Знак"/>
    <w:basedOn w:val="a2"/>
    <w:link w:val="aff1"/>
    <w:uiPriority w:val="99"/>
    <w:semiHidden/>
    <w:rsid w:val="000927D0"/>
    <w:rPr>
      <w:rFonts w:ascii="Tahoma" w:hAnsi="Tahoma" w:cs="Tahoma"/>
      <w:sz w:val="16"/>
      <w:szCs w:val="16"/>
    </w:rPr>
  </w:style>
  <w:style w:type="paragraph" w:styleId="aff3">
    <w:name w:val="Normal (Web)"/>
    <w:basedOn w:val="a1"/>
    <w:uiPriority w:val="99"/>
    <w:semiHidden/>
    <w:unhideWhenUsed/>
    <w:rsid w:val="00E467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ypks7kbdpwfgdykd3qb9">
    <w:name w:val="ypks7kbdpwfgdykd3qb9"/>
    <w:basedOn w:val="a2"/>
    <w:rsid w:val="006901E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E4670A"/>
    <w:rPr>
      <w:rFonts w:ascii="Arial" w:hAnsi="Arial"/>
      <w:sz w:val="20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ветлая заливка1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-11">
    <w:name w:val="Светлая заливка - Акцент 1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customStyle="1" w:styleId="12">
    <w:name w:val="Светлый список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-110">
    <w:name w:val="Светлый список - Акцент 1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customStyle="1" w:styleId="13">
    <w:name w:val="Светлая сетка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customStyle="1" w:styleId="-111">
    <w:name w:val="Светлая сетка - Акцент 1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customStyle="1" w:styleId="110">
    <w:name w:val="Средняя заливка 1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1-11">
    <w:name w:val="Средняя заливка 1 - Акцент 1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210">
    <w:name w:val="Средняя заливка 2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2-11">
    <w:name w:val="Средняя заливка 2 - Акцент 1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111">
    <w:name w:val="Средний список 1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customStyle="1" w:styleId="1-110">
    <w:name w:val="Средний список 1 - Акцент 1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customStyle="1" w:styleId="211">
    <w:name w:val="Средний список 2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112">
    <w:name w:val="Средняя сетка 1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customStyle="1" w:styleId="212">
    <w:name w:val="Средняя сетка 2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0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310">
    <w:name w:val="Средняя сетка 3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customStyle="1" w:styleId="14">
    <w:name w:val="Темный список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customStyle="1" w:styleId="15">
    <w:name w:val="Цветная заливка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0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16">
    <w:name w:val="Цветной список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2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17">
    <w:name w:val="Цветная сетка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3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aff1">
    <w:name w:val="Balloon Text"/>
    <w:basedOn w:val="a1"/>
    <w:link w:val="aff2"/>
    <w:uiPriority w:val="99"/>
    <w:semiHidden/>
    <w:unhideWhenUsed/>
    <w:rsid w:val="000927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2">
    <w:name w:val="Текст выноски Знак"/>
    <w:basedOn w:val="a2"/>
    <w:link w:val="aff1"/>
    <w:uiPriority w:val="99"/>
    <w:semiHidden/>
    <w:rsid w:val="000927D0"/>
    <w:rPr>
      <w:rFonts w:ascii="Tahoma" w:hAnsi="Tahoma" w:cs="Tahoma"/>
      <w:sz w:val="16"/>
      <w:szCs w:val="16"/>
    </w:rPr>
  </w:style>
  <w:style w:type="paragraph" w:styleId="aff3">
    <w:name w:val="Normal (Web)"/>
    <w:basedOn w:val="a1"/>
    <w:uiPriority w:val="99"/>
    <w:semiHidden/>
    <w:unhideWhenUsed/>
    <w:rsid w:val="00E467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ypks7kbdpwfgdykd3qb9">
    <w:name w:val="ypks7kbdpwfgdykd3qb9"/>
    <w:basedOn w:val="a2"/>
    <w:rsid w:val="006901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534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CB54D0B-610B-4352-A063-17957403B5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741</Words>
  <Characters>4224</Characters>
  <Application>Microsoft Office Word</Application>
  <DocSecurity>0</DocSecurity>
  <Lines>35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DG Win&amp;Soft</Company>
  <LinksUpToDate>false</LinksUpToDate>
  <CharactersWithSpaces>4956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python-docx</dc:creator>
  <dc:description>generated by python-docx</dc:description>
  <cp:lastModifiedBy>Пользователь Windows</cp:lastModifiedBy>
  <cp:revision>2</cp:revision>
  <dcterms:created xsi:type="dcterms:W3CDTF">2026-10-12T06:39:00Z</dcterms:created>
  <dcterms:modified xsi:type="dcterms:W3CDTF">2026-10-12T06:39:00Z</dcterms:modified>
</cp:coreProperties>
</file>