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AA8A3" w14:textId="77777777" w:rsidR="00F45AAA" w:rsidRDefault="00F45AAA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ru-RU"/>
        </w:rPr>
      </w:pPr>
    </w:p>
    <w:p w14:paraId="78B3605F" w14:textId="77777777" w:rsidR="00F45AAA" w:rsidRPr="00F45AAA" w:rsidRDefault="00F45AAA" w:rsidP="00F45AAA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  <w:r w:rsidRPr="00F45AAA">
        <w:rPr>
          <w:rFonts w:eastAsia="Calibri" w:cs="Times New Roman"/>
          <w:b/>
          <w:sz w:val="18"/>
          <w:szCs w:val="18"/>
          <w:lang w:val="kk-KZ"/>
        </w:rPr>
        <w:t xml:space="preserve">№ 2 қосымша </w:t>
      </w:r>
    </w:p>
    <w:p w14:paraId="148510E1" w14:textId="77777777" w:rsidR="00F45AAA" w:rsidRPr="00F45AAA" w:rsidRDefault="00F45AAA" w:rsidP="00F45AAA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  <w:r w:rsidRPr="00F45AAA">
        <w:rPr>
          <w:rFonts w:eastAsia="Calibri" w:cs="Times New Roman"/>
          <w:b/>
          <w:sz w:val="18"/>
          <w:szCs w:val="18"/>
          <w:lang w:val="kk-KZ"/>
        </w:rPr>
        <w:t>үлгі шартқа</w:t>
      </w:r>
    </w:p>
    <w:p w14:paraId="4FE53EA9" w14:textId="70937A92" w:rsidR="00F45AAA" w:rsidRPr="00F45AAA" w:rsidRDefault="00F45AAA" w:rsidP="00F45AAA">
      <w:pPr>
        <w:spacing w:after="0"/>
        <w:jc w:val="center"/>
        <w:rPr>
          <w:rFonts w:eastAsia="Calibri" w:cs="Times New Roman"/>
          <w:b/>
          <w:sz w:val="24"/>
          <w:szCs w:val="24"/>
          <w:lang w:val="kk-KZ"/>
        </w:rPr>
      </w:pPr>
      <w:r w:rsidRPr="00F45AAA">
        <w:rPr>
          <w:rFonts w:eastAsia="Calibri" w:cs="Times New Roman"/>
          <w:b/>
          <w:sz w:val="24"/>
          <w:szCs w:val="24"/>
          <w:lang w:val="kk-KZ"/>
        </w:rPr>
        <w:t>ТЕХНИКАЛЫҚ СИПАТТАМА</w:t>
      </w:r>
    </w:p>
    <w:p w14:paraId="28A1B8B4" w14:textId="77777777" w:rsidR="00F45AAA" w:rsidRPr="00F45AAA" w:rsidRDefault="00F45AAA" w:rsidP="00F45AAA">
      <w:pPr>
        <w:spacing w:after="0"/>
        <w:jc w:val="center"/>
        <w:rPr>
          <w:rFonts w:eastAsia="Calibri" w:cs="Times New Roman"/>
          <w:b/>
          <w:sz w:val="24"/>
          <w:szCs w:val="24"/>
          <w:lang w:val="kk-KZ"/>
        </w:rPr>
      </w:pPr>
      <w:r w:rsidRPr="00F45AAA">
        <w:rPr>
          <w:rFonts w:eastAsia="Calibri" w:cs="Times New Roman"/>
          <w:b/>
          <w:sz w:val="24"/>
          <w:szCs w:val="24"/>
          <w:lang w:val="kk-KZ"/>
        </w:rPr>
        <w:t>профессор-оқытушылар құрамының біліктілікті арттыру курстарына қатысуы</w:t>
      </w:r>
    </w:p>
    <w:p w14:paraId="5F37AD07" w14:textId="6BECD7C4" w:rsidR="00F45AAA" w:rsidRPr="00F45AAA" w:rsidRDefault="00F45AAA" w:rsidP="00F45AAA">
      <w:pPr>
        <w:spacing w:after="0"/>
        <w:jc w:val="center"/>
        <w:rPr>
          <w:rFonts w:eastAsia="Calibri" w:cs="Times New Roman"/>
          <w:b/>
          <w:sz w:val="24"/>
          <w:szCs w:val="24"/>
          <w:lang w:val="kk-KZ"/>
        </w:rPr>
      </w:pPr>
      <w:r w:rsidRPr="00F45AAA">
        <w:rPr>
          <w:rFonts w:eastAsia="Calibri" w:cs="Times New Roman"/>
          <w:b/>
          <w:sz w:val="24"/>
          <w:szCs w:val="24"/>
          <w:lang w:val="kk-KZ"/>
        </w:rPr>
        <w:t>"</w:t>
      </w:r>
      <w:r w:rsidR="00BC0D09">
        <w:rPr>
          <w:rFonts w:eastAsia="Calibri" w:cs="Times New Roman"/>
          <w:b/>
          <w:sz w:val="24"/>
          <w:szCs w:val="24"/>
          <w:lang w:val="kk-KZ"/>
        </w:rPr>
        <w:t>Рудный</w:t>
      </w:r>
      <w:r w:rsidRPr="00F45AAA">
        <w:rPr>
          <w:rFonts w:eastAsia="Calibri" w:cs="Times New Roman"/>
          <w:b/>
          <w:sz w:val="24"/>
          <w:szCs w:val="24"/>
          <w:lang w:val="kk-KZ"/>
        </w:rPr>
        <w:t xml:space="preserve"> индустриялық университеті" КЕАҚ</w:t>
      </w:r>
    </w:p>
    <w:p w14:paraId="27321D61" w14:textId="77777777" w:rsidR="00F45AAA" w:rsidRPr="00F45AAA" w:rsidRDefault="00F45AAA" w:rsidP="00F45AAA">
      <w:pPr>
        <w:numPr>
          <w:ilvl w:val="0"/>
          <w:numId w:val="10"/>
        </w:numPr>
        <w:spacing w:after="0" w:line="240" w:lineRule="auto"/>
        <w:contextualSpacing/>
        <w:jc w:val="both"/>
        <w:rPr>
          <w:b/>
          <w:sz w:val="24"/>
          <w:szCs w:val="24"/>
          <w:lang w:val="ru-RU"/>
        </w:rPr>
      </w:pPr>
      <w:proofErr w:type="spellStart"/>
      <w:r w:rsidRPr="00F45AAA">
        <w:rPr>
          <w:b/>
          <w:sz w:val="24"/>
          <w:szCs w:val="24"/>
          <w:lang w:val="ru-RU"/>
        </w:rPr>
        <w:t>Жалпы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шарттар</w:t>
      </w:r>
      <w:proofErr w:type="spellEnd"/>
    </w:p>
    <w:p w14:paraId="6CEC9325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sz w:val="24"/>
          <w:szCs w:val="24"/>
          <w:lang w:val="ru-RU"/>
        </w:rPr>
      </w:pPr>
      <w:r w:rsidRPr="00F45AAA">
        <w:rPr>
          <w:b/>
          <w:sz w:val="24"/>
          <w:szCs w:val="24"/>
          <w:lang w:val="ru-RU"/>
        </w:rPr>
        <w:t xml:space="preserve">1.1. </w:t>
      </w:r>
      <w:proofErr w:type="spellStart"/>
      <w:r w:rsidRPr="00F45AAA">
        <w:rPr>
          <w:b/>
          <w:sz w:val="24"/>
          <w:szCs w:val="24"/>
          <w:lang w:val="ru-RU"/>
        </w:rPr>
        <w:t>Қызмет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атауы</w:t>
      </w:r>
      <w:proofErr w:type="spellEnd"/>
      <w:r w:rsidRPr="00F45AAA">
        <w:rPr>
          <w:b/>
          <w:sz w:val="24"/>
          <w:szCs w:val="24"/>
          <w:lang w:val="ru-RU"/>
        </w:rPr>
        <w:t>:</w:t>
      </w:r>
    </w:p>
    <w:p w14:paraId="0B343445" w14:textId="02FA5AC1" w:rsidR="00F45AAA" w:rsidRDefault="00F45AAA" w:rsidP="00F45AAA">
      <w:pPr>
        <w:spacing w:after="0" w:line="240" w:lineRule="auto"/>
        <w:ind w:firstLine="567"/>
        <w:jc w:val="both"/>
        <w:rPr>
          <w:bCs/>
          <w:sz w:val="24"/>
          <w:szCs w:val="24"/>
          <w:lang w:val="ru-RU"/>
        </w:rPr>
      </w:pPr>
      <w:proofErr w:type="spellStart"/>
      <w:r w:rsidRPr="00F45AAA">
        <w:rPr>
          <w:bCs/>
          <w:sz w:val="24"/>
          <w:szCs w:val="24"/>
          <w:lang w:val="ru-RU"/>
        </w:rPr>
        <w:t>Докторанттарға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ғылыми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жетекшілік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ету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практикасын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нығайтуға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бағытталған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кәсіби</w:t>
      </w:r>
      <w:proofErr w:type="spellEnd"/>
      <w:r w:rsidRPr="00F45AAA">
        <w:rPr>
          <w:bCs/>
          <w:sz w:val="24"/>
          <w:szCs w:val="24"/>
          <w:lang w:val="ru-RU"/>
        </w:rPr>
        <w:t xml:space="preserve"> даму </w:t>
      </w:r>
      <w:proofErr w:type="spellStart"/>
      <w:r w:rsidRPr="00F45AAA">
        <w:rPr>
          <w:bCs/>
          <w:sz w:val="24"/>
          <w:szCs w:val="24"/>
          <w:lang w:val="ru-RU"/>
        </w:rPr>
        <w:t>бағдарламасын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докторанттарға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ғылыми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жетекшілік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ету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практикасын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нығайтуға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бағытталған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біліктілікті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арттыру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курстарын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ұйымдастыру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өткізу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жөніндегі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қызметтер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597856E8" w14:textId="77777777" w:rsidR="00F45AAA" w:rsidRDefault="00F45AAA" w:rsidP="00F45AAA">
      <w:pPr>
        <w:spacing w:after="0" w:line="240" w:lineRule="auto"/>
        <w:ind w:firstLine="567"/>
        <w:jc w:val="both"/>
        <w:rPr>
          <w:bCs/>
          <w:sz w:val="24"/>
          <w:szCs w:val="24"/>
          <w:lang w:val="ru-RU"/>
        </w:rPr>
      </w:pPr>
    </w:p>
    <w:p w14:paraId="4AD5D1D3" w14:textId="5896E682" w:rsidR="00F45AAA" w:rsidRPr="00F45AAA" w:rsidRDefault="00F45AAA" w:rsidP="00F45AAA">
      <w:pPr>
        <w:spacing w:after="0" w:line="240" w:lineRule="auto"/>
        <w:ind w:firstLine="567"/>
        <w:jc w:val="both"/>
        <w:rPr>
          <w:bCs/>
          <w:sz w:val="24"/>
          <w:szCs w:val="24"/>
          <w:lang w:val="ru-RU"/>
        </w:rPr>
      </w:pPr>
      <w:proofErr w:type="spellStart"/>
      <w:r w:rsidRPr="00F45AAA">
        <w:rPr>
          <w:b/>
          <w:sz w:val="24"/>
          <w:szCs w:val="24"/>
          <w:lang w:val="ru-RU"/>
        </w:rPr>
        <w:t>Қызмет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көрсету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орны</w:t>
      </w:r>
      <w:proofErr w:type="spellEnd"/>
      <w:r w:rsidRPr="00F45AAA">
        <w:rPr>
          <w:bCs/>
          <w:sz w:val="24"/>
          <w:szCs w:val="24"/>
          <w:lang w:val="ru-RU"/>
        </w:rPr>
        <w:t>: Астана</w:t>
      </w:r>
      <w:r w:rsidR="009C674C">
        <w:rPr>
          <w:bCs/>
          <w:sz w:val="24"/>
          <w:szCs w:val="24"/>
          <w:lang w:val="ru-RU"/>
        </w:rPr>
        <w:t xml:space="preserve"> </w:t>
      </w:r>
      <w:r w:rsidR="009C674C" w:rsidRPr="009C674C">
        <w:rPr>
          <w:rFonts w:eastAsia="Calibri" w:cs="Times New Roman"/>
          <w:bCs/>
          <w:sz w:val="24"/>
          <w:szCs w:val="24"/>
          <w:lang w:val="kk-KZ"/>
        </w:rPr>
        <w:t>қ.</w:t>
      </w:r>
    </w:p>
    <w:p w14:paraId="07DF6E56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Cs/>
          <w:sz w:val="24"/>
          <w:szCs w:val="24"/>
          <w:lang w:val="ru-RU"/>
        </w:rPr>
      </w:pPr>
    </w:p>
    <w:p w14:paraId="21989530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 xml:space="preserve">1.2. </w:t>
      </w:r>
      <w:proofErr w:type="spellStart"/>
      <w:r w:rsidRPr="00F45AAA">
        <w:rPr>
          <w:b/>
          <w:bCs/>
          <w:sz w:val="24"/>
          <w:szCs w:val="24"/>
          <w:lang w:val="ru-RU"/>
        </w:rPr>
        <w:t>Қызмет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көрсету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мерзімі</w:t>
      </w:r>
      <w:proofErr w:type="spellEnd"/>
      <w:r w:rsidRPr="00F45AAA">
        <w:rPr>
          <w:b/>
          <w:bCs/>
          <w:sz w:val="24"/>
          <w:szCs w:val="24"/>
          <w:lang w:val="ru-RU"/>
        </w:rPr>
        <w:t>:</w:t>
      </w:r>
    </w:p>
    <w:p w14:paraId="51B98CAC" w14:textId="77777777" w:rsid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F45AAA">
        <w:rPr>
          <w:sz w:val="24"/>
          <w:szCs w:val="24"/>
          <w:lang w:val="ru-RU"/>
        </w:rPr>
        <w:t>Келісімшарт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жасалған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күннен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бастап</w:t>
      </w:r>
      <w:proofErr w:type="spellEnd"/>
      <w:r w:rsidRPr="00F45AAA">
        <w:rPr>
          <w:sz w:val="24"/>
          <w:szCs w:val="24"/>
          <w:lang w:val="ru-RU"/>
        </w:rPr>
        <w:t xml:space="preserve"> 30 </w:t>
      </w:r>
      <w:proofErr w:type="spellStart"/>
      <w:r w:rsidRPr="00F45AAA">
        <w:rPr>
          <w:sz w:val="24"/>
          <w:szCs w:val="24"/>
          <w:lang w:val="ru-RU"/>
        </w:rPr>
        <w:t>күнтізбелік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күн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ішінде</w:t>
      </w:r>
      <w:proofErr w:type="spellEnd"/>
      <w:r w:rsidRPr="00F45AAA">
        <w:rPr>
          <w:sz w:val="24"/>
          <w:szCs w:val="24"/>
          <w:lang w:val="ru-RU"/>
        </w:rPr>
        <w:t xml:space="preserve">. </w:t>
      </w:r>
    </w:p>
    <w:p w14:paraId="75A011E6" w14:textId="78AAF658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F45AAA">
        <w:rPr>
          <w:sz w:val="24"/>
          <w:szCs w:val="24"/>
          <w:lang w:val="ru-RU"/>
        </w:rPr>
        <w:t>Жеткізуші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бекітілген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бағдарламаға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оқу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кестесіне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келісімшарт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талаптарына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осы </w:t>
      </w:r>
      <w:proofErr w:type="spellStart"/>
      <w:r w:rsidRPr="00F45AAA">
        <w:rPr>
          <w:sz w:val="24"/>
          <w:szCs w:val="24"/>
          <w:lang w:val="ru-RU"/>
        </w:rPr>
        <w:t>техникалық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сипаттамаға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сәйкес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курстарды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ұйымдастырады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өткізеді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18DB9EFE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3C6F2242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 xml:space="preserve">1.3. </w:t>
      </w:r>
      <w:proofErr w:type="spellStart"/>
      <w:r w:rsidRPr="00F45AAA">
        <w:rPr>
          <w:b/>
          <w:bCs/>
          <w:sz w:val="24"/>
          <w:szCs w:val="24"/>
          <w:lang w:val="ru-RU"/>
        </w:rPr>
        <w:t>Бағдарламаны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жүзеге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асыру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форматы:</w:t>
      </w:r>
    </w:p>
    <w:p w14:paraId="0E82095C" w14:textId="0BC2B7AD" w:rsid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 xml:space="preserve">Курс </w:t>
      </w:r>
      <w:proofErr w:type="spellStart"/>
      <w:r w:rsidRPr="00F45AAA">
        <w:rPr>
          <w:sz w:val="24"/>
          <w:szCs w:val="24"/>
          <w:lang w:val="ru-RU"/>
        </w:rPr>
        <w:t>бағдарламасы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үш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кезеңде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өткізіледі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күндізгі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онлайн </w:t>
      </w:r>
      <w:proofErr w:type="spellStart"/>
      <w:r w:rsidRPr="00F45AAA">
        <w:rPr>
          <w:sz w:val="24"/>
          <w:szCs w:val="24"/>
          <w:lang w:val="ru-RU"/>
        </w:rPr>
        <w:t>оқытуды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қатысушылардың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өзіндік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жұмысын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университеттегі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институционалдық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зерттеулерді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практикалық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шешімдерді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топтық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әзірлеуді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қамтиды</w:t>
      </w:r>
      <w:proofErr w:type="spellEnd"/>
      <w:r w:rsidRPr="00F45AAA">
        <w:rPr>
          <w:sz w:val="24"/>
          <w:szCs w:val="24"/>
          <w:lang w:val="ru-RU"/>
        </w:rPr>
        <w:t xml:space="preserve">. </w:t>
      </w:r>
      <w:r w:rsidR="00E87609" w:rsidRPr="00E87609">
        <w:rPr>
          <w:sz w:val="24"/>
          <w:szCs w:val="24"/>
          <w:lang w:val="ru-RU"/>
        </w:rPr>
        <w:t xml:space="preserve">6 </w:t>
      </w:r>
      <w:proofErr w:type="spellStart"/>
      <w:r w:rsidR="00E87609" w:rsidRPr="00E87609">
        <w:rPr>
          <w:sz w:val="24"/>
          <w:szCs w:val="24"/>
          <w:lang w:val="ru-RU"/>
        </w:rPr>
        <w:t>жұмыс</w:t>
      </w:r>
      <w:proofErr w:type="spellEnd"/>
      <w:r w:rsidR="00E87609" w:rsidRPr="00E87609">
        <w:rPr>
          <w:sz w:val="24"/>
          <w:szCs w:val="24"/>
          <w:lang w:val="ru-RU"/>
        </w:rPr>
        <w:t xml:space="preserve"> </w:t>
      </w:r>
      <w:proofErr w:type="spellStart"/>
      <w:r w:rsidR="00E87609" w:rsidRPr="00E87609">
        <w:rPr>
          <w:sz w:val="24"/>
          <w:szCs w:val="24"/>
          <w:lang w:val="ru-RU"/>
        </w:rPr>
        <w:t>күнінен</w:t>
      </w:r>
      <w:proofErr w:type="spellEnd"/>
      <w:r w:rsidR="00E87609" w:rsidRPr="00E87609">
        <w:rPr>
          <w:sz w:val="24"/>
          <w:szCs w:val="24"/>
          <w:lang w:val="ru-RU"/>
        </w:rPr>
        <w:t xml:space="preserve"> </w:t>
      </w:r>
      <w:proofErr w:type="spellStart"/>
      <w:r w:rsidR="00E87609" w:rsidRPr="00E87609">
        <w:rPr>
          <w:sz w:val="24"/>
          <w:szCs w:val="24"/>
          <w:lang w:val="ru-RU"/>
        </w:rPr>
        <w:t>аспайтын</w:t>
      </w:r>
      <w:proofErr w:type="spellEnd"/>
      <w:r w:rsidR="00E87609" w:rsidRPr="00E87609">
        <w:rPr>
          <w:sz w:val="24"/>
          <w:szCs w:val="24"/>
          <w:lang w:val="ru-RU"/>
        </w:rPr>
        <w:t xml:space="preserve"> 3 </w:t>
      </w:r>
      <w:proofErr w:type="spellStart"/>
      <w:r w:rsidR="00E87609" w:rsidRPr="00E87609">
        <w:rPr>
          <w:sz w:val="24"/>
          <w:szCs w:val="24"/>
          <w:lang w:val="ru-RU"/>
        </w:rPr>
        <w:t>кезең</w:t>
      </w:r>
      <w:proofErr w:type="spellEnd"/>
      <w:r w:rsidR="00E87609" w:rsidRPr="00E87609">
        <w:rPr>
          <w:sz w:val="24"/>
          <w:szCs w:val="24"/>
          <w:lang w:val="ru-RU"/>
        </w:rPr>
        <w:t xml:space="preserve"> (фаза) </w:t>
      </w:r>
      <w:proofErr w:type="spellStart"/>
      <w:r w:rsidR="00E87609" w:rsidRPr="00E87609">
        <w:rPr>
          <w:sz w:val="24"/>
          <w:szCs w:val="24"/>
          <w:lang w:val="ru-RU"/>
        </w:rPr>
        <w:t>бойынша</w:t>
      </w:r>
      <w:proofErr w:type="spellEnd"/>
      <w:r w:rsidR="00E87609" w:rsidRPr="00E87609">
        <w:rPr>
          <w:sz w:val="24"/>
          <w:szCs w:val="24"/>
          <w:lang w:val="ru-RU"/>
        </w:rPr>
        <w:t xml:space="preserve"> </w:t>
      </w:r>
      <w:proofErr w:type="spellStart"/>
      <w:r w:rsidR="00E87609" w:rsidRPr="00E87609">
        <w:rPr>
          <w:sz w:val="24"/>
          <w:szCs w:val="24"/>
          <w:lang w:val="ru-RU"/>
        </w:rPr>
        <w:t>күндізгі</w:t>
      </w:r>
      <w:proofErr w:type="spellEnd"/>
      <w:r w:rsidR="00E87609" w:rsidRPr="00E87609">
        <w:rPr>
          <w:sz w:val="24"/>
          <w:szCs w:val="24"/>
          <w:lang w:val="ru-RU"/>
        </w:rPr>
        <w:t xml:space="preserve"> </w:t>
      </w:r>
      <w:proofErr w:type="spellStart"/>
      <w:r w:rsidR="00E87609" w:rsidRPr="00E87609">
        <w:rPr>
          <w:sz w:val="24"/>
          <w:szCs w:val="24"/>
          <w:lang w:val="ru-RU"/>
        </w:rPr>
        <w:t>оқу</w:t>
      </w:r>
      <w:proofErr w:type="spellEnd"/>
      <w:r w:rsidR="00E87609" w:rsidRPr="00E87609">
        <w:rPr>
          <w:sz w:val="24"/>
          <w:szCs w:val="24"/>
          <w:lang w:val="ru-RU"/>
        </w:rPr>
        <w:t>.</w:t>
      </w:r>
    </w:p>
    <w:p w14:paraId="480D11F5" w14:textId="77777777" w:rsidR="00E87609" w:rsidRPr="00F45AAA" w:rsidRDefault="00E87609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7C67B812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 xml:space="preserve">1-кезең. </w:t>
      </w:r>
      <w:proofErr w:type="spellStart"/>
      <w:r w:rsidRPr="00F45AAA">
        <w:rPr>
          <w:b/>
          <w:bCs/>
          <w:sz w:val="24"/>
          <w:szCs w:val="24"/>
          <w:lang w:val="ru-RU"/>
        </w:rPr>
        <w:t>Заманауи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докторлық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білім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беру </w:t>
      </w:r>
      <w:proofErr w:type="spellStart"/>
      <w:r w:rsidRPr="00F45AAA">
        <w:rPr>
          <w:b/>
          <w:bCs/>
          <w:sz w:val="24"/>
          <w:szCs w:val="24"/>
          <w:lang w:val="ru-RU"/>
        </w:rPr>
        <w:t>және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жетекшілік</w:t>
      </w:r>
      <w:proofErr w:type="spellEnd"/>
    </w:p>
    <w:p w14:paraId="1E757C67" w14:textId="77777777" w:rsidR="00572180" w:rsidRDefault="00572180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572180">
        <w:rPr>
          <w:sz w:val="24"/>
          <w:szCs w:val="24"/>
          <w:lang w:val="ru-RU"/>
        </w:rPr>
        <w:t>Қызмет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көрсетуші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ұйымның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базасында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кемінде</w:t>
      </w:r>
      <w:proofErr w:type="spellEnd"/>
      <w:r w:rsidRPr="00572180">
        <w:rPr>
          <w:sz w:val="24"/>
          <w:szCs w:val="24"/>
          <w:lang w:val="ru-RU"/>
        </w:rPr>
        <w:t xml:space="preserve"> 3 </w:t>
      </w:r>
      <w:proofErr w:type="spellStart"/>
      <w:r w:rsidRPr="00572180">
        <w:rPr>
          <w:sz w:val="24"/>
          <w:szCs w:val="24"/>
          <w:lang w:val="ru-RU"/>
        </w:rPr>
        <w:t>жұмыс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күні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күндізгі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оқыту</w:t>
      </w:r>
      <w:proofErr w:type="spellEnd"/>
      <w:r w:rsidRPr="00572180">
        <w:rPr>
          <w:sz w:val="24"/>
          <w:szCs w:val="24"/>
          <w:lang w:val="ru-RU"/>
        </w:rPr>
        <w:t>.</w:t>
      </w:r>
    </w:p>
    <w:p w14:paraId="4B7C792F" w14:textId="0669A898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F45AAA">
        <w:rPr>
          <w:sz w:val="24"/>
          <w:szCs w:val="24"/>
          <w:lang w:val="ru-RU"/>
        </w:rPr>
        <w:t>Бірінші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кезеңде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қатысушылар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докторлық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білім</w:t>
      </w:r>
      <w:proofErr w:type="spellEnd"/>
      <w:r w:rsidRPr="00F45AAA">
        <w:rPr>
          <w:sz w:val="24"/>
          <w:szCs w:val="24"/>
          <w:lang w:val="ru-RU"/>
        </w:rPr>
        <w:t xml:space="preserve"> беру мен </w:t>
      </w:r>
      <w:proofErr w:type="spellStart"/>
      <w:r w:rsidRPr="00F45AAA">
        <w:rPr>
          <w:sz w:val="24"/>
          <w:szCs w:val="24"/>
          <w:lang w:val="ru-RU"/>
        </w:rPr>
        <w:t>жетекшілік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басшылықтың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заманауи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тәсілдерімен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танысады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институционалдық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саясат</w:t>
      </w:r>
      <w:proofErr w:type="spellEnd"/>
      <w:r w:rsidRPr="00F45AAA">
        <w:rPr>
          <w:sz w:val="24"/>
          <w:szCs w:val="24"/>
          <w:lang w:val="ru-RU"/>
        </w:rPr>
        <w:t xml:space="preserve"> пен университет </w:t>
      </w:r>
      <w:proofErr w:type="spellStart"/>
      <w:r w:rsidRPr="00F45AAA">
        <w:rPr>
          <w:sz w:val="24"/>
          <w:szCs w:val="24"/>
          <w:lang w:val="ru-RU"/>
        </w:rPr>
        <w:t>құрылымдарының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рөлін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талдайды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жетекшілік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басшылық</w:t>
      </w:r>
      <w:proofErr w:type="spellEnd"/>
      <w:r w:rsidRPr="00F45AAA">
        <w:rPr>
          <w:sz w:val="24"/>
          <w:szCs w:val="24"/>
          <w:lang w:val="ru-RU"/>
        </w:rPr>
        <w:t xml:space="preserve"> пен </w:t>
      </w:r>
      <w:proofErr w:type="spellStart"/>
      <w:r w:rsidRPr="00F45AAA">
        <w:rPr>
          <w:sz w:val="24"/>
          <w:szCs w:val="24"/>
          <w:lang w:val="ru-RU"/>
        </w:rPr>
        <w:t>бірлескен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жетекшіліктің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заманауи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үлгілерін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зерттейді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зерттеу</w:t>
      </w:r>
      <w:proofErr w:type="spellEnd"/>
      <w:r w:rsidRPr="00F45AAA">
        <w:rPr>
          <w:sz w:val="24"/>
          <w:szCs w:val="24"/>
          <w:lang w:val="ru-RU"/>
        </w:rPr>
        <w:t xml:space="preserve"> дизайны, </w:t>
      </w:r>
      <w:proofErr w:type="spellStart"/>
      <w:r w:rsidRPr="00F45AAA">
        <w:rPr>
          <w:sz w:val="24"/>
          <w:szCs w:val="24"/>
          <w:lang w:val="ru-RU"/>
        </w:rPr>
        <w:t>әдіснамасы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академиялық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жазу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мәселелерін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шешеді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5917B7BC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 xml:space="preserve">2-кезең. </w:t>
      </w:r>
      <w:proofErr w:type="spellStart"/>
      <w:r w:rsidRPr="00F45AAA">
        <w:rPr>
          <w:b/>
          <w:bCs/>
          <w:sz w:val="24"/>
          <w:szCs w:val="24"/>
          <w:lang w:val="ru-RU"/>
        </w:rPr>
        <w:t>Институционалдық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зерттеулер</w:t>
      </w:r>
      <w:proofErr w:type="spellEnd"/>
    </w:p>
    <w:p w14:paraId="7DF09298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>Онлайн/</w:t>
      </w:r>
      <w:proofErr w:type="spellStart"/>
      <w:r w:rsidRPr="00F45AAA">
        <w:rPr>
          <w:sz w:val="24"/>
          <w:szCs w:val="24"/>
          <w:lang w:val="ru-RU"/>
        </w:rPr>
        <w:t>Өзіндік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жұмыс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1134BAB9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F45AAA">
        <w:rPr>
          <w:sz w:val="24"/>
          <w:szCs w:val="24"/>
          <w:lang w:val="ru-RU"/>
        </w:rPr>
        <w:t>Екінші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кезеңде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қатысушылар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өз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университеттерінде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институционалдық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зерттеулер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жүргізеді</w:t>
      </w:r>
      <w:proofErr w:type="spellEnd"/>
      <w:r w:rsidRPr="00F45AAA">
        <w:rPr>
          <w:sz w:val="24"/>
          <w:szCs w:val="24"/>
          <w:lang w:val="ru-RU"/>
        </w:rPr>
        <w:t xml:space="preserve">: </w:t>
      </w:r>
      <w:proofErr w:type="spellStart"/>
      <w:r w:rsidRPr="00F45AAA">
        <w:rPr>
          <w:sz w:val="24"/>
          <w:szCs w:val="24"/>
          <w:lang w:val="ru-RU"/>
        </w:rPr>
        <w:t>ішкі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құжаттар</w:t>
      </w:r>
      <w:proofErr w:type="spellEnd"/>
      <w:r w:rsidRPr="00F45AAA">
        <w:rPr>
          <w:sz w:val="24"/>
          <w:szCs w:val="24"/>
          <w:lang w:val="ru-RU"/>
        </w:rPr>
        <w:t xml:space="preserve"> мен </w:t>
      </w:r>
      <w:proofErr w:type="spellStart"/>
      <w:r w:rsidRPr="00F45AAA">
        <w:rPr>
          <w:sz w:val="24"/>
          <w:szCs w:val="24"/>
          <w:lang w:val="ru-RU"/>
        </w:rPr>
        <w:t>ережелерді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талдайды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ағымдағы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академиялық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бақылау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процестерін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зерттейді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оқытушылармен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докторанттармен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басқа</w:t>
      </w:r>
      <w:proofErr w:type="spellEnd"/>
      <w:r w:rsidRPr="00F45AAA">
        <w:rPr>
          <w:sz w:val="24"/>
          <w:szCs w:val="24"/>
          <w:lang w:val="ru-RU"/>
        </w:rPr>
        <w:t xml:space="preserve"> да </w:t>
      </w:r>
      <w:proofErr w:type="spellStart"/>
      <w:r w:rsidRPr="00F45AAA">
        <w:rPr>
          <w:sz w:val="24"/>
          <w:szCs w:val="24"/>
          <w:lang w:val="ru-RU"/>
        </w:rPr>
        <w:t>мүдделі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тараптармен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өзара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әрекеттеседі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сондай-ақ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деректер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жинайды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талдайды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2D2661CD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 xml:space="preserve">3-кезең. </w:t>
      </w:r>
      <w:proofErr w:type="spellStart"/>
      <w:r w:rsidRPr="00F45AAA">
        <w:rPr>
          <w:b/>
          <w:bCs/>
          <w:sz w:val="24"/>
          <w:szCs w:val="24"/>
          <w:lang w:val="ru-RU"/>
        </w:rPr>
        <w:t>Практикалық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шешімдерді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әзірлеу</w:t>
      </w:r>
      <w:proofErr w:type="spellEnd"/>
    </w:p>
    <w:p w14:paraId="3F66F656" w14:textId="77777777" w:rsidR="00572180" w:rsidRDefault="00572180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572180">
        <w:rPr>
          <w:sz w:val="24"/>
          <w:szCs w:val="24"/>
          <w:lang w:val="ru-RU"/>
        </w:rPr>
        <w:t>Қызмет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көрсетуші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ұйымның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базасында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кемінде</w:t>
      </w:r>
      <w:proofErr w:type="spellEnd"/>
      <w:r w:rsidRPr="00572180">
        <w:rPr>
          <w:sz w:val="24"/>
          <w:szCs w:val="24"/>
          <w:lang w:val="ru-RU"/>
        </w:rPr>
        <w:t xml:space="preserve"> 3 </w:t>
      </w:r>
      <w:proofErr w:type="spellStart"/>
      <w:r w:rsidRPr="00572180">
        <w:rPr>
          <w:sz w:val="24"/>
          <w:szCs w:val="24"/>
          <w:lang w:val="ru-RU"/>
        </w:rPr>
        <w:t>жұмыс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күні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күндізгі</w:t>
      </w:r>
      <w:proofErr w:type="spellEnd"/>
      <w:r w:rsidRPr="00572180">
        <w:rPr>
          <w:sz w:val="24"/>
          <w:szCs w:val="24"/>
          <w:lang w:val="ru-RU"/>
        </w:rPr>
        <w:t xml:space="preserve"> </w:t>
      </w:r>
      <w:proofErr w:type="spellStart"/>
      <w:r w:rsidRPr="00572180">
        <w:rPr>
          <w:sz w:val="24"/>
          <w:szCs w:val="24"/>
          <w:lang w:val="ru-RU"/>
        </w:rPr>
        <w:t>оқыту</w:t>
      </w:r>
      <w:proofErr w:type="spellEnd"/>
      <w:r w:rsidRPr="00572180">
        <w:rPr>
          <w:sz w:val="24"/>
          <w:szCs w:val="24"/>
          <w:lang w:val="ru-RU"/>
        </w:rPr>
        <w:t>.</w:t>
      </w:r>
    </w:p>
    <w:p w14:paraId="17D6D311" w14:textId="7E73E6B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F45AAA">
        <w:rPr>
          <w:sz w:val="24"/>
          <w:szCs w:val="24"/>
          <w:lang w:val="ru-RU"/>
        </w:rPr>
        <w:t>Үшінші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кезеңде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қатысушылар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институционалдық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зерттеулердің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нәтижелерін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ұсынады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әртүрлі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университеттердің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тәжірибелерін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салыстырады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академиялық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бақылау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жүйесін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жетілдіру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бойынша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нақты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ұсыныстар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әзірлейді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276BF557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73AFCCFD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 xml:space="preserve">1.4. </w:t>
      </w:r>
      <w:proofErr w:type="spellStart"/>
      <w:r w:rsidRPr="00F45AAA">
        <w:rPr>
          <w:b/>
          <w:bCs/>
          <w:sz w:val="24"/>
          <w:szCs w:val="24"/>
          <w:lang w:val="ru-RU"/>
        </w:rPr>
        <w:t>Бағдарламаның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жалпы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ұзақтығы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: 80 </w:t>
      </w:r>
      <w:proofErr w:type="spellStart"/>
      <w:r w:rsidRPr="00F45AAA">
        <w:rPr>
          <w:b/>
          <w:bCs/>
          <w:sz w:val="24"/>
          <w:szCs w:val="24"/>
          <w:lang w:val="ru-RU"/>
        </w:rPr>
        <w:t>сағат</w:t>
      </w:r>
      <w:proofErr w:type="spellEnd"/>
      <w:r w:rsidRPr="00F45AAA">
        <w:rPr>
          <w:b/>
          <w:bCs/>
          <w:sz w:val="24"/>
          <w:szCs w:val="24"/>
          <w:lang w:val="ru-RU"/>
        </w:rPr>
        <w:t>.</w:t>
      </w:r>
    </w:p>
    <w:p w14:paraId="3A580391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5D8D9CAD" w14:textId="77777777" w:rsidR="00F45AAA" w:rsidRPr="00F45AAA" w:rsidRDefault="00F45AAA" w:rsidP="00F45AAA">
      <w:pPr>
        <w:numPr>
          <w:ilvl w:val="1"/>
          <w:numId w:val="10"/>
        </w:numPr>
        <w:spacing w:after="0" w:line="240" w:lineRule="auto"/>
        <w:contextualSpacing/>
        <w:jc w:val="both"/>
        <w:rPr>
          <w:b/>
          <w:bCs/>
          <w:sz w:val="24"/>
          <w:szCs w:val="24"/>
          <w:lang w:val="ru-RU"/>
        </w:rPr>
      </w:pPr>
      <w:proofErr w:type="spellStart"/>
      <w:r w:rsidRPr="00F45AAA">
        <w:rPr>
          <w:b/>
          <w:bCs/>
          <w:sz w:val="24"/>
          <w:szCs w:val="24"/>
          <w:lang w:val="ru-RU"/>
        </w:rPr>
        <w:t>Қатысушылар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саны: 3</w:t>
      </w:r>
    </w:p>
    <w:p w14:paraId="58B6AD08" w14:textId="77777777" w:rsidR="00F45AAA" w:rsidRPr="00F45AAA" w:rsidRDefault="00F45AAA" w:rsidP="00F45AAA">
      <w:pPr>
        <w:spacing w:after="0" w:line="240" w:lineRule="auto"/>
        <w:ind w:left="987"/>
        <w:contextualSpacing/>
        <w:jc w:val="both"/>
        <w:rPr>
          <w:b/>
          <w:bCs/>
          <w:sz w:val="24"/>
          <w:szCs w:val="24"/>
          <w:lang w:val="ru-RU"/>
        </w:rPr>
      </w:pPr>
    </w:p>
    <w:p w14:paraId="7318DE66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 xml:space="preserve">2. </w:t>
      </w:r>
      <w:proofErr w:type="spellStart"/>
      <w:r w:rsidRPr="00F45AAA">
        <w:rPr>
          <w:b/>
          <w:bCs/>
          <w:sz w:val="24"/>
          <w:szCs w:val="24"/>
          <w:lang w:val="ru-RU"/>
        </w:rPr>
        <w:t>Бағдарлама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мазмұнына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қойылатын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талаптар</w:t>
      </w:r>
      <w:proofErr w:type="spellEnd"/>
    </w:p>
    <w:p w14:paraId="1C18EEBC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F45AAA">
        <w:rPr>
          <w:sz w:val="24"/>
          <w:szCs w:val="24"/>
          <w:lang w:val="ru-RU"/>
        </w:rPr>
        <w:t>Бағдарлама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докторанттарды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басқарудың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заманауи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тәжірибелерін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дамытуға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Қазақстан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университеттерінде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академиялық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басқарудың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институционалдық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жүйесін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жетілдіруге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бағытталған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038B698F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165D3C76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proofErr w:type="spellStart"/>
      <w:r w:rsidRPr="00F45AAA">
        <w:rPr>
          <w:b/>
          <w:bCs/>
          <w:sz w:val="24"/>
          <w:szCs w:val="24"/>
          <w:lang w:val="ru-RU"/>
        </w:rPr>
        <w:t>Бағдарлама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келесі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негізгі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тақырыптық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бағыттарды</w:t>
      </w:r>
      <w:proofErr w:type="spellEnd"/>
      <w:r w:rsidRPr="00F45AAA">
        <w:rPr>
          <w:b/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bCs/>
          <w:sz w:val="24"/>
          <w:szCs w:val="24"/>
          <w:lang w:val="ru-RU"/>
        </w:rPr>
        <w:t>қамтиды</w:t>
      </w:r>
      <w:proofErr w:type="spellEnd"/>
      <w:r w:rsidRPr="00F45AAA">
        <w:rPr>
          <w:b/>
          <w:bCs/>
          <w:sz w:val="24"/>
          <w:szCs w:val="24"/>
          <w:lang w:val="ru-RU"/>
        </w:rPr>
        <w:t>:</w:t>
      </w:r>
    </w:p>
    <w:p w14:paraId="11E54679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 xml:space="preserve">• </w:t>
      </w:r>
      <w:proofErr w:type="spellStart"/>
      <w:r w:rsidRPr="00F45AAA">
        <w:rPr>
          <w:sz w:val="24"/>
          <w:szCs w:val="24"/>
          <w:lang w:val="ru-RU"/>
        </w:rPr>
        <w:t>қазіргі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заманғы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докторлық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білім</w:t>
      </w:r>
      <w:proofErr w:type="spellEnd"/>
      <w:r w:rsidRPr="00F45AAA">
        <w:rPr>
          <w:sz w:val="24"/>
          <w:szCs w:val="24"/>
          <w:lang w:val="ru-RU"/>
        </w:rPr>
        <w:t xml:space="preserve"> беру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жетекшілік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жүйелері</w:t>
      </w:r>
      <w:proofErr w:type="spellEnd"/>
      <w:r w:rsidRPr="00F45AAA">
        <w:rPr>
          <w:sz w:val="24"/>
          <w:szCs w:val="24"/>
          <w:lang w:val="ru-RU"/>
        </w:rPr>
        <w:t>;</w:t>
      </w:r>
    </w:p>
    <w:p w14:paraId="23CD4E00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 xml:space="preserve">• </w:t>
      </w:r>
      <w:proofErr w:type="spellStart"/>
      <w:r w:rsidRPr="00F45AAA">
        <w:rPr>
          <w:sz w:val="24"/>
          <w:szCs w:val="24"/>
          <w:lang w:val="ru-RU"/>
        </w:rPr>
        <w:t>докторлық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жетекшілік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бірлескен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жетекшілік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тәжірибелері</w:t>
      </w:r>
      <w:proofErr w:type="spellEnd"/>
      <w:r w:rsidRPr="00F45AAA">
        <w:rPr>
          <w:sz w:val="24"/>
          <w:szCs w:val="24"/>
          <w:lang w:val="ru-RU"/>
        </w:rPr>
        <w:t>;</w:t>
      </w:r>
    </w:p>
    <w:p w14:paraId="163618C4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 xml:space="preserve">• </w:t>
      </w:r>
      <w:proofErr w:type="spellStart"/>
      <w:r w:rsidRPr="00F45AAA">
        <w:rPr>
          <w:sz w:val="24"/>
          <w:szCs w:val="24"/>
          <w:lang w:val="ru-RU"/>
        </w:rPr>
        <w:t>зерттеу</w:t>
      </w:r>
      <w:proofErr w:type="spellEnd"/>
      <w:r w:rsidRPr="00F45AAA">
        <w:rPr>
          <w:sz w:val="24"/>
          <w:szCs w:val="24"/>
          <w:lang w:val="ru-RU"/>
        </w:rPr>
        <w:t xml:space="preserve"> дизайны мен </w:t>
      </w:r>
      <w:proofErr w:type="spellStart"/>
      <w:r w:rsidRPr="00F45AAA">
        <w:rPr>
          <w:sz w:val="24"/>
          <w:szCs w:val="24"/>
          <w:lang w:val="ru-RU"/>
        </w:rPr>
        <w:t>әдіснамасы</w:t>
      </w:r>
      <w:proofErr w:type="spellEnd"/>
      <w:r w:rsidRPr="00F45AAA">
        <w:rPr>
          <w:sz w:val="24"/>
          <w:szCs w:val="24"/>
          <w:lang w:val="ru-RU"/>
        </w:rPr>
        <w:t>;</w:t>
      </w:r>
    </w:p>
    <w:p w14:paraId="3460C49C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lastRenderedPageBreak/>
        <w:t xml:space="preserve">• </w:t>
      </w:r>
      <w:proofErr w:type="spellStart"/>
      <w:r w:rsidRPr="00F45AAA">
        <w:rPr>
          <w:sz w:val="24"/>
          <w:szCs w:val="24"/>
          <w:lang w:val="ru-RU"/>
        </w:rPr>
        <w:t>зерттеу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этикасы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академиялық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тұтастық</w:t>
      </w:r>
      <w:proofErr w:type="spellEnd"/>
      <w:r w:rsidRPr="00F45AAA">
        <w:rPr>
          <w:sz w:val="24"/>
          <w:szCs w:val="24"/>
          <w:lang w:val="ru-RU"/>
        </w:rPr>
        <w:t>;</w:t>
      </w:r>
    </w:p>
    <w:p w14:paraId="7F63715B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 xml:space="preserve">• </w:t>
      </w:r>
      <w:proofErr w:type="spellStart"/>
      <w:r w:rsidRPr="00F45AAA">
        <w:rPr>
          <w:sz w:val="24"/>
          <w:szCs w:val="24"/>
          <w:lang w:val="ru-RU"/>
        </w:rPr>
        <w:t>жетекшілерді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институционалдық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ұйымдастыру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қолдау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механизмдері</w:t>
      </w:r>
      <w:proofErr w:type="spellEnd"/>
      <w:r w:rsidRPr="00F45AAA">
        <w:rPr>
          <w:sz w:val="24"/>
          <w:szCs w:val="24"/>
          <w:lang w:val="ru-RU"/>
        </w:rPr>
        <w:t>;</w:t>
      </w:r>
    </w:p>
    <w:p w14:paraId="2500A459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 xml:space="preserve">• </w:t>
      </w:r>
      <w:proofErr w:type="spellStart"/>
      <w:r w:rsidRPr="00F45AAA">
        <w:rPr>
          <w:sz w:val="24"/>
          <w:szCs w:val="24"/>
          <w:lang w:val="ru-RU"/>
        </w:rPr>
        <w:t>докторанттардың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оқу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үлгеріміне</w:t>
      </w:r>
      <w:proofErr w:type="spellEnd"/>
      <w:r w:rsidRPr="00F45AAA">
        <w:rPr>
          <w:sz w:val="24"/>
          <w:szCs w:val="24"/>
          <w:lang w:val="ru-RU"/>
        </w:rPr>
        <w:t xml:space="preserve"> мониторинг;</w:t>
      </w:r>
    </w:p>
    <w:p w14:paraId="24ADC094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5AAA">
        <w:rPr>
          <w:sz w:val="24"/>
          <w:szCs w:val="24"/>
          <w:lang w:val="ru-RU"/>
        </w:rPr>
        <w:t xml:space="preserve">• </w:t>
      </w:r>
      <w:proofErr w:type="spellStart"/>
      <w:r w:rsidRPr="00F45AAA">
        <w:rPr>
          <w:sz w:val="24"/>
          <w:szCs w:val="24"/>
          <w:lang w:val="ru-RU"/>
        </w:rPr>
        <w:t>зерттеу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және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жетекшілік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басқаруда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жасанды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интеллектті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пайдалану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38C1A3DD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77B834AA" w14:textId="77777777" w:rsidR="00F45AAA" w:rsidRPr="00F45AAA" w:rsidRDefault="00F45AAA" w:rsidP="00F45AA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proofErr w:type="spellStart"/>
      <w:r w:rsidRPr="00F45AAA">
        <w:rPr>
          <w:sz w:val="24"/>
          <w:szCs w:val="24"/>
          <w:lang w:val="ru-RU"/>
        </w:rPr>
        <w:t>Бағдарлама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қатысушылардың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кәсіби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дамуы</w:t>
      </w:r>
      <w:proofErr w:type="spellEnd"/>
      <w:r w:rsidRPr="00F45AAA">
        <w:rPr>
          <w:sz w:val="24"/>
          <w:szCs w:val="24"/>
          <w:lang w:val="ru-RU"/>
        </w:rPr>
        <w:t xml:space="preserve"> мен </w:t>
      </w:r>
      <w:proofErr w:type="spellStart"/>
      <w:r w:rsidRPr="00F45AAA">
        <w:rPr>
          <w:sz w:val="24"/>
          <w:szCs w:val="24"/>
          <w:lang w:val="ru-RU"/>
        </w:rPr>
        <w:t>университеттің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институционалдық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ортасын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жақсарту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арасындағы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практикалық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байланысты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қамтамасыз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етеді</w:t>
      </w:r>
      <w:proofErr w:type="spellEnd"/>
      <w:r w:rsidRPr="00F45AAA">
        <w:rPr>
          <w:sz w:val="24"/>
          <w:szCs w:val="24"/>
          <w:lang w:val="ru-RU"/>
        </w:rPr>
        <w:t xml:space="preserve">. </w:t>
      </w:r>
      <w:proofErr w:type="spellStart"/>
      <w:r w:rsidRPr="00F45AAA">
        <w:rPr>
          <w:sz w:val="24"/>
          <w:szCs w:val="24"/>
          <w:lang w:val="ru-RU"/>
        </w:rPr>
        <w:t>Оқыту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нәтижесінде</w:t>
      </w:r>
      <w:proofErr w:type="spellEnd"/>
      <w:r w:rsidRPr="00F45AAA">
        <w:rPr>
          <w:sz w:val="24"/>
          <w:szCs w:val="24"/>
          <w:lang w:val="ru-RU"/>
        </w:rPr>
        <w:t xml:space="preserve"> тек </w:t>
      </w:r>
      <w:proofErr w:type="spellStart"/>
      <w:r w:rsidRPr="00F45AAA">
        <w:rPr>
          <w:sz w:val="24"/>
          <w:szCs w:val="24"/>
          <w:lang w:val="ru-RU"/>
        </w:rPr>
        <w:t>жаңа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кәсіби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құзыреттер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жиынтығы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ғана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емес</w:t>
      </w:r>
      <w:proofErr w:type="spellEnd"/>
      <w:r w:rsidRPr="00F45AAA">
        <w:rPr>
          <w:sz w:val="24"/>
          <w:szCs w:val="24"/>
          <w:lang w:val="ru-RU"/>
        </w:rPr>
        <w:t xml:space="preserve">, </w:t>
      </w:r>
      <w:proofErr w:type="spellStart"/>
      <w:r w:rsidRPr="00F45AAA">
        <w:rPr>
          <w:sz w:val="24"/>
          <w:szCs w:val="24"/>
          <w:lang w:val="ru-RU"/>
        </w:rPr>
        <w:t>сонымен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қатар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академиялық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көшбасшылық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жүйесін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дамыту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бойынша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нақты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ұсыныстар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пайда</w:t>
      </w:r>
      <w:proofErr w:type="spellEnd"/>
      <w:r w:rsidRPr="00F45AAA">
        <w:rPr>
          <w:sz w:val="24"/>
          <w:szCs w:val="24"/>
          <w:lang w:val="ru-RU"/>
        </w:rPr>
        <w:t xml:space="preserve"> </w:t>
      </w:r>
      <w:proofErr w:type="spellStart"/>
      <w:r w:rsidRPr="00F45AAA">
        <w:rPr>
          <w:sz w:val="24"/>
          <w:szCs w:val="24"/>
          <w:lang w:val="ru-RU"/>
        </w:rPr>
        <w:t>болады</w:t>
      </w:r>
      <w:proofErr w:type="spellEnd"/>
      <w:r w:rsidRPr="00F45AAA">
        <w:rPr>
          <w:sz w:val="24"/>
          <w:szCs w:val="24"/>
          <w:lang w:val="ru-RU"/>
        </w:rPr>
        <w:t>.</w:t>
      </w:r>
    </w:p>
    <w:p w14:paraId="70C966B9" w14:textId="77777777" w:rsidR="00F45AAA" w:rsidRPr="00F45AAA" w:rsidRDefault="00F45AAA" w:rsidP="00F45AAA">
      <w:pPr>
        <w:spacing w:after="0" w:line="240" w:lineRule="auto"/>
        <w:jc w:val="both"/>
        <w:rPr>
          <w:sz w:val="24"/>
          <w:szCs w:val="24"/>
          <w:lang w:val="ru-RU"/>
        </w:rPr>
      </w:pPr>
    </w:p>
    <w:p w14:paraId="7976C8E8" w14:textId="77777777" w:rsidR="00F45AAA" w:rsidRPr="00F45AAA" w:rsidRDefault="00F45AAA" w:rsidP="00F45AAA">
      <w:pPr>
        <w:spacing w:after="0"/>
        <w:ind w:firstLine="567"/>
        <w:rPr>
          <w:b/>
          <w:sz w:val="24"/>
          <w:szCs w:val="24"/>
          <w:lang w:val="ru-RU"/>
        </w:rPr>
      </w:pPr>
      <w:r w:rsidRPr="00F45AAA">
        <w:rPr>
          <w:b/>
          <w:sz w:val="24"/>
          <w:szCs w:val="24"/>
          <w:lang w:val="ru-RU"/>
        </w:rPr>
        <w:t xml:space="preserve">3. </w:t>
      </w:r>
      <w:proofErr w:type="spellStart"/>
      <w:r w:rsidRPr="00F45AAA">
        <w:rPr>
          <w:b/>
          <w:sz w:val="24"/>
          <w:szCs w:val="24"/>
          <w:lang w:val="ru-RU"/>
        </w:rPr>
        <w:t>Қызмет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көрсету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шарттары</w:t>
      </w:r>
      <w:proofErr w:type="spellEnd"/>
    </w:p>
    <w:p w14:paraId="5D06564E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3.1. </w:t>
      </w:r>
      <w:proofErr w:type="spellStart"/>
      <w:r w:rsidRPr="00F45AAA">
        <w:rPr>
          <w:bCs/>
          <w:sz w:val="24"/>
          <w:szCs w:val="24"/>
          <w:lang w:val="ru-RU"/>
        </w:rPr>
        <w:t>Бағдарлама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бекітілген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құрылымға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мазмұнға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кестеге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сәйкес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ұйымдастырылады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өткізіледі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5729C913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3.2. </w:t>
      </w:r>
      <w:proofErr w:type="spellStart"/>
      <w:r w:rsidRPr="00F45AAA">
        <w:rPr>
          <w:bCs/>
          <w:sz w:val="24"/>
          <w:szCs w:val="24"/>
          <w:lang w:val="ru-RU"/>
        </w:rPr>
        <w:t>Оқыту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теориялық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дайындықты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практикалық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жұмысты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қатысушылардың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өзіндік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жұмысын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институционалдық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зерттеулерді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командалық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шешімдерді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әзірлеуді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біріктіреді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7913B677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3.3. </w:t>
      </w:r>
      <w:proofErr w:type="spellStart"/>
      <w:r w:rsidRPr="00F45AAA">
        <w:rPr>
          <w:bCs/>
          <w:sz w:val="24"/>
          <w:szCs w:val="24"/>
          <w:lang w:val="ru-RU"/>
        </w:rPr>
        <w:t>Қызмет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көрсетуші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бағдарламаның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барлық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кезеңдерінде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соның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ішінде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институционалдық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зерттеулер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жүргізу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соңғы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өнімді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дайындау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кезінде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қатысушыларға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әдістемелік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қолдау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көрсетеді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044BE7E6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3.4. </w:t>
      </w:r>
      <w:proofErr w:type="spellStart"/>
      <w:r w:rsidRPr="00F45AAA">
        <w:rPr>
          <w:bCs/>
          <w:sz w:val="24"/>
          <w:szCs w:val="24"/>
          <w:lang w:val="ru-RU"/>
        </w:rPr>
        <w:t>Бағдарлама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әртүрлі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университеттер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өкілдерінің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өзара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әрекеттесуін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соның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ішінде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тәжірибе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алмасуды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докторантура </w:t>
      </w:r>
      <w:proofErr w:type="spellStart"/>
      <w:r w:rsidRPr="00F45AAA">
        <w:rPr>
          <w:bCs/>
          <w:sz w:val="24"/>
          <w:szCs w:val="24"/>
          <w:lang w:val="ru-RU"/>
        </w:rPr>
        <w:t>білімін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ұйымдастырудағы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тәжірибелерді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талқылауды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жеңілдетеді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6F0C0EFC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3.5. </w:t>
      </w:r>
      <w:proofErr w:type="spellStart"/>
      <w:r w:rsidRPr="00F45AAA">
        <w:rPr>
          <w:bCs/>
          <w:sz w:val="24"/>
          <w:szCs w:val="24"/>
          <w:lang w:val="ru-RU"/>
        </w:rPr>
        <w:t>Бағдарлама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барысында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қатысушылар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ішкі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құжаттарға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деректерге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мүдделі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тараптармен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өзара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әрекеттесуге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сүйене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отырып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өз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университеттеріндегі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қазіргі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академиялық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бақылау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жүйесін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зерттейді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3CA7CEBC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3.6. </w:t>
      </w:r>
      <w:proofErr w:type="spellStart"/>
      <w:r w:rsidRPr="00F45AAA">
        <w:rPr>
          <w:bCs/>
          <w:sz w:val="24"/>
          <w:szCs w:val="24"/>
          <w:lang w:val="ru-RU"/>
        </w:rPr>
        <w:t>Институционалдық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зерттеу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нәтижелері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бойынша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қатысушылар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академиялық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бақылау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жүйесін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жетілдіру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бойынша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нақты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ұсыныстар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әзірлейді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ұсынады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0CB2DF70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3.7. </w:t>
      </w:r>
      <w:proofErr w:type="spellStart"/>
      <w:r w:rsidRPr="00F45AAA">
        <w:rPr>
          <w:bCs/>
          <w:sz w:val="24"/>
          <w:szCs w:val="24"/>
          <w:lang w:val="ru-RU"/>
        </w:rPr>
        <w:t>Бағдарламаның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соңғы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өнімі</w:t>
      </w:r>
      <w:proofErr w:type="spellEnd"/>
      <w:r w:rsidRPr="00F45AAA">
        <w:rPr>
          <w:bCs/>
          <w:sz w:val="24"/>
          <w:szCs w:val="24"/>
          <w:lang w:val="ru-RU"/>
        </w:rPr>
        <w:t xml:space="preserve"> - </w:t>
      </w:r>
      <w:proofErr w:type="spellStart"/>
      <w:r w:rsidRPr="00F45AAA">
        <w:rPr>
          <w:bCs/>
          <w:sz w:val="24"/>
          <w:szCs w:val="24"/>
          <w:lang w:val="ru-RU"/>
        </w:rPr>
        <w:t>университеттегі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академиялық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бақылау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жүйесін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дамытудың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институционалдық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жоспары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453276B2" w14:textId="2A4BB898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3.8. </w:t>
      </w:r>
      <w:proofErr w:type="spellStart"/>
      <w:r w:rsidR="00572180" w:rsidRPr="00572180">
        <w:rPr>
          <w:bCs/>
          <w:sz w:val="24"/>
          <w:szCs w:val="24"/>
          <w:lang w:val="ru-RU"/>
        </w:rPr>
        <w:t>Өнім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беруші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докторлық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білім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беру, </w:t>
      </w:r>
      <w:proofErr w:type="spellStart"/>
      <w:r w:rsidR="00572180" w:rsidRPr="00572180">
        <w:rPr>
          <w:bCs/>
          <w:sz w:val="24"/>
          <w:szCs w:val="24"/>
          <w:lang w:val="ru-RU"/>
        </w:rPr>
        <w:t>ғылыми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басшылық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және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жоғары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білім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беруді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дамыту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саласындағы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академиялық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және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практикалық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сараптамаға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сәйкес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курстар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өткізуді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қамтамасыз</w:t>
      </w:r>
      <w:proofErr w:type="spellEnd"/>
      <w:r w:rsidR="00572180" w:rsidRPr="00572180">
        <w:rPr>
          <w:bCs/>
          <w:sz w:val="24"/>
          <w:szCs w:val="24"/>
          <w:lang w:val="ru-RU"/>
        </w:rPr>
        <w:t xml:space="preserve"> </w:t>
      </w:r>
      <w:proofErr w:type="spellStart"/>
      <w:r w:rsidR="00572180" w:rsidRPr="00572180">
        <w:rPr>
          <w:bCs/>
          <w:sz w:val="24"/>
          <w:szCs w:val="24"/>
          <w:lang w:val="ru-RU"/>
        </w:rPr>
        <w:t>етеді</w:t>
      </w:r>
      <w:proofErr w:type="spellEnd"/>
      <w:r w:rsidR="00572180" w:rsidRPr="00572180">
        <w:rPr>
          <w:bCs/>
          <w:sz w:val="24"/>
          <w:szCs w:val="24"/>
          <w:lang w:val="ru-RU"/>
        </w:rPr>
        <w:t>.</w:t>
      </w:r>
    </w:p>
    <w:p w14:paraId="25E9DE68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</w:p>
    <w:p w14:paraId="18060BBC" w14:textId="77777777" w:rsidR="00F45AAA" w:rsidRPr="00F45AAA" w:rsidRDefault="00F45AAA" w:rsidP="00F45AAA">
      <w:pPr>
        <w:spacing w:after="0"/>
        <w:ind w:firstLine="567"/>
        <w:jc w:val="both"/>
        <w:rPr>
          <w:b/>
          <w:sz w:val="24"/>
          <w:szCs w:val="24"/>
          <w:lang w:val="ru-RU"/>
        </w:rPr>
      </w:pPr>
      <w:r w:rsidRPr="00F45AAA">
        <w:rPr>
          <w:b/>
          <w:sz w:val="24"/>
          <w:szCs w:val="24"/>
          <w:lang w:val="ru-RU"/>
        </w:rPr>
        <w:t xml:space="preserve">4. </w:t>
      </w:r>
      <w:proofErr w:type="spellStart"/>
      <w:r w:rsidRPr="00F45AAA">
        <w:rPr>
          <w:b/>
          <w:sz w:val="24"/>
          <w:szCs w:val="24"/>
          <w:lang w:val="ru-RU"/>
        </w:rPr>
        <w:t>Қызмет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көрсетушіге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қойылатын</w:t>
      </w:r>
      <w:proofErr w:type="spellEnd"/>
      <w:r w:rsidRPr="00F45AAA">
        <w:rPr>
          <w:b/>
          <w:sz w:val="24"/>
          <w:szCs w:val="24"/>
          <w:lang w:val="ru-RU"/>
        </w:rPr>
        <w:t xml:space="preserve"> </w:t>
      </w:r>
      <w:proofErr w:type="spellStart"/>
      <w:r w:rsidRPr="00F45AAA">
        <w:rPr>
          <w:b/>
          <w:sz w:val="24"/>
          <w:szCs w:val="24"/>
          <w:lang w:val="ru-RU"/>
        </w:rPr>
        <w:t>талаптар</w:t>
      </w:r>
      <w:proofErr w:type="spellEnd"/>
    </w:p>
    <w:p w14:paraId="3AFCD781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4.1. </w:t>
      </w:r>
      <w:proofErr w:type="spellStart"/>
      <w:r w:rsidRPr="00F45AAA">
        <w:rPr>
          <w:bCs/>
          <w:sz w:val="24"/>
          <w:szCs w:val="24"/>
          <w:lang w:val="ru-RU"/>
        </w:rPr>
        <w:t>Оқыту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аяқталғаннан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кейін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Жеткізуші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Тапсырыс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берушінің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қатысушыларына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тиісті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сертификаттар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береді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10E45026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4.2. </w:t>
      </w:r>
      <w:proofErr w:type="spellStart"/>
      <w:r w:rsidRPr="00F45AAA">
        <w:rPr>
          <w:bCs/>
          <w:sz w:val="24"/>
          <w:szCs w:val="24"/>
          <w:lang w:val="ru-RU"/>
        </w:rPr>
        <w:t>Жеткізуші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бағдарламаның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барлық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кезеңдерінде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соның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ішінде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институционалдық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зерттеу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жүргізу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соңғы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өнімді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дайындау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кезінде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қатысушыларға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әдістемелік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қолдау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көрсетеді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21E384F1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4.3. </w:t>
      </w:r>
      <w:proofErr w:type="spellStart"/>
      <w:r w:rsidRPr="00F45AAA">
        <w:rPr>
          <w:bCs/>
          <w:sz w:val="24"/>
          <w:szCs w:val="24"/>
          <w:lang w:val="ru-RU"/>
        </w:rPr>
        <w:t>Жеткізуші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әртүрлі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университеттерді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білдіретін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қатысушылар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арасындағы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өзара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әрекеттесуді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соның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ішінде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тәжірибе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алмасуды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докторлық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білім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беруді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ұйымдастырудағы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тәжірибелерді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талқылауды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жеңілдетеді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306FE1CD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4.4. </w:t>
      </w:r>
      <w:proofErr w:type="spellStart"/>
      <w:r w:rsidRPr="00F45AAA">
        <w:rPr>
          <w:bCs/>
          <w:sz w:val="24"/>
          <w:szCs w:val="24"/>
          <w:lang w:val="ru-RU"/>
        </w:rPr>
        <w:t>Жеткізуші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институционалдық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зерттеуді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жүргізу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үшін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қажетті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барлық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әдістемелік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материалдар</w:t>
      </w:r>
      <w:proofErr w:type="spellEnd"/>
      <w:r w:rsidRPr="00F45AAA">
        <w:rPr>
          <w:bCs/>
          <w:sz w:val="24"/>
          <w:szCs w:val="24"/>
          <w:lang w:val="ru-RU"/>
        </w:rPr>
        <w:t xml:space="preserve"> мен </w:t>
      </w:r>
      <w:proofErr w:type="spellStart"/>
      <w:r w:rsidRPr="00F45AAA">
        <w:rPr>
          <w:bCs/>
          <w:sz w:val="24"/>
          <w:szCs w:val="24"/>
          <w:lang w:val="ru-RU"/>
        </w:rPr>
        <w:t>құралдарды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соның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ішінде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интерактивті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білім</w:t>
      </w:r>
      <w:proofErr w:type="spellEnd"/>
      <w:r w:rsidRPr="00F45AAA">
        <w:rPr>
          <w:bCs/>
          <w:sz w:val="24"/>
          <w:szCs w:val="24"/>
          <w:lang w:val="ru-RU"/>
        </w:rPr>
        <w:t xml:space="preserve"> беру </w:t>
      </w:r>
      <w:proofErr w:type="spellStart"/>
      <w:r w:rsidRPr="00F45AAA">
        <w:rPr>
          <w:bCs/>
          <w:sz w:val="24"/>
          <w:szCs w:val="24"/>
          <w:lang w:val="ru-RU"/>
        </w:rPr>
        <w:t>материалдарының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толық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спектрін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қамтитын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оқуды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басқару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жүйесіне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қол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жеткізуді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қамтамасыз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етеді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4F363D8E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4.5. </w:t>
      </w:r>
      <w:proofErr w:type="spellStart"/>
      <w:r w:rsidRPr="00F45AAA">
        <w:rPr>
          <w:bCs/>
          <w:sz w:val="24"/>
          <w:szCs w:val="24"/>
          <w:lang w:val="ru-RU"/>
        </w:rPr>
        <w:t>Қызмет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көрсетуші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курстарды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орыс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ағылшын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тілдерін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қолдана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отырып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аралас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тілдік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форматта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өткізеді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6EE44062" w14:textId="3FD605D3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4.6. </w:t>
      </w:r>
      <w:proofErr w:type="spellStart"/>
      <w:r w:rsidR="009C674C" w:rsidRPr="009C674C">
        <w:rPr>
          <w:bCs/>
          <w:sz w:val="24"/>
          <w:szCs w:val="24"/>
          <w:lang w:val="ru-RU"/>
        </w:rPr>
        <w:t>Өнім</w:t>
      </w:r>
      <w:proofErr w:type="spellEnd"/>
      <w:r w:rsidR="009C674C" w:rsidRPr="009C674C">
        <w:rPr>
          <w:bCs/>
          <w:sz w:val="24"/>
          <w:szCs w:val="24"/>
          <w:lang w:val="ru-RU"/>
        </w:rPr>
        <w:t xml:space="preserve"> </w:t>
      </w:r>
      <w:proofErr w:type="spellStart"/>
      <w:r w:rsidR="009C674C" w:rsidRPr="009C674C">
        <w:rPr>
          <w:bCs/>
          <w:sz w:val="24"/>
          <w:szCs w:val="24"/>
          <w:lang w:val="ru-RU"/>
        </w:rPr>
        <w:t>беруші</w:t>
      </w:r>
      <w:proofErr w:type="spellEnd"/>
      <w:r w:rsidR="009C674C" w:rsidRPr="009C674C">
        <w:rPr>
          <w:bCs/>
          <w:sz w:val="24"/>
          <w:szCs w:val="24"/>
          <w:lang w:val="ru-RU"/>
        </w:rPr>
        <w:t xml:space="preserve"> </w:t>
      </w:r>
      <w:proofErr w:type="spellStart"/>
      <w:r w:rsidR="009C674C" w:rsidRPr="009C674C">
        <w:rPr>
          <w:bCs/>
          <w:sz w:val="24"/>
          <w:szCs w:val="24"/>
          <w:lang w:val="ru-RU"/>
        </w:rPr>
        <w:t>курстың</w:t>
      </w:r>
      <w:proofErr w:type="spellEnd"/>
      <w:r w:rsidR="009C674C" w:rsidRPr="009C674C">
        <w:rPr>
          <w:bCs/>
          <w:sz w:val="24"/>
          <w:szCs w:val="24"/>
          <w:lang w:val="ru-RU"/>
        </w:rPr>
        <w:t xml:space="preserve"> </w:t>
      </w:r>
      <w:proofErr w:type="spellStart"/>
      <w:r w:rsidR="009C674C" w:rsidRPr="009C674C">
        <w:rPr>
          <w:bCs/>
          <w:sz w:val="24"/>
          <w:szCs w:val="24"/>
          <w:lang w:val="ru-RU"/>
        </w:rPr>
        <w:t>бағыты</w:t>
      </w:r>
      <w:proofErr w:type="spellEnd"/>
      <w:r w:rsidR="009C674C" w:rsidRPr="009C674C">
        <w:rPr>
          <w:bCs/>
          <w:sz w:val="24"/>
          <w:szCs w:val="24"/>
          <w:lang w:val="ru-RU"/>
        </w:rPr>
        <w:t xml:space="preserve"> </w:t>
      </w:r>
      <w:proofErr w:type="spellStart"/>
      <w:r w:rsidR="009C674C" w:rsidRPr="009C674C">
        <w:rPr>
          <w:bCs/>
          <w:sz w:val="24"/>
          <w:szCs w:val="24"/>
          <w:lang w:val="ru-RU"/>
        </w:rPr>
        <w:t>бойынша</w:t>
      </w:r>
      <w:proofErr w:type="spellEnd"/>
      <w:r w:rsidR="009C674C" w:rsidRPr="009C674C">
        <w:rPr>
          <w:bCs/>
          <w:sz w:val="24"/>
          <w:szCs w:val="24"/>
          <w:lang w:val="ru-RU"/>
        </w:rPr>
        <w:t xml:space="preserve"> </w:t>
      </w:r>
      <w:proofErr w:type="spellStart"/>
      <w:r w:rsidR="009C674C" w:rsidRPr="009C674C">
        <w:rPr>
          <w:bCs/>
          <w:sz w:val="24"/>
          <w:szCs w:val="24"/>
          <w:lang w:val="ru-RU"/>
        </w:rPr>
        <w:t>кәсіби</w:t>
      </w:r>
      <w:proofErr w:type="spellEnd"/>
      <w:r w:rsidR="009C674C" w:rsidRPr="009C674C">
        <w:rPr>
          <w:bCs/>
          <w:sz w:val="24"/>
          <w:szCs w:val="24"/>
          <w:lang w:val="ru-RU"/>
        </w:rPr>
        <w:t xml:space="preserve"> </w:t>
      </w:r>
      <w:proofErr w:type="spellStart"/>
      <w:r w:rsidR="009C674C" w:rsidRPr="009C674C">
        <w:rPr>
          <w:bCs/>
          <w:sz w:val="24"/>
          <w:szCs w:val="24"/>
          <w:lang w:val="ru-RU"/>
        </w:rPr>
        <w:t>құзыреттіліктерге</w:t>
      </w:r>
      <w:proofErr w:type="spellEnd"/>
      <w:r w:rsidR="009C674C" w:rsidRPr="009C674C">
        <w:rPr>
          <w:bCs/>
          <w:sz w:val="24"/>
          <w:szCs w:val="24"/>
          <w:lang w:val="ru-RU"/>
        </w:rPr>
        <w:t xml:space="preserve"> </w:t>
      </w:r>
      <w:proofErr w:type="spellStart"/>
      <w:r w:rsidR="009C674C" w:rsidRPr="009C674C">
        <w:rPr>
          <w:bCs/>
          <w:sz w:val="24"/>
          <w:szCs w:val="24"/>
          <w:lang w:val="ru-RU"/>
        </w:rPr>
        <w:t>сәйкес</w:t>
      </w:r>
      <w:proofErr w:type="spellEnd"/>
      <w:r w:rsidR="009C674C" w:rsidRPr="009C674C">
        <w:rPr>
          <w:bCs/>
          <w:sz w:val="24"/>
          <w:szCs w:val="24"/>
          <w:lang w:val="ru-RU"/>
        </w:rPr>
        <w:t xml:space="preserve"> </w:t>
      </w:r>
      <w:proofErr w:type="spellStart"/>
      <w:r w:rsidR="009C674C" w:rsidRPr="009C674C">
        <w:rPr>
          <w:bCs/>
          <w:sz w:val="24"/>
          <w:szCs w:val="24"/>
          <w:lang w:val="ru-RU"/>
        </w:rPr>
        <w:t>курстарды</w:t>
      </w:r>
      <w:proofErr w:type="spellEnd"/>
      <w:r w:rsidR="009C674C" w:rsidRPr="009C674C">
        <w:rPr>
          <w:bCs/>
          <w:sz w:val="24"/>
          <w:szCs w:val="24"/>
          <w:lang w:val="ru-RU"/>
        </w:rPr>
        <w:t xml:space="preserve"> </w:t>
      </w:r>
      <w:proofErr w:type="spellStart"/>
      <w:r w:rsidR="009C674C" w:rsidRPr="009C674C">
        <w:rPr>
          <w:bCs/>
          <w:sz w:val="24"/>
          <w:szCs w:val="24"/>
          <w:lang w:val="ru-RU"/>
        </w:rPr>
        <w:t>өткізуді</w:t>
      </w:r>
      <w:proofErr w:type="spellEnd"/>
      <w:r w:rsidR="009C674C" w:rsidRPr="009C674C">
        <w:rPr>
          <w:bCs/>
          <w:sz w:val="24"/>
          <w:szCs w:val="24"/>
          <w:lang w:val="ru-RU"/>
        </w:rPr>
        <w:t xml:space="preserve"> </w:t>
      </w:r>
      <w:proofErr w:type="spellStart"/>
      <w:r w:rsidR="009C674C" w:rsidRPr="009C674C">
        <w:rPr>
          <w:bCs/>
          <w:sz w:val="24"/>
          <w:szCs w:val="24"/>
          <w:lang w:val="ru-RU"/>
        </w:rPr>
        <w:t>қамтамасыз</w:t>
      </w:r>
      <w:proofErr w:type="spellEnd"/>
      <w:r w:rsidR="009C674C" w:rsidRPr="009C674C">
        <w:rPr>
          <w:bCs/>
          <w:sz w:val="24"/>
          <w:szCs w:val="24"/>
          <w:lang w:val="ru-RU"/>
        </w:rPr>
        <w:t xml:space="preserve"> </w:t>
      </w:r>
      <w:proofErr w:type="spellStart"/>
      <w:r w:rsidR="009C674C" w:rsidRPr="009C674C">
        <w:rPr>
          <w:bCs/>
          <w:sz w:val="24"/>
          <w:szCs w:val="24"/>
          <w:lang w:val="ru-RU"/>
        </w:rPr>
        <w:t>етеді</w:t>
      </w:r>
      <w:proofErr w:type="spellEnd"/>
      <w:r w:rsidR="009C674C" w:rsidRPr="009C674C">
        <w:rPr>
          <w:bCs/>
          <w:sz w:val="24"/>
          <w:szCs w:val="24"/>
          <w:lang w:val="ru-RU"/>
        </w:rPr>
        <w:t>.</w:t>
      </w:r>
    </w:p>
    <w:p w14:paraId="4586DA99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4.7. </w:t>
      </w:r>
      <w:proofErr w:type="spellStart"/>
      <w:r w:rsidRPr="00F45AAA">
        <w:rPr>
          <w:bCs/>
          <w:sz w:val="24"/>
          <w:szCs w:val="24"/>
          <w:lang w:val="ru-RU"/>
        </w:rPr>
        <w:t>Қызмет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көрсетуші</w:t>
      </w:r>
      <w:proofErr w:type="spellEnd"/>
      <w:r w:rsidRPr="00F45AAA">
        <w:rPr>
          <w:bCs/>
          <w:sz w:val="24"/>
          <w:szCs w:val="24"/>
          <w:lang w:val="ru-RU"/>
        </w:rPr>
        <w:t xml:space="preserve"> курс </w:t>
      </w:r>
      <w:proofErr w:type="spellStart"/>
      <w:r w:rsidRPr="00F45AAA">
        <w:rPr>
          <w:bCs/>
          <w:sz w:val="24"/>
          <w:szCs w:val="24"/>
          <w:lang w:val="ru-RU"/>
        </w:rPr>
        <w:t>бағдарламасында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көрсетілген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дәрістер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практикалық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сабақтар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талқылаулар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басқа</w:t>
      </w:r>
      <w:proofErr w:type="spellEnd"/>
      <w:r w:rsidRPr="00F45AAA">
        <w:rPr>
          <w:bCs/>
          <w:sz w:val="24"/>
          <w:szCs w:val="24"/>
          <w:lang w:val="ru-RU"/>
        </w:rPr>
        <w:t xml:space="preserve"> да </w:t>
      </w:r>
      <w:proofErr w:type="spellStart"/>
      <w:r w:rsidRPr="00F45AAA">
        <w:rPr>
          <w:bCs/>
          <w:sz w:val="24"/>
          <w:szCs w:val="24"/>
          <w:lang w:val="ru-RU"/>
        </w:rPr>
        <w:t>іс-шараларды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қоса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алғанда</w:t>
      </w:r>
      <w:proofErr w:type="spellEnd"/>
      <w:r w:rsidRPr="00F45AAA">
        <w:rPr>
          <w:bCs/>
          <w:sz w:val="24"/>
          <w:szCs w:val="24"/>
          <w:lang w:val="ru-RU"/>
        </w:rPr>
        <w:t xml:space="preserve">, </w:t>
      </w:r>
      <w:proofErr w:type="spellStart"/>
      <w:r w:rsidRPr="00F45AAA">
        <w:rPr>
          <w:bCs/>
          <w:sz w:val="24"/>
          <w:szCs w:val="24"/>
          <w:lang w:val="ru-RU"/>
        </w:rPr>
        <w:t>оқытудың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барлық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кезеңдерінде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орыс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тілінен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ағылшын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тіліне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ағылшын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тілінен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орыс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тіліне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бір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мезгілде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екі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жақты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аударма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жасайды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617D081B" w14:textId="77777777" w:rsidR="00F45AAA" w:rsidRPr="00F45AAA" w:rsidRDefault="00F45AAA" w:rsidP="00F45AAA">
      <w:pPr>
        <w:spacing w:after="0"/>
        <w:ind w:firstLine="567"/>
        <w:jc w:val="both"/>
        <w:rPr>
          <w:bCs/>
          <w:sz w:val="24"/>
          <w:szCs w:val="24"/>
          <w:lang w:val="ru-RU"/>
        </w:rPr>
      </w:pPr>
      <w:r w:rsidRPr="00F45AAA">
        <w:rPr>
          <w:bCs/>
          <w:sz w:val="24"/>
          <w:szCs w:val="24"/>
          <w:lang w:val="ru-RU"/>
        </w:rPr>
        <w:t xml:space="preserve">4.8. </w:t>
      </w:r>
      <w:proofErr w:type="spellStart"/>
      <w:r w:rsidRPr="00F45AAA">
        <w:rPr>
          <w:bCs/>
          <w:sz w:val="24"/>
          <w:szCs w:val="24"/>
          <w:lang w:val="ru-RU"/>
        </w:rPr>
        <w:t>Қызмет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көрсетуші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күн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сайынғы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күндізгі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сабақтар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арасында</w:t>
      </w:r>
      <w:proofErr w:type="spellEnd"/>
      <w:r w:rsidRPr="00F45AAA">
        <w:rPr>
          <w:bCs/>
          <w:sz w:val="24"/>
          <w:szCs w:val="24"/>
          <w:lang w:val="ru-RU"/>
        </w:rPr>
        <w:t xml:space="preserve"> кофе </w:t>
      </w:r>
      <w:proofErr w:type="spellStart"/>
      <w:r w:rsidRPr="00F45AAA">
        <w:rPr>
          <w:bCs/>
          <w:sz w:val="24"/>
          <w:szCs w:val="24"/>
          <w:lang w:val="ru-RU"/>
        </w:rPr>
        <w:t>үзілістерін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ұйымдастырады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және</w:t>
      </w:r>
      <w:proofErr w:type="spellEnd"/>
      <w:r w:rsidRPr="00F45AAA">
        <w:rPr>
          <w:bCs/>
          <w:sz w:val="24"/>
          <w:szCs w:val="24"/>
          <w:lang w:val="ru-RU"/>
        </w:rPr>
        <w:t xml:space="preserve"> </w:t>
      </w:r>
      <w:proofErr w:type="spellStart"/>
      <w:r w:rsidRPr="00F45AAA">
        <w:rPr>
          <w:bCs/>
          <w:sz w:val="24"/>
          <w:szCs w:val="24"/>
          <w:lang w:val="ru-RU"/>
        </w:rPr>
        <w:t>өткізеді</w:t>
      </w:r>
      <w:proofErr w:type="spellEnd"/>
      <w:r w:rsidRPr="00F45AAA">
        <w:rPr>
          <w:bCs/>
          <w:sz w:val="24"/>
          <w:szCs w:val="24"/>
          <w:lang w:val="ru-RU"/>
        </w:rPr>
        <w:t>.</w:t>
      </w:r>
    </w:p>
    <w:p w14:paraId="14ACDC90" w14:textId="77777777" w:rsidR="00F45AAA" w:rsidRPr="00F45AAA" w:rsidRDefault="00F45AAA" w:rsidP="00F45AAA">
      <w:pPr>
        <w:spacing w:after="0"/>
        <w:ind w:firstLine="567"/>
        <w:rPr>
          <w:b/>
          <w:sz w:val="24"/>
          <w:szCs w:val="24"/>
          <w:lang w:val="kk-KZ"/>
        </w:rPr>
      </w:pPr>
    </w:p>
    <w:p w14:paraId="4696313E" w14:textId="77777777" w:rsidR="00F45AAA" w:rsidRPr="00F45AAA" w:rsidRDefault="00F45AAA" w:rsidP="00F45AAA">
      <w:pPr>
        <w:spacing w:after="0"/>
        <w:ind w:firstLine="567"/>
        <w:rPr>
          <w:b/>
          <w:sz w:val="24"/>
          <w:szCs w:val="24"/>
          <w:lang w:val="kk-KZ"/>
        </w:rPr>
      </w:pPr>
      <w:r w:rsidRPr="00F45AAA">
        <w:rPr>
          <w:b/>
          <w:sz w:val="24"/>
          <w:szCs w:val="24"/>
          <w:lang w:val="kk-KZ"/>
        </w:rPr>
        <w:lastRenderedPageBreak/>
        <w:t>5. Қызмет көрсету нәтижесі</w:t>
      </w:r>
    </w:p>
    <w:p w14:paraId="165B4832" w14:textId="14FACCA4" w:rsidR="00F45AAA" w:rsidRPr="00F45AAA" w:rsidRDefault="001E0A5F" w:rsidP="001E0A5F">
      <w:pPr>
        <w:spacing w:after="0" w:line="240" w:lineRule="auto"/>
        <w:ind w:firstLine="567"/>
        <w:jc w:val="both"/>
        <w:rPr>
          <w:sz w:val="24"/>
          <w:szCs w:val="24"/>
          <w:lang w:val="kk-KZ"/>
        </w:rPr>
      </w:pPr>
      <w:r w:rsidRPr="001E0A5F">
        <w:rPr>
          <w:bCs/>
          <w:sz w:val="24"/>
          <w:szCs w:val="24"/>
          <w:lang w:val="kk-KZ"/>
        </w:rPr>
        <w:t>80 сағат көлемінде кәсіби даму бағдарламасын ұйымдастыру және өткізу бойынша қызмет көрсету қорытындысы қатысушыларға берілген сертификаттар болып табылады.</w:t>
      </w:r>
    </w:p>
    <w:p w14:paraId="7BF352DA" w14:textId="77777777" w:rsidR="00F45AAA" w:rsidRPr="00F45AAA" w:rsidRDefault="00F45AAA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kk-KZ"/>
        </w:rPr>
      </w:pPr>
    </w:p>
    <w:p w14:paraId="3955E88C" w14:textId="1C4A98D4" w:rsidR="00F400EC" w:rsidRPr="00F400EC" w:rsidRDefault="00F400EC" w:rsidP="00F400EC">
      <w:pPr>
        <w:spacing w:after="0"/>
        <w:jc w:val="right"/>
        <w:rPr>
          <w:rFonts w:eastAsia="Calibri" w:cs="Times New Roman"/>
          <w:b/>
          <w:sz w:val="18"/>
          <w:szCs w:val="18"/>
          <w:lang w:val="ru-RU"/>
        </w:rPr>
      </w:pPr>
      <w:r w:rsidRPr="00F400EC">
        <w:rPr>
          <w:rFonts w:eastAsia="Calibri" w:cs="Times New Roman"/>
          <w:b/>
          <w:sz w:val="18"/>
          <w:szCs w:val="18"/>
          <w:lang w:val="ru-RU"/>
        </w:rPr>
        <w:t xml:space="preserve">Приложение № 2 </w:t>
      </w:r>
    </w:p>
    <w:p w14:paraId="2FC70AA4" w14:textId="77777777" w:rsidR="00F400EC" w:rsidRPr="00F400EC" w:rsidRDefault="00F400EC" w:rsidP="00F400EC">
      <w:pPr>
        <w:spacing w:after="0" w:line="259" w:lineRule="auto"/>
        <w:jc w:val="right"/>
        <w:rPr>
          <w:rFonts w:eastAsia="Calibri" w:cs="Times New Roman"/>
          <w:b/>
          <w:sz w:val="18"/>
          <w:szCs w:val="18"/>
          <w:lang w:val="ru-RU"/>
        </w:rPr>
      </w:pPr>
      <w:r w:rsidRPr="00F400EC">
        <w:rPr>
          <w:rFonts w:eastAsia="Calibri" w:cs="Times New Roman"/>
          <w:b/>
          <w:sz w:val="18"/>
          <w:szCs w:val="18"/>
          <w:lang w:val="ru-RU"/>
        </w:rPr>
        <w:t>к типовому договору</w:t>
      </w:r>
    </w:p>
    <w:p w14:paraId="01F00FDF" w14:textId="77777777" w:rsidR="00F400EC" w:rsidRPr="00F400EC" w:rsidRDefault="00F400EC" w:rsidP="00F400EC">
      <w:pPr>
        <w:spacing w:after="0" w:line="259" w:lineRule="auto"/>
        <w:jc w:val="center"/>
        <w:rPr>
          <w:rFonts w:eastAsia="Calibri" w:cs="Times New Roman"/>
          <w:b/>
          <w:sz w:val="24"/>
          <w:szCs w:val="24"/>
          <w:lang w:val="ru-RU"/>
        </w:rPr>
      </w:pPr>
      <w:r w:rsidRPr="00F400EC">
        <w:rPr>
          <w:rFonts w:eastAsia="Calibri" w:cs="Times New Roman"/>
          <w:b/>
          <w:sz w:val="24"/>
          <w:szCs w:val="24"/>
          <w:lang w:val="ru-RU"/>
        </w:rPr>
        <w:t xml:space="preserve">ТЕХНИЧЕСКАЯ СПЕЦИФИКАЦИЯ </w:t>
      </w:r>
    </w:p>
    <w:p w14:paraId="4E547910" w14:textId="77777777" w:rsidR="00F400EC" w:rsidRDefault="00F400EC" w:rsidP="00F400EC">
      <w:pPr>
        <w:spacing w:after="0" w:line="259" w:lineRule="auto"/>
        <w:jc w:val="center"/>
        <w:rPr>
          <w:rFonts w:eastAsia="Calibri" w:cs="Times New Roman"/>
          <w:b/>
          <w:sz w:val="24"/>
          <w:szCs w:val="24"/>
          <w:lang w:val="ru-RU"/>
        </w:rPr>
      </w:pPr>
      <w:r w:rsidRPr="00F400EC">
        <w:rPr>
          <w:rFonts w:eastAsia="Calibri" w:cs="Times New Roman"/>
          <w:b/>
          <w:sz w:val="24"/>
          <w:szCs w:val="24"/>
          <w:lang w:val="ru-RU"/>
        </w:rPr>
        <w:t>на услугу Участие профессорско-преподавательского состава в курсах повышения квалификации</w:t>
      </w:r>
    </w:p>
    <w:p w14:paraId="38E418E9" w14:textId="3E7952F8" w:rsidR="00F400EC" w:rsidRPr="00F400EC" w:rsidRDefault="00F400EC" w:rsidP="00F400EC">
      <w:pPr>
        <w:spacing w:after="0" w:line="259" w:lineRule="auto"/>
        <w:jc w:val="center"/>
        <w:rPr>
          <w:rFonts w:eastAsia="Calibri" w:cs="Times New Roman"/>
          <w:b/>
          <w:sz w:val="24"/>
          <w:szCs w:val="24"/>
          <w:lang w:val="ru-RU"/>
        </w:rPr>
      </w:pPr>
      <w:r w:rsidRPr="00F400EC">
        <w:rPr>
          <w:rFonts w:eastAsia="Calibri" w:cs="Times New Roman"/>
          <w:b/>
          <w:sz w:val="24"/>
          <w:szCs w:val="24"/>
          <w:lang w:val="ru-RU"/>
        </w:rPr>
        <w:t>НАО «</w:t>
      </w:r>
      <w:proofErr w:type="spellStart"/>
      <w:r w:rsidR="00BC0D09">
        <w:rPr>
          <w:rFonts w:eastAsia="Calibri" w:cs="Times New Roman"/>
          <w:b/>
          <w:sz w:val="24"/>
          <w:szCs w:val="24"/>
          <w:lang w:val="ru-RU"/>
        </w:rPr>
        <w:t>Рудненский</w:t>
      </w:r>
      <w:proofErr w:type="spellEnd"/>
      <w:r w:rsidR="00BC0D09">
        <w:rPr>
          <w:rFonts w:eastAsia="Calibri" w:cs="Times New Roman"/>
          <w:b/>
          <w:sz w:val="24"/>
          <w:szCs w:val="24"/>
          <w:lang w:val="ru-RU"/>
        </w:rPr>
        <w:t xml:space="preserve"> индустриальный университет</w:t>
      </w:r>
      <w:r w:rsidRPr="00F400EC">
        <w:rPr>
          <w:rFonts w:eastAsia="Calibri" w:cs="Times New Roman"/>
          <w:b/>
          <w:sz w:val="24"/>
          <w:szCs w:val="24"/>
          <w:lang w:val="ru-RU"/>
        </w:rPr>
        <w:t xml:space="preserve">» </w:t>
      </w:r>
      <w:proofErr w:type="spellStart"/>
      <w:r w:rsidRPr="00F400EC">
        <w:rPr>
          <w:rFonts w:eastAsia="Calibri" w:cs="Times New Roman"/>
          <w:b/>
          <w:sz w:val="24"/>
          <w:szCs w:val="24"/>
          <w:lang w:val="ru-RU"/>
        </w:rPr>
        <w:t>г.</w:t>
      </w:r>
      <w:r w:rsidR="00BC0D09">
        <w:rPr>
          <w:rFonts w:eastAsia="Calibri" w:cs="Times New Roman"/>
          <w:b/>
          <w:sz w:val="24"/>
          <w:szCs w:val="24"/>
          <w:lang w:val="ru-RU"/>
        </w:rPr>
        <w:t>Рудный</w:t>
      </w:r>
      <w:proofErr w:type="spellEnd"/>
      <w:r w:rsidRPr="00F400EC">
        <w:rPr>
          <w:rFonts w:eastAsia="Calibri" w:cs="Times New Roman"/>
          <w:b/>
          <w:sz w:val="24"/>
          <w:szCs w:val="24"/>
          <w:lang w:val="ru-RU"/>
        </w:rPr>
        <w:t xml:space="preserve">, </w:t>
      </w:r>
    </w:p>
    <w:p w14:paraId="219C7691" w14:textId="4E901755" w:rsidR="00F400EC" w:rsidRPr="00F400EC" w:rsidRDefault="00BC0D09" w:rsidP="00F400EC">
      <w:pPr>
        <w:spacing w:after="0" w:line="259" w:lineRule="auto"/>
        <w:jc w:val="center"/>
        <w:rPr>
          <w:rFonts w:eastAsia="Calibri" w:cs="Times New Roman"/>
          <w:b/>
          <w:sz w:val="24"/>
          <w:szCs w:val="24"/>
          <w:lang w:val="ru-RU"/>
        </w:rPr>
      </w:pPr>
      <w:r>
        <w:rPr>
          <w:rFonts w:eastAsia="Calibri" w:cs="Times New Roman"/>
          <w:b/>
          <w:sz w:val="24"/>
          <w:szCs w:val="24"/>
          <w:lang w:val="ru-RU"/>
        </w:rPr>
        <w:t>ул. 50 лет октября, 38</w:t>
      </w:r>
    </w:p>
    <w:p w14:paraId="5DB058A2" w14:textId="77777777" w:rsidR="001B5081" w:rsidRPr="0091344A" w:rsidRDefault="00C27271" w:rsidP="0091344A">
      <w:pPr>
        <w:spacing w:before="160" w:after="0"/>
        <w:ind w:firstLine="567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1. Общие положения</w:t>
      </w:r>
    </w:p>
    <w:p w14:paraId="51451B9D" w14:textId="77777777" w:rsidR="001B5081" w:rsidRPr="0091344A" w:rsidRDefault="00C27271" w:rsidP="0091344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F45AAA">
        <w:rPr>
          <w:b/>
          <w:bCs/>
          <w:sz w:val="24"/>
          <w:szCs w:val="24"/>
          <w:lang w:val="ru-RU"/>
        </w:rPr>
        <w:t>1.1.</w:t>
      </w:r>
      <w:r w:rsidRPr="0091344A">
        <w:rPr>
          <w:b/>
          <w:bCs/>
          <w:sz w:val="24"/>
          <w:szCs w:val="24"/>
          <w:lang w:val="ru-RU"/>
        </w:rPr>
        <w:t xml:space="preserve"> Наименование услуги:</w:t>
      </w:r>
    </w:p>
    <w:p w14:paraId="364C1C48" w14:textId="77777777" w:rsidR="00F400EC" w:rsidRDefault="008C339B" w:rsidP="00F400EC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154CD5">
        <w:rPr>
          <w:sz w:val="24"/>
          <w:szCs w:val="24"/>
          <w:lang w:val="ru-RU"/>
        </w:rPr>
        <w:t xml:space="preserve">Услуги </w:t>
      </w:r>
      <w:bookmarkStart w:id="0" w:name="_Hlk242947214"/>
      <w:r w:rsidR="00F400EC" w:rsidRPr="00F400EC">
        <w:rPr>
          <w:sz w:val="24"/>
          <w:szCs w:val="24"/>
          <w:lang w:val="ru-RU"/>
        </w:rPr>
        <w:t>по организации и проведению программы профессионального развития</w:t>
      </w:r>
      <w:bookmarkEnd w:id="0"/>
      <w:r w:rsidR="00F400EC" w:rsidRPr="00F400EC">
        <w:rPr>
          <w:sz w:val="24"/>
          <w:szCs w:val="24"/>
          <w:lang w:val="ru-RU"/>
        </w:rPr>
        <w:t>, направленной на укрепление практики научного руководства докторантами</w:t>
      </w:r>
      <w:r w:rsidR="00F400EC">
        <w:rPr>
          <w:sz w:val="24"/>
          <w:szCs w:val="24"/>
          <w:lang w:val="ru-RU"/>
        </w:rPr>
        <w:t xml:space="preserve">, </w:t>
      </w:r>
      <w:r w:rsidRPr="00154CD5">
        <w:rPr>
          <w:sz w:val="24"/>
          <w:szCs w:val="24"/>
          <w:lang w:val="ru-RU"/>
        </w:rPr>
        <w:t>курс</w:t>
      </w:r>
      <w:r w:rsidR="00F400EC">
        <w:rPr>
          <w:sz w:val="24"/>
          <w:szCs w:val="24"/>
          <w:lang w:val="ru-RU"/>
        </w:rPr>
        <w:t>ы</w:t>
      </w:r>
      <w:r w:rsidRPr="00154CD5">
        <w:rPr>
          <w:sz w:val="24"/>
          <w:szCs w:val="24"/>
          <w:lang w:val="ru-RU"/>
        </w:rPr>
        <w:t xml:space="preserve"> повышения </w:t>
      </w:r>
      <w:r w:rsidRPr="00AE78F3">
        <w:rPr>
          <w:sz w:val="24"/>
          <w:szCs w:val="24"/>
          <w:lang w:val="ru-RU"/>
        </w:rPr>
        <w:t>квалификации</w:t>
      </w:r>
      <w:r w:rsidR="00E9521B" w:rsidRPr="00AE78F3">
        <w:rPr>
          <w:sz w:val="24"/>
          <w:szCs w:val="24"/>
          <w:lang w:val="ru-RU"/>
        </w:rPr>
        <w:t>,</w:t>
      </w:r>
      <w:r w:rsidR="0075162E" w:rsidRPr="00AE78F3">
        <w:rPr>
          <w:sz w:val="24"/>
          <w:szCs w:val="24"/>
          <w:lang w:val="ru-RU"/>
        </w:rPr>
        <w:t xml:space="preserve"> направленн</w:t>
      </w:r>
      <w:r w:rsidR="00E9521B" w:rsidRPr="00AE78F3">
        <w:rPr>
          <w:sz w:val="24"/>
          <w:szCs w:val="24"/>
          <w:lang w:val="ru-RU"/>
        </w:rPr>
        <w:t>ы</w:t>
      </w:r>
      <w:r w:rsidR="00F400EC">
        <w:rPr>
          <w:sz w:val="24"/>
          <w:szCs w:val="24"/>
          <w:lang w:val="ru-RU"/>
        </w:rPr>
        <w:t>е</w:t>
      </w:r>
      <w:r w:rsidR="0075162E" w:rsidRPr="00AE78F3">
        <w:rPr>
          <w:sz w:val="24"/>
          <w:szCs w:val="24"/>
          <w:lang w:val="ru-RU"/>
        </w:rPr>
        <w:t xml:space="preserve"> на у</w:t>
      </w:r>
      <w:r w:rsidR="00C27271" w:rsidRPr="00AE78F3">
        <w:rPr>
          <w:sz w:val="24"/>
          <w:szCs w:val="24"/>
          <w:lang w:val="ru-RU"/>
        </w:rPr>
        <w:t>крепление практики на</w:t>
      </w:r>
      <w:r w:rsidR="00D15C55" w:rsidRPr="00AE78F3">
        <w:rPr>
          <w:sz w:val="24"/>
          <w:szCs w:val="24"/>
          <w:lang w:val="ru-RU"/>
        </w:rPr>
        <w:t>учного руководства докторантами</w:t>
      </w:r>
      <w:r w:rsidR="00C27271" w:rsidRPr="00AE78F3">
        <w:rPr>
          <w:sz w:val="24"/>
          <w:szCs w:val="24"/>
          <w:lang w:val="ru-RU"/>
        </w:rPr>
        <w:t>.</w:t>
      </w:r>
      <w:r w:rsidR="0075162E" w:rsidRPr="00AE78F3">
        <w:rPr>
          <w:sz w:val="24"/>
          <w:szCs w:val="24"/>
          <w:lang w:val="ru-RU"/>
        </w:rPr>
        <w:t xml:space="preserve"> </w:t>
      </w:r>
    </w:p>
    <w:p w14:paraId="2AD981C7" w14:textId="77777777" w:rsidR="00F400EC" w:rsidRDefault="00F400EC" w:rsidP="00F400EC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</w:p>
    <w:p w14:paraId="63413664" w14:textId="7554708D" w:rsidR="001B5081" w:rsidRPr="0091344A" w:rsidRDefault="0075162E" w:rsidP="00F400EC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F400EC">
        <w:rPr>
          <w:b/>
          <w:bCs/>
          <w:sz w:val="24"/>
          <w:szCs w:val="24"/>
          <w:lang w:val="ru-RU"/>
        </w:rPr>
        <w:t>Место оказания услуги</w:t>
      </w:r>
      <w:r w:rsidRPr="00AE78F3">
        <w:rPr>
          <w:sz w:val="24"/>
          <w:szCs w:val="24"/>
          <w:lang w:val="ru-RU"/>
        </w:rPr>
        <w:t xml:space="preserve"> – город Астана.</w:t>
      </w:r>
    </w:p>
    <w:p w14:paraId="20B7AD21" w14:textId="77777777" w:rsidR="0091344A" w:rsidRDefault="0091344A" w:rsidP="0091344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57D08ACB" w14:textId="7F55FC29" w:rsidR="001B5081" w:rsidRPr="008C339B" w:rsidRDefault="00C27271" w:rsidP="0091344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8C339B">
        <w:rPr>
          <w:b/>
          <w:bCs/>
          <w:sz w:val="24"/>
          <w:szCs w:val="24"/>
          <w:lang w:val="ru-RU"/>
        </w:rPr>
        <w:t>1.2. Срок оказания услуг:</w:t>
      </w:r>
    </w:p>
    <w:p w14:paraId="113B7680" w14:textId="77777777" w:rsidR="00F400EC" w:rsidRDefault="0075162E" w:rsidP="009F7284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AE78F3">
        <w:rPr>
          <w:sz w:val="24"/>
          <w:szCs w:val="24"/>
          <w:lang w:val="ru-RU"/>
        </w:rPr>
        <w:t>В течени</w:t>
      </w:r>
      <w:r w:rsidR="00E9521B" w:rsidRPr="00AE78F3">
        <w:rPr>
          <w:sz w:val="24"/>
          <w:szCs w:val="24"/>
          <w:lang w:val="ru-RU"/>
        </w:rPr>
        <w:t>е</w:t>
      </w:r>
      <w:r w:rsidRPr="00AE78F3">
        <w:rPr>
          <w:sz w:val="24"/>
          <w:szCs w:val="24"/>
          <w:lang w:val="ru-RU"/>
        </w:rPr>
        <w:t xml:space="preserve"> 30 календарных дней с момента заключения договора</w:t>
      </w:r>
      <w:r w:rsidR="00C27271" w:rsidRPr="00AE78F3">
        <w:rPr>
          <w:sz w:val="24"/>
          <w:szCs w:val="24"/>
          <w:lang w:val="ru-RU"/>
        </w:rPr>
        <w:t>.</w:t>
      </w:r>
      <w:r w:rsidR="00B4207E" w:rsidRPr="00154CD5">
        <w:rPr>
          <w:sz w:val="24"/>
          <w:szCs w:val="24"/>
          <w:lang w:val="ru-RU"/>
        </w:rPr>
        <w:t xml:space="preserve"> </w:t>
      </w:r>
    </w:p>
    <w:p w14:paraId="4D6532D0" w14:textId="0E98A696" w:rsidR="00B4207E" w:rsidRPr="008C339B" w:rsidRDefault="00B4207E" w:rsidP="009F7284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154CD5">
        <w:rPr>
          <w:sz w:val="24"/>
          <w:szCs w:val="24"/>
          <w:lang w:val="ru-RU"/>
        </w:rPr>
        <w:t xml:space="preserve">Поставщик организует и проводит </w:t>
      </w:r>
      <w:r w:rsidR="00E9521B">
        <w:rPr>
          <w:sz w:val="24"/>
          <w:szCs w:val="24"/>
          <w:lang w:val="ru-RU"/>
        </w:rPr>
        <w:t>курсы</w:t>
      </w:r>
      <w:r w:rsidRPr="00154CD5">
        <w:rPr>
          <w:sz w:val="24"/>
          <w:szCs w:val="24"/>
          <w:lang w:val="ru-RU"/>
        </w:rPr>
        <w:t xml:space="preserve"> в соответствии с утвержденной программой, графиком обучения, условиями заключенного договора и настоящей технической спецификацией.</w:t>
      </w:r>
    </w:p>
    <w:p w14:paraId="6DE6E209" w14:textId="77777777" w:rsidR="0091344A" w:rsidRPr="008C339B" w:rsidRDefault="0091344A" w:rsidP="0091344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48696C9E" w14:textId="417984C2" w:rsidR="001B5081" w:rsidRPr="008C339B" w:rsidRDefault="00C27271" w:rsidP="0091344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8C339B">
        <w:rPr>
          <w:b/>
          <w:bCs/>
          <w:sz w:val="24"/>
          <w:szCs w:val="24"/>
          <w:lang w:val="ru-RU"/>
        </w:rPr>
        <w:t>1.3. Формат реализации программы:</w:t>
      </w:r>
    </w:p>
    <w:p w14:paraId="1C7279DF" w14:textId="5D21B2DC" w:rsidR="008C339B" w:rsidRDefault="00154CD5" w:rsidP="0091344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Программа</w:t>
      </w:r>
      <w:r w:rsidR="00E9521B">
        <w:rPr>
          <w:sz w:val="24"/>
          <w:szCs w:val="24"/>
          <w:lang w:val="ru-RU"/>
        </w:rPr>
        <w:t xml:space="preserve"> курса</w:t>
      </w:r>
      <w:r>
        <w:rPr>
          <w:sz w:val="24"/>
          <w:szCs w:val="24"/>
          <w:lang w:val="ru-RU"/>
        </w:rPr>
        <w:t xml:space="preserve"> реализуется в три фазы и предусматривает</w:t>
      </w:r>
      <w:r w:rsidR="00B4207E" w:rsidRPr="00154CD5">
        <w:rPr>
          <w:sz w:val="24"/>
          <w:szCs w:val="24"/>
          <w:lang w:val="ru-RU"/>
        </w:rPr>
        <w:t xml:space="preserve"> сочетание очного и онлайн-обучения, самостоятельной работы участников, проведения институционального исследования в университете и командной разработки практических решений</w:t>
      </w:r>
      <w:r w:rsidR="00B4207E" w:rsidRPr="00AE78F3">
        <w:rPr>
          <w:sz w:val="24"/>
          <w:szCs w:val="24"/>
          <w:lang w:val="ru-RU"/>
        </w:rPr>
        <w:t>.</w:t>
      </w:r>
      <w:r w:rsidR="00D15C55" w:rsidRPr="00AE78F3">
        <w:rPr>
          <w:sz w:val="24"/>
          <w:szCs w:val="24"/>
          <w:lang w:val="ru-RU"/>
        </w:rPr>
        <w:t xml:space="preserve"> Очное обучение по 3 этапам (фазам) не более 6 </w:t>
      </w:r>
      <w:r w:rsidR="00E87609">
        <w:rPr>
          <w:sz w:val="24"/>
          <w:szCs w:val="24"/>
          <w:lang w:val="ru-RU"/>
        </w:rPr>
        <w:t xml:space="preserve">рабочих </w:t>
      </w:r>
      <w:r w:rsidR="00D15C55" w:rsidRPr="00AE78F3">
        <w:rPr>
          <w:sz w:val="24"/>
          <w:szCs w:val="24"/>
          <w:lang w:val="ru-RU"/>
        </w:rPr>
        <w:t>дней.</w:t>
      </w:r>
    </w:p>
    <w:p w14:paraId="5531A9E1" w14:textId="77777777" w:rsidR="00B4207E" w:rsidRDefault="00B4207E" w:rsidP="0091344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205E6539" w14:textId="77777777" w:rsidR="00B4207E" w:rsidRPr="00154CD5" w:rsidRDefault="00B4207E" w:rsidP="00B4207E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154CD5">
        <w:rPr>
          <w:b/>
          <w:bCs/>
          <w:sz w:val="24"/>
          <w:szCs w:val="24"/>
          <w:lang w:val="ru-RU"/>
        </w:rPr>
        <w:t xml:space="preserve">Фаза 1. Современное докторское образование и научное руководство </w:t>
      </w:r>
    </w:p>
    <w:p w14:paraId="605E0CA1" w14:textId="372DAC55" w:rsidR="00B4207E" w:rsidRPr="00154CD5" w:rsidRDefault="0075162E" w:rsidP="00B4207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AE78F3">
        <w:rPr>
          <w:sz w:val="24"/>
          <w:szCs w:val="24"/>
          <w:lang w:val="ru-RU"/>
        </w:rPr>
        <w:t xml:space="preserve">Очное обучение не </w:t>
      </w:r>
      <w:r w:rsidR="00D15C55" w:rsidRPr="00AE78F3">
        <w:rPr>
          <w:sz w:val="24"/>
          <w:szCs w:val="24"/>
          <w:lang w:val="ru-RU"/>
        </w:rPr>
        <w:t xml:space="preserve">менее </w:t>
      </w:r>
      <w:r w:rsidR="00D15C55" w:rsidRPr="00572180">
        <w:rPr>
          <w:sz w:val="24"/>
          <w:szCs w:val="24"/>
          <w:lang w:val="ru-RU"/>
        </w:rPr>
        <w:t>3</w:t>
      </w:r>
      <w:r w:rsidRPr="00572180">
        <w:rPr>
          <w:sz w:val="24"/>
          <w:szCs w:val="24"/>
          <w:lang w:val="ru-RU"/>
        </w:rPr>
        <w:t xml:space="preserve"> </w:t>
      </w:r>
      <w:r w:rsidR="00626931" w:rsidRPr="00572180">
        <w:rPr>
          <w:sz w:val="24"/>
          <w:szCs w:val="24"/>
          <w:lang w:val="ru-RU"/>
        </w:rPr>
        <w:t>рабочих</w:t>
      </w:r>
      <w:r w:rsidR="00626931">
        <w:rPr>
          <w:sz w:val="24"/>
          <w:szCs w:val="24"/>
          <w:lang w:val="ru-RU"/>
        </w:rPr>
        <w:t xml:space="preserve"> </w:t>
      </w:r>
      <w:r w:rsidRPr="00AE78F3">
        <w:rPr>
          <w:sz w:val="24"/>
          <w:szCs w:val="24"/>
          <w:lang w:val="ru-RU"/>
        </w:rPr>
        <w:t>дней на базе организации Поставщика услуги.</w:t>
      </w:r>
    </w:p>
    <w:p w14:paraId="02549AD0" w14:textId="53C6F634" w:rsidR="00B4207E" w:rsidRPr="0073427A" w:rsidRDefault="00B4207E" w:rsidP="0073427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154CD5">
        <w:rPr>
          <w:sz w:val="24"/>
          <w:szCs w:val="24"/>
          <w:lang w:val="ru-RU"/>
        </w:rPr>
        <w:t>В рамках первой фазы слушатели знакомятся с современными подходами к докторскому образованию и научному руководству, анализируют роль институциональной политики и университетских структур, рассматривают современные модели научного руководства и совместного руководства, а также вопросы исследовательского дизайна, методологии и академического письма.</w:t>
      </w:r>
    </w:p>
    <w:p w14:paraId="02C3BF36" w14:textId="77777777" w:rsidR="00B4207E" w:rsidRPr="00154CD5" w:rsidRDefault="00B4207E" w:rsidP="00B4207E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154CD5">
        <w:rPr>
          <w:b/>
          <w:bCs/>
          <w:sz w:val="24"/>
          <w:szCs w:val="24"/>
          <w:lang w:val="ru-RU"/>
        </w:rPr>
        <w:t>Фаза 2. Институциональное исследование</w:t>
      </w:r>
    </w:p>
    <w:p w14:paraId="2A8B1D17" w14:textId="72759F04" w:rsidR="00B4207E" w:rsidRPr="00154CD5" w:rsidRDefault="0075162E" w:rsidP="00B4207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AE78F3">
        <w:rPr>
          <w:sz w:val="24"/>
          <w:szCs w:val="24"/>
          <w:lang w:val="ru-RU"/>
        </w:rPr>
        <w:t>О</w:t>
      </w:r>
      <w:r w:rsidR="00B4207E" w:rsidRPr="00AE78F3">
        <w:rPr>
          <w:sz w:val="24"/>
          <w:szCs w:val="24"/>
          <w:lang w:val="ru-RU"/>
        </w:rPr>
        <w:t>нлайн-формат/ самостоятельная работа.</w:t>
      </w:r>
    </w:p>
    <w:p w14:paraId="150DDAD5" w14:textId="391D175A" w:rsidR="00B4207E" w:rsidRPr="0073427A" w:rsidRDefault="00B4207E" w:rsidP="0073427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154CD5">
        <w:rPr>
          <w:sz w:val="24"/>
          <w:szCs w:val="24"/>
          <w:lang w:val="ru-RU"/>
        </w:rPr>
        <w:t>В рамках второй фазы слушатели проводят институциональное исследование в своих университетах: анализируют внутренние документы и регламенты, изучают действующие процессы научного руководства, взаимодействуют с преподавателями, докторантами и другими заинтересованными сторонами, собирают и анализируют данные.</w:t>
      </w:r>
    </w:p>
    <w:p w14:paraId="4F90CFE1" w14:textId="77777777" w:rsidR="00B4207E" w:rsidRPr="00154CD5" w:rsidRDefault="00B4207E" w:rsidP="00B4207E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154CD5">
        <w:rPr>
          <w:b/>
          <w:bCs/>
          <w:sz w:val="24"/>
          <w:szCs w:val="24"/>
          <w:lang w:val="ru-RU"/>
        </w:rPr>
        <w:t>Фаза 3. Разработка практических решений</w:t>
      </w:r>
    </w:p>
    <w:p w14:paraId="6EB45B58" w14:textId="502E85BA" w:rsidR="0075162E" w:rsidRPr="00154CD5" w:rsidRDefault="00D15C55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AE78F3">
        <w:rPr>
          <w:sz w:val="24"/>
          <w:szCs w:val="24"/>
          <w:lang w:val="ru-RU"/>
        </w:rPr>
        <w:t>Очное обучение не менее 3</w:t>
      </w:r>
      <w:r w:rsidR="0075162E" w:rsidRPr="00AE78F3">
        <w:rPr>
          <w:sz w:val="24"/>
          <w:szCs w:val="24"/>
          <w:lang w:val="ru-RU"/>
        </w:rPr>
        <w:t xml:space="preserve"> </w:t>
      </w:r>
      <w:r w:rsidR="00626931" w:rsidRPr="00572180">
        <w:rPr>
          <w:sz w:val="24"/>
          <w:szCs w:val="24"/>
          <w:lang w:val="ru-RU"/>
        </w:rPr>
        <w:t xml:space="preserve">рабочих </w:t>
      </w:r>
      <w:r w:rsidR="0075162E" w:rsidRPr="00572180">
        <w:rPr>
          <w:sz w:val="24"/>
          <w:szCs w:val="24"/>
          <w:lang w:val="ru-RU"/>
        </w:rPr>
        <w:t>д</w:t>
      </w:r>
      <w:r w:rsidR="0075162E" w:rsidRPr="00AE78F3">
        <w:rPr>
          <w:sz w:val="24"/>
          <w:szCs w:val="24"/>
          <w:lang w:val="ru-RU"/>
        </w:rPr>
        <w:t>ней на базе организации Поставщика услуги.</w:t>
      </w:r>
    </w:p>
    <w:p w14:paraId="0D47500C" w14:textId="398BD73F" w:rsidR="00B4207E" w:rsidRDefault="00B4207E" w:rsidP="00B4207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154CD5">
        <w:rPr>
          <w:sz w:val="24"/>
          <w:szCs w:val="24"/>
          <w:lang w:val="ru-RU"/>
        </w:rPr>
        <w:t>В рамках третьей фазы слушатели представляют результаты институционального исследования, сопоставляют опыт различных университетов и разрабатывают конкретные предложения по совершенствованию системы научного руководства.</w:t>
      </w:r>
    </w:p>
    <w:p w14:paraId="4C92F594" w14:textId="77777777" w:rsidR="00B4207E" w:rsidRPr="008C339B" w:rsidRDefault="00B4207E" w:rsidP="0091344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75CA6C72" w14:textId="0F6BCB35" w:rsidR="001B5081" w:rsidRPr="008C339B" w:rsidRDefault="00C27271" w:rsidP="0075162E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8C339B">
        <w:rPr>
          <w:b/>
          <w:bCs/>
          <w:sz w:val="24"/>
          <w:szCs w:val="24"/>
          <w:lang w:val="ru-RU"/>
        </w:rPr>
        <w:t>1.4. Общий объем программы:</w:t>
      </w:r>
      <w:r w:rsidR="0091344A" w:rsidRPr="008C339B">
        <w:rPr>
          <w:b/>
          <w:bCs/>
          <w:sz w:val="24"/>
          <w:szCs w:val="24"/>
          <w:lang w:val="ru-RU"/>
        </w:rPr>
        <w:t xml:space="preserve"> </w:t>
      </w:r>
      <w:r w:rsidRPr="008C339B">
        <w:rPr>
          <w:b/>
          <w:bCs/>
          <w:sz w:val="24"/>
          <w:szCs w:val="24"/>
          <w:lang w:val="ru-RU"/>
        </w:rPr>
        <w:t>80 часов.</w:t>
      </w:r>
    </w:p>
    <w:p w14:paraId="2933DB14" w14:textId="77777777" w:rsidR="0091344A" w:rsidRPr="008C339B" w:rsidRDefault="0091344A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2CD5345F" w14:textId="3F59C4C1" w:rsidR="00154CD5" w:rsidRDefault="00C27271" w:rsidP="0075162E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8C339B">
        <w:rPr>
          <w:b/>
          <w:bCs/>
          <w:sz w:val="24"/>
          <w:szCs w:val="24"/>
          <w:lang w:val="ru-RU"/>
        </w:rPr>
        <w:t>1.5. Количество участников:</w:t>
      </w:r>
      <w:r w:rsidR="00A002FF" w:rsidRPr="008C339B">
        <w:rPr>
          <w:b/>
          <w:bCs/>
          <w:sz w:val="24"/>
          <w:szCs w:val="24"/>
          <w:lang w:val="ru-RU"/>
        </w:rPr>
        <w:t xml:space="preserve"> </w:t>
      </w:r>
      <w:r w:rsidR="008C339B" w:rsidRPr="00154CD5">
        <w:rPr>
          <w:b/>
          <w:bCs/>
          <w:sz w:val="24"/>
          <w:szCs w:val="24"/>
          <w:lang w:val="ru-RU"/>
        </w:rPr>
        <w:t>3</w:t>
      </w:r>
    </w:p>
    <w:p w14:paraId="71DDFCB9" w14:textId="77777777" w:rsidR="009D0681" w:rsidRPr="0073427A" w:rsidRDefault="009D0681" w:rsidP="0075162E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</w:p>
    <w:p w14:paraId="28187565" w14:textId="0C622940" w:rsidR="001B5081" w:rsidRPr="0091344A" w:rsidRDefault="00C27271" w:rsidP="0075162E">
      <w:pPr>
        <w:spacing w:after="0"/>
        <w:ind w:firstLine="567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2. Требования к содержанию программы</w:t>
      </w:r>
    </w:p>
    <w:p w14:paraId="734F7FF5" w14:textId="63073200" w:rsidR="0091344A" w:rsidRDefault="00154CD5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Программа </w:t>
      </w:r>
      <w:r w:rsidR="00C27271" w:rsidRPr="0091344A">
        <w:rPr>
          <w:sz w:val="24"/>
          <w:szCs w:val="24"/>
          <w:lang w:val="ru-RU"/>
        </w:rPr>
        <w:t>направлена на развитие современных практик научного руководства докторантами и совершенствование институциональной системы научного руководства в университетах Казахстана.</w:t>
      </w:r>
    </w:p>
    <w:p w14:paraId="256A5CDB" w14:textId="77777777" w:rsidR="0075162E" w:rsidRPr="0091344A" w:rsidRDefault="0075162E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1A9A0203" w14:textId="6740FA81" w:rsidR="001B5081" w:rsidRPr="0091344A" w:rsidRDefault="00154CD5" w:rsidP="0075162E">
      <w:pPr>
        <w:spacing w:after="0" w:line="240" w:lineRule="auto"/>
        <w:jc w:val="both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lastRenderedPageBreak/>
        <w:t>Программа охватывает</w:t>
      </w:r>
      <w:r w:rsidR="00C27271" w:rsidRPr="0091344A">
        <w:rPr>
          <w:b/>
          <w:bCs/>
          <w:sz w:val="24"/>
          <w:szCs w:val="24"/>
          <w:lang w:val="ru-RU"/>
        </w:rPr>
        <w:t xml:space="preserve"> следующие основные тематические направления:</w:t>
      </w:r>
    </w:p>
    <w:p w14:paraId="214BF95E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современное докторское образование и системы научного руководства;</w:t>
      </w:r>
    </w:p>
    <w:p w14:paraId="7AAA618A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практика научного руководства докторантами и совместного руководства;</w:t>
      </w:r>
    </w:p>
    <w:p w14:paraId="756CD587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исследовательский дизайн и методология;</w:t>
      </w:r>
    </w:p>
    <w:p w14:paraId="5B37734A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исследовательская этика и академическая добросовестность;</w:t>
      </w:r>
    </w:p>
    <w:p w14:paraId="794EB938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институциональная организация и механизмы поддержки научных руководителей;</w:t>
      </w:r>
    </w:p>
    <w:p w14:paraId="5C24834A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мониторинг прогресса докторантов;</w:t>
      </w:r>
    </w:p>
    <w:p w14:paraId="7FCDA816" w14:textId="5D25ECDA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использование искусственного интеллекта в исследовательской деятельности и научном руководстве</w:t>
      </w:r>
      <w:r w:rsidR="00E9521B">
        <w:rPr>
          <w:sz w:val="24"/>
          <w:szCs w:val="24"/>
          <w:lang w:val="ru-RU"/>
        </w:rPr>
        <w:t>.</w:t>
      </w:r>
    </w:p>
    <w:p w14:paraId="691D0D38" w14:textId="77777777" w:rsidR="0091344A" w:rsidRDefault="0091344A" w:rsidP="0075162E">
      <w:pPr>
        <w:spacing w:after="0" w:line="240" w:lineRule="auto"/>
        <w:jc w:val="both"/>
        <w:rPr>
          <w:sz w:val="24"/>
          <w:szCs w:val="24"/>
          <w:lang w:val="ru-RU"/>
        </w:rPr>
      </w:pPr>
    </w:p>
    <w:p w14:paraId="39F5825F" w14:textId="3F153C47" w:rsidR="008C339B" w:rsidRDefault="00154CD5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Программа обеспечивает </w:t>
      </w:r>
      <w:r w:rsidR="00C27271" w:rsidRPr="0091344A">
        <w:rPr>
          <w:sz w:val="24"/>
          <w:szCs w:val="24"/>
          <w:lang w:val="ru-RU"/>
        </w:rPr>
        <w:t>практическую связь между профессиональным развитием участников и совершенствованием институциональной сред</w:t>
      </w:r>
      <w:r>
        <w:rPr>
          <w:sz w:val="24"/>
          <w:szCs w:val="24"/>
          <w:lang w:val="ru-RU"/>
        </w:rPr>
        <w:t xml:space="preserve">ы университета. Итогом обучения становится </w:t>
      </w:r>
      <w:r w:rsidR="00C27271" w:rsidRPr="0091344A">
        <w:rPr>
          <w:sz w:val="24"/>
          <w:szCs w:val="24"/>
          <w:lang w:val="ru-RU"/>
        </w:rPr>
        <w:t>не только новый набор профессиональных компетенций, но и конкретные предложения по развитию системы научного руководства.</w:t>
      </w:r>
    </w:p>
    <w:p w14:paraId="2CB64789" w14:textId="77777777" w:rsidR="001B1871" w:rsidRPr="001B1871" w:rsidRDefault="001B18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0181818E" w14:textId="3523D029" w:rsidR="001B5081" w:rsidRPr="0091344A" w:rsidRDefault="00C27271" w:rsidP="0075162E">
      <w:pPr>
        <w:spacing w:after="0"/>
        <w:ind w:firstLine="567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3. Условия оказания услуг</w:t>
      </w:r>
    </w:p>
    <w:p w14:paraId="6053CEEB" w14:textId="746F0B9F" w:rsidR="001B5081" w:rsidRPr="0091344A" w:rsidRDefault="001B18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3.1. Программа </w:t>
      </w:r>
      <w:r w:rsidR="00C27271" w:rsidRPr="0091344A">
        <w:rPr>
          <w:sz w:val="24"/>
          <w:szCs w:val="24"/>
          <w:lang w:val="ru-RU"/>
        </w:rPr>
        <w:t>организована и проведена в соответствии с утвержденной структурой, содержанием и графиком.</w:t>
      </w:r>
    </w:p>
    <w:p w14:paraId="0A35FF44" w14:textId="25DD0070" w:rsidR="001B5081" w:rsidRPr="0091344A" w:rsidRDefault="001B18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3.2. Обучение сочетает</w:t>
      </w:r>
      <w:r w:rsidR="00C27271" w:rsidRPr="0091344A">
        <w:rPr>
          <w:sz w:val="24"/>
          <w:szCs w:val="24"/>
          <w:lang w:val="ru-RU"/>
        </w:rPr>
        <w:t xml:space="preserve"> теоретическую подготовку, практическую работу, самостоятельную работу участников, институциональное исследование и командную разработку решений.</w:t>
      </w:r>
    </w:p>
    <w:p w14:paraId="548E963D" w14:textId="389CD5B8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 xml:space="preserve">3.3. </w:t>
      </w:r>
      <w:r w:rsidR="001B1871">
        <w:rPr>
          <w:sz w:val="24"/>
          <w:szCs w:val="24"/>
          <w:lang w:val="ru-RU"/>
        </w:rPr>
        <w:t>Поставщик обеспечивает</w:t>
      </w:r>
      <w:r w:rsidRPr="0091344A">
        <w:rPr>
          <w:sz w:val="24"/>
          <w:szCs w:val="24"/>
          <w:lang w:val="ru-RU"/>
        </w:rPr>
        <w:t xml:space="preserve"> методическое сопровождение участников на всех этапах программы, включая проведение институционального исследования и подготовку итогового продукта.</w:t>
      </w:r>
    </w:p>
    <w:p w14:paraId="7D268763" w14:textId="0393A666" w:rsidR="001B5081" w:rsidRPr="0091344A" w:rsidRDefault="001B18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3.4. В рамках программы </w:t>
      </w:r>
      <w:r w:rsidR="00C27271" w:rsidRPr="0091344A">
        <w:rPr>
          <w:sz w:val="24"/>
          <w:szCs w:val="24"/>
          <w:lang w:val="ru-RU"/>
        </w:rPr>
        <w:t>обеспечено взаимодействие представителей различных университетов, включая обмен опытом и обсуждение практик организации докторского образования.</w:t>
      </w:r>
    </w:p>
    <w:p w14:paraId="4A24CA04" w14:textId="42FD686E" w:rsidR="001B5081" w:rsidRPr="0091344A" w:rsidRDefault="001B18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3.5. В ходе программы участники исследуют</w:t>
      </w:r>
      <w:r w:rsidR="00C27271" w:rsidRPr="0091344A">
        <w:rPr>
          <w:sz w:val="24"/>
          <w:szCs w:val="24"/>
          <w:lang w:val="ru-RU"/>
        </w:rPr>
        <w:t xml:space="preserve"> действующую систему научного руководства в своих университетах на основе внутренних документов, данных и взаимодействия с заинтересованными сторонами.</w:t>
      </w:r>
    </w:p>
    <w:p w14:paraId="0066C869" w14:textId="7B333090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3.6. По результатам институцио</w:t>
      </w:r>
      <w:r w:rsidR="001C76A4">
        <w:rPr>
          <w:sz w:val="24"/>
          <w:szCs w:val="24"/>
          <w:lang w:val="ru-RU"/>
        </w:rPr>
        <w:t>нального исследования участники разработают</w:t>
      </w:r>
      <w:r w:rsidRPr="0091344A">
        <w:rPr>
          <w:sz w:val="24"/>
          <w:szCs w:val="24"/>
          <w:lang w:val="ru-RU"/>
        </w:rPr>
        <w:t xml:space="preserve"> и представить конкретные предложения по совершенствованию системы научного руководства.</w:t>
      </w:r>
    </w:p>
    <w:p w14:paraId="0223062B" w14:textId="61747E9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3.</w:t>
      </w:r>
      <w:r w:rsidR="001C76A4">
        <w:rPr>
          <w:sz w:val="24"/>
          <w:szCs w:val="24"/>
          <w:lang w:val="ru-RU"/>
        </w:rPr>
        <w:t>7. Итоговым продуктом программы является</w:t>
      </w:r>
      <w:r w:rsidR="0075162E">
        <w:rPr>
          <w:sz w:val="24"/>
          <w:szCs w:val="24"/>
          <w:lang w:val="ru-RU"/>
        </w:rPr>
        <w:t xml:space="preserve"> </w:t>
      </w:r>
      <w:r w:rsidRPr="0091344A">
        <w:rPr>
          <w:sz w:val="24"/>
          <w:szCs w:val="24"/>
          <w:lang w:val="ru-RU"/>
        </w:rPr>
        <w:t>институциональный план развития системы научного руководства в университете.</w:t>
      </w:r>
    </w:p>
    <w:p w14:paraId="5AECC285" w14:textId="3737786F" w:rsidR="00B4207E" w:rsidRDefault="0075162E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572180">
        <w:rPr>
          <w:sz w:val="24"/>
          <w:szCs w:val="24"/>
          <w:lang w:val="ru-RU"/>
        </w:rPr>
        <w:t>3.8</w:t>
      </w:r>
      <w:r w:rsidR="00C27271" w:rsidRPr="00572180">
        <w:rPr>
          <w:sz w:val="24"/>
          <w:szCs w:val="24"/>
          <w:lang w:val="ru-RU"/>
        </w:rPr>
        <w:t>.</w:t>
      </w:r>
      <w:r w:rsidR="00C27271" w:rsidRPr="0091344A">
        <w:rPr>
          <w:sz w:val="24"/>
          <w:szCs w:val="24"/>
          <w:lang w:val="ru-RU"/>
        </w:rPr>
        <w:t xml:space="preserve"> </w:t>
      </w:r>
      <w:r w:rsidR="001C76A4">
        <w:rPr>
          <w:sz w:val="24"/>
          <w:szCs w:val="24"/>
          <w:lang w:val="ru-RU"/>
        </w:rPr>
        <w:t>Поставщик</w:t>
      </w:r>
      <w:r w:rsidR="004F5836">
        <w:rPr>
          <w:sz w:val="24"/>
          <w:szCs w:val="24"/>
          <w:lang w:val="ru-RU"/>
        </w:rPr>
        <w:t xml:space="preserve"> обеспечивает</w:t>
      </w:r>
      <w:r w:rsidR="00C27271" w:rsidRPr="0091344A">
        <w:rPr>
          <w:sz w:val="24"/>
          <w:szCs w:val="24"/>
          <w:lang w:val="ru-RU"/>
        </w:rPr>
        <w:t xml:space="preserve"> </w:t>
      </w:r>
      <w:r w:rsidR="00F400EC">
        <w:rPr>
          <w:sz w:val="24"/>
          <w:szCs w:val="24"/>
          <w:lang w:val="ru-RU"/>
        </w:rPr>
        <w:t>проведение курсов</w:t>
      </w:r>
      <w:r w:rsidR="00BA5E55">
        <w:rPr>
          <w:sz w:val="24"/>
          <w:szCs w:val="24"/>
          <w:lang w:val="ru-RU"/>
        </w:rPr>
        <w:t xml:space="preserve"> в соответствии с </w:t>
      </w:r>
      <w:r w:rsidR="00C27271" w:rsidRPr="0091344A">
        <w:rPr>
          <w:sz w:val="24"/>
          <w:szCs w:val="24"/>
          <w:lang w:val="ru-RU"/>
        </w:rPr>
        <w:t>академическ</w:t>
      </w:r>
      <w:r w:rsidR="00BA5E55">
        <w:rPr>
          <w:sz w:val="24"/>
          <w:szCs w:val="24"/>
          <w:lang w:val="ru-RU"/>
        </w:rPr>
        <w:t>ой</w:t>
      </w:r>
      <w:r w:rsidR="00C27271" w:rsidRPr="0091344A">
        <w:rPr>
          <w:sz w:val="24"/>
          <w:szCs w:val="24"/>
          <w:lang w:val="ru-RU"/>
        </w:rPr>
        <w:t xml:space="preserve"> и практическ</w:t>
      </w:r>
      <w:r w:rsidR="00BA5E55">
        <w:rPr>
          <w:sz w:val="24"/>
          <w:szCs w:val="24"/>
          <w:lang w:val="ru-RU"/>
        </w:rPr>
        <w:t>ой</w:t>
      </w:r>
      <w:r w:rsidR="00C27271" w:rsidRPr="0091344A">
        <w:rPr>
          <w:sz w:val="24"/>
          <w:szCs w:val="24"/>
          <w:lang w:val="ru-RU"/>
        </w:rPr>
        <w:t xml:space="preserve"> экспертиз</w:t>
      </w:r>
      <w:r w:rsidR="00BA5E55">
        <w:rPr>
          <w:sz w:val="24"/>
          <w:szCs w:val="24"/>
          <w:lang w:val="ru-RU"/>
        </w:rPr>
        <w:t>ой</w:t>
      </w:r>
      <w:r w:rsidR="00C27271" w:rsidRPr="0091344A">
        <w:rPr>
          <w:sz w:val="24"/>
          <w:szCs w:val="24"/>
          <w:lang w:val="ru-RU"/>
        </w:rPr>
        <w:t xml:space="preserve"> в области докторского образования, научного руководства и развития высшего образования.</w:t>
      </w:r>
    </w:p>
    <w:p w14:paraId="18F2F07B" w14:textId="77777777" w:rsidR="00162A06" w:rsidRPr="00101C67" w:rsidRDefault="00162A06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39105EA7" w14:textId="6E3AA585" w:rsidR="001B5081" w:rsidRPr="0091344A" w:rsidRDefault="00C27271" w:rsidP="0075162E">
      <w:pPr>
        <w:spacing w:after="0"/>
        <w:ind w:firstLine="567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4. Требования к Поставщику услуг</w:t>
      </w:r>
    </w:p>
    <w:p w14:paraId="7345625A" w14:textId="7C939C2B" w:rsidR="00B4207E" w:rsidRPr="00CB4379" w:rsidRDefault="003E102E" w:rsidP="0075162E">
      <w:pPr>
        <w:spacing w:after="0" w:line="240" w:lineRule="auto"/>
        <w:ind w:firstLine="567"/>
        <w:jc w:val="both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>4.1</w:t>
      </w:r>
      <w:r w:rsidR="00F7515D">
        <w:rPr>
          <w:sz w:val="24"/>
          <w:szCs w:val="24"/>
          <w:lang w:val="kk-KZ"/>
        </w:rPr>
        <w:t>.</w:t>
      </w:r>
      <w:r w:rsidR="00B4207E" w:rsidRPr="00CB4379">
        <w:rPr>
          <w:sz w:val="24"/>
          <w:szCs w:val="24"/>
          <w:lang w:val="kk-KZ"/>
        </w:rPr>
        <w:t xml:space="preserve"> После завершении обучения слушателям Заказчика Поставщик обязуется выдать соответствующие  сертификаты. </w:t>
      </w:r>
    </w:p>
    <w:p w14:paraId="3C467913" w14:textId="5B6BA318" w:rsidR="00B4207E" w:rsidRPr="00CB4379" w:rsidRDefault="00B4207E" w:rsidP="0075162E">
      <w:pPr>
        <w:spacing w:after="0" w:line="240" w:lineRule="auto"/>
        <w:ind w:firstLine="567"/>
        <w:jc w:val="both"/>
        <w:rPr>
          <w:sz w:val="24"/>
          <w:szCs w:val="24"/>
          <w:lang w:val="kk-KZ"/>
        </w:rPr>
      </w:pPr>
      <w:r w:rsidRPr="00CB4379">
        <w:rPr>
          <w:sz w:val="24"/>
          <w:szCs w:val="24"/>
          <w:lang w:val="ru-RU"/>
        </w:rPr>
        <w:t>4</w:t>
      </w:r>
      <w:r w:rsidR="003E102E">
        <w:rPr>
          <w:sz w:val="24"/>
          <w:szCs w:val="24"/>
          <w:lang w:val="kk-KZ"/>
        </w:rPr>
        <w:t>.2</w:t>
      </w:r>
      <w:r w:rsidR="00F7515D">
        <w:rPr>
          <w:sz w:val="24"/>
          <w:szCs w:val="24"/>
          <w:lang w:val="kk-KZ"/>
        </w:rPr>
        <w:t>.</w:t>
      </w:r>
      <w:r w:rsidRPr="00CB4379">
        <w:rPr>
          <w:sz w:val="24"/>
          <w:szCs w:val="24"/>
          <w:lang w:val="kk-KZ"/>
        </w:rPr>
        <w:t xml:space="preserve"> Поставщик обеспечивает методическое сопровождение участников на всех этапах программы, включая проведение институционального исследования и подготовку итогового продукта.</w:t>
      </w:r>
    </w:p>
    <w:p w14:paraId="38E42A86" w14:textId="03007468" w:rsidR="008C339B" w:rsidRDefault="003E102E" w:rsidP="0075162E">
      <w:pPr>
        <w:spacing w:after="0" w:line="240" w:lineRule="auto"/>
        <w:ind w:firstLine="567"/>
        <w:jc w:val="both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>4.3</w:t>
      </w:r>
      <w:r w:rsidR="00F7515D">
        <w:rPr>
          <w:sz w:val="24"/>
          <w:szCs w:val="24"/>
          <w:lang w:val="kk-KZ"/>
        </w:rPr>
        <w:t>.</w:t>
      </w:r>
      <w:r w:rsidR="00B4207E" w:rsidRPr="00CB4379">
        <w:rPr>
          <w:sz w:val="24"/>
          <w:szCs w:val="24"/>
          <w:lang w:val="kk-KZ"/>
        </w:rPr>
        <w:t xml:space="preserve"> Поставщик обеспечивает взаимодействие участников, представляющих различные университеты, включая обмен опытом и обсуждение практик организации докторского образования.</w:t>
      </w:r>
    </w:p>
    <w:p w14:paraId="0558826D" w14:textId="026013CE" w:rsidR="000734E4" w:rsidRPr="000734E4" w:rsidRDefault="000734E4" w:rsidP="000734E4">
      <w:pPr>
        <w:spacing w:after="0"/>
        <w:ind w:firstLine="567"/>
        <w:jc w:val="both"/>
        <w:rPr>
          <w:sz w:val="24"/>
          <w:szCs w:val="24"/>
          <w:lang w:val="kk-KZ"/>
        </w:rPr>
      </w:pPr>
      <w:r w:rsidRPr="000734E4">
        <w:rPr>
          <w:sz w:val="24"/>
          <w:szCs w:val="24"/>
          <w:lang w:val="kk-KZ"/>
        </w:rPr>
        <w:t>4.4. Поставщик обеспечивает предоставление всех методических материалов и инструментов, необходимых для проведения институционального исследования, включая доступ к системе управления обучением, содержащей полный комплекс интерактивных учебных материалов.</w:t>
      </w:r>
    </w:p>
    <w:p w14:paraId="4CA93EBB" w14:textId="77777777" w:rsidR="000734E4" w:rsidRPr="000734E4" w:rsidRDefault="000734E4" w:rsidP="000734E4">
      <w:pPr>
        <w:spacing w:after="0"/>
        <w:ind w:firstLine="567"/>
        <w:jc w:val="both"/>
        <w:rPr>
          <w:sz w:val="24"/>
          <w:szCs w:val="24"/>
          <w:lang w:val="kk-KZ"/>
        </w:rPr>
      </w:pPr>
      <w:r w:rsidRPr="000734E4">
        <w:rPr>
          <w:sz w:val="24"/>
          <w:szCs w:val="24"/>
          <w:lang w:val="kk-KZ"/>
        </w:rPr>
        <w:t xml:space="preserve">4.5. Поставщик </w:t>
      </w:r>
      <w:bookmarkStart w:id="1" w:name="_Hlk242948660"/>
      <w:r w:rsidRPr="000734E4">
        <w:rPr>
          <w:sz w:val="24"/>
          <w:szCs w:val="24"/>
          <w:lang w:val="kk-KZ"/>
        </w:rPr>
        <w:t xml:space="preserve">обеспечивает проведение курсов </w:t>
      </w:r>
      <w:bookmarkEnd w:id="1"/>
      <w:r w:rsidRPr="000734E4">
        <w:rPr>
          <w:sz w:val="24"/>
          <w:szCs w:val="24"/>
          <w:lang w:val="kk-KZ"/>
        </w:rPr>
        <w:t>в смешанном языковом формате с использованием русского и английского языков.</w:t>
      </w:r>
    </w:p>
    <w:p w14:paraId="6D9D476E" w14:textId="74896201" w:rsidR="000734E4" w:rsidRPr="000734E4" w:rsidRDefault="000734E4" w:rsidP="000734E4">
      <w:pPr>
        <w:spacing w:after="0"/>
        <w:ind w:firstLine="567"/>
        <w:jc w:val="both"/>
        <w:rPr>
          <w:sz w:val="24"/>
          <w:szCs w:val="24"/>
          <w:lang w:val="kk-KZ"/>
        </w:rPr>
      </w:pPr>
      <w:r w:rsidRPr="009C674C">
        <w:rPr>
          <w:sz w:val="24"/>
          <w:szCs w:val="24"/>
          <w:lang w:val="kk-KZ"/>
        </w:rPr>
        <w:t>4.6.</w:t>
      </w:r>
      <w:r w:rsidRPr="000734E4">
        <w:rPr>
          <w:sz w:val="24"/>
          <w:szCs w:val="24"/>
          <w:lang w:val="kk-KZ"/>
        </w:rPr>
        <w:t xml:space="preserve"> Поставщик </w:t>
      </w:r>
      <w:r w:rsidR="00572180" w:rsidRPr="000734E4">
        <w:rPr>
          <w:sz w:val="24"/>
          <w:szCs w:val="24"/>
          <w:lang w:val="kk-KZ"/>
        </w:rPr>
        <w:t xml:space="preserve">обеспечивает проведение курсов </w:t>
      </w:r>
      <w:r w:rsidR="00572180">
        <w:rPr>
          <w:sz w:val="24"/>
          <w:szCs w:val="24"/>
          <w:lang w:val="kk-KZ"/>
        </w:rPr>
        <w:t>согласно</w:t>
      </w:r>
      <w:r w:rsidRPr="000734E4">
        <w:rPr>
          <w:sz w:val="24"/>
          <w:szCs w:val="24"/>
          <w:lang w:val="kk-KZ"/>
        </w:rPr>
        <w:t xml:space="preserve"> профессиональным компетенциям по направлению курса.</w:t>
      </w:r>
    </w:p>
    <w:p w14:paraId="79DFC19C" w14:textId="77777777" w:rsidR="000734E4" w:rsidRPr="000734E4" w:rsidRDefault="000734E4" w:rsidP="000734E4">
      <w:pPr>
        <w:spacing w:after="0"/>
        <w:ind w:firstLine="567"/>
        <w:jc w:val="both"/>
        <w:rPr>
          <w:sz w:val="24"/>
          <w:szCs w:val="24"/>
          <w:lang w:val="kk-KZ"/>
        </w:rPr>
      </w:pPr>
      <w:r w:rsidRPr="000734E4">
        <w:rPr>
          <w:sz w:val="24"/>
          <w:szCs w:val="24"/>
          <w:lang w:val="kk-KZ"/>
        </w:rPr>
        <w:t>4.7. Поставщик обеспечивает синхронный двусторонний перевод с русского языка на английский и с английского языка на русский на всех этапах обучения, включая лекционные и практические занятия, дискуссии и иные мероприятия, предусмотренные программой курса.</w:t>
      </w:r>
    </w:p>
    <w:p w14:paraId="5EEB2126" w14:textId="4A400B21" w:rsidR="00D15C55" w:rsidRDefault="000734E4" w:rsidP="000734E4">
      <w:pPr>
        <w:spacing w:after="0"/>
        <w:ind w:firstLine="567"/>
        <w:jc w:val="both"/>
        <w:rPr>
          <w:sz w:val="24"/>
          <w:szCs w:val="24"/>
          <w:lang w:val="kk-KZ"/>
        </w:rPr>
      </w:pPr>
      <w:r w:rsidRPr="000734E4">
        <w:rPr>
          <w:sz w:val="24"/>
          <w:szCs w:val="24"/>
          <w:lang w:val="kk-KZ"/>
        </w:rPr>
        <w:t>4.8. Поставщик обеспечивает организацию и проведение ежедневных кофе-брейков во время перерывов между очными занятиями.</w:t>
      </w:r>
    </w:p>
    <w:p w14:paraId="15F7C6C9" w14:textId="77777777" w:rsidR="000734E4" w:rsidRDefault="000734E4" w:rsidP="000734E4">
      <w:pPr>
        <w:spacing w:after="0"/>
        <w:ind w:firstLine="567"/>
        <w:rPr>
          <w:b/>
          <w:sz w:val="24"/>
          <w:szCs w:val="24"/>
          <w:lang w:val="kk-KZ"/>
        </w:rPr>
      </w:pPr>
    </w:p>
    <w:p w14:paraId="675310AC" w14:textId="06F422E3" w:rsidR="001B5081" w:rsidRPr="0091344A" w:rsidRDefault="00C27271" w:rsidP="0075162E">
      <w:pPr>
        <w:spacing w:after="0"/>
        <w:ind w:firstLine="567"/>
        <w:rPr>
          <w:sz w:val="24"/>
          <w:szCs w:val="24"/>
          <w:lang w:val="ru-RU"/>
        </w:rPr>
      </w:pPr>
      <w:r w:rsidRPr="001E0A5F">
        <w:rPr>
          <w:b/>
          <w:sz w:val="24"/>
          <w:szCs w:val="24"/>
          <w:lang w:val="ru-RU"/>
        </w:rPr>
        <w:t>5.</w:t>
      </w:r>
      <w:r w:rsidRPr="0091344A">
        <w:rPr>
          <w:b/>
          <w:sz w:val="24"/>
          <w:szCs w:val="24"/>
          <w:lang w:val="ru-RU"/>
        </w:rPr>
        <w:t xml:space="preserve"> Результат оказания услуг</w:t>
      </w:r>
    </w:p>
    <w:p w14:paraId="498575DF" w14:textId="591AB4BB" w:rsidR="001B5081" w:rsidRPr="0091344A" w:rsidRDefault="00572180" w:rsidP="00BA5E55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И</w:t>
      </w:r>
      <w:r w:rsidR="00CB4379">
        <w:rPr>
          <w:sz w:val="24"/>
          <w:szCs w:val="24"/>
          <w:lang w:val="ru-RU"/>
        </w:rPr>
        <w:t>тог</w:t>
      </w:r>
      <w:r>
        <w:rPr>
          <w:sz w:val="24"/>
          <w:szCs w:val="24"/>
          <w:lang w:val="ru-RU"/>
        </w:rPr>
        <w:t>о</w:t>
      </w:r>
      <w:r w:rsidR="00CB4379">
        <w:rPr>
          <w:sz w:val="24"/>
          <w:szCs w:val="24"/>
          <w:lang w:val="ru-RU"/>
        </w:rPr>
        <w:t>м оказания услуг</w:t>
      </w:r>
      <w:r>
        <w:rPr>
          <w:sz w:val="24"/>
          <w:szCs w:val="24"/>
          <w:lang w:val="ru-RU"/>
        </w:rPr>
        <w:t>и</w:t>
      </w:r>
      <w:r w:rsidR="00CB4379">
        <w:rPr>
          <w:sz w:val="24"/>
          <w:szCs w:val="24"/>
          <w:lang w:val="ru-RU"/>
        </w:rPr>
        <w:t xml:space="preserve"> </w:t>
      </w:r>
      <w:r w:rsidR="00BA5E55" w:rsidRPr="00BA5E55">
        <w:rPr>
          <w:sz w:val="24"/>
          <w:szCs w:val="24"/>
          <w:lang w:val="ru-RU"/>
        </w:rPr>
        <w:t xml:space="preserve">по организации и проведению программы профессионального развития </w:t>
      </w:r>
      <w:r w:rsidR="00A002FF">
        <w:rPr>
          <w:sz w:val="24"/>
          <w:szCs w:val="24"/>
          <w:lang w:val="ru-RU"/>
        </w:rPr>
        <w:t xml:space="preserve">в объеме 80 часов </w:t>
      </w:r>
      <w:r>
        <w:rPr>
          <w:sz w:val="24"/>
          <w:szCs w:val="24"/>
          <w:lang w:val="ru-RU"/>
        </w:rPr>
        <w:t>явля</w:t>
      </w:r>
      <w:r w:rsidR="001E0A5F">
        <w:rPr>
          <w:sz w:val="24"/>
          <w:szCs w:val="24"/>
          <w:lang w:val="ru-RU"/>
        </w:rPr>
        <w:t>ю</w:t>
      </w:r>
      <w:r>
        <w:rPr>
          <w:sz w:val="24"/>
          <w:szCs w:val="24"/>
          <w:lang w:val="ru-RU"/>
        </w:rPr>
        <w:t>тся</w:t>
      </w:r>
      <w:r w:rsidR="00BA5E55">
        <w:rPr>
          <w:sz w:val="24"/>
          <w:szCs w:val="24"/>
          <w:lang w:val="ru-RU"/>
        </w:rPr>
        <w:t xml:space="preserve"> </w:t>
      </w:r>
      <w:r w:rsidR="00A002FF">
        <w:rPr>
          <w:sz w:val="24"/>
          <w:szCs w:val="24"/>
          <w:lang w:val="ru-RU"/>
        </w:rPr>
        <w:t>сертификат</w:t>
      </w:r>
      <w:r w:rsidR="001E0A5F">
        <w:rPr>
          <w:sz w:val="24"/>
          <w:szCs w:val="24"/>
          <w:lang w:val="ru-RU"/>
        </w:rPr>
        <w:t>ы, выданные участникам</w:t>
      </w:r>
      <w:r w:rsidR="00A002FF">
        <w:rPr>
          <w:sz w:val="24"/>
          <w:szCs w:val="24"/>
          <w:lang w:val="ru-RU"/>
        </w:rPr>
        <w:t>.</w:t>
      </w:r>
      <w:r w:rsidR="001260D9">
        <w:rPr>
          <w:sz w:val="24"/>
          <w:szCs w:val="24"/>
          <w:lang w:val="ru-RU"/>
        </w:rPr>
        <w:t xml:space="preserve"> </w:t>
      </w:r>
    </w:p>
    <w:sectPr w:rsidR="001B5081" w:rsidRPr="0091344A" w:rsidSect="00F400EC">
      <w:pgSz w:w="12240" w:h="15840"/>
      <w:pgMar w:top="397" w:right="567" w:bottom="28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3E97A12"/>
    <w:multiLevelType w:val="multilevel"/>
    <w:tmpl w:val="97ECBA6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071D"/>
    <w:rsid w:val="00034616"/>
    <w:rsid w:val="0006063C"/>
    <w:rsid w:val="000734E4"/>
    <w:rsid w:val="00101C67"/>
    <w:rsid w:val="001260D9"/>
    <w:rsid w:val="0015074B"/>
    <w:rsid w:val="00154CD5"/>
    <w:rsid w:val="00162A06"/>
    <w:rsid w:val="00163F11"/>
    <w:rsid w:val="001B1871"/>
    <w:rsid w:val="001B5081"/>
    <w:rsid w:val="001C76A4"/>
    <w:rsid w:val="001E0A5F"/>
    <w:rsid w:val="0029639D"/>
    <w:rsid w:val="00326F90"/>
    <w:rsid w:val="003A47AD"/>
    <w:rsid w:val="003C55D5"/>
    <w:rsid w:val="003E102E"/>
    <w:rsid w:val="00463C4E"/>
    <w:rsid w:val="004F5836"/>
    <w:rsid w:val="0052086F"/>
    <w:rsid w:val="00572180"/>
    <w:rsid w:val="005C3C5F"/>
    <w:rsid w:val="00626931"/>
    <w:rsid w:val="0073427A"/>
    <w:rsid w:val="0075162E"/>
    <w:rsid w:val="008C339B"/>
    <w:rsid w:val="0091344A"/>
    <w:rsid w:val="00970325"/>
    <w:rsid w:val="009C674C"/>
    <w:rsid w:val="009D0681"/>
    <w:rsid w:val="009F7284"/>
    <w:rsid w:val="00A002FF"/>
    <w:rsid w:val="00AA1D8D"/>
    <w:rsid w:val="00AE78F3"/>
    <w:rsid w:val="00B4207E"/>
    <w:rsid w:val="00B47730"/>
    <w:rsid w:val="00BA5E55"/>
    <w:rsid w:val="00BC0D09"/>
    <w:rsid w:val="00C27271"/>
    <w:rsid w:val="00CB0664"/>
    <w:rsid w:val="00CB4379"/>
    <w:rsid w:val="00CE0249"/>
    <w:rsid w:val="00D15C55"/>
    <w:rsid w:val="00E87609"/>
    <w:rsid w:val="00E9521B"/>
    <w:rsid w:val="00EC585C"/>
    <w:rsid w:val="00F400EC"/>
    <w:rsid w:val="00F45AAA"/>
    <w:rsid w:val="00F7515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D5D2F0"/>
  <w14:defaultImageDpi w14:val="300"/>
  <w15:docId w15:val="{7429EED1-7D5B-41C9-A985-B8767392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3E1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3E10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370E6BC-0B8F-46BE-8756-CBF59FFA2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1846</Words>
  <Characters>10526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12348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cp:lastPrinted>2026-10-09T08:55:00Z</cp:lastPrinted>
  <dcterms:created xsi:type="dcterms:W3CDTF">2026-10-20T07:31:00Z</dcterms:created>
  <dcterms:modified xsi:type="dcterms:W3CDTF">2026-10-20T07:31:00Z</dcterms:modified>
  <cp:category/>
</cp:coreProperties>
</file>