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0369" w:rsidRDefault="00A94434" w:rsidP="00970369">
      <w:pPr>
        <w:spacing w:after="0"/>
        <w:jc w:val="center"/>
        <w:rPr>
          <w:rFonts w:ascii="Times New Roman" w:hAnsi="Times New Roman" w:cs="Times New Roman"/>
          <w:b/>
          <w:lang w:val="ru-RU"/>
        </w:rPr>
      </w:pPr>
      <w:r w:rsidRPr="00A94434">
        <w:rPr>
          <w:rFonts w:ascii="Times New Roman" w:hAnsi="Times New Roman" w:cs="Times New Roman"/>
          <w:b/>
          <w:lang w:val="ru-RU"/>
        </w:rPr>
        <w:t>ТЕХНИКАЛЫҚ СИПАТТАМАЛАР</w:t>
      </w:r>
    </w:p>
    <w:p w:rsidR="00A94434" w:rsidRDefault="00A94434" w:rsidP="00970369">
      <w:pPr>
        <w:spacing w:after="0"/>
        <w:jc w:val="center"/>
        <w:rPr>
          <w:rFonts w:ascii="Times New Roman" w:hAnsi="Times New Roman" w:cs="Times New Roman"/>
          <w:b/>
          <w:lang w:val="ru-RU"/>
        </w:rPr>
      </w:pPr>
      <w:proofErr w:type="spellStart"/>
      <w:r w:rsidRPr="00A94434">
        <w:rPr>
          <w:rFonts w:ascii="Times New Roman" w:hAnsi="Times New Roman" w:cs="Times New Roman"/>
          <w:b/>
          <w:lang w:val="ru-RU"/>
        </w:rPr>
        <w:t>зиянды</w:t>
      </w:r>
      <w:proofErr w:type="spellEnd"/>
      <w:r w:rsidRPr="00A94434">
        <w:rPr>
          <w:rFonts w:ascii="Times New Roman" w:hAnsi="Times New Roman" w:cs="Times New Roman"/>
          <w:b/>
          <w:lang w:val="ru-RU"/>
        </w:rPr>
        <w:t xml:space="preserve"> </w:t>
      </w:r>
      <w:proofErr w:type="spellStart"/>
      <w:r w:rsidRPr="00A94434">
        <w:rPr>
          <w:rFonts w:ascii="Times New Roman" w:hAnsi="Times New Roman" w:cs="Times New Roman"/>
          <w:b/>
          <w:lang w:val="ru-RU"/>
        </w:rPr>
        <w:t>шығарындылар</w:t>
      </w:r>
      <w:proofErr w:type="spellEnd"/>
      <w:r w:rsidRPr="00A94434">
        <w:rPr>
          <w:rFonts w:ascii="Times New Roman" w:hAnsi="Times New Roman" w:cs="Times New Roman"/>
          <w:b/>
          <w:lang w:val="ru-RU"/>
        </w:rPr>
        <w:t xml:space="preserve"> </w:t>
      </w:r>
      <w:proofErr w:type="spellStart"/>
      <w:r w:rsidRPr="00A94434">
        <w:rPr>
          <w:rFonts w:ascii="Times New Roman" w:hAnsi="Times New Roman" w:cs="Times New Roman"/>
          <w:b/>
          <w:lang w:val="ru-RU"/>
        </w:rPr>
        <w:t>деңгейін</w:t>
      </w:r>
      <w:proofErr w:type="spellEnd"/>
      <w:r w:rsidRPr="00A94434">
        <w:rPr>
          <w:rFonts w:ascii="Times New Roman" w:hAnsi="Times New Roman" w:cs="Times New Roman"/>
          <w:b/>
          <w:lang w:val="ru-RU"/>
        </w:rPr>
        <w:t xml:space="preserve"> </w:t>
      </w:r>
      <w:proofErr w:type="spellStart"/>
      <w:r w:rsidRPr="00A94434">
        <w:rPr>
          <w:rFonts w:ascii="Times New Roman" w:hAnsi="Times New Roman" w:cs="Times New Roman"/>
          <w:b/>
          <w:lang w:val="ru-RU"/>
        </w:rPr>
        <w:t>тексеру</w:t>
      </w:r>
      <w:proofErr w:type="spellEnd"/>
      <w:r w:rsidRPr="00A94434">
        <w:rPr>
          <w:rFonts w:ascii="Times New Roman" w:hAnsi="Times New Roman" w:cs="Times New Roman"/>
          <w:b/>
          <w:lang w:val="ru-RU"/>
        </w:rPr>
        <w:t xml:space="preserve"> (</w:t>
      </w:r>
      <w:proofErr w:type="spellStart"/>
      <w:r w:rsidRPr="00A94434">
        <w:rPr>
          <w:rFonts w:ascii="Times New Roman" w:hAnsi="Times New Roman" w:cs="Times New Roman"/>
          <w:b/>
          <w:lang w:val="ru-RU"/>
        </w:rPr>
        <w:t>қоршаған</w:t>
      </w:r>
      <w:proofErr w:type="spellEnd"/>
      <w:r w:rsidRPr="00A94434">
        <w:rPr>
          <w:rFonts w:ascii="Times New Roman" w:hAnsi="Times New Roman" w:cs="Times New Roman"/>
          <w:b/>
          <w:lang w:val="ru-RU"/>
        </w:rPr>
        <w:t xml:space="preserve"> </w:t>
      </w:r>
      <w:proofErr w:type="spellStart"/>
      <w:r w:rsidRPr="00A94434">
        <w:rPr>
          <w:rFonts w:ascii="Times New Roman" w:hAnsi="Times New Roman" w:cs="Times New Roman"/>
          <w:b/>
          <w:lang w:val="ru-RU"/>
        </w:rPr>
        <w:t>ортаны</w:t>
      </w:r>
      <w:proofErr w:type="spellEnd"/>
      <w:r w:rsidRPr="00A94434">
        <w:rPr>
          <w:rFonts w:ascii="Times New Roman" w:hAnsi="Times New Roman" w:cs="Times New Roman"/>
          <w:b/>
          <w:lang w:val="ru-RU"/>
        </w:rPr>
        <w:t xml:space="preserve"> </w:t>
      </w:r>
      <w:proofErr w:type="spellStart"/>
      <w:r w:rsidRPr="00A94434">
        <w:rPr>
          <w:rFonts w:ascii="Times New Roman" w:hAnsi="Times New Roman" w:cs="Times New Roman"/>
          <w:b/>
          <w:lang w:val="ru-RU"/>
        </w:rPr>
        <w:t>зерттеу</w:t>
      </w:r>
      <w:proofErr w:type="spellEnd"/>
      <w:r w:rsidRPr="00A94434">
        <w:rPr>
          <w:rFonts w:ascii="Times New Roman" w:hAnsi="Times New Roman" w:cs="Times New Roman"/>
          <w:b/>
          <w:lang w:val="ru-RU"/>
        </w:rPr>
        <w:t xml:space="preserve">) </w:t>
      </w:r>
      <w:proofErr w:type="spellStart"/>
      <w:r w:rsidRPr="00A94434">
        <w:rPr>
          <w:rFonts w:ascii="Times New Roman" w:hAnsi="Times New Roman" w:cs="Times New Roman"/>
          <w:b/>
          <w:lang w:val="ru-RU"/>
        </w:rPr>
        <w:t>және</w:t>
      </w:r>
      <w:proofErr w:type="spellEnd"/>
      <w:r w:rsidRPr="00A94434">
        <w:rPr>
          <w:rFonts w:ascii="Times New Roman" w:hAnsi="Times New Roman" w:cs="Times New Roman"/>
          <w:b/>
          <w:lang w:val="ru-RU"/>
        </w:rPr>
        <w:t xml:space="preserve"> </w:t>
      </w:r>
      <w:proofErr w:type="spellStart"/>
      <w:r w:rsidRPr="00A94434">
        <w:rPr>
          <w:rFonts w:ascii="Times New Roman" w:hAnsi="Times New Roman" w:cs="Times New Roman"/>
          <w:b/>
          <w:lang w:val="ru-RU"/>
        </w:rPr>
        <w:t>автокөлік</w:t>
      </w:r>
      <w:proofErr w:type="spellEnd"/>
      <w:r w:rsidRPr="00A94434">
        <w:rPr>
          <w:rFonts w:ascii="Times New Roman" w:hAnsi="Times New Roman" w:cs="Times New Roman"/>
          <w:b/>
          <w:lang w:val="ru-RU"/>
        </w:rPr>
        <w:t xml:space="preserve"> </w:t>
      </w:r>
      <w:proofErr w:type="spellStart"/>
      <w:r w:rsidRPr="00A94434">
        <w:rPr>
          <w:rFonts w:ascii="Times New Roman" w:hAnsi="Times New Roman" w:cs="Times New Roman"/>
          <w:b/>
          <w:lang w:val="ru-RU"/>
        </w:rPr>
        <w:t>құралдарын</w:t>
      </w:r>
      <w:proofErr w:type="spellEnd"/>
      <w:r w:rsidRPr="00A94434">
        <w:rPr>
          <w:rFonts w:ascii="Times New Roman" w:hAnsi="Times New Roman" w:cs="Times New Roman"/>
          <w:b/>
          <w:lang w:val="ru-RU"/>
        </w:rPr>
        <w:t xml:space="preserve"> </w:t>
      </w:r>
      <w:proofErr w:type="spellStart"/>
      <w:r w:rsidRPr="00A94434">
        <w:rPr>
          <w:rFonts w:ascii="Times New Roman" w:hAnsi="Times New Roman" w:cs="Times New Roman"/>
          <w:b/>
          <w:lang w:val="ru-RU"/>
        </w:rPr>
        <w:t>техникалық</w:t>
      </w:r>
      <w:proofErr w:type="spellEnd"/>
      <w:r w:rsidRPr="00A94434">
        <w:rPr>
          <w:rFonts w:ascii="Times New Roman" w:hAnsi="Times New Roman" w:cs="Times New Roman"/>
          <w:b/>
          <w:lang w:val="ru-RU"/>
        </w:rPr>
        <w:t xml:space="preserve"> </w:t>
      </w:r>
      <w:proofErr w:type="spellStart"/>
      <w:r w:rsidRPr="00A94434">
        <w:rPr>
          <w:rFonts w:ascii="Times New Roman" w:hAnsi="Times New Roman" w:cs="Times New Roman"/>
          <w:b/>
          <w:lang w:val="ru-RU"/>
        </w:rPr>
        <w:t>тексеру</w:t>
      </w:r>
      <w:proofErr w:type="spellEnd"/>
      <w:r w:rsidRPr="00A94434">
        <w:rPr>
          <w:rFonts w:ascii="Times New Roman" w:hAnsi="Times New Roman" w:cs="Times New Roman"/>
          <w:b/>
          <w:lang w:val="ru-RU"/>
        </w:rPr>
        <w:t xml:space="preserve"> </w:t>
      </w:r>
      <w:proofErr w:type="spellStart"/>
      <w:r w:rsidRPr="00A94434">
        <w:rPr>
          <w:rFonts w:ascii="Times New Roman" w:hAnsi="Times New Roman" w:cs="Times New Roman"/>
          <w:b/>
          <w:lang w:val="ru-RU"/>
        </w:rPr>
        <w:t>бойынша</w:t>
      </w:r>
      <w:proofErr w:type="spellEnd"/>
      <w:r w:rsidRPr="00A94434">
        <w:rPr>
          <w:rFonts w:ascii="Times New Roman" w:hAnsi="Times New Roman" w:cs="Times New Roman"/>
          <w:b/>
          <w:lang w:val="ru-RU"/>
        </w:rPr>
        <w:t xml:space="preserve"> </w:t>
      </w:r>
      <w:proofErr w:type="spellStart"/>
      <w:r w:rsidRPr="00A94434">
        <w:rPr>
          <w:rFonts w:ascii="Times New Roman" w:hAnsi="Times New Roman" w:cs="Times New Roman"/>
          <w:b/>
          <w:lang w:val="ru-RU"/>
        </w:rPr>
        <w:t>қызметтерді</w:t>
      </w:r>
      <w:proofErr w:type="spellEnd"/>
      <w:r w:rsidRPr="00A94434">
        <w:rPr>
          <w:rFonts w:ascii="Times New Roman" w:hAnsi="Times New Roman" w:cs="Times New Roman"/>
          <w:b/>
          <w:lang w:val="ru-RU"/>
        </w:rPr>
        <w:t xml:space="preserve"> </w:t>
      </w:r>
      <w:proofErr w:type="spellStart"/>
      <w:r w:rsidRPr="00A94434">
        <w:rPr>
          <w:rFonts w:ascii="Times New Roman" w:hAnsi="Times New Roman" w:cs="Times New Roman"/>
          <w:b/>
          <w:lang w:val="ru-RU"/>
        </w:rPr>
        <w:t>көрсету</w:t>
      </w:r>
      <w:proofErr w:type="spellEnd"/>
      <w:r w:rsidRPr="00A94434">
        <w:rPr>
          <w:rFonts w:ascii="Times New Roman" w:hAnsi="Times New Roman" w:cs="Times New Roman"/>
          <w:b/>
          <w:lang w:val="ru-RU"/>
        </w:rPr>
        <w:t xml:space="preserve"> </w:t>
      </w:r>
      <w:proofErr w:type="spellStart"/>
      <w:r w:rsidRPr="00A94434">
        <w:rPr>
          <w:rFonts w:ascii="Times New Roman" w:hAnsi="Times New Roman" w:cs="Times New Roman"/>
          <w:b/>
          <w:lang w:val="ru-RU"/>
        </w:rPr>
        <w:t>үшін</w:t>
      </w:r>
      <w:proofErr w:type="spellEnd"/>
    </w:p>
    <w:p w:rsidR="00970369" w:rsidRPr="00A94434" w:rsidRDefault="00970369" w:rsidP="00970369">
      <w:pPr>
        <w:spacing w:after="0"/>
        <w:jc w:val="center"/>
        <w:rPr>
          <w:rFonts w:ascii="Times New Roman" w:hAnsi="Times New Roman" w:cs="Times New Roman"/>
          <w:b/>
          <w:lang w:val="ru-RU"/>
        </w:rPr>
      </w:pPr>
    </w:p>
    <w:p w:rsidR="00970369" w:rsidRDefault="00970369" w:rsidP="00970369">
      <w:pPr>
        <w:spacing w:after="0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b/>
          <w:lang w:val="ru-RU"/>
        </w:rPr>
        <w:tab/>
      </w:r>
      <w:r w:rsidR="00A94434" w:rsidRPr="00A94434">
        <w:rPr>
          <w:rFonts w:ascii="Times New Roman" w:hAnsi="Times New Roman" w:cs="Times New Roman"/>
          <w:b/>
          <w:lang w:val="ru-RU"/>
        </w:rPr>
        <w:t xml:space="preserve">1. </w:t>
      </w:r>
      <w:proofErr w:type="spellStart"/>
      <w:r w:rsidR="00A94434" w:rsidRPr="00A94434">
        <w:rPr>
          <w:rFonts w:ascii="Times New Roman" w:hAnsi="Times New Roman" w:cs="Times New Roman"/>
          <w:b/>
          <w:lang w:val="ru-RU"/>
        </w:rPr>
        <w:t>Қызмет</w:t>
      </w:r>
      <w:proofErr w:type="spellEnd"/>
      <w:r w:rsidR="00A94434" w:rsidRPr="00A94434">
        <w:rPr>
          <w:rFonts w:ascii="Times New Roman" w:hAnsi="Times New Roman" w:cs="Times New Roman"/>
          <w:b/>
          <w:lang w:val="ru-RU"/>
        </w:rPr>
        <w:t xml:space="preserve"> </w:t>
      </w:r>
      <w:proofErr w:type="spellStart"/>
      <w:r w:rsidR="00A94434" w:rsidRPr="00A94434">
        <w:rPr>
          <w:rFonts w:ascii="Times New Roman" w:hAnsi="Times New Roman" w:cs="Times New Roman"/>
          <w:b/>
          <w:lang w:val="ru-RU"/>
        </w:rPr>
        <w:t>атауы</w:t>
      </w:r>
      <w:proofErr w:type="spellEnd"/>
      <w:r w:rsidR="00A94434" w:rsidRPr="00A94434">
        <w:rPr>
          <w:rFonts w:ascii="Times New Roman" w:hAnsi="Times New Roman" w:cs="Times New Roman"/>
          <w:b/>
          <w:lang w:val="ru-RU"/>
        </w:rPr>
        <w:t xml:space="preserve">: </w:t>
      </w:r>
      <w:proofErr w:type="spellStart"/>
      <w:r w:rsidR="00A94434" w:rsidRPr="00A94434">
        <w:rPr>
          <w:rFonts w:ascii="Times New Roman" w:hAnsi="Times New Roman" w:cs="Times New Roman"/>
          <w:lang w:val="ru-RU"/>
        </w:rPr>
        <w:t>Тапсырыс</w:t>
      </w:r>
      <w:proofErr w:type="spellEnd"/>
      <w:r w:rsidR="00A94434" w:rsidRPr="00A94434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="00A94434" w:rsidRPr="00A94434">
        <w:rPr>
          <w:rFonts w:ascii="Times New Roman" w:hAnsi="Times New Roman" w:cs="Times New Roman"/>
          <w:lang w:val="ru-RU"/>
        </w:rPr>
        <w:t>берушінің</w:t>
      </w:r>
      <w:proofErr w:type="spellEnd"/>
      <w:r w:rsidR="00A94434" w:rsidRPr="00A94434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="00A94434" w:rsidRPr="00A94434">
        <w:rPr>
          <w:rFonts w:ascii="Times New Roman" w:hAnsi="Times New Roman" w:cs="Times New Roman"/>
          <w:lang w:val="ru-RU"/>
        </w:rPr>
        <w:t>қажеттіліктері</w:t>
      </w:r>
      <w:proofErr w:type="spellEnd"/>
      <w:r w:rsidR="00A94434" w:rsidRPr="00A94434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="00A94434" w:rsidRPr="00A94434">
        <w:rPr>
          <w:rFonts w:ascii="Times New Roman" w:hAnsi="Times New Roman" w:cs="Times New Roman"/>
          <w:lang w:val="ru-RU"/>
        </w:rPr>
        <w:t>үшін</w:t>
      </w:r>
      <w:proofErr w:type="spellEnd"/>
      <w:r w:rsidR="00A94434" w:rsidRPr="00A94434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="00A94434" w:rsidRPr="00A94434">
        <w:rPr>
          <w:rFonts w:ascii="Times New Roman" w:hAnsi="Times New Roman" w:cs="Times New Roman"/>
          <w:lang w:val="ru-RU"/>
        </w:rPr>
        <w:t>атмосфераға</w:t>
      </w:r>
      <w:proofErr w:type="spellEnd"/>
      <w:r w:rsidR="00A94434" w:rsidRPr="00A94434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="00A94434" w:rsidRPr="00A94434">
        <w:rPr>
          <w:rFonts w:ascii="Times New Roman" w:hAnsi="Times New Roman" w:cs="Times New Roman"/>
          <w:lang w:val="ru-RU"/>
        </w:rPr>
        <w:t>зиянды</w:t>
      </w:r>
      <w:proofErr w:type="spellEnd"/>
      <w:r w:rsidR="00A94434" w:rsidRPr="00A94434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="00A94434" w:rsidRPr="00A94434">
        <w:rPr>
          <w:rFonts w:ascii="Times New Roman" w:hAnsi="Times New Roman" w:cs="Times New Roman"/>
          <w:lang w:val="ru-RU"/>
        </w:rPr>
        <w:t>шығарындыларды</w:t>
      </w:r>
      <w:proofErr w:type="spellEnd"/>
      <w:r w:rsidR="00A94434" w:rsidRPr="00A94434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="00A94434" w:rsidRPr="00A94434">
        <w:rPr>
          <w:rFonts w:ascii="Times New Roman" w:hAnsi="Times New Roman" w:cs="Times New Roman"/>
          <w:lang w:val="ru-RU"/>
        </w:rPr>
        <w:t>міндетті</w:t>
      </w:r>
      <w:proofErr w:type="spellEnd"/>
      <w:r w:rsidR="00A94434" w:rsidRPr="00A94434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="00A94434" w:rsidRPr="00A94434">
        <w:rPr>
          <w:rFonts w:ascii="Times New Roman" w:hAnsi="Times New Roman" w:cs="Times New Roman"/>
          <w:lang w:val="ru-RU"/>
        </w:rPr>
        <w:t>түрде</w:t>
      </w:r>
      <w:proofErr w:type="spellEnd"/>
      <w:r w:rsidR="00A94434" w:rsidRPr="00A94434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="00A94434" w:rsidRPr="00A94434">
        <w:rPr>
          <w:rFonts w:ascii="Times New Roman" w:hAnsi="Times New Roman" w:cs="Times New Roman"/>
          <w:lang w:val="ru-RU"/>
        </w:rPr>
        <w:t>тексерумен</w:t>
      </w:r>
      <w:proofErr w:type="spellEnd"/>
      <w:r w:rsidR="00A94434" w:rsidRPr="00A94434">
        <w:rPr>
          <w:rFonts w:ascii="Times New Roman" w:hAnsi="Times New Roman" w:cs="Times New Roman"/>
          <w:lang w:val="ru-RU"/>
        </w:rPr>
        <w:t xml:space="preserve"> (</w:t>
      </w:r>
      <w:proofErr w:type="spellStart"/>
      <w:r w:rsidR="00A94434" w:rsidRPr="00A94434">
        <w:rPr>
          <w:rFonts w:ascii="Times New Roman" w:hAnsi="Times New Roman" w:cs="Times New Roman"/>
          <w:lang w:val="ru-RU"/>
        </w:rPr>
        <w:t>қоршаған</w:t>
      </w:r>
      <w:proofErr w:type="spellEnd"/>
      <w:r w:rsidR="00A94434" w:rsidRPr="00A94434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="00A94434" w:rsidRPr="00A94434">
        <w:rPr>
          <w:rFonts w:ascii="Times New Roman" w:hAnsi="Times New Roman" w:cs="Times New Roman"/>
          <w:lang w:val="ru-RU"/>
        </w:rPr>
        <w:t>ортаны</w:t>
      </w:r>
      <w:proofErr w:type="spellEnd"/>
      <w:r w:rsidR="00A94434" w:rsidRPr="00A94434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="00A94434" w:rsidRPr="00A94434">
        <w:rPr>
          <w:rFonts w:ascii="Times New Roman" w:hAnsi="Times New Roman" w:cs="Times New Roman"/>
          <w:lang w:val="ru-RU"/>
        </w:rPr>
        <w:t>зерттеу</w:t>
      </w:r>
      <w:proofErr w:type="spellEnd"/>
      <w:r w:rsidR="00A94434" w:rsidRPr="00A94434">
        <w:rPr>
          <w:rFonts w:ascii="Times New Roman" w:hAnsi="Times New Roman" w:cs="Times New Roman"/>
          <w:lang w:val="ru-RU"/>
        </w:rPr>
        <w:t xml:space="preserve">) </w:t>
      </w:r>
      <w:proofErr w:type="spellStart"/>
      <w:r w:rsidR="00A94434" w:rsidRPr="00A94434">
        <w:rPr>
          <w:rFonts w:ascii="Times New Roman" w:hAnsi="Times New Roman" w:cs="Times New Roman"/>
          <w:lang w:val="ru-RU"/>
        </w:rPr>
        <w:t>автокөлік</w:t>
      </w:r>
      <w:proofErr w:type="spellEnd"/>
      <w:r w:rsidR="00A94434" w:rsidRPr="00A94434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="00A94434" w:rsidRPr="00A94434">
        <w:rPr>
          <w:rFonts w:ascii="Times New Roman" w:hAnsi="Times New Roman" w:cs="Times New Roman"/>
          <w:lang w:val="ru-RU"/>
        </w:rPr>
        <w:t>құралдарын</w:t>
      </w:r>
      <w:proofErr w:type="spellEnd"/>
      <w:r w:rsidR="00822FB7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="00822FB7">
        <w:rPr>
          <w:rFonts w:ascii="Times New Roman" w:hAnsi="Times New Roman" w:cs="Times New Roman"/>
          <w:lang w:val="ru-RU"/>
        </w:rPr>
        <w:t>міндетті</w:t>
      </w:r>
      <w:proofErr w:type="spellEnd"/>
      <w:r w:rsidR="00822FB7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="00822FB7">
        <w:rPr>
          <w:rFonts w:ascii="Times New Roman" w:hAnsi="Times New Roman" w:cs="Times New Roman"/>
          <w:lang w:val="ru-RU"/>
        </w:rPr>
        <w:t>техникалық</w:t>
      </w:r>
      <w:proofErr w:type="spellEnd"/>
      <w:r w:rsidR="00822FB7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="00822FB7">
        <w:rPr>
          <w:rFonts w:ascii="Times New Roman" w:hAnsi="Times New Roman" w:cs="Times New Roman"/>
          <w:lang w:val="ru-RU"/>
        </w:rPr>
        <w:t>тексеру</w:t>
      </w:r>
      <w:proofErr w:type="spellEnd"/>
      <w:r w:rsidR="00822FB7">
        <w:rPr>
          <w:rFonts w:ascii="Times New Roman" w:hAnsi="Times New Roman" w:cs="Times New Roman"/>
          <w:lang w:val="ru-RU"/>
        </w:rPr>
        <w:t xml:space="preserve"> – 3</w:t>
      </w:r>
      <w:r w:rsidR="00A94434" w:rsidRPr="00A94434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="00A94434" w:rsidRPr="00A94434">
        <w:rPr>
          <w:rFonts w:ascii="Times New Roman" w:hAnsi="Times New Roman" w:cs="Times New Roman"/>
          <w:lang w:val="ru-RU"/>
        </w:rPr>
        <w:t>көлік</w:t>
      </w:r>
      <w:proofErr w:type="spellEnd"/>
      <w:r w:rsidR="00A94434" w:rsidRPr="00A94434">
        <w:rPr>
          <w:rFonts w:ascii="Times New Roman" w:hAnsi="Times New Roman" w:cs="Times New Roman"/>
          <w:lang w:val="ru-RU"/>
        </w:rPr>
        <w:t>.</w:t>
      </w:r>
    </w:p>
    <w:p w:rsidR="00A94434" w:rsidRPr="00A94434" w:rsidRDefault="00970369" w:rsidP="00970369">
      <w:pPr>
        <w:spacing w:after="0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b/>
          <w:lang w:val="ru-RU"/>
        </w:rPr>
        <w:tab/>
      </w:r>
      <w:r w:rsidR="00A94434" w:rsidRPr="00A94434">
        <w:rPr>
          <w:rFonts w:ascii="Times New Roman" w:hAnsi="Times New Roman" w:cs="Times New Roman"/>
          <w:b/>
          <w:lang w:val="ru-RU"/>
        </w:rPr>
        <w:t xml:space="preserve">2. </w:t>
      </w:r>
      <w:proofErr w:type="spellStart"/>
      <w:r w:rsidR="00A94434" w:rsidRPr="00A94434">
        <w:rPr>
          <w:rFonts w:ascii="Times New Roman" w:hAnsi="Times New Roman" w:cs="Times New Roman"/>
          <w:b/>
          <w:lang w:val="ru-RU"/>
        </w:rPr>
        <w:t>Қызметтің</w:t>
      </w:r>
      <w:proofErr w:type="spellEnd"/>
      <w:r w:rsidR="00A94434" w:rsidRPr="00A94434">
        <w:rPr>
          <w:rFonts w:ascii="Times New Roman" w:hAnsi="Times New Roman" w:cs="Times New Roman"/>
          <w:b/>
          <w:lang w:val="ru-RU"/>
        </w:rPr>
        <w:t xml:space="preserve"> </w:t>
      </w:r>
      <w:proofErr w:type="spellStart"/>
      <w:r w:rsidR="00A94434" w:rsidRPr="00A94434">
        <w:rPr>
          <w:rFonts w:ascii="Times New Roman" w:hAnsi="Times New Roman" w:cs="Times New Roman"/>
          <w:b/>
          <w:lang w:val="ru-RU"/>
        </w:rPr>
        <w:t>мақсаты</w:t>
      </w:r>
      <w:proofErr w:type="spellEnd"/>
      <w:r w:rsidR="00A94434" w:rsidRPr="00A94434">
        <w:rPr>
          <w:rFonts w:ascii="Times New Roman" w:hAnsi="Times New Roman" w:cs="Times New Roman"/>
          <w:b/>
          <w:lang w:val="ru-RU"/>
        </w:rPr>
        <w:t xml:space="preserve">: </w:t>
      </w:r>
      <w:proofErr w:type="spellStart"/>
      <w:r w:rsidR="00A94434" w:rsidRPr="00A94434">
        <w:rPr>
          <w:rFonts w:ascii="Times New Roman" w:hAnsi="Times New Roman" w:cs="Times New Roman"/>
          <w:lang w:val="ru-RU"/>
        </w:rPr>
        <w:t>Тапсырыс</w:t>
      </w:r>
      <w:proofErr w:type="spellEnd"/>
      <w:r w:rsidR="00A94434" w:rsidRPr="00A94434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="00A94434" w:rsidRPr="00A94434">
        <w:rPr>
          <w:rFonts w:ascii="Times New Roman" w:hAnsi="Times New Roman" w:cs="Times New Roman"/>
          <w:lang w:val="ru-RU"/>
        </w:rPr>
        <w:t>берушінің</w:t>
      </w:r>
      <w:proofErr w:type="spellEnd"/>
      <w:r w:rsidR="00A94434" w:rsidRPr="00A94434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="00A94434" w:rsidRPr="00A94434">
        <w:rPr>
          <w:rFonts w:ascii="Times New Roman" w:hAnsi="Times New Roman" w:cs="Times New Roman"/>
          <w:lang w:val="ru-RU"/>
        </w:rPr>
        <w:t>қызметтік</w:t>
      </w:r>
      <w:proofErr w:type="spellEnd"/>
      <w:r w:rsidR="00A94434" w:rsidRPr="00A94434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="00A94434" w:rsidRPr="00A94434">
        <w:rPr>
          <w:rFonts w:ascii="Times New Roman" w:hAnsi="Times New Roman" w:cs="Times New Roman"/>
          <w:lang w:val="ru-RU"/>
        </w:rPr>
        <w:t>көліктерінің</w:t>
      </w:r>
      <w:proofErr w:type="spellEnd"/>
      <w:r w:rsidR="00A94434" w:rsidRPr="00A94434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="00A94434" w:rsidRPr="00A94434">
        <w:rPr>
          <w:rFonts w:ascii="Times New Roman" w:hAnsi="Times New Roman" w:cs="Times New Roman"/>
          <w:lang w:val="ru-RU"/>
        </w:rPr>
        <w:t>Қазақстан</w:t>
      </w:r>
      <w:proofErr w:type="spellEnd"/>
      <w:r w:rsidR="00A94434" w:rsidRPr="00A94434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="00A94434" w:rsidRPr="00A94434">
        <w:rPr>
          <w:rFonts w:ascii="Times New Roman" w:hAnsi="Times New Roman" w:cs="Times New Roman"/>
          <w:lang w:val="ru-RU"/>
        </w:rPr>
        <w:t>Республикасының</w:t>
      </w:r>
      <w:proofErr w:type="spellEnd"/>
      <w:r w:rsidR="00A94434" w:rsidRPr="00A94434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="00A94434" w:rsidRPr="00A94434">
        <w:rPr>
          <w:rFonts w:ascii="Times New Roman" w:hAnsi="Times New Roman" w:cs="Times New Roman"/>
          <w:lang w:val="ru-RU"/>
        </w:rPr>
        <w:t>экологиялық</w:t>
      </w:r>
      <w:proofErr w:type="spellEnd"/>
      <w:r w:rsidR="00A94434" w:rsidRPr="00A94434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="00A94434" w:rsidRPr="00A94434">
        <w:rPr>
          <w:rFonts w:ascii="Times New Roman" w:hAnsi="Times New Roman" w:cs="Times New Roman"/>
          <w:lang w:val="ru-RU"/>
        </w:rPr>
        <w:t>заңнамасының</w:t>
      </w:r>
      <w:proofErr w:type="spellEnd"/>
      <w:r w:rsidR="00A94434" w:rsidRPr="00A94434">
        <w:rPr>
          <w:rFonts w:ascii="Times New Roman" w:hAnsi="Times New Roman" w:cs="Times New Roman"/>
          <w:lang w:val="ru-RU"/>
        </w:rPr>
        <w:t xml:space="preserve">, СТ РК 34.015-2026 </w:t>
      </w:r>
      <w:proofErr w:type="spellStart"/>
      <w:r w:rsidR="00A94434" w:rsidRPr="00A94434">
        <w:rPr>
          <w:rFonts w:ascii="Times New Roman" w:hAnsi="Times New Roman" w:cs="Times New Roman"/>
          <w:lang w:val="ru-RU"/>
        </w:rPr>
        <w:t>талаптарына</w:t>
      </w:r>
      <w:proofErr w:type="spellEnd"/>
      <w:r w:rsidR="00A94434" w:rsidRPr="00A94434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="00A94434" w:rsidRPr="00A94434">
        <w:rPr>
          <w:rFonts w:ascii="Times New Roman" w:hAnsi="Times New Roman" w:cs="Times New Roman"/>
          <w:lang w:val="ru-RU"/>
        </w:rPr>
        <w:t>және</w:t>
      </w:r>
      <w:proofErr w:type="spellEnd"/>
      <w:r w:rsidR="00A94434" w:rsidRPr="00A94434">
        <w:rPr>
          <w:rFonts w:ascii="Times New Roman" w:hAnsi="Times New Roman" w:cs="Times New Roman"/>
          <w:lang w:val="ru-RU"/>
        </w:rPr>
        <w:t xml:space="preserve"> Алматы </w:t>
      </w:r>
      <w:proofErr w:type="spellStart"/>
      <w:r w:rsidR="00A94434" w:rsidRPr="00A94434">
        <w:rPr>
          <w:rFonts w:ascii="Times New Roman" w:hAnsi="Times New Roman" w:cs="Times New Roman"/>
          <w:lang w:val="ru-RU"/>
        </w:rPr>
        <w:t>қаласының</w:t>
      </w:r>
      <w:proofErr w:type="spellEnd"/>
      <w:r w:rsidR="00A94434" w:rsidRPr="00A94434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="00A94434" w:rsidRPr="00A94434">
        <w:rPr>
          <w:rFonts w:ascii="Times New Roman" w:hAnsi="Times New Roman" w:cs="Times New Roman"/>
          <w:lang w:val="ru-RU"/>
        </w:rPr>
        <w:t>Төмен</w:t>
      </w:r>
      <w:proofErr w:type="spellEnd"/>
      <w:r w:rsidR="00A94434" w:rsidRPr="00A94434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="00A94434" w:rsidRPr="00A94434">
        <w:rPr>
          <w:rFonts w:ascii="Times New Roman" w:hAnsi="Times New Roman" w:cs="Times New Roman"/>
          <w:lang w:val="ru-RU"/>
        </w:rPr>
        <w:t>шығарындылар</w:t>
      </w:r>
      <w:proofErr w:type="spellEnd"/>
      <w:r w:rsidR="00A94434" w:rsidRPr="00A94434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="00A94434" w:rsidRPr="00A94434">
        <w:rPr>
          <w:rFonts w:ascii="Times New Roman" w:hAnsi="Times New Roman" w:cs="Times New Roman"/>
          <w:lang w:val="ru-RU"/>
        </w:rPr>
        <w:t>аймағының</w:t>
      </w:r>
      <w:proofErr w:type="spellEnd"/>
      <w:r w:rsidR="00A94434" w:rsidRPr="00A94434">
        <w:rPr>
          <w:rFonts w:ascii="Times New Roman" w:hAnsi="Times New Roman" w:cs="Times New Roman"/>
          <w:lang w:val="ru-RU"/>
        </w:rPr>
        <w:t xml:space="preserve"> (ТЭА) </w:t>
      </w:r>
      <w:proofErr w:type="spellStart"/>
      <w:r w:rsidR="00A94434" w:rsidRPr="00A94434">
        <w:rPr>
          <w:rFonts w:ascii="Times New Roman" w:hAnsi="Times New Roman" w:cs="Times New Roman"/>
          <w:lang w:val="ru-RU"/>
        </w:rPr>
        <w:t>жұмыс</w:t>
      </w:r>
      <w:proofErr w:type="spellEnd"/>
      <w:r w:rsidR="00A94434" w:rsidRPr="00A94434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="00A94434" w:rsidRPr="00A94434">
        <w:rPr>
          <w:rFonts w:ascii="Times New Roman" w:hAnsi="Times New Roman" w:cs="Times New Roman"/>
          <w:lang w:val="ru-RU"/>
        </w:rPr>
        <w:t>істеу</w:t>
      </w:r>
      <w:proofErr w:type="spellEnd"/>
      <w:r w:rsidR="00A94434" w:rsidRPr="00A94434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="00A94434" w:rsidRPr="00A94434">
        <w:rPr>
          <w:rFonts w:ascii="Times New Roman" w:hAnsi="Times New Roman" w:cs="Times New Roman"/>
          <w:lang w:val="ru-RU"/>
        </w:rPr>
        <w:t>ережелеріне</w:t>
      </w:r>
      <w:proofErr w:type="spellEnd"/>
      <w:r w:rsidR="00A94434" w:rsidRPr="00A94434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="00A94434" w:rsidRPr="00A94434">
        <w:rPr>
          <w:rFonts w:ascii="Times New Roman" w:hAnsi="Times New Roman" w:cs="Times New Roman"/>
          <w:lang w:val="ru-RU"/>
        </w:rPr>
        <w:t>сәйкестігін</w:t>
      </w:r>
      <w:proofErr w:type="spellEnd"/>
      <w:r w:rsidR="00A94434" w:rsidRPr="00A94434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="00A94434" w:rsidRPr="00A94434">
        <w:rPr>
          <w:rFonts w:ascii="Times New Roman" w:hAnsi="Times New Roman" w:cs="Times New Roman"/>
          <w:lang w:val="ru-RU"/>
        </w:rPr>
        <w:t>қамтамасыз</w:t>
      </w:r>
      <w:proofErr w:type="spellEnd"/>
      <w:r w:rsidR="00A94434" w:rsidRPr="00A94434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="00A94434" w:rsidRPr="00A94434">
        <w:rPr>
          <w:rFonts w:ascii="Times New Roman" w:hAnsi="Times New Roman" w:cs="Times New Roman"/>
          <w:lang w:val="ru-RU"/>
        </w:rPr>
        <w:t>ету</w:t>
      </w:r>
      <w:proofErr w:type="spellEnd"/>
      <w:r w:rsidR="00A94434" w:rsidRPr="00A94434">
        <w:rPr>
          <w:rFonts w:ascii="Times New Roman" w:hAnsi="Times New Roman" w:cs="Times New Roman"/>
          <w:lang w:val="ru-RU"/>
        </w:rPr>
        <w:t>.</w:t>
      </w:r>
    </w:p>
    <w:p w:rsidR="00822FB7" w:rsidRPr="00822FB7" w:rsidRDefault="00970369" w:rsidP="00970369">
      <w:pPr>
        <w:spacing w:after="0"/>
        <w:rPr>
          <w:rFonts w:ascii="Times New Roman" w:hAnsi="Times New Roman" w:cs="Times New Roman"/>
          <w:b/>
          <w:lang w:val="ru-RU"/>
        </w:rPr>
      </w:pPr>
      <w:r>
        <w:rPr>
          <w:rFonts w:ascii="Times New Roman" w:hAnsi="Times New Roman" w:cs="Times New Roman"/>
          <w:b/>
          <w:lang w:val="ru-RU"/>
        </w:rPr>
        <w:tab/>
      </w:r>
      <w:r w:rsidR="00822FB7" w:rsidRPr="00822FB7">
        <w:rPr>
          <w:rFonts w:ascii="Times New Roman" w:hAnsi="Times New Roman" w:cs="Times New Roman"/>
          <w:b/>
          <w:lang w:val="ru-RU"/>
        </w:rPr>
        <w:t xml:space="preserve">3. </w:t>
      </w:r>
      <w:proofErr w:type="spellStart"/>
      <w:r w:rsidR="00822FB7" w:rsidRPr="00822FB7">
        <w:rPr>
          <w:rFonts w:ascii="Times New Roman" w:hAnsi="Times New Roman" w:cs="Times New Roman"/>
          <w:b/>
          <w:lang w:val="ru-RU"/>
        </w:rPr>
        <w:t>Қызметке</w:t>
      </w:r>
      <w:proofErr w:type="spellEnd"/>
      <w:r w:rsidR="00822FB7" w:rsidRPr="00822FB7">
        <w:rPr>
          <w:rFonts w:ascii="Times New Roman" w:hAnsi="Times New Roman" w:cs="Times New Roman"/>
          <w:b/>
          <w:lang w:val="ru-RU"/>
        </w:rPr>
        <w:t xml:space="preserve"> </w:t>
      </w:r>
      <w:proofErr w:type="spellStart"/>
      <w:r w:rsidR="00822FB7" w:rsidRPr="00822FB7">
        <w:rPr>
          <w:rFonts w:ascii="Times New Roman" w:hAnsi="Times New Roman" w:cs="Times New Roman"/>
          <w:b/>
          <w:lang w:val="ru-RU"/>
        </w:rPr>
        <w:t>қойылатын</w:t>
      </w:r>
      <w:proofErr w:type="spellEnd"/>
      <w:r w:rsidR="00822FB7" w:rsidRPr="00822FB7">
        <w:rPr>
          <w:rFonts w:ascii="Times New Roman" w:hAnsi="Times New Roman" w:cs="Times New Roman"/>
          <w:b/>
          <w:lang w:val="ru-RU"/>
        </w:rPr>
        <w:t xml:space="preserve"> </w:t>
      </w:r>
      <w:proofErr w:type="spellStart"/>
      <w:r w:rsidR="00822FB7" w:rsidRPr="00822FB7">
        <w:rPr>
          <w:rFonts w:ascii="Times New Roman" w:hAnsi="Times New Roman" w:cs="Times New Roman"/>
          <w:b/>
          <w:lang w:val="ru-RU"/>
        </w:rPr>
        <w:t>жалпы</w:t>
      </w:r>
      <w:proofErr w:type="spellEnd"/>
      <w:r w:rsidR="00822FB7" w:rsidRPr="00822FB7">
        <w:rPr>
          <w:rFonts w:ascii="Times New Roman" w:hAnsi="Times New Roman" w:cs="Times New Roman"/>
          <w:b/>
          <w:lang w:val="ru-RU"/>
        </w:rPr>
        <w:t xml:space="preserve"> </w:t>
      </w:r>
      <w:proofErr w:type="spellStart"/>
      <w:r w:rsidR="00822FB7" w:rsidRPr="00822FB7">
        <w:rPr>
          <w:rFonts w:ascii="Times New Roman" w:hAnsi="Times New Roman" w:cs="Times New Roman"/>
          <w:b/>
          <w:lang w:val="ru-RU"/>
        </w:rPr>
        <w:t>талаптар</w:t>
      </w:r>
      <w:proofErr w:type="spellEnd"/>
      <w:r w:rsidR="00822FB7" w:rsidRPr="00822FB7">
        <w:rPr>
          <w:rFonts w:ascii="Times New Roman" w:hAnsi="Times New Roman" w:cs="Times New Roman"/>
          <w:b/>
          <w:lang w:val="ru-RU"/>
        </w:rPr>
        <w:t xml:space="preserve">: </w:t>
      </w:r>
    </w:p>
    <w:p w:rsidR="00822FB7" w:rsidRPr="00822FB7" w:rsidRDefault="00822FB7" w:rsidP="00970369">
      <w:pPr>
        <w:pStyle w:val="ae"/>
        <w:numPr>
          <w:ilvl w:val="0"/>
          <w:numId w:val="12"/>
        </w:numPr>
        <w:spacing w:after="0"/>
        <w:rPr>
          <w:rFonts w:ascii="Times New Roman" w:hAnsi="Times New Roman" w:cs="Times New Roman"/>
          <w:lang w:val="ru-RU"/>
        </w:rPr>
      </w:pPr>
      <w:proofErr w:type="spellStart"/>
      <w:r w:rsidRPr="00822FB7">
        <w:rPr>
          <w:rFonts w:ascii="Times New Roman" w:hAnsi="Times New Roman" w:cs="Times New Roman"/>
          <w:lang w:val="ru-RU"/>
        </w:rPr>
        <w:t>Қолданыстағы</w:t>
      </w:r>
      <w:proofErr w:type="spellEnd"/>
      <w:r w:rsidRPr="00822FB7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822FB7">
        <w:rPr>
          <w:rFonts w:ascii="Times New Roman" w:hAnsi="Times New Roman" w:cs="Times New Roman"/>
          <w:lang w:val="ru-RU"/>
        </w:rPr>
        <w:t>аккредиттеу</w:t>
      </w:r>
      <w:proofErr w:type="spellEnd"/>
      <w:r w:rsidRPr="00822FB7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822FB7">
        <w:rPr>
          <w:rFonts w:ascii="Times New Roman" w:hAnsi="Times New Roman" w:cs="Times New Roman"/>
          <w:lang w:val="ru-RU"/>
        </w:rPr>
        <w:t>шеңберінде</w:t>
      </w:r>
      <w:proofErr w:type="spellEnd"/>
      <w:r w:rsidRPr="00822FB7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822FB7">
        <w:rPr>
          <w:rFonts w:ascii="Times New Roman" w:hAnsi="Times New Roman" w:cs="Times New Roman"/>
          <w:lang w:val="ru-RU"/>
        </w:rPr>
        <w:t>қызметтерді</w:t>
      </w:r>
      <w:proofErr w:type="spellEnd"/>
      <w:r w:rsidRPr="00822FB7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822FB7">
        <w:rPr>
          <w:rFonts w:ascii="Times New Roman" w:hAnsi="Times New Roman" w:cs="Times New Roman"/>
          <w:lang w:val="ru-RU"/>
        </w:rPr>
        <w:t>жүзеге</w:t>
      </w:r>
      <w:proofErr w:type="spellEnd"/>
      <w:r w:rsidRPr="00822FB7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822FB7">
        <w:rPr>
          <w:rFonts w:ascii="Times New Roman" w:hAnsi="Times New Roman" w:cs="Times New Roman"/>
          <w:lang w:val="ru-RU"/>
        </w:rPr>
        <w:t>асыру</w:t>
      </w:r>
      <w:proofErr w:type="spellEnd"/>
      <w:r w:rsidRPr="00822FB7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822FB7">
        <w:rPr>
          <w:rFonts w:ascii="Times New Roman" w:hAnsi="Times New Roman" w:cs="Times New Roman"/>
          <w:lang w:val="ru-RU"/>
        </w:rPr>
        <w:t>және</w:t>
      </w:r>
      <w:proofErr w:type="spellEnd"/>
      <w:r w:rsidRPr="00822FB7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822FB7">
        <w:rPr>
          <w:rFonts w:ascii="Times New Roman" w:hAnsi="Times New Roman" w:cs="Times New Roman"/>
          <w:lang w:val="ru-RU"/>
        </w:rPr>
        <w:t>Қазақстан</w:t>
      </w:r>
      <w:proofErr w:type="spellEnd"/>
      <w:r w:rsidRPr="00822FB7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822FB7">
        <w:rPr>
          <w:rFonts w:ascii="Times New Roman" w:hAnsi="Times New Roman" w:cs="Times New Roman"/>
          <w:lang w:val="ru-RU"/>
        </w:rPr>
        <w:t>Республикасы</w:t>
      </w:r>
      <w:proofErr w:type="spellEnd"/>
      <w:r w:rsidRPr="00822FB7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822FB7">
        <w:rPr>
          <w:rFonts w:ascii="Times New Roman" w:hAnsi="Times New Roman" w:cs="Times New Roman"/>
          <w:lang w:val="ru-RU"/>
        </w:rPr>
        <w:t>Көлік</w:t>
      </w:r>
      <w:proofErr w:type="spellEnd"/>
      <w:r w:rsidRPr="00822FB7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822FB7">
        <w:rPr>
          <w:rFonts w:ascii="Times New Roman" w:hAnsi="Times New Roman" w:cs="Times New Roman"/>
          <w:lang w:val="ru-RU"/>
        </w:rPr>
        <w:t>министрлігінің</w:t>
      </w:r>
      <w:proofErr w:type="spellEnd"/>
      <w:r w:rsidRPr="00822FB7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822FB7">
        <w:rPr>
          <w:rFonts w:ascii="Times New Roman" w:hAnsi="Times New Roman" w:cs="Times New Roman"/>
          <w:lang w:val="ru-RU"/>
        </w:rPr>
        <w:t>Техникалық</w:t>
      </w:r>
      <w:proofErr w:type="spellEnd"/>
      <w:r w:rsidRPr="00822FB7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822FB7">
        <w:rPr>
          <w:rFonts w:ascii="Times New Roman" w:hAnsi="Times New Roman" w:cs="Times New Roman"/>
          <w:lang w:val="ru-RU"/>
        </w:rPr>
        <w:t>байқау</w:t>
      </w:r>
      <w:proofErr w:type="spellEnd"/>
      <w:r w:rsidRPr="00822FB7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822FB7">
        <w:rPr>
          <w:rFonts w:ascii="Times New Roman" w:hAnsi="Times New Roman" w:cs="Times New Roman"/>
          <w:lang w:val="ru-RU"/>
        </w:rPr>
        <w:t>операторларының</w:t>
      </w:r>
      <w:proofErr w:type="spellEnd"/>
      <w:r w:rsidRPr="00822FB7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822FB7">
        <w:rPr>
          <w:rFonts w:ascii="Times New Roman" w:hAnsi="Times New Roman" w:cs="Times New Roman"/>
          <w:lang w:val="ru-RU"/>
        </w:rPr>
        <w:t>тізіліміне</w:t>
      </w:r>
      <w:proofErr w:type="spellEnd"/>
      <w:r w:rsidRPr="00822FB7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822FB7">
        <w:rPr>
          <w:rFonts w:ascii="Times New Roman" w:hAnsi="Times New Roman" w:cs="Times New Roman"/>
          <w:lang w:val="ru-RU"/>
        </w:rPr>
        <w:t>енгізу</w:t>
      </w:r>
      <w:proofErr w:type="spellEnd"/>
      <w:r w:rsidRPr="00822FB7">
        <w:rPr>
          <w:rFonts w:ascii="Times New Roman" w:hAnsi="Times New Roman" w:cs="Times New Roman"/>
          <w:lang w:val="ru-RU"/>
        </w:rPr>
        <w:t>.</w:t>
      </w:r>
    </w:p>
    <w:p w:rsidR="00822FB7" w:rsidRPr="00822FB7" w:rsidRDefault="00822FB7" w:rsidP="00970369">
      <w:pPr>
        <w:pStyle w:val="ae"/>
        <w:numPr>
          <w:ilvl w:val="0"/>
          <w:numId w:val="12"/>
        </w:numPr>
        <w:spacing w:after="0"/>
        <w:rPr>
          <w:rFonts w:ascii="Times New Roman" w:hAnsi="Times New Roman" w:cs="Times New Roman"/>
          <w:lang w:val="ru-RU"/>
        </w:rPr>
      </w:pPr>
      <w:proofErr w:type="spellStart"/>
      <w:r w:rsidRPr="00822FB7">
        <w:rPr>
          <w:rFonts w:ascii="Times New Roman" w:hAnsi="Times New Roman" w:cs="Times New Roman"/>
          <w:lang w:val="ru-RU"/>
        </w:rPr>
        <w:t>Шығарындылар</w:t>
      </w:r>
      <w:proofErr w:type="spellEnd"/>
      <w:r w:rsidRPr="00822FB7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822FB7">
        <w:rPr>
          <w:rFonts w:ascii="Times New Roman" w:hAnsi="Times New Roman" w:cs="Times New Roman"/>
          <w:lang w:val="ru-RU"/>
        </w:rPr>
        <w:t>деңгейін</w:t>
      </w:r>
      <w:proofErr w:type="spellEnd"/>
      <w:r w:rsidRPr="00822FB7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822FB7">
        <w:rPr>
          <w:rFonts w:ascii="Times New Roman" w:hAnsi="Times New Roman" w:cs="Times New Roman"/>
          <w:lang w:val="ru-RU"/>
        </w:rPr>
        <w:t>өлшеу</w:t>
      </w:r>
      <w:proofErr w:type="spellEnd"/>
      <w:r w:rsidRPr="00822FB7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822FB7">
        <w:rPr>
          <w:rFonts w:ascii="Times New Roman" w:hAnsi="Times New Roman" w:cs="Times New Roman"/>
          <w:lang w:val="ru-RU"/>
        </w:rPr>
        <w:t>нәтижелерін</w:t>
      </w:r>
      <w:proofErr w:type="spellEnd"/>
      <w:r w:rsidRPr="00822FB7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822FB7">
        <w:rPr>
          <w:rFonts w:ascii="Times New Roman" w:hAnsi="Times New Roman" w:cs="Times New Roman"/>
          <w:lang w:val="ru-RU"/>
        </w:rPr>
        <w:t>автоматты</w:t>
      </w:r>
      <w:proofErr w:type="spellEnd"/>
      <w:r w:rsidRPr="00822FB7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822FB7">
        <w:rPr>
          <w:rFonts w:ascii="Times New Roman" w:hAnsi="Times New Roman" w:cs="Times New Roman"/>
          <w:lang w:val="ru-RU"/>
        </w:rPr>
        <w:t>түрде</w:t>
      </w:r>
      <w:proofErr w:type="spellEnd"/>
      <w:r w:rsidRPr="00822FB7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822FB7">
        <w:rPr>
          <w:rFonts w:ascii="Times New Roman" w:hAnsi="Times New Roman" w:cs="Times New Roman"/>
          <w:lang w:val="ru-RU"/>
        </w:rPr>
        <w:t>беруді</w:t>
      </w:r>
      <w:proofErr w:type="spellEnd"/>
      <w:r w:rsidRPr="00822FB7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822FB7">
        <w:rPr>
          <w:rFonts w:ascii="Times New Roman" w:hAnsi="Times New Roman" w:cs="Times New Roman"/>
          <w:lang w:val="ru-RU"/>
        </w:rPr>
        <w:t>қамтамасыз</w:t>
      </w:r>
      <w:proofErr w:type="spellEnd"/>
      <w:r w:rsidRPr="00822FB7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822FB7">
        <w:rPr>
          <w:rFonts w:ascii="Times New Roman" w:hAnsi="Times New Roman" w:cs="Times New Roman"/>
          <w:lang w:val="ru-RU"/>
        </w:rPr>
        <w:t>ететін</w:t>
      </w:r>
      <w:proofErr w:type="spellEnd"/>
      <w:r w:rsidRPr="00822FB7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822FB7">
        <w:rPr>
          <w:rFonts w:ascii="Times New Roman" w:hAnsi="Times New Roman" w:cs="Times New Roman"/>
          <w:lang w:val="ru-RU"/>
        </w:rPr>
        <w:t>техникалық</w:t>
      </w:r>
      <w:proofErr w:type="spellEnd"/>
      <w:r w:rsidRPr="00822FB7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822FB7">
        <w:rPr>
          <w:rFonts w:ascii="Times New Roman" w:hAnsi="Times New Roman" w:cs="Times New Roman"/>
          <w:lang w:val="ru-RU"/>
        </w:rPr>
        <w:t>байқаудың</w:t>
      </w:r>
      <w:proofErr w:type="spellEnd"/>
      <w:r w:rsidRPr="00822FB7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822FB7">
        <w:rPr>
          <w:rFonts w:ascii="Times New Roman" w:hAnsi="Times New Roman" w:cs="Times New Roman"/>
          <w:lang w:val="ru-RU"/>
        </w:rPr>
        <w:t>бірыңғай</w:t>
      </w:r>
      <w:proofErr w:type="spellEnd"/>
      <w:r w:rsidRPr="00822FB7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822FB7">
        <w:rPr>
          <w:rFonts w:ascii="Times New Roman" w:hAnsi="Times New Roman" w:cs="Times New Roman"/>
          <w:lang w:val="ru-RU"/>
        </w:rPr>
        <w:t>ақпараттық</w:t>
      </w:r>
      <w:proofErr w:type="spellEnd"/>
      <w:r w:rsidRPr="00822FB7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822FB7">
        <w:rPr>
          <w:rFonts w:ascii="Times New Roman" w:hAnsi="Times New Roman" w:cs="Times New Roman"/>
          <w:lang w:val="ru-RU"/>
        </w:rPr>
        <w:t>жүйесімен</w:t>
      </w:r>
      <w:proofErr w:type="spellEnd"/>
      <w:r w:rsidRPr="00822FB7">
        <w:rPr>
          <w:rFonts w:ascii="Times New Roman" w:hAnsi="Times New Roman" w:cs="Times New Roman"/>
          <w:lang w:val="ru-RU"/>
        </w:rPr>
        <w:t xml:space="preserve"> (ББАЖ) </w:t>
      </w:r>
      <w:proofErr w:type="spellStart"/>
      <w:r w:rsidRPr="00822FB7">
        <w:rPr>
          <w:rFonts w:ascii="Times New Roman" w:hAnsi="Times New Roman" w:cs="Times New Roman"/>
          <w:lang w:val="ru-RU"/>
        </w:rPr>
        <w:t>интеграцияланған</w:t>
      </w:r>
      <w:proofErr w:type="spellEnd"/>
      <w:r w:rsidRPr="00822FB7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822FB7">
        <w:rPr>
          <w:rFonts w:ascii="Times New Roman" w:hAnsi="Times New Roman" w:cs="Times New Roman"/>
          <w:lang w:val="ru-RU"/>
        </w:rPr>
        <w:t>сертификатталған</w:t>
      </w:r>
      <w:proofErr w:type="spellEnd"/>
      <w:r w:rsidRPr="00822FB7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822FB7">
        <w:rPr>
          <w:rFonts w:ascii="Times New Roman" w:hAnsi="Times New Roman" w:cs="Times New Roman"/>
          <w:lang w:val="ru-RU"/>
        </w:rPr>
        <w:t>жабдықты</w:t>
      </w:r>
      <w:proofErr w:type="spellEnd"/>
      <w:r w:rsidRPr="00822FB7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822FB7">
        <w:rPr>
          <w:rFonts w:ascii="Times New Roman" w:hAnsi="Times New Roman" w:cs="Times New Roman"/>
          <w:lang w:val="ru-RU"/>
        </w:rPr>
        <w:t>пайдалана</w:t>
      </w:r>
      <w:proofErr w:type="spellEnd"/>
      <w:r w:rsidRPr="00822FB7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822FB7">
        <w:rPr>
          <w:rFonts w:ascii="Times New Roman" w:hAnsi="Times New Roman" w:cs="Times New Roman"/>
          <w:lang w:val="ru-RU"/>
        </w:rPr>
        <w:t>отырып</w:t>
      </w:r>
      <w:proofErr w:type="spellEnd"/>
      <w:r w:rsidRPr="00822FB7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822FB7">
        <w:rPr>
          <w:rFonts w:ascii="Times New Roman" w:hAnsi="Times New Roman" w:cs="Times New Roman"/>
          <w:lang w:val="ru-RU"/>
        </w:rPr>
        <w:t>қызметтер</w:t>
      </w:r>
      <w:proofErr w:type="spellEnd"/>
      <w:r w:rsidRPr="00822FB7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822FB7">
        <w:rPr>
          <w:rFonts w:ascii="Times New Roman" w:hAnsi="Times New Roman" w:cs="Times New Roman"/>
          <w:lang w:val="ru-RU"/>
        </w:rPr>
        <w:t>көрсету</w:t>
      </w:r>
      <w:proofErr w:type="spellEnd"/>
      <w:r w:rsidRPr="00822FB7">
        <w:rPr>
          <w:rFonts w:ascii="Times New Roman" w:hAnsi="Times New Roman" w:cs="Times New Roman"/>
          <w:lang w:val="ru-RU"/>
        </w:rPr>
        <w:t>.</w:t>
      </w:r>
    </w:p>
    <w:p w:rsidR="00822FB7" w:rsidRPr="00822FB7" w:rsidRDefault="00822FB7" w:rsidP="00970369">
      <w:pPr>
        <w:pStyle w:val="ae"/>
        <w:numPr>
          <w:ilvl w:val="0"/>
          <w:numId w:val="12"/>
        </w:numPr>
        <w:spacing w:after="0"/>
        <w:rPr>
          <w:rFonts w:ascii="Times New Roman" w:hAnsi="Times New Roman" w:cs="Times New Roman"/>
          <w:lang w:val="ru-RU"/>
        </w:rPr>
      </w:pPr>
      <w:proofErr w:type="spellStart"/>
      <w:r w:rsidRPr="00822FB7">
        <w:rPr>
          <w:rFonts w:ascii="Times New Roman" w:hAnsi="Times New Roman" w:cs="Times New Roman"/>
          <w:lang w:val="ru-RU"/>
        </w:rPr>
        <w:t>Қызмет</w:t>
      </w:r>
      <w:proofErr w:type="spellEnd"/>
      <w:r w:rsidRPr="00822FB7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822FB7">
        <w:rPr>
          <w:rFonts w:ascii="Times New Roman" w:hAnsi="Times New Roman" w:cs="Times New Roman"/>
          <w:lang w:val="ru-RU"/>
        </w:rPr>
        <w:t>көрсету</w:t>
      </w:r>
      <w:proofErr w:type="spellEnd"/>
      <w:r w:rsidRPr="00822FB7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822FB7">
        <w:rPr>
          <w:rFonts w:ascii="Times New Roman" w:hAnsi="Times New Roman" w:cs="Times New Roman"/>
          <w:lang w:val="ru-RU"/>
        </w:rPr>
        <w:t>орны</w:t>
      </w:r>
      <w:proofErr w:type="spellEnd"/>
      <w:r w:rsidRPr="00822FB7">
        <w:rPr>
          <w:rFonts w:ascii="Times New Roman" w:hAnsi="Times New Roman" w:cs="Times New Roman"/>
          <w:lang w:val="ru-RU"/>
        </w:rPr>
        <w:t xml:space="preserve">: Алматы </w:t>
      </w:r>
      <w:proofErr w:type="spellStart"/>
      <w:r w:rsidRPr="00822FB7">
        <w:rPr>
          <w:rFonts w:ascii="Times New Roman" w:hAnsi="Times New Roman" w:cs="Times New Roman"/>
          <w:lang w:val="ru-RU"/>
        </w:rPr>
        <w:t>қаласы</w:t>
      </w:r>
      <w:proofErr w:type="spellEnd"/>
      <w:r w:rsidRPr="00822FB7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822FB7">
        <w:rPr>
          <w:rFonts w:ascii="Times New Roman" w:hAnsi="Times New Roman" w:cs="Times New Roman"/>
          <w:lang w:val="ru-RU"/>
        </w:rPr>
        <w:t>шегіндегі</w:t>
      </w:r>
      <w:proofErr w:type="spellEnd"/>
      <w:r w:rsidRPr="00822FB7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822FB7">
        <w:rPr>
          <w:rFonts w:ascii="Times New Roman" w:hAnsi="Times New Roman" w:cs="Times New Roman"/>
          <w:lang w:val="ru-RU"/>
        </w:rPr>
        <w:t>мамандандырылған</w:t>
      </w:r>
      <w:proofErr w:type="spellEnd"/>
      <w:r w:rsidRPr="00822FB7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822FB7">
        <w:rPr>
          <w:rFonts w:ascii="Times New Roman" w:hAnsi="Times New Roman" w:cs="Times New Roman"/>
          <w:lang w:val="ru-RU"/>
        </w:rPr>
        <w:t>стационарлық</w:t>
      </w:r>
      <w:proofErr w:type="spellEnd"/>
      <w:r w:rsidRPr="00822FB7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822FB7">
        <w:rPr>
          <w:rFonts w:ascii="Times New Roman" w:hAnsi="Times New Roman" w:cs="Times New Roman"/>
          <w:lang w:val="ru-RU"/>
        </w:rPr>
        <w:t>немесе</w:t>
      </w:r>
      <w:proofErr w:type="spellEnd"/>
      <w:r w:rsidRPr="00822FB7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822FB7">
        <w:rPr>
          <w:rFonts w:ascii="Times New Roman" w:hAnsi="Times New Roman" w:cs="Times New Roman"/>
          <w:lang w:val="ru-RU"/>
        </w:rPr>
        <w:t>жылжымалы</w:t>
      </w:r>
      <w:proofErr w:type="spellEnd"/>
      <w:r w:rsidRPr="00822FB7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822FB7">
        <w:rPr>
          <w:rFonts w:ascii="Times New Roman" w:hAnsi="Times New Roman" w:cs="Times New Roman"/>
          <w:lang w:val="ru-RU"/>
        </w:rPr>
        <w:t>бекеттер</w:t>
      </w:r>
      <w:proofErr w:type="spellEnd"/>
      <w:r w:rsidRPr="00822FB7">
        <w:rPr>
          <w:rFonts w:ascii="Times New Roman" w:hAnsi="Times New Roman" w:cs="Times New Roman"/>
          <w:lang w:val="ru-RU"/>
        </w:rPr>
        <w:t>.</w:t>
      </w:r>
    </w:p>
    <w:p w:rsidR="00A94434" w:rsidRPr="00A94434" w:rsidRDefault="00970369" w:rsidP="00822FB7">
      <w:pPr>
        <w:rPr>
          <w:rFonts w:ascii="Times New Roman" w:hAnsi="Times New Roman" w:cs="Times New Roman"/>
          <w:b/>
          <w:lang w:val="ru-RU"/>
        </w:rPr>
      </w:pPr>
      <w:r>
        <w:rPr>
          <w:rFonts w:ascii="Times New Roman" w:hAnsi="Times New Roman" w:cs="Times New Roman"/>
          <w:b/>
          <w:lang w:val="ru-RU"/>
        </w:rPr>
        <w:tab/>
      </w:r>
      <w:r w:rsidR="00A94434" w:rsidRPr="00A94434">
        <w:rPr>
          <w:rFonts w:ascii="Times New Roman" w:hAnsi="Times New Roman" w:cs="Times New Roman"/>
          <w:b/>
          <w:lang w:val="ru-RU"/>
        </w:rPr>
        <w:t xml:space="preserve">4. </w:t>
      </w:r>
      <w:proofErr w:type="spellStart"/>
      <w:r w:rsidR="00A94434" w:rsidRPr="00A94434">
        <w:rPr>
          <w:rFonts w:ascii="Times New Roman" w:hAnsi="Times New Roman" w:cs="Times New Roman"/>
          <w:b/>
          <w:lang w:val="ru-RU"/>
        </w:rPr>
        <w:t>Тексеру</w:t>
      </w:r>
      <w:proofErr w:type="spellEnd"/>
      <w:r w:rsidR="00A94434" w:rsidRPr="00A94434">
        <w:rPr>
          <w:rFonts w:ascii="Times New Roman" w:hAnsi="Times New Roman" w:cs="Times New Roman"/>
          <w:b/>
          <w:lang w:val="ru-RU"/>
        </w:rPr>
        <w:t xml:space="preserve"> </w:t>
      </w:r>
      <w:proofErr w:type="spellStart"/>
      <w:r w:rsidR="00A94434" w:rsidRPr="00A94434">
        <w:rPr>
          <w:rFonts w:ascii="Times New Roman" w:hAnsi="Times New Roman" w:cs="Times New Roman"/>
          <w:b/>
          <w:lang w:val="ru-RU"/>
        </w:rPr>
        <w:t>процедурасына</w:t>
      </w:r>
      <w:proofErr w:type="spellEnd"/>
      <w:r w:rsidR="00A94434" w:rsidRPr="00A94434">
        <w:rPr>
          <w:rFonts w:ascii="Times New Roman" w:hAnsi="Times New Roman" w:cs="Times New Roman"/>
          <w:b/>
          <w:lang w:val="ru-RU"/>
        </w:rPr>
        <w:t xml:space="preserve"> </w:t>
      </w:r>
      <w:proofErr w:type="spellStart"/>
      <w:r w:rsidR="00A94434" w:rsidRPr="00A94434">
        <w:rPr>
          <w:rFonts w:ascii="Times New Roman" w:hAnsi="Times New Roman" w:cs="Times New Roman"/>
          <w:b/>
          <w:lang w:val="ru-RU"/>
        </w:rPr>
        <w:t>қойылатын</w:t>
      </w:r>
      <w:proofErr w:type="spellEnd"/>
      <w:r w:rsidR="00A94434" w:rsidRPr="00A94434">
        <w:rPr>
          <w:rFonts w:ascii="Times New Roman" w:hAnsi="Times New Roman" w:cs="Times New Roman"/>
          <w:b/>
          <w:lang w:val="ru-RU"/>
        </w:rPr>
        <w:t xml:space="preserve"> </w:t>
      </w:r>
      <w:proofErr w:type="spellStart"/>
      <w:r w:rsidR="00A94434" w:rsidRPr="00A94434">
        <w:rPr>
          <w:rFonts w:ascii="Times New Roman" w:hAnsi="Times New Roman" w:cs="Times New Roman"/>
          <w:b/>
          <w:lang w:val="ru-RU"/>
        </w:rPr>
        <w:t>техникалық</w:t>
      </w:r>
      <w:proofErr w:type="spellEnd"/>
      <w:r w:rsidR="00A94434" w:rsidRPr="00A94434">
        <w:rPr>
          <w:rFonts w:ascii="Times New Roman" w:hAnsi="Times New Roman" w:cs="Times New Roman"/>
          <w:b/>
          <w:lang w:val="ru-RU"/>
        </w:rPr>
        <w:t xml:space="preserve"> </w:t>
      </w:r>
      <w:proofErr w:type="spellStart"/>
      <w:r w:rsidR="00A94434" w:rsidRPr="00A94434">
        <w:rPr>
          <w:rFonts w:ascii="Times New Roman" w:hAnsi="Times New Roman" w:cs="Times New Roman"/>
          <w:b/>
          <w:lang w:val="ru-RU"/>
        </w:rPr>
        <w:t>талаптар</w:t>
      </w:r>
      <w:proofErr w:type="spellEnd"/>
      <w:r w:rsidR="00A94434" w:rsidRPr="00A94434">
        <w:rPr>
          <w:rFonts w:ascii="Times New Roman" w:hAnsi="Times New Roman" w:cs="Times New Roman"/>
          <w:b/>
          <w:lang w:val="ru-RU"/>
        </w:rPr>
        <w:t>:</w:t>
      </w:r>
    </w:p>
    <w:tbl>
      <w:tblPr>
        <w:tblStyle w:val="aff0"/>
        <w:tblW w:w="0" w:type="auto"/>
        <w:tblLook w:val="04A0" w:firstRow="1" w:lastRow="0" w:firstColumn="1" w:lastColumn="0" w:noHBand="0" w:noVBand="1"/>
      </w:tblPr>
      <w:tblGrid>
        <w:gridCol w:w="3308"/>
        <w:gridCol w:w="3309"/>
        <w:gridCol w:w="3309"/>
      </w:tblGrid>
      <w:tr w:rsidR="00A94434" w:rsidRPr="00A94434" w:rsidTr="00822FB7">
        <w:tc>
          <w:tcPr>
            <w:tcW w:w="3308" w:type="dxa"/>
            <w:shd w:val="clear" w:color="auto" w:fill="E0E0E0"/>
            <w:tcMar>
              <w:top w:w="100" w:type="dxa"/>
              <w:left w:w="150" w:type="dxa"/>
              <w:bottom w:w="100" w:type="dxa"/>
              <w:right w:w="150" w:type="dxa"/>
            </w:tcMar>
          </w:tcPr>
          <w:p w:rsidR="00A94434" w:rsidRPr="00A94434" w:rsidRDefault="00A94434" w:rsidP="00056F88">
            <w:pPr>
              <w:rPr>
                <w:rFonts w:ascii="Times New Roman" w:hAnsi="Times New Roman" w:cs="Times New Roman"/>
              </w:rPr>
            </w:pPr>
            <w:proofErr w:type="spellStart"/>
            <w:r w:rsidRPr="00A94434">
              <w:rPr>
                <w:rFonts w:ascii="Times New Roman" w:hAnsi="Times New Roman" w:cs="Times New Roman"/>
                <w:b/>
                <w:lang w:val="ru-RU"/>
              </w:rPr>
              <w:t>Қозғалтқыш</w:t>
            </w:r>
            <w:proofErr w:type="spellEnd"/>
            <w:r w:rsidRPr="00A94434">
              <w:rPr>
                <w:rFonts w:ascii="Times New Roman" w:hAnsi="Times New Roman" w:cs="Times New Roman"/>
                <w:b/>
                <w:lang w:val="ru-RU"/>
              </w:rPr>
              <w:t xml:space="preserve"> </w:t>
            </w:r>
            <w:proofErr w:type="spellStart"/>
            <w:r w:rsidRPr="00A94434">
              <w:rPr>
                <w:rFonts w:ascii="Times New Roman" w:hAnsi="Times New Roman" w:cs="Times New Roman"/>
                <w:b/>
                <w:lang w:val="ru-RU"/>
              </w:rPr>
              <w:t>түрі</w:t>
            </w:r>
            <w:proofErr w:type="spellEnd"/>
          </w:p>
        </w:tc>
        <w:tc>
          <w:tcPr>
            <w:tcW w:w="3309" w:type="dxa"/>
            <w:shd w:val="clear" w:color="auto" w:fill="E0E0E0"/>
            <w:tcMar>
              <w:top w:w="100" w:type="dxa"/>
              <w:left w:w="150" w:type="dxa"/>
              <w:bottom w:w="100" w:type="dxa"/>
              <w:right w:w="150" w:type="dxa"/>
            </w:tcMar>
          </w:tcPr>
          <w:p w:rsidR="00A94434" w:rsidRPr="00A94434" w:rsidRDefault="00A94434" w:rsidP="00056F88">
            <w:pPr>
              <w:rPr>
                <w:rFonts w:ascii="Times New Roman" w:hAnsi="Times New Roman" w:cs="Times New Roman"/>
              </w:rPr>
            </w:pPr>
            <w:proofErr w:type="spellStart"/>
            <w:r w:rsidRPr="00A94434">
              <w:rPr>
                <w:rFonts w:ascii="Times New Roman" w:hAnsi="Times New Roman" w:cs="Times New Roman"/>
                <w:b/>
                <w:lang w:val="ru-RU"/>
              </w:rPr>
              <w:t>Сыналған</w:t>
            </w:r>
            <w:proofErr w:type="spellEnd"/>
            <w:r w:rsidRPr="00A94434">
              <w:rPr>
                <w:rFonts w:ascii="Times New Roman" w:hAnsi="Times New Roman" w:cs="Times New Roman"/>
                <w:b/>
                <w:lang w:val="ru-RU"/>
              </w:rPr>
              <w:t xml:space="preserve"> </w:t>
            </w:r>
            <w:proofErr w:type="spellStart"/>
            <w:r w:rsidRPr="00A94434">
              <w:rPr>
                <w:rFonts w:ascii="Times New Roman" w:hAnsi="Times New Roman" w:cs="Times New Roman"/>
                <w:b/>
                <w:lang w:val="ru-RU"/>
              </w:rPr>
              <w:t>параметрлер</w:t>
            </w:r>
            <w:proofErr w:type="spellEnd"/>
          </w:p>
        </w:tc>
        <w:tc>
          <w:tcPr>
            <w:tcW w:w="3309" w:type="dxa"/>
            <w:shd w:val="clear" w:color="auto" w:fill="E0E0E0"/>
            <w:tcMar>
              <w:top w:w="100" w:type="dxa"/>
              <w:left w:w="150" w:type="dxa"/>
              <w:bottom w:w="100" w:type="dxa"/>
              <w:right w:w="150" w:type="dxa"/>
            </w:tcMar>
          </w:tcPr>
          <w:p w:rsidR="00A94434" w:rsidRPr="00A94434" w:rsidRDefault="00A94434" w:rsidP="00A94434">
            <w:pPr>
              <w:jc w:val="center"/>
              <w:rPr>
                <w:rFonts w:ascii="Times New Roman" w:hAnsi="Times New Roman" w:cs="Times New Roman"/>
                <w:b/>
                <w:lang w:val="ru-RU"/>
              </w:rPr>
            </w:pPr>
            <w:proofErr w:type="spellStart"/>
            <w:r w:rsidRPr="00A94434">
              <w:rPr>
                <w:rFonts w:ascii="Times New Roman" w:hAnsi="Times New Roman" w:cs="Times New Roman"/>
                <w:b/>
                <w:lang w:val="ru-RU"/>
              </w:rPr>
              <w:t>Нормативтік</w:t>
            </w:r>
            <w:proofErr w:type="spellEnd"/>
            <w:r w:rsidRPr="00A94434">
              <w:rPr>
                <w:rFonts w:ascii="Times New Roman" w:hAnsi="Times New Roman" w:cs="Times New Roman"/>
                <w:b/>
                <w:lang w:val="ru-RU"/>
              </w:rPr>
              <w:t xml:space="preserve"> база</w:t>
            </w:r>
          </w:p>
          <w:p w:rsidR="00A94434" w:rsidRPr="00A94434" w:rsidRDefault="00A94434" w:rsidP="00056F88">
            <w:pPr>
              <w:rPr>
                <w:rFonts w:ascii="Times New Roman" w:hAnsi="Times New Roman" w:cs="Times New Roman"/>
              </w:rPr>
            </w:pPr>
          </w:p>
        </w:tc>
      </w:tr>
      <w:tr w:rsidR="00A94434" w:rsidRPr="00A94434" w:rsidTr="00822FB7">
        <w:tc>
          <w:tcPr>
            <w:tcW w:w="3308" w:type="dxa"/>
            <w:tcMar>
              <w:top w:w="100" w:type="dxa"/>
              <w:left w:w="150" w:type="dxa"/>
              <w:bottom w:w="100" w:type="dxa"/>
              <w:right w:w="150" w:type="dxa"/>
            </w:tcMar>
          </w:tcPr>
          <w:p w:rsidR="00A94434" w:rsidRPr="00A94434" w:rsidRDefault="00822FB7" w:rsidP="00056F88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Бензин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3309" w:type="dxa"/>
            <w:tcMar>
              <w:top w:w="100" w:type="dxa"/>
              <w:left w:w="150" w:type="dxa"/>
              <w:bottom w:w="100" w:type="dxa"/>
              <w:right w:w="150" w:type="dxa"/>
            </w:tcMar>
          </w:tcPr>
          <w:p w:rsidR="00A94434" w:rsidRPr="00A94434" w:rsidRDefault="00A94434" w:rsidP="00056F88">
            <w:pPr>
              <w:rPr>
                <w:rFonts w:ascii="Times New Roman" w:hAnsi="Times New Roman" w:cs="Times New Roman"/>
              </w:rPr>
            </w:pPr>
            <w:proofErr w:type="spellStart"/>
            <w:r w:rsidRPr="00A94434">
              <w:rPr>
                <w:rFonts w:ascii="Times New Roman" w:hAnsi="Times New Roman" w:cs="Times New Roman"/>
                <w:lang w:val="ru-RU"/>
              </w:rPr>
              <w:t>Әртүрлі</w:t>
            </w:r>
            <w:proofErr w:type="spellEnd"/>
            <w:r w:rsidRPr="00A9443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94434">
              <w:rPr>
                <w:rFonts w:ascii="Times New Roman" w:hAnsi="Times New Roman" w:cs="Times New Roman"/>
                <w:lang w:val="ru-RU"/>
              </w:rPr>
              <w:t>қозғалтқыш</w:t>
            </w:r>
            <w:proofErr w:type="spellEnd"/>
            <w:r w:rsidRPr="00A9443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94434">
              <w:rPr>
                <w:rFonts w:ascii="Times New Roman" w:hAnsi="Times New Roman" w:cs="Times New Roman"/>
                <w:lang w:val="ru-RU"/>
              </w:rPr>
              <w:t>жұмыс</w:t>
            </w:r>
            <w:proofErr w:type="spellEnd"/>
            <w:r w:rsidRPr="00A9443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94434">
              <w:rPr>
                <w:rFonts w:ascii="Times New Roman" w:hAnsi="Times New Roman" w:cs="Times New Roman"/>
                <w:lang w:val="ru-RU"/>
              </w:rPr>
              <w:t>режимдерінде</w:t>
            </w:r>
            <w:proofErr w:type="spellEnd"/>
            <w:r w:rsidRPr="00A9443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94434">
              <w:rPr>
                <w:rFonts w:ascii="Times New Roman" w:hAnsi="Times New Roman" w:cs="Times New Roman"/>
                <w:lang w:val="ru-RU"/>
              </w:rPr>
              <w:t>пайдаланылған</w:t>
            </w:r>
            <w:proofErr w:type="spellEnd"/>
            <w:r w:rsidRPr="00A9443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94434">
              <w:rPr>
                <w:rFonts w:ascii="Times New Roman" w:hAnsi="Times New Roman" w:cs="Times New Roman"/>
                <w:lang w:val="ru-RU"/>
              </w:rPr>
              <w:t>газдардағы</w:t>
            </w:r>
            <w:proofErr w:type="spellEnd"/>
            <w:r w:rsidRPr="00A9443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94434">
              <w:rPr>
                <w:rFonts w:ascii="Times New Roman" w:hAnsi="Times New Roman" w:cs="Times New Roman"/>
                <w:lang w:val="ru-RU"/>
              </w:rPr>
              <w:t>көміртегі</w:t>
            </w:r>
            <w:proofErr w:type="spellEnd"/>
            <w:r w:rsidRPr="00A9443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94434">
              <w:rPr>
                <w:rFonts w:ascii="Times New Roman" w:hAnsi="Times New Roman" w:cs="Times New Roman"/>
                <w:lang w:val="ru-RU"/>
              </w:rPr>
              <w:t>тотығы</w:t>
            </w:r>
            <w:proofErr w:type="spellEnd"/>
            <w:r w:rsidRPr="00A94434">
              <w:rPr>
                <w:rFonts w:ascii="Times New Roman" w:hAnsi="Times New Roman" w:cs="Times New Roman"/>
              </w:rPr>
              <w:t xml:space="preserve"> (CO) </w:t>
            </w:r>
            <w:proofErr w:type="spellStart"/>
            <w:r w:rsidRPr="00A94434">
              <w:rPr>
                <w:rFonts w:ascii="Times New Roman" w:hAnsi="Times New Roman" w:cs="Times New Roman"/>
                <w:lang w:val="ru-RU"/>
              </w:rPr>
              <w:t>және</w:t>
            </w:r>
            <w:proofErr w:type="spellEnd"/>
            <w:r w:rsidRPr="00A9443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94434">
              <w:rPr>
                <w:rFonts w:ascii="Times New Roman" w:hAnsi="Times New Roman" w:cs="Times New Roman"/>
                <w:lang w:val="ru-RU"/>
              </w:rPr>
              <w:t>көмірсутектерді</w:t>
            </w:r>
            <w:proofErr w:type="spellEnd"/>
            <w:r w:rsidRPr="00A94434">
              <w:rPr>
                <w:rFonts w:ascii="Times New Roman" w:hAnsi="Times New Roman" w:cs="Times New Roman"/>
              </w:rPr>
              <w:t xml:space="preserve"> (CH) </w:t>
            </w:r>
            <w:proofErr w:type="spellStart"/>
            <w:r w:rsidRPr="00A94434">
              <w:rPr>
                <w:rFonts w:ascii="Times New Roman" w:hAnsi="Times New Roman" w:cs="Times New Roman"/>
                <w:lang w:val="ru-RU"/>
              </w:rPr>
              <w:t>анықтау</w:t>
            </w:r>
            <w:proofErr w:type="spellEnd"/>
          </w:p>
        </w:tc>
        <w:tc>
          <w:tcPr>
            <w:tcW w:w="3309" w:type="dxa"/>
            <w:tcMar>
              <w:top w:w="100" w:type="dxa"/>
              <w:left w:w="150" w:type="dxa"/>
              <w:bottom w:w="100" w:type="dxa"/>
              <w:right w:w="150" w:type="dxa"/>
            </w:tcMar>
          </w:tcPr>
          <w:p w:rsidR="00A94434" w:rsidRPr="00A94434" w:rsidRDefault="00A94434" w:rsidP="00056F88">
            <w:pPr>
              <w:rPr>
                <w:rFonts w:ascii="Times New Roman" w:hAnsi="Times New Roman" w:cs="Times New Roman"/>
              </w:rPr>
            </w:pPr>
            <w:r w:rsidRPr="00A94434">
              <w:rPr>
                <w:rFonts w:ascii="Times New Roman" w:hAnsi="Times New Roman" w:cs="Times New Roman"/>
              </w:rPr>
              <w:t>СТ РК 34.015-2026, ГОСТ 33997</w:t>
            </w:r>
          </w:p>
        </w:tc>
      </w:tr>
    </w:tbl>
    <w:p w:rsidR="00A94434" w:rsidRPr="00A94434" w:rsidRDefault="00A94434" w:rsidP="00A94434">
      <w:pPr>
        <w:jc w:val="center"/>
        <w:rPr>
          <w:rFonts w:ascii="Times New Roman" w:hAnsi="Times New Roman" w:cs="Times New Roman"/>
          <w:b/>
          <w:lang w:val="ru-RU"/>
        </w:rPr>
      </w:pPr>
    </w:p>
    <w:p w:rsidR="00A94434" w:rsidRDefault="00970369" w:rsidP="00A94434">
      <w:pPr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b/>
          <w:lang w:val="ru-RU"/>
        </w:rPr>
        <w:tab/>
      </w:r>
      <w:r w:rsidR="00A94434" w:rsidRPr="00A94434">
        <w:rPr>
          <w:rFonts w:ascii="Times New Roman" w:hAnsi="Times New Roman" w:cs="Times New Roman"/>
          <w:b/>
          <w:lang w:val="ru-RU"/>
        </w:rPr>
        <w:t xml:space="preserve">5. </w:t>
      </w:r>
      <w:proofErr w:type="spellStart"/>
      <w:r w:rsidR="00A94434" w:rsidRPr="00A94434">
        <w:rPr>
          <w:rFonts w:ascii="Times New Roman" w:hAnsi="Times New Roman" w:cs="Times New Roman"/>
          <w:b/>
          <w:lang w:val="ru-RU"/>
        </w:rPr>
        <w:t>Қызмет</w:t>
      </w:r>
      <w:proofErr w:type="spellEnd"/>
      <w:r w:rsidR="00A94434" w:rsidRPr="00A94434">
        <w:rPr>
          <w:rFonts w:ascii="Times New Roman" w:hAnsi="Times New Roman" w:cs="Times New Roman"/>
          <w:b/>
          <w:lang w:val="ru-RU"/>
        </w:rPr>
        <w:t xml:space="preserve"> </w:t>
      </w:r>
      <w:proofErr w:type="spellStart"/>
      <w:r w:rsidR="00A94434" w:rsidRPr="00A94434">
        <w:rPr>
          <w:rFonts w:ascii="Times New Roman" w:hAnsi="Times New Roman" w:cs="Times New Roman"/>
          <w:b/>
          <w:lang w:val="ru-RU"/>
        </w:rPr>
        <w:t>көрсету</w:t>
      </w:r>
      <w:proofErr w:type="spellEnd"/>
      <w:r w:rsidR="00A94434" w:rsidRPr="00A94434">
        <w:rPr>
          <w:rFonts w:ascii="Times New Roman" w:hAnsi="Times New Roman" w:cs="Times New Roman"/>
          <w:b/>
          <w:lang w:val="ru-RU"/>
        </w:rPr>
        <w:t xml:space="preserve"> </w:t>
      </w:r>
      <w:proofErr w:type="spellStart"/>
      <w:r w:rsidR="00A94434" w:rsidRPr="00A94434">
        <w:rPr>
          <w:rFonts w:ascii="Times New Roman" w:hAnsi="Times New Roman" w:cs="Times New Roman"/>
          <w:b/>
          <w:lang w:val="ru-RU"/>
        </w:rPr>
        <w:t>нәтижелері</w:t>
      </w:r>
      <w:proofErr w:type="spellEnd"/>
      <w:r w:rsidR="00A94434" w:rsidRPr="00A94434">
        <w:rPr>
          <w:rFonts w:ascii="Times New Roman" w:hAnsi="Times New Roman" w:cs="Times New Roman"/>
          <w:b/>
          <w:lang w:val="ru-RU"/>
        </w:rPr>
        <w:t xml:space="preserve">: </w:t>
      </w:r>
      <w:proofErr w:type="spellStart"/>
      <w:r w:rsidR="00A94434" w:rsidRPr="00A94434">
        <w:rPr>
          <w:rFonts w:ascii="Times New Roman" w:hAnsi="Times New Roman" w:cs="Times New Roman"/>
          <w:lang w:val="ru-RU"/>
        </w:rPr>
        <w:t>Тексеру</w:t>
      </w:r>
      <w:proofErr w:type="spellEnd"/>
      <w:r w:rsidR="00A94434" w:rsidRPr="00A94434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="00A94434" w:rsidRPr="00A94434">
        <w:rPr>
          <w:rFonts w:ascii="Times New Roman" w:hAnsi="Times New Roman" w:cs="Times New Roman"/>
          <w:lang w:val="ru-RU"/>
        </w:rPr>
        <w:t>нәтижелері</w:t>
      </w:r>
      <w:proofErr w:type="spellEnd"/>
      <w:r w:rsidR="00A94434" w:rsidRPr="00A94434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="00A94434" w:rsidRPr="00A94434">
        <w:rPr>
          <w:rFonts w:ascii="Times New Roman" w:hAnsi="Times New Roman" w:cs="Times New Roman"/>
          <w:lang w:val="ru-RU"/>
        </w:rPr>
        <w:t>бойынша</w:t>
      </w:r>
      <w:proofErr w:type="spellEnd"/>
      <w:r w:rsidR="00A94434" w:rsidRPr="00A94434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="00A94434" w:rsidRPr="00A94434">
        <w:rPr>
          <w:rFonts w:ascii="Times New Roman" w:hAnsi="Times New Roman" w:cs="Times New Roman"/>
          <w:lang w:val="ru-RU"/>
        </w:rPr>
        <w:t>Жеткізуші</w:t>
      </w:r>
      <w:proofErr w:type="spellEnd"/>
      <w:r w:rsidR="00A94434" w:rsidRPr="00A94434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="00A94434" w:rsidRPr="00A94434">
        <w:rPr>
          <w:rFonts w:ascii="Times New Roman" w:hAnsi="Times New Roman" w:cs="Times New Roman"/>
          <w:lang w:val="ru-RU"/>
        </w:rPr>
        <w:t>деректерді</w:t>
      </w:r>
      <w:proofErr w:type="spellEnd"/>
      <w:r w:rsidR="00A94434" w:rsidRPr="00A94434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="00A94434" w:rsidRPr="00A94434">
        <w:rPr>
          <w:rFonts w:ascii="Times New Roman" w:hAnsi="Times New Roman" w:cs="Times New Roman"/>
          <w:lang w:val="ru-RU"/>
        </w:rPr>
        <w:t>Көлік</w:t>
      </w:r>
      <w:proofErr w:type="spellEnd"/>
      <w:r w:rsidR="00A94434" w:rsidRPr="00A94434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="00A94434" w:rsidRPr="00A94434">
        <w:rPr>
          <w:rFonts w:ascii="Times New Roman" w:hAnsi="Times New Roman" w:cs="Times New Roman"/>
          <w:lang w:val="ru-RU"/>
        </w:rPr>
        <w:t>құралдарын</w:t>
      </w:r>
      <w:proofErr w:type="spellEnd"/>
      <w:r w:rsidR="00A94434" w:rsidRPr="00A94434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="00A94434" w:rsidRPr="00A94434">
        <w:rPr>
          <w:rFonts w:ascii="Times New Roman" w:hAnsi="Times New Roman" w:cs="Times New Roman"/>
          <w:lang w:val="ru-RU"/>
        </w:rPr>
        <w:t>сақтау</w:t>
      </w:r>
      <w:proofErr w:type="spellEnd"/>
      <w:r w:rsidR="00A94434" w:rsidRPr="00A94434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="00A94434" w:rsidRPr="00A94434">
        <w:rPr>
          <w:rFonts w:ascii="Times New Roman" w:hAnsi="Times New Roman" w:cs="Times New Roman"/>
          <w:lang w:val="ru-RU"/>
        </w:rPr>
        <w:t>және</w:t>
      </w:r>
      <w:proofErr w:type="spellEnd"/>
      <w:r w:rsidR="00A94434" w:rsidRPr="00A94434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="00A94434" w:rsidRPr="00A94434">
        <w:rPr>
          <w:rFonts w:ascii="Times New Roman" w:hAnsi="Times New Roman" w:cs="Times New Roman"/>
          <w:lang w:val="ru-RU"/>
        </w:rPr>
        <w:t>бақылаудың</w:t>
      </w:r>
      <w:proofErr w:type="spellEnd"/>
      <w:r w:rsidR="00A94434" w:rsidRPr="00A94434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="00A94434" w:rsidRPr="00A94434">
        <w:rPr>
          <w:rFonts w:ascii="Times New Roman" w:hAnsi="Times New Roman" w:cs="Times New Roman"/>
          <w:lang w:val="ru-RU"/>
        </w:rPr>
        <w:t>бірыңғай</w:t>
      </w:r>
      <w:proofErr w:type="spellEnd"/>
      <w:r w:rsidR="00A94434" w:rsidRPr="00A94434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="00A94434" w:rsidRPr="00A94434">
        <w:rPr>
          <w:rFonts w:ascii="Times New Roman" w:hAnsi="Times New Roman" w:cs="Times New Roman"/>
          <w:lang w:val="ru-RU"/>
        </w:rPr>
        <w:t>ақпараттық</w:t>
      </w:r>
      <w:proofErr w:type="spellEnd"/>
      <w:r w:rsidR="00A94434" w:rsidRPr="00A94434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="00A94434" w:rsidRPr="00A94434">
        <w:rPr>
          <w:rFonts w:ascii="Times New Roman" w:hAnsi="Times New Roman" w:cs="Times New Roman"/>
          <w:lang w:val="ru-RU"/>
        </w:rPr>
        <w:t>жүйесіне</w:t>
      </w:r>
      <w:proofErr w:type="spellEnd"/>
      <w:r w:rsidR="00A94434" w:rsidRPr="00A94434">
        <w:rPr>
          <w:rFonts w:ascii="Times New Roman" w:hAnsi="Times New Roman" w:cs="Times New Roman"/>
          <w:lang w:val="ru-RU"/>
        </w:rPr>
        <w:t xml:space="preserve"> (EISTO) </w:t>
      </w:r>
      <w:proofErr w:type="spellStart"/>
      <w:r w:rsidR="00A94434" w:rsidRPr="00A94434">
        <w:rPr>
          <w:rFonts w:ascii="Times New Roman" w:hAnsi="Times New Roman" w:cs="Times New Roman"/>
          <w:lang w:val="ru-RU"/>
        </w:rPr>
        <w:t>енгізеді</w:t>
      </w:r>
      <w:proofErr w:type="spellEnd"/>
      <w:r w:rsidR="00A94434" w:rsidRPr="00A94434">
        <w:rPr>
          <w:rFonts w:ascii="Times New Roman" w:hAnsi="Times New Roman" w:cs="Times New Roman"/>
          <w:lang w:val="ru-RU"/>
        </w:rPr>
        <w:t xml:space="preserve">. </w:t>
      </w:r>
      <w:proofErr w:type="spellStart"/>
      <w:r w:rsidR="00A94434" w:rsidRPr="00A94434">
        <w:rPr>
          <w:rFonts w:ascii="Times New Roman" w:hAnsi="Times New Roman" w:cs="Times New Roman"/>
          <w:lang w:val="ru-RU"/>
        </w:rPr>
        <w:t>Сәтті</w:t>
      </w:r>
      <w:proofErr w:type="spellEnd"/>
      <w:r w:rsidR="00A94434" w:rsidRPr="00A94434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="00A94434" w:rsidRPr="00A94434">
        <w:rPr>
          <w:rFonts w:ascii="Times New Roman" w:hAnsi="Times New Roman" w:cs="Times New Roman"/>
          <w:lang w:val="ru-RU"/>
        </w:rPr>
        <w:t>аяқталғаннан</w:t>
      </w:r>
      <w:proofErr w:type="spellEnd"/>
      <w:r w:rsidR="00A94434" w:rsidRPr="00A94434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="00A94434" w:rsidRPr="00A94434">
        <w:rPr>
          <w:rFonts w:ascii="Times New Roman" w:hAnsi="Times New Roman" w:cs="Times New Roman"/>
          <w:lang w:val="ru-RU"/>
        </w:rPr>
        <w:t>кейін</w:t>
      </w:r>
      <w:proofErr w:type="spellEnd"/>
      <w:r w:rsidR="00A94434" w:rsidRPr="00A94434">
        <w:rPr>
          <w:rFonts w:ascii="Times New Roman" w:hAnsi="Times New Roman" w:cs="Times New Roman"/>
          <w:lang w:val="ru-RU"/>
        </w:rPr>
        <w:t xml:space="preserve">, Алматы </w:t>
      </w:r>
      <w:proofErr w:type="spellStart"/>
      <w:r w:rsidR="00A94434" w:rsidRPr="00A94434">
        <w:rPr>
          <w:rFonts w:ascii="Times New Roman" w:hAnsi="Times New Roman" w:cs="Times New Roman"/>
          <w:lang w:val="ru-RU"/>
        </w:rPr>
        <w:t>экологиялық</w:t>
      </w:r>
      <w:proofErr w:type="spellEnd"/>
      <w:r w:rsidR="00A94434" w:rsidRPr="00A94434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="00A94434" w:rsidRPr="00A94434">
        <w:rPr>
          <w:rFonts w:ascii="Times New Roman" w:hAnsi="Times New Roman" w:cs="Times New Roman"/>
          <w:lang w:val="ru-RU"/>
        </w:rPr>
        <w:t>стандарттарына</w:t>
      </w:r>
      <w:proofErr w:type="spellEnd"/>
      <w:r w:rsidR="00A94434" w:rsidRPr="00A94434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="00A94434" w:rsidRPr="00A94434">
        <w:rPr>
          <w:rFonts w:ascii="Times New Roman" w:hAnsi="Times New Roman" w:cs="Times New Roman"/>
          <w:lang w:val="ru-RU"/>
        </w:rPr>
        <w:t>сәйкестігін</w:t>
      </w:r>
      <w:proofErr w:type="spellEnd"/>
      <w:r w:rsidR="00A94434" w:rsidRPr="00A94434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="00A94434" w:rsidRPr="00A94434">
        <w:rPr>
          <w:rFonts w:ascii="Times New Roman" w:hAnsi="Times New Roman" w:cs="Times New Roman"/>
          <w:lang w:val="ru-RU"/>
        </w:rPr>
        <w:t>көрсететін</w:t>
      </w:r>
      <w:proofErr w:type="spellEnd"/>
      <w:r w:rsidR="00A94434" w:rsidRPr="00A94434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="00A94434" w:rsidRPr="00A94434">
        <w:rPr>
          <w:rFonts w:ascii="Times New Roman" w:hAnsi="Times New Roman" w:cs="Times New Roman"/>
          <w:lang w:val="ru-RU"/>
        </w:rPr>
        <w:t>белгісі</w:t>
      </w:r>
      <w:proofErr w:type="spellEnd"/>
      <w:r w:rsidR="00A94434" w:rsidRPr="00A94434">
        <w:rPr>
          <w:rFonts w:ascii="Times New Roman" w:hAnsi="Times New Roman" w:cs="Times New Roman"/>
          <w:lang w:val="ru-RU"/>
        </w:rPr>
        <w:t xml:space="preserve"> бар </w:t>
      </w:r>
      <w:proofErr w:type="spellStart"/>
      <w:r w:rsidR="00A94434" w:rsidRPr="00A94434">
        <w:rPr>
          <w:rFonts w:ascii="Times New Roman" w:hAnsi="Times New Roman" w:cs="Times New Roman"/>
          <w:lang w:val="ru-RU"/>
        </w:rPr>
        <w:t>техникалық</w:t>
      </w:r>
      <w:proofErr w:type="spellEnd"/>
      <w:r w:rsidR="00A94434" w:rsidRPr="00A94434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="00A94434" w:rsidRPr="00A94434">
        <w:rPr>
          <w:rFonts w:ascii="Times New Roman" w:hAnsi="Times New Roman" w:cs="Times New Roman"/>
          <w:lang w:val="ru-RU"/>
        </w:rPr>
        <w:t>тексеру</w:t>
      </w:r>
      <w:proofErr w:type="spellEnd"/>
      <w:r w:rsidR="00A94434" w:rsidRPr="00A94434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="00A94434" w:rsidRPr="00A94434">
        <w:rPr>
          <w:rFonts w:ascii="Times New Roman" w:hAnsi="Times New Roman" w:cs="Times New Roman"/>
          <w:lang w:val="ru-RU"/>
        </w:rPr>
        <w:t>диагностикалық</w:t>
      </w:r>
      <w:proofErr w:type="spellEnd"/>
      <w:r w:rsidR="00A94434" w:rsidRPr="00A94434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="00A94434" w:rsidRPr="00A94434">
        <w:rPr>
          <w:rFonts w:ascii="Times New Roman" w:hAnsi="Times New Roman" w:cs="Times New Roman"/>
          <w:lang w:val="ru-RU"/>
        </w:rPr>
        <w:t>картасы</w:t>
      </w:r>
      <w:proofErr w:type="spellEnd"/>
      <w:r w:rsidR="00A94434" w:rsidRPr="00A94434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="00A94434" w:rsidRPr="00A94434">
        <w:rPr>
          <w:rFonts w:ascii="Times New Roman" w:hAnsi="Times New Roman" w:cs="Times New Roman"/>
          <w:lang w:val="ru-RU"/>
        </w:rPr>
        <w:t>беріледі</w:t>
      </w:r>
      <w:proofErr w:type="spellEnd"/>
      <w:r w:rsidR="00A94434" w:rsidRPr="00A94434">
        <w:rPr>
          <w:rFonts w:ascii="Times New Roman" w:hAnsi="Times New Roman" w:cs="Times New Roman"/>
          <w:lang w:val="ru-RU"/>
        </w:rPr>
        <w:t>.</w:t>
      </w:r>
      <w:r w:rsidR="00692A0C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="00692A0C" w:rsidRPr="00692A0C">
        <w:rPr>
          <w:rFonts w:ascii="Times New Roman" w:hAnsi="Times New Roman" w:cs="Times New Roman"/>
          <w:lang w:val="ru-RU"/>
        </w:rPr>
        <w:t>Көлік</w:t>
      </w:r>
      <w:proofErr w:type="spellEnd"/>
      <w:r w:rsidR="00692A0C" w:rsidRPr="00692A0C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="00692A0C" w:rsidRPr="00692A0C">
        <w:rPr>
          <w:rFonts w:ascii="Times New Roman" w:hAnsi="Times New Roman" w:cs="Times New Roman"/>
          <w:lang w:val="ru-RU"/>
        </w:rPr>
        <w:t>құралының</w:t>
      </w:r>
      <w:proofErr w:type="spellEnd"/>
      <w:r w:rsidR="00692A0C" w:rsidRPr="00692A0C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="00692A0C" w:rsidRPr="00692A0C">
        <w:rPr>
          <w:rFonts w:ascii="Times New Roman" w:hAnsi="Times New Roman" w:cs="Times New Roman"/>
          <w:lang w:val="ru-RU"/>
        </w:rPr>
        <w:t>иесіне</w:t>
      </w:r>
      <w:proofErr w:type="spellEnd"/>
      <w:r w:rsidR="00692A0C" w:rsidRPr="00692A0C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="00692A0C" w:rsidRPr="00692A0C">
        <w:rPr>
          <w:rFonts w:ascii="Times New Roman" w:hAnsi="Times New Roman" w:cs="Times New Roman"/>
          <w:lang w:val="ru-RU"/>
        </w:rPr>
        <w:t>диагностикалық</w:t>
      </w:r>
      <w:proofErr w:type="spellEnd"/>
      <w:r w:rsidR="00692A0C" w:rsidRPr="00692A0C">
        <w:rPr>
          <w:rFonts w:ascii="Times New Roman" w:hAnsi="Times New Roman" w:cs="Times New Roman"/>
          <w:lang w:val="ru-RU"/>
        </w:rPr>
        <w:t xml:space="preserve"> карта </w:t>
      </w:r>
      <w:proofErr w:type="spellStart"/>
      <w:r w:rsidR="00692A0C" w:rsidRPr="00692A0C">
        <w:rPr>
          <w:rFonts w:ascii="Times New Roman" w:hAnsi="Times New Roman" w:cs="Times New Roman"/>
          <w:lang w:val="ru-RU"/>
        </w:rPr>
        <w:t>міндетті</w:t>
      </w:r>
      <w:proofErr w:type="spellEnd"/>
      <w:r w:rsidR="00692A0C" w:rsidRPr="00692A0C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="00692A0C" w:rsidRPr="00692A0C">
        <w:rPr>
          <w:rFonts w:ascii="Times New Roman" w:hAnsi="Times New Roman" w:cs="Times New Roman"/>
          <w:lang w:val="ru-RU"/>
        </w:rPr>
        <w:t>техникалық</w:t>
      </w:r>
      <w:proofErr w:type="spellEnd"/>
      <w:r w:rsidR="00692A0C" w:rsidRPr="00692A0C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="00692A0C" w:rsidRPr="00692A0C">
        <w:rPr>
          <w:rFonts w:ascii="Times New Roman" w:hAnsi="Times New Roman" w:cs="Times New Roman"/>
          <w:lang w:val="ru-RU"/>
        </w:rPr>
        <w:t>байқаудан</w:t>
      </w:r>
      <w:proofErr w:type="spellEnd"/>
      <w:r w:rsidR="00692A0C" w:rsidRPr="00692A0C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="00692A0C" w:rsidRPr="00692A0C">
        <w:rPr>
          <w:rFonts w:ascii="Times New Roman" w:hAnsi="Times New Roman" w:cs="Times New Roman"/>
          <w:lang w:val="ru-RU"/>
        </w:rPr>
        <w:t>өтудің</w:t>
      </w:r>
      <w:proofErr w:type="spellEnd"/>
      <w:r w:rsidR="00692A0C" w:rsidRPr="00692A0C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="00692A0C" w:rsidRPr="00692A0C">
        <w:rPr>
          <w:rFonts w:ascii="Times New Roman" w:hAnsi="Times New Roman" w:cs="Times New Roman"/>
          <w:lang w:val="ru-RU"/>
        </w:rPr>
        <w:t>белгіленген</w:t>
      </w:r>
      <w:proofErr w:type="spellEnd"/>
      <w:r w:rsidR="00692A0C" w:rsidRPr="00692A0C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="00692A0C" w:rsidRPr="00692A0C">
        <w:rPr>
          <w:rFonts w:ascii="Times New Roman" w:hAnsi="Times New Roman" w:cs="Times New Roman"/>
          <w:lang w:val="ru-RU"/>
        </w:rPr>
        <w:t>кезеңділігіне</w:t>
      </w:r>
      <w:proofErr w:type="spellEnd"/>
      <w:r w:rsidR="00692A0C" w:rsidRPr="00692A0C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="00692A0C" w:rsidRPr="00692A0C">
        <w:rPr>
          <w:rFonts w:ascii="Times New Roman" w:hAnsi="Times New Roman" w:cs="Times New Roman"/>
          <w:lang w:val="ru-RU"/>
        </w:rPr>
        <w:t>сәйкес</w:t>
      </w:r>
      <w:proofErr w:type="spellEnd"/>
      <w:r w:rsidR="00692A0C" w:rsidRPr="00692A0C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="00692A0C" w:rsidRPr="00692A0C">
        <w:rPr>
          <w:rFonts w:ascii="Times New Roman" w:hAnsi="Times New Roman" w:cs="Times New Roman"/>
          <w:lang w:val="ru-RU"/>
        </w:rPr>
        <w:t>келесі</w:t>
      </w:r>
      <w:proofErr w:type="spellEnd"/>
      <w:r w:rsidR="00692A0C" w:rsidRPr="00692A0C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="00692A0C" w:rsidRPr="00692A0C">
        <w:rPr>
          <w:rFonts w:ascii="Times New Roman" w:hAnsi="Times New Roman" w:cs="Times New Roman"/>
          <w:lang w:val="ru-RU"/>
        </w:rPr>
        <w:t>міндетті</w:t>
      </w:r>
      <w:proofErr w:type="spellEnd"/>
      <w:r w:rsidR="00692A0C" w:rsidRPr="00692A0C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="00692A0C" w:rsidRPr="00692A0C">
        <w:rPr>
          <w:rFonts w:ascii="Times New Roman" w:hAnsi="Times New Roman" w:cs="Times New Roman"/>
          <w:lang w:val="ru-RU"/>
        </w:rPr>
        <w:t>техникалық</w:t>
      </w:r>
      <w:proofErr w:type="spellEnd"/>
      <w:r w:rsidR="00692A0C" w:rsidRPr="00692A0C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="00692A0C" w:rsidRPr="00692A0C">
        <w:rPr>
          <w:rFonts w:ascii="Times New Roman" w:hAnsi="Times New Roman" w:cs="Times New Roman"/>
          <w:lang w:val="ru-RU"/>
        </w:rPr>
        <w:t>байқаудан</w:t>
      </w:r>
      <w:proofErr w:type="spellEnd"/>
      <w:r w:rsidR="00692A0C" w:rsidRPr="00692A0C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="00692A0C" w:rsidRPr="00692A0C">
        <w:rPr>
          <w:rFonts w:ascii="Times New Roman" w:hAnsi="Times New Roman" w:cs="Times New Roman"/>
          <w:lang w:val="ru-RU"/>
        </w:rPr>
        <w:t>өту</w:t>
      </w:r>
      <w:proofErr w:type="spellEnd"/>
      <w:r w:rsidR="00692A0C" w:rsidRPr="00692A0C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="00692A0C" w:rsidRPr="00692A0C">
        <w:rPr>
          <w:rFonts w:ascii="Times New Roman" w:hAnsi="Times New Roman" w:cs="Times New Roman"/>
          <w:lang w:val="ru-RU"/>
        </w:rPr>
        <w:t>мерзімін</w:t>
      </w:r>
      <w:proofErr w:type="spellEnd"/>
      <w:r w:rsidR="00692A0C" w:rsidRPr="00692A0C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="00692A0C" w:rsidRPr="00692A0C">
        <w:rPr>
          <w:rFonts w:ascii="Times New Roman" w:hAnsi="Times New Roman" w:cs="Times New Roman"/>
          <w:lang w:val="ru-RU"/>
        </w:rPr>
        <w:t>көрсете</w:t>
      </w:r>
      <w:proofErr w:type="spellEnd"/>
      <w:r w:rsidR="00692A0C" w:rsidRPr="00692A0C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="00692A0C" w:rsidRPr="00692A0C">
        <w:rPr>
          <w:rFonts w:ascii="Times New Roman" w:hAnsi="Times New Roman" w:cs="Times New Roman"/>
          <w:lang w:val="ru-RU"/>
        </w:rPr>
        <w:t>отырып</w:t>
      </w:r>
      <w:proofErr w:type="spellEnd"/>
      <w:r w:rsidR="00692A0C" w:rsidRPr="00692A0C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="00692A0C" w:rsidRPr="00692A0C">
        <w:rPr>
          <w:rFonts w:ascii="Times New Roman" w:hAnsi="Times New Roman" w:cs="Times New Roman"/>
          <w:lang w:val="ru-RU"/>
        </w:rPr>
        <w:t>беріледі</w:t>
      </w:r>
      <w:proofErr w:type="spellEnd"/>
      <w:r w:rsidR="00692A0C" w:rsidRPr="00692A0C">
        <w:rPr>
          <w:rFonts w:ascii="Times New Roman" w:hAnsi="Times New Roman" w:cs="Times New Roman"/>
          <w:lang w:val="ru-RU"/>
        </w:rPr>
        <w:t>.</w:t>
      </w:r>
    </w:p>
    <w:tbl>
      <w:tblPr>
        <w:tblStyle w:val="aff0"/>
        <w:tblW w:w="0" w:type="auto"/>
        <w:tblInd w:w="-5" w:type="dxa"/>
        <w:tblLook w:val="04A0" w:firstRow="1" w:lastRow="0" w:firstColumn="1" w:lastColumn="0" w:noHBand="0" w:noVBand="1"/>
      </w:tblPr>
      <w:tblGrid>
        <w:gridCol w:w="564"/>
        <w:gridCol w:w="3883"/>
        <w:gridCol w:w="2743"/>
        <w:gridCol w:w="2733"/>
      </w:tblGrid>
      <w:tr w:rsidR="00822FB7" w:rsidRPr="00C17AAB" w:rsidTr="00946C42">
        <w:trPr>
          <w:trHeight w:val="357"/>
        </w:trPr>
        <w:tc>
          <w:tcPr>
            <w:tcW w:w="5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2FB7" w:rsidRPr="00C17AAB" w:rsidRDefault="00822FB7" w:rsidP="00946C42">
            <w:pPr>
              <w:spacing w:line="276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17AAB">
              <w:rPr>
                <w:rFonts w:ascii="Times New Roman" w:hAnsi="Times New Roman" w:cs="Times New Roman"/>
                <w:b/>
                <w:sz w:val="20"/>
                <w:szCs w:val="20"/>
              </w:rPr>
              <w:t>№</w:t>
            </w:r>
          </w:p>
        </w:tc>
        <w:tc>
          <w:tcPr>
            <w:tcW w:w="38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2FB7" w:rsidRPr="00C17AAB" w:rsidRDefault="00822FB7" w:rsidP="00946C42">
            <w:pPr>
              <w:spacing w:line="276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C17AAB">
              <w:rPr>
                <w:rFonts w:ascii="Times New Roman" w:hAnsi="Times New Roman" w:cs="Times New Roman"/>
                <w:b/>
                <w:sz w:val="20"/>
                <w:szCs w:val="20"/>
              </w:rPr>
              <w:t>Автокөліктің</w:t>
            </w:r>
            <w:proofErr w:type="spellEnd"/>
            <w:r w:rsidRPr="00C17AA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C17AAB">
              <w:rPr>
                <w:rFonts w:ascii="Times New Roman" w:hAnsi="Times New Roman" w:cs="Times New Roman"/>
                <w:b/>
                <w:sz w:val="20"/>
                <w:szCs w:val="20"/>
              </w:rPr>
              <w:t>атауы</w:t>
            </w:r>
            <w:proofErr w:type="spellEnd"/>
          </w:p>
        </w:tc>
        <w:tc>
          <w:tcPr>
            <w:tcW w:w="27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2FB7" w:rsidRPr="00822FB7" w:rsidRDefault="00822FB7" w:rsidP="00946C42">
            <w:pPr>
              <w:spacing w:line="276" w:lineRule="auto"/>
              <w:rPr>
                <w:rFonts w:ascii="Times New Roman" w:hAnsi="Times New Roman" w:cs="Times New Roman"/>
                <w:b/>
                <w:sz w:val="20"/>
                <w:szCs w:val="20"/>
                <w:lang w:val="ru-RU"/>
              </w:rPr>
            </w:pPr>
            <w:r w:rsidRPr="00822FB7">
              <w:rPr>
                <w:rFonts w:ascii="Times New Roman" w:hAnsi="Times New Roman" w:cs="Times New Roman"/>
                <w:b/>
                <w:sz w:val="20"/>
                <w:szCs w:val="20"/>
                <w:lang w:val="ru-RU"/>
              </w:rPr>
              <w:t xml:space="preserve">Автомобиль </w:t>
            </w:r>
            <w:proofErr w:type="spellStart"/>
            <w:r w:rsidRPr="00822FB7">
              <w:rPr>
                <w:rFonts w:ascii="Times New Roman" w:hAnsi="Times New Roman" w:cs="Times New Roman"/>
                <w:b/>
                <w:sz w:val="20"/>
                <w:szCs w:val="20"/>
                <w:lang w:val="ru-RU"/>
              </w:rPr>
              <w:t>шығарылған</w:t>
            </w:r>
            <w:proofErr w:type="spellEnd"/>
            <w:r w:rsidRPr="00822FB7">
              <w:rPr>
                <w:rFonts w:ascii="Times New Roman" w:hAnsi="Times New Roman" w:cs="Times New Roman"/>
                <w:b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822FB7">
              <w:rPr>
                <w:rFonts w:ascii="Times New Roman" w:hAnsi="Times New Roman" w:cs="Times New Roman"/>
                <w:b/>
                <w:sz w:val="20"/>
                <w:szCs w:val="20"/>
                <w:lang w:val="ru-RU"/>
              </w:rPr>
              <w:t>жылы</w:t>
            </w:r>
            <w:proofErr w:type="spellEnd"/>
          </w:p>
        </w:tc>
        <w:tc>
          <w:tcPr>
            <w:tcW w:w="27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2FB7" w:rsidRPr="00C17AAB" w:rsidRDefault="00822FB7" w:rsidP="00946C42">
            <w:pPr>
              <w:spacing w:line="276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C17AAB">
              <w:rPr>
                <w:rFonts w:ascii="Times New Roman" w:hAnsi="Times New Roman" w:cs="Times New Roman"/>
                <w:b/>
                <w:sz w:val="20"/>
                <w:szCs w:val="20"/>
              </w:rPr>
              <w:t>Мемлекеттік</w:t>
            </w:r>
            <w:proofErr w:type="spellEnd"/>
            <w:r w:rsidRPr="00C17AA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C17AAB">
              <w:rPr>
                <w:rFonts w:ascii="Times New Roman" w:hAnsi="Times New Roman" w:cs="Times New Roman"/>
                <w:b/>
                <w:sz w:val="20"/>
                <w:szCs w:val="20"/>
              </w:rPr>
              <w:t>нөмірі</w:t>
            </w:r>
            <w:proofErr w:type="spellEnd"/>
          </w:p>
        </w:tc>
      </w:tr>
      <w:tr w:rsidR="00822FB7" w:rsidRPr="00C17AAB" w:rsidTr="00946C42">
        <w:tc>
          <w:tcPr>
            <w:tcW w:w="5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2FB7" w:rsidRPr="00C17AAB" w:rsidRDefault="00822FB7" w:rsidP="00946C42">
            <w:pPr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17AAB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8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2FB7" w:rsidRPr="00C17AAB" w:rsidRDefault="00822FB7" w:rsidP="00946C42">
            <w:pPr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17AAB">
              <w:rPr>
                <w:rFonts w:ascii="Times New Roman" w:hAnsi="Times New Roman" w:cs="Times New Roman"/>
                <w:sz w:val="20"/>
                <w:szCs w:val="20"/>
              </w:rPr>
              <w:t>Toyota Corolla</w:t>
            </w:r>
          </w:p>
        </w:tc>
        <w:tc>
          <w:tcPr>
            <w:tcW w:w="27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2FB7" w:rsidRPr="00C17AAB" w:rsidRDefault="00822FB7" w:rsidP="00946C42">
            <w:pPr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17AAB">
              <w:rPr>
                <w:rFonts w:ascii="Times New Roman" w:hAnsi="Times New Roman" w:cs="Times New Roman"/>
                <w:sz w:val="20"/>
                <w:szCs w:val="20"/>
              </w:rPr>
              <w:t>2016</w:t>
            </w:r>
          </w:p>
        </w:tc>
        <w:tc>
          <w:tcPr>
            <w:tcW w:w="27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2FB7" w:rsidRPr="00C17AAB" w:rsidRDefault="00822FB7" w:rsidP="00946C42">
            <w:pPr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17AAB">
              <w:rPr>
                <w:rFonts w:ascii="Times New Roman" w:hAnsi="Times New Roman" w:cs="Times New Roman"/>
                <w:sz w:val="20"/>
                <w:szCs w:val="20"/>
              </w:rPr>
              <w:t>252AS02</w:t>
            </w:r>
          </w:p>
        </w:tc>
      </w:tr>
      <w:tr w:rsidR="00822FB7" w:rsidRPr="00C17AAB" w:rsidTr="00946C42">
        <w:trPr>
          <w:trHeight w:val="70"/>
        </w:trPr>
        <w:tc>
          <w:tcPr>
            <w:tcW w:w="5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2FB7" w:rsidRPr="00C17AAB" w:rsidRDefault="00822FB7" w:rsidP="00946C42">
            <w:pPr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17AAB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8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2FB7" w:rsidRPr="00C17AAB" w:rsidRDefault="00822FB7" w:rsidP="00946C42">
            <w:pPr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17AAB">
              <w:rPr>
                <w:rFonts w:ascii="Times New Roman" w:hAnsi="Times New Roman" w:cs="Times New Roman"/>
                <w:sz w:val="20"/>
                <w:szCs w:val="20"/>
              </w:rPr>
              <w:t xml:space="preserve">Nissan </w:t>
            </w:r>
            <w:proofErr w:type="spellStart"/>
            <w:r w:rsidRPr="00C17AAB">
              <w:rPr>
                <w:rFonts w:ascii="Times New Roman" w:hAnsi="Times New Roman" w:cs="Times New Roman"/>
                <w:sz w:val="20"/>
                <w:szCs w:val="20"/>
              </w:rPr>
              <w:t>Terrano</w:t>
            </w:r>
            <w:proofErr w:type="spellEnd"/>
          </w:p>
        </w:tc>
        <w:tc>
          <w:tcPr>
            <w:tcW w:w="27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2FB7" w:rsidRPr="00C17AAB" w:rsidRDefault="00822FB7" w:rsidP="00946C42">
            <w:pPr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17AAB">
              <w:rPr>
                <w:rFonts w:ascii="Times New Roman" w:hAnsi="Times New Roman" w:cs="Times New Roman"/>
                <w:sz w:val="20"/>
                <w:szCs w:val="20"/>
              </w:rPr>
              <w:t xml:space="preserve">2018 </w:t>
            </w:r>
          </w:p>
        </w:tc>
        <w:tc>
          <w:tcPr>
            <w:tcW w:w="27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2FB7" w:rsidRPr="00C17AAB" w:rsidRDefault="00822FB7" w:rsidP="00946C42">
            <w:pPr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17AAB">
              <w:rPr>
                <w:rFonts w:ascii="Times New Roman" w:hAnsi="Times New Roman" w:cs="Times New Roman"/>
                <w:sz w:val="20"/>
                <w:szCs w:val="20"/>
              </w:rPr>
              <w:t>623DR02</w:t>
            </w:r>
          </w:p>
        </w:tc>
      </w:tr>
      <w:tr w:rsidR="00822FB7" w:rsidRPr="00C17AAB" w:rsidTr="00946C42">
        <w:tc>
          <w:tcPr>
            <w:tcW w:w="5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2FB7" w:rsidRPr="00C17AAB" w:rsidRDefault="00822FB7" w:rsidP="00946C42">
            <w:pPr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17AAB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38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2FB7" w:rsidRPr="00C17AAB" w:rsidRDefault="00822FB7" w:rsidP="00946C42">
            <w:pPr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17AAB">
              <w:rPr>
                <w:rFonts w:ascii="Times New Roman" w:hAnsi="Times New Roman" w:cs="Times New Roman"/>
                <w:sz w:val="20"/>
                <w:szCs w:val="20"/>
              </w:rPr>
              <w:t xml:space="preserve">Nissan </w:t>
            </w:r>
            <w:proofErr w:type="spellStart"/>
            <w:r w:rsidRPr="00C17AAB">
              <w:rPr>
                <w:rFonts w:ascii="Times New Roman" w:hAnsi="Times New Roman" w:cs="Times New Roman"/>
                <w:sz w:val="20"/>
                <w:szCs w:val="20"/>
              </w:rPr>
              <w:t>Terrano</w:t>
            </w:r>
            <w:proofErr w:type="spellEnd"/>
          </w:p>
        </w:tc>
        <w:tc>
          <w:tcPr>
            <w:tcW w:w="27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2FB7" w:rsidRPr="00C17AAB" w:rsidRDefault="00822FB7" w:rsidP="00946C42">
            <w:pPr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17AAB">
              <w:rPr>
                <w:rFonts w:ascii="Times New Roman" w:hAnsi="Times New Roman" w:cs="Times New Roman"/>
                <w:sz w:val="20"/>
                <w:szCs w:val="20"/>
              </w:rPr>
              <w:t xml:space="preserve">2018 </w:t>
            </w:r>
          </w:p>
        </w:tc>
        <w:tc>
          <w:tcPr>
            <w:tcW w:w="27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2FB7" w:rsidRPr="00C17AAB" w:rsidRDefault="00822FB7" w:rsidP="00946C42">
            <w:pPr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17AAB">
              <w:rPr>
                <w:rFonts w:ascii="Times New Roman" w:hAnsi="Times New Roman" w:cs="Times New Roman"/>
                <w:sz w:val="20"/>
                <w:szCs w:val="20"/>
              </w:rPr>
              <w:t>624DR02</w:t>
            </w:r>
          </w:p>
        </w:tc>
      </w:tr>
    </w:tbl>
    <w:p w:rsidR="00822FB7" w:rsidRDefault="00822FB7" w:rsidP="00A94434">
      <w:pPr>
        <w:rPr>
          <w:rFonts w:ascii="Times New Roman" w:hAnsi="Times New Roman" w:cs="Times New Roman"/>
          <w:lang w:val="ru-RU"/>
        </w:rPr>
      </w:pPr>
    </w:p>
    <w:p w:rsidR="00A94434" w:rsidRPr="00822FB7" w:rsidRDefault="00970369" w:rsidP="00822FB7">
      <w:pPr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ab/>
      </w:r>
      <w:proofErr w:type="spellStart"/>
      <w:r w:rsidR="00A94434" w:rsidRPr="00A94434">
        <w:rPr>
          <w:rFonts w:ascii="Times New Roman" w:hAnsi="Times New Roman" w:cs="Times New Roman"/>
          <w:lang w:val="ru-RU"/>
        </w:rPr>
        <w:t>Қызметтерді</w:t>
      </w:r>
      <w:proofErr w:type="spellEnd"/>
      <w:r w:rsidR="00A94434" w:rsidRPr="00A94434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="00A94434" w:rsidRPr="00A94434">
        <w:rPr>
          <w:rFonts w:ascii="Times New Roman" w:hAnsi="Times New Roman" w:cs="Times New Roman"/>
          <w:lang w:val="ru-RU"/>
        </w:rPr>
        <w:t>көрсету</w:t>
      </w:r>
      <w:proofErr w:type="spellEnd"/>
      <w:r w:rsidR="00A94434" w:rsidRPr="00A94434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="00A94434" w:rsidRPr="00A94434">
        <w:rPr>
          <w:rFonts w:ascii="Times New Roman" w:hAnsi="Times New Roman" w:cs="Times New Roman"/>
          <w:lang w:val="ru-RU"/>
        </w:rPr>
        <w:t>мерзімі</w:t>
      </w:r>
      <w:proofErr w:type="spellEnd"/>
      <w:r w:rsidR="00A94434" w:rsidRPr="00A94434">
        <w:rPr>
          <w:rFonts w:ascii="Times New Roman" w:hAnsi="Times New Roman" w:cs="Times New Roman"/>
          <w:lang w:val="ru-RU"/>
        </w:rPr>
        <w:t xml:space="preserve">: </w:t>
      </w:r>
      <w:proofErr w:type="spellStart"/>
      <w:r w:rsidR="00822FB7">
        <w:rPr>
          <w:rFonts w:ascii="Times New Roman" w:hAnsi="Times New Roman" w:cs="Times New Roman"/>
          <w:lang w:val="ru-RU"/>
        </w:rPr>
        <w:t>Т</w:t>
      </w:r>
      <w:r w:rsidR="00822FB7" w:rsidRPr="00822FB7">
        <w:rPr>
          <w:rFonts w:ascii="Times New Roman" w:hAnsi="Times New Roman" w:cs="Times New Roman"/>
          <w:lang w:val="ru-RU"/>
        </w:rPr>
        <w:t>апсырыс</w:t>
      </w:r>
      <w:proofErr w:type="spellEnd"/>
      <w:r w:rsidR="00822FB7" w:rsidRPr="00822FB7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="00822FB7" w:rsidRPr="00822FB7">
        <w:rPr>
          <w:rFonts w:ascii="Times New Roman" w:hAnsi="Times New Roman" w:cs="Times New Roman"/>
          <w:lang w:val="ru-RU"/>
        </w:rPr>
        <w:t>берушіден</w:t>
      </w:r>
      <w:proofErr w:type="spellEnd"/>
      <w:r w:rsidR="00822FB7" w:rsidRPr="00822FB7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="00822FB7" w:rsidRPr="00822FB7">
        <w:rPr>
          <w:rFonts w:ascii="Times New Roman" w:hAnsi="Times New Roman" w:cs="Times New Roman"/>
          <w:lang w:val="ru-RU"/>
        </w:rPr>
        <w:t>өтінім</w:t>
      </w:r>
      <w:proofErr w:type="spellEnd"/>
      <w:r w:rsidR="00822FB7" w:rsidRPr="00822FB7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="00822FB7" w:rsidRPr="00822FB7">
        <w:rPr>
          <w:rFonts w:ascii="Times New Roman" w:hAnsi="Times New Roman" w:cs="Times New Roman"/>
          <w:lang w:val="ru-RU"/>
        </w:rPr>
        <w:t>берілген</w:t>
      </w:r>
      <w:proofErr w:type="spellEnd"/>
      <w:r w:rsidR="00822FB7" w:rsidRPr="00822FB7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="00822FB7" w:rsidRPr="00822FB7">
        <w:rPr>
          <w:rFonts w:ascii="Times New Roman" w:hAnsi="Times New Roman" w:cs="Times New Roman"/>
          <w:lang w:val="ru-RU"/>
        </w:rPr>
        <w:t>күннен</w:t>
      </w:r>
      <w:proofErr w:type="spellEnd"/>
      <w:r w:rsidR="00822FB7" w:rsidRPr="00822FB7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="00822FB7" w:rsidRPr="00822FB7">
        <w:rPr>
          <w:rFonts w:ascii="Times New Roman" w:hAnsi="Times New Roman" w:cs="Times New Roman"/>
          <w:lang w:val="ru-RU"/>
        </w:rPr>
        <w:t>бастап</w:t>
      </w:r>
      <w:proofErr w:type="spellEnd"/>
      <w:r w:rsidR="00822FB7" w:rsidRPr="00822FB7">
        <w:rPr>
          <w:rFonts w:ascii="Times New Roman" w:hAnsi="Times New Roman" w:cs="Times New Roman"/>
          <w:lang w:val="ru-RU"/>
        </w:rPr>
        <w:t xml:space="preserve"> 16 </w:t>
      </w:r>
      <w:proofErr w:type="spellStart"/>
      <w:r w:rsidR="00822FB7" w:rsidRPr="00822FB7">
        <w:rPr>
          <w:rFonts w:ascii="Times New Roman" w:hAnsi="Times New Roman" w:cs="Times New Roman"/>
          <w:lang w:val="ru-RU"/>
        </w:rPr>
        <w:t>күнтізбелік</w:t>
      </w:r>
      <w:proofErr w:type="spellEnd"/>
      <w:r w:rsidR="00822FB7" w:rsidRPr="00822FB7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="00822FB7" w:rsidRPr="00822FB7">
        <w:rPr>
          <w:rFonts w:ascii="Times New Roman" w:hAnsi="Times New Roman" w:cs="Times New Roman"/>
          <w:lang w:val="ru-RU"/>
        </w:rPr>
        <w:t>күн</w:t>
      </w:r>
      <w:proofErr w:type="spellEnd"/>
      <w:r w:rsidR="00822FB7" w:rsidRPr="00822FB7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="00822FB7" w:rsidRPr="00822FB7">
        <w:rPr>
          <w:rFonts w:ascii="Times New Roman" w:hAnsi="Times New Roman" w:cs="Times New Roman"/>
          <w:lang w:val="ru-RU"/>
        </w:rPr>
        <w:t>ішінде</w:t>
      </w:r>
      <w:proofErr w:type="spellEnd"/>
      <w:r w:rsidR="00822FB7" w:rsidRPr="00822FB7">
        <w:rPr>
          <w:rFonts w:ascii="Times New Roman" w:hAnsi="Times New Roman" w:cs="Times New Roman"/>
          <w:lang w:val="ru-RU"/>
        </w:rPr>
        <w:t>.</w:t>
      </w:r>
    </w:p>
    <w:p w:rsidR="00166C83" w:rsidRPr="00A94434" w:rsidRDefault="00491303">
      <w:pPr>
        <w:jc w:val="center"/>
        <w:rPr>
          <w:rFonts w:ascii="Times New Roman" w:hAnsi="Times New Roman" w:cs="Times New Roman"/>
          <w:lang w:val="ru-RU"/>
        </w:rPr>
      </w:pPr>
      <w:r w:rsidRPr="00A94434">
        <w:rPr>
          <w:rFonts w:ascii="Times New Roman" w:hAnsi="Times New Roman" w:cs="Times New Roman"/>
          <w:b/>
          <w:lang w:val="ru-RU"/>
        </w:rPr>
        <w:lastRenderedPageBreak/>
        <w:t>ТЕХНИЧЕСКАЯ СПЕЦИФИКАЦИЯ</w:t>
      </w:r>
      <w:r w:rsidRPr="00A94434">
        <w:rPr>
          <w:rFonts w:ascii="Times New Roman" w:hAnsi="Times New Roman" w:cs="Times New Roman"/>
          <w:b/>
          <w:lang w:val="ru-RU"/>
        </w:rPr>
        <w:br/>
        <w:t>на оказание услуг по проверке уровня выбросов вредных веществ (экологическому обследованию) и техническому осмотру автотранспортных средств</w:t>
      </w:r>
    </w:p>
    <w:p w:rsidR="00166C83" w:rsidRPr="00A94434" w:rsidRDefault="0097036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lang w:val="ru-RU"/>
        </w:rPr>
        <w:tab/>
      </w:r>
      <w:r w:rsidR="00491303" w:rsidRPr="00A94434">
        <w:rPr>
          <w:rFonts w:ascii="Times New Roman" w:hAnsi="Times New Roman" w:cs="Times New Roman"/>
          <w:b/>
          <w:lang w:val="ru-RU"/>
        </w:rPr>
        <w:t xml:space="preserve">1. Наименование услуг: </w:t>
      </w:r>
      <w:r w:rsidR="00491303" w:rsidRPr="00A94434">
        <w:rPr>
          <w:rFonts w:ascii="Times New Roman" w:hAnsi="Times New Roman" w:cs="Times New Roman"/>
          <w:lang w:val="ru-RU"/>
        </w:rPr>
        <w:t>Услуги по проведению обязательного технического осмотра автотранспортных средств с обязательной проверкой уровня выбросов вредных веществ в атмосферу (экологическим обследованием) для нужд Заказчика</w:t>
      </w:r>
      <w:r w:rsidR="00A94434" w:rsidRPr="00A94434">
        <w:rPr>
          <w:rFonts w:ascii="Times New Roman" w:hAnsi="Times New Roman" w:cs="Times New Roman"/>
          <w:lang w:val="kk-KZ"/>
        </w:rPr>
        <w:t xml:space="preserve"> – </w:t>
      </w:r>
      <w:r w:rsidR="00822FB7" w:rsidRPr="00822FB7">
        <w:rPr>
          <w:rFonts w:ascii="Times New Roman" w:hAnsi="Times New Roman" w:cs="Times New Roman"/>
          <w:lang w:val="ru-RU"/>
        </w:rPr>
        <w:t>3</w:t>
      </w:r>
      <w:r w:rsidR="00A94434" w:rsidRPr="00A94434">
        <w:rPr>
          <w:rFonts w:ascii="Times New Roman" w:hAnsi="Times New Roman" w:cs="Times New Roman"/>
          <w:lang w:val="kk-KZ"/>
        </w:rPr>
        <w:t xml:space="preserve"> автотранспортных средств</w:t>
      </w:r>
      <w:r w:rsidR="00491303" w:rsidRPr="00A94434">
        <w:rPr>
          <w:rFonts w:ascii="Times New Roman" w:hAnsi="Times New Roman" w:cs="Times New Roman"/>
          <w:lang w:val="ru-RU"/>
        </w:rPr>
        <w:t>.</w:t>
      </w:r>
      <w:r w:rsidR="00491303" w:rsidRPr="00A94434">
        <w:rPr>
          <w:rFonts w:ascii="Times New Roman" w:hAnsi="Times New Roman" w:cs="Times New Roman"/>
          <w:lang w:val="ru-RU"/>
        </w:rPr>
        <w:br/>
      </w:r>
      <w:r>
        <w:rPr>
          <w:rFonts w:ascii="Times New Roman" w:hAnsi="Times New Roman" w:cs="Times New Roman"/>
          <w:b/>
          <w:lang w:val="ru-RU"/>
        </w:rPr>
        <w:tab/>
      </w:r>
      <w:r w:rsidR="00491303" w:rsidRPr="00A94434">
        <w:rPr>
          <w:rFonts w:ascii="Times New Roman" w:hAnsi="Times New Roman" w:cs="Times New Roman"/>
          <w:b/>
          <w:lang w:val="ru-RU"/>
        </w:rPr>
        <w:t xml:space="preserve">2. Цель оказания услуг: </w:t>
      </w:r>
      <w:r w:rsidR="00491303" w:rsidRPr="00A94434">
        <w:rPr>
          <w:rFonts w:ascii="Times New Roman" w:hAnsi="Times New Roman" w:cs="Times New Roman"/>
          <w:lang w:val="ru-RU"/>
        </w:rPr>
        <w:t>Обеспечение соответствия служебного автотранспорта Заказчика требованиям экологического законодательства Республики Казахстан, СТ РК 34.015-2026 и правилам работы Зоны с низкими выбросами (</w:t>
      </w:r>
      <w:r w:rsidR="00491303" w:rsidRPr="00A94434">
        <w:rPr>
          <w:rFonts w:ascii="Times New Roman" w:hAnsi="Times New Roman" w:cs="Times New Roman"/>
        </w:rPr>
        <w:t>LEZ</w:t>
      </w:r>
      <w:r w:rsidR="00491303" w:rsidRPr="00A94434">
        <w:rPr>
          <w:rFonts w:ascii="Times New Roman" w:hAnsi="Times New Roman" w:cs="Times New Roman"/>
          <w:lang w:val="ru-RU"/>
        </w:rPr>
        <w:t>) города Алматы.</w:t>
      </w:r>
      <w:r w:rsidR="00491303" w:rsidRPr="00A94434">
        <w:rPr>
          <w:rFonts w:ascii="Times New Roman" w:hAnsi="Times New Roman" w:cs="Times New Roman"/>
          <w:lang w:val="ru-RU"/>
        </w:rPr>
        <w:br/>
      </w:r>
      <w:r>
        <w:rPr>
          <w:rFonts w:ascii="Times New Roman" w:hAnsi="Times New Roman" w:cs="Times New Roman"/>
          <w:b/>
        </w:rPr>
        <w:tab/>
      </w:r>
      <w:r w:rsidR="00491303" w:rsidRPr="00A94434">
        <w:rPr>
          <w:rFonts w:ascii="Times New Roman" w:hAnsi="Times New Roman" w:cs="Times New Roman"/>
          <w:b/>
        </w:rPr>
        <w:t xml:space="preserve">3. </w:t>
      </w:r>
      <w:proofErr w:type="spellStart"/>
      <w:r w:rsidR="00491303" w:rsidRPr="00A94434">
        <w:rPr>
          <w:rFonts w:ascii="Times New Roman" w:hAnsi="Times New Roman" w:cs="Times New Roman"/>
          <w:b/>
        </w:rPr>
        <w:t>Общие</w:t>
      </w:r>
      <w:proofErr w:type="spellEnd"/>
      <w:r w:rsidR="00491303" w:rsidRPr="00A94434">
        <w:rPr>
          <w:rFonts w:ascii="Times New Roman" w:hAnsi="Times New Roman" w:cs="Times New Roman"/>
          <w:b/>
        </w:rPr>
        <w:t xml:space="preserve"> </w:t>
      </w:r>
      <w:proofErr w:type="spellStart"/>
      <w:r w:rsidR="00491303" w:rsidRPr="00A94434">
        <w:rPr>
          <w:rFonts w:ascii="Times New Roman" w:hAnsi="Times New Roman" w:cs="Times New Roman"/>
          <w:b/>
        </w:rPr>
        <w:t>требования</w:t>
      </w:r>
      <w:proofErr w:type="spellEnd"/>
      <w:r w:rsidR="00491303" w:rsidRPr="00A94434">
        <w:rPr>
          <w:rFonts w:ascii="Times New Roman" w:hAnsi="Times New Roman" w:cs="Times New Roman"/>
          <w:b/>
        </w:rPr>
        <w:t xml:space="preserve"> к </w:t>
      </w:r>
      <w:r w:rsidR="00822FB7">
        <w:rPr>
          <w:rFonts w:ascii="Times New Roman" w:hAnsi="Times New Roman" w:cs="Times New Roman"/>
          <w:b/>
          <w:lang w:val="kk-KZ"/>
        </w:rPr>
        <w:t>услуге</w:t>
      </w:r>
      <w:r w:rsidR="00491303" w:rsidRPr="00A94434">
        <w:rPr>
          <w:rFonts w:ascii="Times New Roman" w:hAnsi="Times New Roman" w:cs="Times New Roman"/>
          <w:b/>
        </w:rPr>
        <w:t xml:space="preserve">: </w:t>
      </w:r>
    </w:p>
    <w:p w:rsidR="00822FB7" w:rsidRPr="00822FB7" w:rsidRDefault="00822FB7">
      <w:pPr>
        <w:pStyle w:val="a0"/>
        <w:rPr>
          <w:rFonts w:ascii="Times New Roman" w:hAnsi="Times New Roman" w:cs="Times New Roman"/>
          <w:lang w:val="ru-RU"/>
        </w:rPr>
      </w:pPr>
      <w:r w:rsidRPr="00822FB7">
        <w:rPr>
          <w:rFonts w:ascii="Times New Roman" w:hAnsi="Times New Roman" w:cs="Times New Roman"/>
          <w:lang w:val="ru-RU"/>
        </w:rPr>
        <w:t>Осуществление услуг в рамках действующей аккредитации и включение в реестр операторов технического осмотра Министерства транспорта Республики Казахстан</w:t>
      </w:r>
      <w:r>
        <w:rPr>
          <w:rFonts w:ascii="Times New Roman" w:hAnsi="Times New Roman" w:cs="Times New Roman"/>
          <w:lang w:val="ru-RU"/>
        </w:rPr>
        <w:t>.</w:t>
      </w:r>
    </w:p>
    <w:p w:rsidR="00822FB7" w:rsidRDefault="00822FB7" w:rsidP="00822FB7">
      <w:pPr>
        <w:pStyle w:val="a0"/>
        <w:rPr>
          <w:rFonts w:ascii="Times New Roman" w:hAnsi="Times New Roman" w:cs="Times New Roman"/>
          <w:lang w:val="ru-RU"/>
        </w:rPr>
      </w:pPr>
      <w:r w:rsidRPr="00822FB7">
        <w:rPr>
          <w:rFonts w:ascii="Times New Roman" w:hAnsi="Times New Roman" w:cs="Times New Roman"/>
          <w:lang w:val="ru-RU"/>
        </w:rPr>
        <w:t>Оказание услуг с использованием сертифицированного оборудования, интегрированного с Единой информационной системой технического осмотра (ЕИСТО), обеспечивающего автоматическую передачу результатов измерений уровня выбросов.</w:t>
      </w:r>
    </w:p>
    <w:p w:rsidR="00166C83" w:rsidRPr="00A94434" w:rsidRDefault="00491303" w:rsidP="00822FB7">
      <w:pPr>
        <w:pStyle w:val="a0"/>
        <w:rPr>
          <w:rFonts w:ascii="Times New Roman" w:hAnsi="Times New Roman" w:cs="Times New Roman"/>
          <w:lang w:val="ru-RU"/>
        </w:rPr>
      </w:pPr>
      <w:r w:rsidRPr="00A94434">
        <w:rPr>
          <w:rFonts w:ascii="Times New Roman" w:hAnsi="Times New Roman" w:cs="Times New Roman"/>
          <w:lang w:val="ru-RU"/>
        </w:rPr>
        <w:t>Место оказания услуг: специализированные стационарные или передвижные посты в черте города Алматы.</w:t>
      </w:r>
    </w:p>
    <w:p w:rsidR="00166C83" w:rsidRPr="00A94434" w:rsidRDefault="00970369">
      <w:pPr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b/>
          <w:lang w:val="ru-RU"/>
        </w:rPr>
        <w:tab/>
      </w:r>
      <w:r w:rsidR="00491303" w:rsidRPr="00A94434">
        <w:rPr>
          <w:rFonts w:ascii="Times New Roman" w:hAnsi="Times New Roman" w:cs="Times New Roman"/>
          <w:b/>
          <w:lang w:val="ru-RU"/>
        </w:rPr>
        <w:t>4. Технические требования к процедуре проверки:</w:t>
      </w:r>
    </w:p>
    <w:tbl>
      <w:tblPr>
        <w:tblStyle w:val="aff0"/>
        <w:tblW w:w="0" w:type="auto"/>
        <w:tblLook w:val="04A0" w:firstRow="1" w:lastRow="0" w:firstColumn="1" w:lastColumn="0" w:noHBand="0" w:noVBand="1"/>
      </w:tblPr>
      <w:tblGrid>
        <w:gridCol w:w="3308"/>
        <w:gridCol w:w="3309"/>
        <w:gridCol w:w="3309"/>
      </w:tblGrid>
      <w:tr w:rsidR="00166C83" w:rsidRPr="00A94434" w:rsidTr="00822FB7">
        <w:tc>
          <w:tcPr>
            <w:tcW w:w="3308" w:type="dxa"/>
            <w:shd w:val="clear" w:color="auto" w:fill="E0E0E0"/>
            <w:tcMar>
              <w:top w:w="100" w:type="dxa"/>
              <w:left w:w="150" w:type="dxa"/>
              <w:bottom w:w="100" w:type="dxa"/>
              <w:right w:w="150" w:type="dxa"/>
            </w:tcMar>
          </w:tcPr>
          <w:p w:rsidR="00166C83" w:rsidRPr="00A94434" w:rsidRDefault="00491303">
            <w:pPr>
              <w:rPr>
                <w:rFonts w:ascii="Times New Roman" w:hAnsi="Times New Roman" w:cs="Times New Roman"/>
              </w:rPr>
            </w:pPr>
            <w:proofErr w:type="spellStart"/>
            <w:r w:rsidRPr="00A94434">
              <w:rPr>
                <w:rFonts w:ascii="Times New Roman" w:hAnsi="Times New Roman" w:cs="Times New Roman"/>
                <w:b/>
              </w:rPr>
              <w:t>Тип</w:t>
            </w:r>
            <w:proofErr w:type="spellEnd"/>
            <w:r w:rsidRPr="00A94434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A94434">
              <w:rPr>
                <w:rFonts w:ascii="Times New Roman" w:hAnsi="Times New Roman" w:cs="Times New Roman"/>
                <w:b/>
              </w:rPr>
              <w:t>двигателя</w:t>
            </w:r>
            <w:proofErr w:type="spellEnd"/>
          </w:p>
        </w:tc>
        <w:tc>
          <w:tcPr>
            <w:tcW w:w="3309" w:type="dxa"/>
            <w:shd w:val="clear" w:color="auto" w:fill="E0E0E0"/>
            <w:tcMar>
              <w:top w:w="100" w:type="dxa"/>
              <w:left w:w="150" w:type="dxa"/>
              <w:bottom w:w="100" w:type="dxa"/>
              <w:right w:w="150" w:type="dxa"/>
            </w:tcMar>
          </w:tcPr>
          <w:p w:rsidR="00166C83" w:rsidRPr="00A94434" w:rsidRDefault="00491303">
            <w:pPr>
              <w:rPr>
                <w:rFonts w:ascii="Times New Roman" w:hAnsi="Times New Roman" w:cs="Times New Roman"/>
              </w:rPr>
            </w:pPr>
            <w:r w:rsidRPr="00A94434">
              <w:rPr>
                <w:rFonts w:ascii="Times New Roman" w:hAnsi="Times New Roman" w:cs="Times New Roman"/>
                <w:b/>
              </w:rPr>
              <w:t>Проверяемые параметры</w:t>
            </w:r>
          </w:p>
        </w:tc>
        <w:tc>
          <w:tcPr>
            <w:tcW w:w="3309" w:type="dxa"/>
            <w:shd w:val="clear" w:color="auto" w:fill="E0E0E0"/>
            <w:tcMar>
              <w:top w:w="100" w:type="dxa"/>
              <w:left w:w="150" w:type="dxa"/>
              <w:bottom w:w="100" w:type="dxa"/>
              <w:right w:w="150" w:type="dxa"/>
            </w:tcMar>
          </w:tcPr>
          <w:p w:rsidR="00166C83" w:rsidRPr="00A94434" w:rsidRDefault="00491303">
            <w:pPr>
              <w:rPr>
                <w:rFonts w:ascii="Times New Roman" w:hAnsi="Times New Roman" w:cs="Times New Roman"/>
              </w:rPr>
            </w:pPr>
            <w:r w:rsidRPr="00A94434">
              <w:rPr>
                <w:rFonts w:ascii="Times New Roman" w:hAnsi="Times New Roman" w:cs="Times New Roman"/>
                <w:b/>
              </w:rPr>
              <w:t>Нормативная база</w:t>
            </w:r>
          </w:p>
        </w:tc>
      </w:tr>
      <w:tr w:rsidR="00166C83" w:rsidRPr="00A94434" w:rsidTr="00822FB7">
        <w:tc>
          <w:tcPr>
            <w:tcW w:w="3308" w:type="dxa"/>
            <w:tcMar>
              <w:top w:w="100" w:type="dxa"/>
              <w:left w:w="150" w:type="dxa"/>
              <w:bottom w:w="100" w:type="dxa"/>
              <w:right w:w="150" w:type="dxa"/>
            </w:tcMar>
          </w:tcPr>
          <w:p w:rsidR="00166C83" w:rsidRPr="00A94434" w:rsidRDefault="00822F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Бензиновый </w:t>
            </w:r>
          </w:p>
        </w:tc>
        <w:tc>
          <w:tcPr>
            <w:tcW w:w="3309" w:type="dxa"/>
            <w:tcMar>
              <w:top w:w="100" w:type="dxa"/>
              <w:left w:w="150" w:type="dxa"/>
              <w:bottom w:w="100" w:type="dxa"/>
              <w:right w:w="150" w:type="dxa"/>
            </w:tcMar>
          </w:tcPr>
          <w:p w:rsidR="00166C83" w:rsidRPr="00A94434" w:rsidRDefault="00491303">
            <w:pPr>
              <w:rPr>
                <w:rFonts w:ascii="Times New Roman" w:hAnsi="Times New Roman" w:cs="Times New Roman"/>
                <w:lang w:val="ru-RU"/>
              </w:rPr>
            </w:pPr>
            <w:r w:rsidRPr="00A94434">
              <w:rPr>
                <w:rFonts w:ascii="Times New Roman" w:hAnsi="Times New Roman" w:cs="Times New Roman"/>
                <w:lang w:val="ru-RU"/>
              </w:rPr>
              <w:t>Определение содержания оксида углерода (</w:t>
            </w:r>
            <w:r w:rsidRPr="00A94434">
              <w:rPr>
                <w:rFonts w:ascii="Times New Roman" w:hAnsi="Times New Roman" w:cs="Times New Roman"/>
              </w:rPr>
              <w:t>CO</w:t>
            </w:r>
            <w:r w:rsidRPr="00A94434">
              <w:rPr>
                <w:rFonts w:ascii="Times New Roman" w:hAnsi="Times New Roman" w:cs="Times New Roman"/>
                <w:lang w:val="ru-RU"/>
              </w:rPr>
              <w:t>) и углеводородов (</w:t>
            </w:r>
            <w:r w:rsidRPr="00A94434">
              <w:rPr>
                <w:rFonts w:ascii="Times New Roman" w:hAnsi="Times New Roman" w:cs="Times New Roman"/>
              </w:rPr>
              <w:t>CH</w:t>
            </w:r>
            <w:r w:rsidRPr="00A94434">
              <w:rPr>
                <w:rFonts w:ascii="Times New Roman" w:hAnsi="Times New Roman" w:cs="Times New Roman"/>
                <w:lang w:val="ru-RU"/>
              </w:rPr>
              <w:t>) в отработавших газах на различных режимах работы двигателя.</w:t>
            </w:r>
          </w:p>
        </w:tc>
        <w:tc>
          <w:tcPr>
            <w:tcW w:w="3309" w:type="dxa"/>
            <w:tcMar>
              <w:top w:w="100" w:type="dxa"/>
              <w:left w:w="150" w:type="dxa"/>
              <w:bottom w:w="100" w:type="dxa"/>
              <w:right w:w="150" w:type="dxa"/>
            </w:tcMar>
          </w:tcPr>
          <w:p w:rsidR="00166C83" w:rsidRPr="00A94434" w:rsidRDefault="00491303">
            <w:pPr>
              <w:rPr>
                <w:rFonts w:ascii="Times New Roman" w:hAnsi="Times New Roman" w:cs="Times New Roman"/>
              </w:rPr>
            </w:pPr>
            <w:r w:rsidRPr="00A94434">
              <w:rPr>
                <w:rFonts w:ascii="Times New Roman" w:hAnsi="Times New Roman" w:cs="Times New Roman"/>
              </w:rPr>
              <w:t>СТ РК 34.015-2026, ГОСТ 33997</w:t>
            </w:r>
          </w:p>
        </w:tc>
      </w:tr>
    </w:tbl>
    <w:p w:rsidR="00166C83" w:rsidRDefault="00491303">
      <w:pPr>
        <w:rPr>
          <w:rFonts w:ascii="Times New Roman" w:hAnsi="Times New Roman" w:cs="Times New Roman"/>
          <w:lang w:val="ru-RU"/>
        </w:rPr>
      </w:pPr>
      <w:r w:rsidRPr="00A94434">
        <w:rPr>
          <w:rFonts w:ascii="Times New Roman" w:hAnsi="Times New Roman" w:cs="Times New Roman"/>
          <w:b/>
          <w:lang w:val="ru-RU"/>
        </w:rPr>
        <w:br/>
      </w:r>
      <w:r w:rsidR="00970369">
        <w:rPr>
          <w:rFonts w:ascii="Times New Roman" w:hAnsi="Times New Roman" w:cs="Times New Roman"/>
          <w:b/>
          <w:lang w:val="ru-RU"/>
        </w:rPr>
        <w:tab/>
      </w:r>
      <w:r w:rsidRPr="00A94434">
        <w:rPr>
          <w:rFonts w:ascii="Times New Roman" w:hAnsi="Times New Roman" w:cs="Times New Roman"/>
          <w:b/>
          <w:lang w:val="ru-RU"/>
        </w:rPr>
        <w:t xml:space="preserve">5. Результат оказания услуг: </w:t>
      </w:r>
      <w:r w:rsidRPr="00A94434">
        <w:rPr>
          <w:rFonts w:ascii="Times New Roman" w:hAnsi="Times New Roman" w:cs="Times New Roman"/>
          <w:lang w:val="ru-RU"/>
        </w:rPr>
        <w:t>По результатам проверки Поставщик вносит данные в систему ЕИСТО. В случае успешного прохождения выдается диагностическая карта технического осмотра с отметкой о соответствии экологическим нормам города Алматы.</w:t>
      </w:r>
      <w:r w:rsidR="00692A0C">
        <w:rPr>
          <w:rFonts w:ascii="Times New Roman" w:hAnsi="Times New Roman" w:cs="Times New Roman"/>
          <w:lang w:val="ru-RU"/>
        </w:rPr>
        <w:t xml:space="preserve"> </w:t>
      </w:r>
      <w:r w:rsidR="00692A0C" w:rsidRPr="00692A0C">
        <w:rPr>
          <w:rFonts w:ascii="Times New Roman" w:hAnsi="Times New Roman" w:cs="Times New Roman"/>
          <w:lang w:val="ru-RU"/>
        </w:rPr>
        <w:t xml:space="preserve">Владельцу транспортного средства Диагностическая </w:t>
      </w:r>
      <w:proofErr w:type="gramStart"/>
      <w:r w:rsidR="00692A0C" w:rsidRPr="00692A0C">
        <w:rPr>
          <w:rFonts w:ascii="Times New Roman" w:hAnsi="Times New Roman" w:cs="Times New Roman"/>
          <w:lang w:val="ru-RU"/>
        </w:rPr>
        <w:t>карта  выдается</w:t>
      </w:r>
      <w:proofErr w:type="gramEnd"/>
      <w:r w:rsidR="00692A0C" w:rsidRPr="00692A0C">
        <w:rPr>
          <w:rFonts w:ascii="Times New Roman" w:hAnsi="Times New Roman" w:cs="Times New Roman"/>
          <w:lang w:val="ru-RU"/>
        </w:rPr>
        <w:t xml:space="preserve"> с указанием срока прохождения следующего обязательного технического осмотра в соответствии с установленной периодичностью прохождения обязательного технического осмотра.</w:t>
      </w:r>
    </w:p>
    <w:tbl>
      <w:tblPr>
        <w:tblStyle w:val="aff0"/>
        <w:tblW w:w="0" w:type="auto"/>
        <w:tblInd w:w="-5" w:type="dxa"/>
        <w:tblLook w:val="04A0" w:firstRow="1" w:lastRow="0" w:firstColumn="1" w:lastColumn="0" w:noHBand="0" w:noVBand="1"/>
      </w:tblPr>
      <w:tblGrid>
        <w:gridCol w:w="564"/>
        <w:gridCol w:w="3883"/>
        <w:gridCol w:w="2743"/>
        <w:gridCol w:w="2733"/>
      </w:tblGrid>
      <w:tr w:rsidR="00822FB7" w:rsidRPr="00C17AAB" w:rsidTr="00822FB7">
        <w:trPr>
          <w:trHeight w:val="357"/>
        </w:trPr>
        <w:tc>
          <w:tcPr>
            <w:tcW w:w="5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2FB7" w:rsidRPr="00C17AAB" w:rsidRDefault="00822FB7" w:rsidP="00946C42">
            <w:pPr>
              <w:spacing w:line="276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17AAB">
              <w:rPr>
                <w:rFonts w:ascii="Times New Roman" w:hAnsi="Times New Roman" w:cs="Times New Roman"/>
                <w:b/>
                <w:sz w:val="20"/>
                <w:szCs w:val="20"/>
              </w:rPr>
              <w:t>№</w:t>
            </w:r>
          </w:p>
        </w:tc>
        <w:tc>
          <w:tcPr>
            <w:tcW w:w="38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2FB7" w:rsidRPr="00C17AAB" w:rsidRDefault="00822FB7" w:rsidP="00822FB7">
            <w:pPr>
              <w:spacing w:line="276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C17AAB">
              <w:rPr>
                <w:rFonts w:ascii="Times New Roman" w:hAnsi="Times New Roman" w:cs="Times New Roman"/>
                <w:b/>
                <w:sz w:val="20"/>
                <w:szCs w:val="20"/>
              </w:rPr>
              <w:t>Наименование</w:t>
            </w:r>
            <w:proofErr w:type="spellEnd"/>
            <w:r w:rsidRPr="00C17AA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C17AAB">
              <w:rPr>
                <w:rFonts w:ascii="Times New Roman" w:hAnsi="Times New Roman" w:cs="Times New Roman"/>
                <w:b/>
                <w:sz w:val="20"/>
                <w:szCs w:val="20"/>
              </w:rPr>
              <w:t>автотранспорта</w:t>
            </w:r>
            <w:proofErr w:type="spellEnd"/>
            <w:r w:rsidRPr="00C17AA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27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2FB7" w:rsidRPr="00822FB7" w:rsidRDefault="00822FB7" w:rsidP="00822FB7">
            <w:pPr>
              <w:spacing w:line="276" w:lineRule="auto"/>
              <w:rPr>
                <w:rFonts w:ascii="Times New Roman" w:hAnsi="Times New Roman" w:cs="Times New Roman"/>
                <w:b/>
                <w:sz w:val="20"/>
                <w:szCs w:val="20"/>
                <w:lang w:val="ru-RU"/>
              </w:rPr>
            </w:pPr>
            <w:r w:rsidRPr="00822FB7">
              <w:rPr>
                <w:rFonts w:ascii="Times New Roman" w:hAnsi="Times New Roman" w:cs="Times New Roman"/>
                <w:b/>
                <w:sz w:val="20"/>
                <w:szCs w:val="20"/>
                <w:lang w:val="ru-RU"/>
              </w:rPr>
              <w:t xml:space="preserve">Год выпуска автомобиля / </w:t>
            </w:r>
          </w:p>
        </w:tc>
        <w:tc>
          <w:tcPr>
            <w:tcW w:w="27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2FB7" w:rsidRPr="00C17AAB" w:rsidRDefault="00822FB7" w:rsidP="00822FB7">
            <w:pPr>
              <w:spacing w:line="276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C17AAB">
              <w:rPr>
                <w:rFonts w:ascii="Times New Roman" w:hAnsi="Times New Roman" w:cs="Times New Roman"/>
                <w:b/>
                <w:sz w:val="20"/>
                <w:szCs w:val="20"/>
              </w:rPr>
              <w:t>Гос</w:t>
            </w:r>
            <w:proofErr w:type="spellEnd"/>
            <w:r w:rsidRPr="00C17AA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. </w:t>
            </w:r>
            <w:proofErr w:type="spellStart"/>
            <w:r w:rsidRPr="00C17AAB">
              <w:rPr>
                <w:rFonts w:ascii="Times New Roman" w:hAnsi="Times New Roman" w:cs="Times New Roman"/>
                <w:b/>
                <w:sz w:val="20"/>
                <w:szCs w:val="20"/>
              </w:rPr>
              <w:t>Номер</w:t>
            </w:r>
            <w:proofErr w:type="spellEnd"/>
            <w:r w:rsidRPr="00C17AA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</w:p>
        </w:tc>
      </w:tr>
      <w:tr w:rsidR="00822FB7" w:rsidRPr="00C17AAB" w:rsidTr="00822FB7">
        <w:tc>
          <w:tcPr>
            <w:tcW w:w="5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2FB7" w:rsidRPr="00C17AAB" w:rsidRDefault="00822FB7" w:rsidP="00946C42">
            <w:pPr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17AAB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8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2FB7" w:rsidRPr="00C17AAB" w:rsidRDefault="00822FB7" w:rsidP="00946C42">
            <w:pPr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17AAB">
              <w:rPr>
                <w:rFonts w:ascii="Times New Roman" w:hAnsi="Times New Roman" w:cs="Times New Roman"/>
                <w:sz w:val="20"/>
                <w:szCs w:val="20"/>
              </w:rPr>
              <w:t>Toyota Corolla</w:t>
            </w:r>
          </w:p>
        </w:tc>
        <w:tc>
          <w:tcPr>
            <w:tcW w:w="27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2FB7" w:rsidRPr="00C17AAB" w:rsidRDefault="00822FB7" w:rsidP="00946C42">
            <w:pPr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17AAB">
              <w:rPr>
                <w:rFonts w:ascii="Times New Roman" w:hAnsi="Times New Roman" w:cs="Times New Roman"/>
                <w:sz w:val="20"/>
                <w:szCs w:val="20"/>
              </w:rPr>
              <w:t>2016</w:t>
            </w:r>
          </w:p>
        </w:tc>
        <w:tc>
          <w:tcPr>
            <w:tcW w:w="27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2FB7" w:rsidRPr="00C17AAB" w:rsidRDefault="00822FB7" w:rsidP="00946C42">
            <w:pPr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17AAB">
              <w:rPr>
                <w:rFonts w:ascii="Times New Roman" w:hAnsi="Times New Roman" w:cs="Times New Roman"/>
                <w:sz w:val="20"/>
                <w:szCs w:val="20"/>
              </w:rPr>
              <w:t>252AS02</w:t>
            </w:r>
          </w:p>
        </w:tc>
      </w:tr>
      <w:tr w:rsidR="00822FB7" w:rsidRPr="00C17AAB" w:rsidTr="00822FB7">
        <w:trPr>
          <w:trHeight w:val="70"/>
        </w:trPr>
        <w:tc>
          <w:tcPr>
            <w:tcW w:w="5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2FB7" w:rsidRPr="00C17AAB" w:rsidRDefault="00822FB7" w:rsidP="00946C42">
            <w:pPr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17AAB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8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2FB7" w:rsidRPr="00C17AAB" w:rsidRDefault="00822FB7" w:rsidP="00946C42">
            <w:pPr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17AAB">
              <w:rPr>
                <w:rFonts w:ascii="Times New Roman" w:hAnsi="Times New Roman" w:cs="Times New Roman"/>
                <w:sz w:val="20"/>
                <w:szCs w:val="20"/>
              </w:rPr>
              <w:t xml:space="preserve">Nissan </w:t>
            </w:r>
            <w:proofErr w:type="spellStart"/>
            <w:r w:rsidRPr="00C17AAB">
              <w:rPr>
                <w:rFonts w:ascii="Times New Roman" w:hAnsi="Times New Roman" w:cs="Times New Roman"/>
                <w:sz w:val="20"/>
                <w:szCs w:val="20"/>
              </w:rPr>
              <w:t>Terrano</w:t>
            </w:r>
            <w:proofErr w:type="spellEnd"/>
          </w:p>
        </w:tc>
        <w:tc>
          <w:tcPr>
            <w:tcW w:w="27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2FB7" w:rsidRPr="00C17AAB" w:rsidRDefault="00822FB7" w:rsidP="00946C42">
            <w:pPr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17AAB">
              <w:rPr>
                <w:rFonts w:ascii="Times New Roman" w:hAnsi="Times New Roman" w:cs="Times New Roman"/>
                <w:sz w:val="20"/>
                <w:szCs w:val="20"/>
              </w:rPr>
              <w:t xml:space="preserve">2018 </w:t>
            </w:r>
          </w:p>
        </w:tc>
        <w:tc>
          <w:tcPr>
            <w:tcW w:w="27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2FB7" w:rsidRPr="00C17AAB" w:rsidRDefault="00822FB7" w:rsidP="00946C42">
            <w:pPr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17AAB">
              <w:rPr>
                <w:rFonts w:ascii="Times New Roman" w:hAnsi="Times New Roman" w:cs="Times New Roman"/>
                <w:sz w:val="20"/>
                <w:szCs w:val="20"/>
              </w:rPr>
              <w:t>623DR02</w:t>
            </w:r>
          </w:p>
        </w:tc>
      </w:tr>
      <w:tr w:rsidR="00822FB7" w:rsidRPr="00C17AAB" w:rsidTr="00822FB7">
        <w:tc>
          <w:tcPr>
            <w:tcW w:w="5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2FB7" w:rsidRPr="00C17AAB" w:rsidRDefault="00822FB7" w:rsidP="00946C42">
            <w:pPr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17AAB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38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2FB7" w:rsidRPr="00C17AAB" w:rsidRDefault="00822FB7" w:rsidP="00946C42">
            <w:pPr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17AAB">
              <w:rPr>
                <w:rFonts w:ascii="Times New Roman" w:hAnsi="Times New Roman" w:cs="Times New Roman"/>
                <w:sz w:val="20"/>
                <w:szCs w:val="20"/>
              </w:rPr>
              <w:t xml:space="preserve">Nissan </w:t>
            </w:r>
            <w:proofErr w:type="spellStart"/>
            <w:r w:rsidRPr="00C17AAB">
              <w:rPr>
                <w:rFonts w:ascii="Times New Roman" w:hAnsi="Times New Roman" w:cs="Times New Roman"/>
                <w:sz w:val="20"/>
                <w:szCs w:val="20"/>
              </w:rPr>
              <w:t>Terrano</w:t>
            </w:r>
            <w:proofErr w:type="spellEnd"/>
          </w:p>
        </w:tc>
        <w:tc>
          <w:tcPr>
            <w:tcW w:w="27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2FB7" w:rsidRPr="00C17AAB" w:rsidRDefault="00822FB7" w:rsidP="00946C42">
            <w:pPr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17AAB">
              <w:rPr>
                <w:rFonts w:ascii="Times New Roman" w:hAnsi="Times New Roman" w:cs="Times New Roman"/>
                <w:sz w:val="20"/>
                <w:szCs w:val="20"/>
              </w:rPr>
              <w:t xml:space="preserve">2018 </w:t>
            </w:r>
          </w:p>
        </w:tc>
        <w:tc>
          <w:tcPr>
            <w:tcW w:w="27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2FB7" w:rsidRPr="00C17AAB" w:rsidRDefault="00822FB7" w:rsidP="00946C42">
            <w:pPr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17AAB">
              <w:rPr>
                <w:rFonts w:ascii="Times New Roman" w:hAnsi="Times New Roman" w:cs="Times New Roman"/>
                <w:sz w:val="20"/>
                <w:szCs w:val="20"/>
              </w:rPr>
              <w:t>624DR02</w:t>
            </w:r>
          </w:p>
        </w:tc>
      </w:tr>
    </w:tbl>
    <w:p w:rsidR="00822FB7" w:rsidRDefault="00822FB7">
      <w:pPr>
        <w:rPr>
          <w:rFonts w:ascii="Times New Roman" w:hAnsi="Times New Roman" w:cs="Times New Roman"/>
          <w:lang w:val="ru-RU"/>
        </w:rPr>
      </w:pPr>
    </w:p>
    <w:p w:rsidR="00A94434" w:rsidRPr="00A94434" w:rsidRDefault="00970369">
      <w:pPr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ab/>
      </w:r>
      <w:bookmarkStart w:id="0" w:name="_GoBack"/>
      <w:bookmarkEnd w:id="0"/>
      <w:r w:rsidR="00A94434" w:rsidRPr="00A94434">
        <w:rPr>
          <w:rFonts w:ascii="Times New Roman" w:hAnsi="Times New Roman" w:cs="Times New Roman"/>
          <w:lang w:val="ru-RU"/>
        </w:rPr>
        <w:t xml:space="preserve">Срок оказания услуг: </w:t>
      </w:r>
      <w:r w:rsidR="00822FB7" w:rsidRPr="00333F9D">
        <w:rPr>
          <w:rFonts w:ascii="Times New Roman" w:hAnsi="Times New Roman" w:cs="Times New Roman"/>
          <w:sz w:val="24"/>
          <w:szCs w:val="24"/>
          <w:lang w:val="kk-KZ"/>
        </w:rPr>
        <w:t xml:space="preserve">в течение 16 календарных дней </w:t>
      </w:r>
      <w:r w:rsidR="00822FB7" w:rsidRPr="007E0B55">
        <w:rPr>
          <w:rFonts w:ascii="Times New Roman" w:hAnsi="Times New Roman" w:cs="Times New Roman"/>
          <w:sz w:val="24"/>
          <w:szCs w:val="24"/>
          <w:lang w:val="kk-KZ"/>
        </w:rPr>
        <w:t>со дня заявки от заказчика</w:t>
      </w:r>
      <w:r w:rsidR="00A94434" w:rsidRPr="00A94434">
        <w:rPr>
          <w:rFonts w:ascii="Times New Roman" w:hAnsi="Times New Roman" w:cs="Times New Roman"/>
          <w:lang w:val="ru-RU"/>
        </w:rPr>
        <w:t>.</w:t>
      </w:r>
      <w:r w:rsidR="00A94434" w:rsidRPr="00A94434">
        <w:rPr>
          <w:lang w:val="ru-RU"/>
        </w:rPr>
        <w:br/>
      </w:r>
    </w:p>
    <w:sectPr w:rsidR="00A94434" w:rsidRPr="00A94434" w:rsidSect="00034616">
      <w:pgSz w:w="12240" w:h="15840"/>
      <w:pgMar w:top="1152" w:right="1152" w:bottom="1152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CA56FACE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53791E42"/>
    <w:multiLevelType w:val="hybridMultilevel"/>
    <w:tmpl w:val="84C4EF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num w:numId="10">
    <w:abstractNumId w:val="8"/>
  </w:num>
  <w:num w:numId="11">
    <w:abstractNumId w:val="8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7730"/>
    <w:rsid w:val="00034616"/>
    <w:rsid w:val="0006063C"/>
    <w:rsid w:val="0015074B"/>
    <w:rsid w:val="00166C83"/>
    <w:rsid w:val="0029639D"/>
    <w:rsid w:val="00326F90"/>
    <w:rsid w:val="00491303"/>
    <w:rsid w:val="00692A0C"/>
    <w:rsid w:val="00822FB7"/>
    <w:rsid w:val="00970369"/>
    <w:rsid w:val="00983B9E"/>
    <w:rsid w:val="00A94434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6784B9E"/>
  <w14:defaultImageDpi w14:val="300"/>
  <w15:docId w15:val="{DE342082-F733-46B8-94E8-66A3091966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1">
    <w:name w:val="Normal"/>
    <w:qFormat/>
    <w:rsid w:val="00A94434"/>
    <w:rPr>
      <w:rFonts w:ascii="Arial" w:hAnsi="Arial"/>
    </w:rPr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и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ий колонтитул Знак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Заголовок Знак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Подзаголовок Знак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Основной текст Знак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Основно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а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basedOn w:val="a1"/>
    <w:next w:val="a1"/>
    <w:link w:val="28"/>
    <w:uiPriority w:val="29"/>
    <w:qFormat/>
    <w:rsid w:val="00FC693F"/>
    <w:rPr>
      <w:i/>
      <w:iCs/>
      <w:color w:val="000000" w:themeColor="text1"/>
    </w:rPr>
  </w:style>
  <w:style w:type="character" w:customStyle="1" w:styleId="28">
    <w:name w:val="Цитата 2 Знак"/>
    <w:basedOn w:val="a2"/>
    <w:link w:val="27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6">
    <w:name w:val="Strong"/>
    <w:basedOn w:val="a2"/>
    <w:uiPriority w:val="22"/>
    <w:qFormat/>
    <w:rsid w:val="00FC693F"/>
    <w:rPr>
      <w:b/>
      <w:bCs/>
    </w:rPr>
  </w:style>
  <w:style w:type="character" w:styleId="af7">
    <w:name w:val="Emphasis"/>
    <w:basedOn w:val="a2"/>
    <w:uiPriority w:val="20"/>
    <w:qFormat/>
    <w:rsid w:val="00FC693F"/>
    <w:rPr>
      <w:i/>
      <w:iCs/>
    </w:rPr>
  </w:style>
  <w:style w:type="paragraph" w:styleId="af8">
    <w:name w:val="Intense Quote"/>
    <w:basedOn w:val="a1"/>
    <w:next w:val="a1"/>
    <w:link w:val="af9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9">
    <w:name w:val="Выделенная цитата Знак"/>
    <w:basedOn w:val="a2"/>
    <w:link w:val="af8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b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c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d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e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0">
    <w:name w:val="Table Grid"/>
    <w:basedOn w:val="a3"/>
    <w:uiPriority w:val="3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1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2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3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4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5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6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7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DEED7516-DDE0-4B2C-94C9-7981F6AEC1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648</Words>
  <Characters>3698</Characters>
  <Application>Microsoft Office Word</Application>
  <DocSecurity>0</DocSecurity>
  <Lines>30</Lines>
  <Paragraphs>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4338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Нұрлан Келимбердиев</cp:lastModifiedBy>
  <cp:revision>7</cp:revision>
  <dcterms:created xsi:type="dcterms:W3CDTF">2026-09-09T02:55:00Z</dcterms:created>
  <dcterms:modified xsi:type="dcterms:W3CDTF">2026-10-14T05:16:00Z</dcterms:modified>
  <cp:category/>
</cp:coreProperties>
</file>