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41AF" w:rsidRDefault="00567FB9">
      <w:pPr>
        <w:jc w:val="right"/>
      </w:pPr>
      <w:r>
        <w:t>Мемлекеттік сатып алу туралы шартқа</w:t>
      </w:r>
      <w:r>
        <w:br/>
        <w:t>№ 2 қосымша</w:t>
      </w:r>
    </w:p>
    <w:p w:rsidR="006341AF" w:rsidRDefault="00567FB9">
      <w:pPr>
        <w:jc w:val="center"/>
        <w:rPr>
          <w:b/>
        </w:rPr>
      </w:pPr>
      <w:r>
        <w:rPr>
          <w:b/>
        </w:rPr>
        <w:t>ТЕХНИКАЛЫҚ ЕРЕКШЕЛІК</w:t>
      </w:r>
    </w:p>
    <w:p w:rsidR="00567FB9" w:rsidRDefault="00567FB9">
      <w:pPr>
        <w:jc w:val="center"/>
      </w:pPr>
    </w:p>
    <w:p w:rsidR="006341AF" w:rsidRDefault="00567FB9">
      <w:pPr>
        <w:jc w:val="center"/>
        <w:rPr>
          <w:b/>
        </w:rPr>
      </w:pPr>
      <w:r>
        <w:rPr>
          <w:b/>
        </w:rPr>
        <w:t xml:space="preserve">Техникалық байқау актілерін және одан әрі иеліктен шығаруға жататын негізгі құралдарды есептен шығару туралы қорытындыны </w:t>
      </w:r>
      <w:proofErr w:type="spellStart"/>
      <w:r>
        <w:rPr>
          <w:b/>
        </w:rPr>
        <w:t>дайындау</w:t>
      </w:r>
      <w:proofErr w:type="spellEnd"/>
      <w:r>
        <w:rPr>
          <w:b/>
        </w:rPr>
        <w:t xml:space="preserve"> </w:t>
      </w:r>
      <w:proofErr w:type="spellStart"/>
      <w:r>
        <w:rPr>
          <w:b/>
        </w:rPr>
        <w:t>жөніндегі</w:t>
      </w:r>
      <w:proofErr w:type="spellEnd"/>
      <w:r>
        <w:rPr>
          <w:b/>
        </w:rPr>
        <w:t xml:space="preserve"> </w:t>
      </w:r>
      <w:proofErr w:type="spellStart"/>
      <w:r>
        <w:rPr>
          <w:b/>
        </w:rPr>
        <w:t>қызметтерді</w:t>
      </w:r>
      <w:proofErr w:type="spellEnd"/>
      <w:r>
        <w:rPr>
          <w:b/>
        </w:rPr>
        <w:t xml:space="preserve"> </w:t>
      </w:r>
      <w:proofErr w:type="spellStart"/>
      <w:r>
        <w:rPr>
          <w:b/>
        </w:rPr>
        <w:t>мемлекеттік</w:t>
      </w:r>
      <w:proofErr w:type="spellEnd"/>
      <w:r>
        <w:rPr>
          <w:b/>
        </w:rPr>
        <w:t xml:space="preserve"> </w:t>
      </w:r>
      <w:proofErr w:type="spellStart"/>
      <w:r>
        <w:rPr>
          <w:b/>
        </w:rPr>
        <w:t>сатып</w:t>
      </w:r>
      <w:proofErr w:type="spellEnd"/>
      <w:r>
        <w:rPr>
          <w:b/>
        </w:rPr>
        <w:t xml:space="preserve"> </w:t>
      </w:r>
      <w:proofErr w:type="spellStart"/>
      <w:r>
        <w:rPr>
          <w:b/>
        </w:rPr>
        <w:t>алу</w:t>
      </w:r>
      <w:proofErr w:type="spellEnd"/>
      <w:r>
        <w:rPr>
          <w:b/>
        </w:rPr>
        <w:t xml:space="preserve"> </w:t>
      </w:r>
      <w:proofErr w:type="spellStart"/>
      <w:r>
        <w:rPr>
          <w:b/>
        </w:rPr>
        <w:t>туралы</w:t>
      </w:r>
      <w:proofErr w:type="spellEnd"/>
    </w:p>
    <w:p w:rsidR="00567FB9" w:rsidRDefault="00567FB9">
      <w:pPr>
        <w:jc w:val="center"/>
      </w:pPr>
    </w:p>
    <w:p w:rsidR="006341AF" w:rsidRDefault="00567FB9">
      <w:pPr>
        <w:ind w:firstLine="397"/>
      </w:pPr>
      <w:r>
        <w:t>1. Осы техникалық ерекшелік мемлекеттік сатып алу туралы шарттың ажырамас бөлігі болып табылады.</w:t>
      </w:r>
    </w:p>
    <w:p w:rsidR="006341AF" w:rsidRDefault="00567FB9">
      <w:pPr>
        <w:ind w:firstLine="397"/>
      </w:pPr>
      <w:r>
        <w:t>2. Өнім беруші осы техникалық ерекшелікке сәйкес сапалы қызмет көрсетуге міндетті.</w:t>
      </w:r>
    </w:p>
    <w:p w:rsidR="006341AF" w:rsidRDefault="00567FB9">
      <w:pPr>
        <w:ind w:firstLine="397"/>
      </w:pPr>
      <w:r>
        <w:t>3. Қызмет көрсету мерзімі: шарт жасалған күннен бастап 15 (он бес) күнтізбелік күн ішінде.</w:t>
      </w:r>
    </w:p>
    <w:p w:rsidR="006341AF" w:rsidRDefault="00567FB9">
      <w:pPr>
        <w:ind w:firstLine="397"/>
      </w:pPr>
      <w:r>
        <w:t>4. Бағалаудың мақсаты – негізгі құралдардың жай-күйін негізді түрде анықтау, оларды одан әрі пайдаланудан шығару (</w:t>
      </w:r>
      <w:proofErr w:type="spellStart"/>
      <w:r>
        <w:t>есептен</w:t>
      </w:r>
      <w:proofErr w:type="spellEnd"/>
      <w:r>
        <w:t xml:space="preserve"> </w:t>
      </w:r>
      <w:proofErr w:type="spellStart"/>
      <w:r>
        <w:t>шығару</w:t>
      </w:r>
      <w:proofErr w:type="spellEnd"/>
      <w:r>
        <w:t xml:space="preserve">) </w:t>
      </w:r>
      <w:proofErr w:type="spellStart"/>
      <w:r>
        <w:t>және</w:t>
      </w:r>
      <w:proofErr w:type="spellEnd"/>
      <w:r>
        <w:t xml:space="preserve"> </w:t>
      </w:r>
      <w:proofErr w:type="spellStart"/>
      <w:r>
        <w:t>кәдеге</w:t>
      </w:r>
      <w:proofErr w:type="spellEnd"/>
      <w:r>
        <w:t xml:space="preserve"> </w:t>
      </w:r>
      <w:proofErr w:type="spellStart"/>
      <w:r>
        <w:t>жарату</w:t>
      </w:r>
      <w:proofErr w:type="spellEnd"/>
      <w:r>
        <w:t xml:space="preserve"> </w:t>
      </w:r>
      <w:proofErr w:type="spellStart"/>
      <w:r>
        <w:t>қажеттілігін</w:t>
      </w:r>
      <w:proofErr w:type="spellEnd"/>
      <w:r>
        <w:t xml:space="preserve"> </w:t>
      </w:r>
      <w:proofErr w:type="spellStart"/>
      <w:r>
        <w:t>айқындау</w:t>
      </w:r>
      <w:proofErr w:type="spellEnd"/>
      <w:r>
        <w:t>.</w:t>
      </w:r>
    </w:p>
    <w:p w:rsidR="00567FB9" w:rsidRDefault="00567FB9">
      <w:pPr>
        <w:ind w:firstLine="397"/>
      </w:pPr>
    </w:p>
    <w:p w:rsidR="006341AF" w:rsidRDefault="00567FB9">
      <w:pPr>
        <w:rPr>
          <w:b/>
        </w:rPr>
      </w:pPr>
      <w:r>
        <w:rPr>
          <w:b/>
        </w:rPr>
        <w:t xml:space="preserve">5. </w:t>
      </w:r>
      <w:proofErr w:type="spellStart"/>
      <w:r>
        <w:rPr>
          <w:b/>
        </w:rPr>
        <w:t>Өнім</w:t>
      </w:r>
      <w:proofErr w:type="spellEnd"/>
      <w:r>
        <w:rPr>
          <w:b/>
        </w:rPr>
        <w:t xml:space="preserve"> </w:t>
      </w:r>
      <w:proofErr w:type="spellStart"/>
      <w:r>
        <w:rPr>
          <w:b/>
        </w:rPr>
        <w:t>берушіге</w:t>
      </w:r>
      <w:proofErr w:type="spellEnd"/>
      <w:r>
        <w:rPr>
          <w:b/>
        </w:rPr>
        <w:t xml:space="preserve"> </w:t>
      </w:r>
      <w:proofErr w:type="spellStart"/>
      <w:r>
        <w:rPr>
          <w:b/>
        </w:rPr>
        <w:t>қойылатын</w:t>
      </w:r>
      <w:proofErr w:type="spellEnd"/>
      <w:r>
        <w:rPr>
          <w:b/>
        </w:rPr>
        <w:t xml:space="preserve"> </w:t>
      </w:r>
      <w:proofErr w:type="spellStart"/>
      <w:r>
        <w:rPr>
          <w:b/>
        </w:rPr>
        <w:t>талаптар</w:t>
      </w:r>
      <w:proofErr w:type="spellEnd"/>
      <w:r>
        <w:rPr>
          <w:b/>
        </w:rPr>
        <w:t>:</w:t>
      </w:r>
    </w:p>
    <w:p w:rsidR="00567FB9" w:rsidRDefault="00567FB9"/>
    <w:p w:rsidR="006341AF" w:rsidRDefault="00567FB9">
      <w:pPr>
        <w:ind w:firstLine="397"/>
      </w:pPr>
      <w:r>
        <w:t>1) Мүлікті бағалау бойынша бағалау қызметін жүзеге асыру үшін бағалаушының тиісті біліктілік куәлігі болуы қажет. Өнім беруші техникалық байқау, бағалау және қорытынды актілерін дайындау, сондай-ақ негізгі құралдарды есептен шығару бойынша қызмет көрсетуге міндетті. Акт Қазақстан Республикасының «Мемлекеттік мүлік туралы» Заңына сәйкес ресімделуге тиіс. Негізгі құралдарды есептен шығару қағидаларына сәйкес, моральдық немесе материалдық тұрғыдан ескірген, жөндеуге немесе қалпына келтіруге келмейтін электр құралдары, ұйымдастыру техникасы, компьютерлік техника және өзге де мүлік қамтылады.</w:t>
      </w:r>
    </w:p>
    <w:p w:rsidR="006341AF" w:rsidRDefault="00567FB9">
      <w:r>
        <w:t>Техникалық байқау актісінде төмендегі мәліметтер көрсетілуге тиіс:</w:t>
      </w:r>
    </w:p>
    <w:p w:rsidR="006341AF" w:rsidRDefault="00567FB9">
      <w:r>
        <w:t>– фотофиксация жүргізілген тексеру актісі;</w:t>
      </w:r>
    </w:p>
    <w:p w:rsidR="006341AF" w:rsidRDefault="00567FB9">
      <w:r>
        <w:t>– түгендеу нөмірі;</w:t>
      </w:r>
    </w:p>
    <w:p w:rsidR="006341AF" w:rsidRPr="009320D0" w:rsidRDefault="00567FB9">
      <w:pPr>
        <w:rPr>
          <w:lang w:val="ru-RU"/>
        </w:rPr>
      </w:pPr>
      <w:r w:rsidRPr="009320D0">
        <w:rPr>
          <w:lang w:val="ru-RU"/>
        </w:rPr>
        <w:t xml:space="preserve">– </w:t>
      </w:r>
      <w:proofErr w:type="spellStart"/>
      <w:r w:rsidRPr="009320D0">
        <w:rPr>
          <w:lang w:val="ru-RU"/>
        </w:rPr>
        <w:t>техниканың</w:t>
      </w:r>
      <w:proofErr w:type="spellEnd"/>
      <w:r w:rsidRPr="009320D0">
        <w:rPr>
          <w:lang w:val="ru-RU"/>
        </w:rPr>
        <w:t xml:space="preserve"> </w:t>
      </w:r>
      <w:proofErr w:type="spellStart"/>
      <w:r w:rsidRPr="009320D0">
        <w:rPr>
          <w:lang w:val="ru-RU"/>
        </w:rPr>
        <w:t>атауы</w:t>
      </w:r>
      <w:proofErr w:type="spellEnd"/>
      <w:r w:rsidRPr="009320D0">
        <w:rPr>
          <w:lang w:val="ru-RU"/>
        </w:rPr>
        <w:t>;</w:t>
      </w:r>
    </w:p>
    <w:p w:rsidR="006341AF" w:rsidRPr="009320D0" w:rsidRDefault="00567FB9">
      <w:pPr>
        <w:rPr>
          <w:lang w:val="ru-RU"/>
        </w:rPr>
      </w:pPr>
      <w:r w:rsidRPr="009320D0">
        <w:rPr>
          <w:lang w:val="ru-RU"/>
        </w:rPr>
        <w:t xml:space="preserve">– </w:t>
      </w:r>
      <w:proofErr w:type="spellStart"/>
      <w:r w:rsidRPr="009320D0">
        <w:rPr>
          <w:lang w:val="ru-RU"/>
        </w:rPr>
        <w:t>шығарылған</w:t>
      </w:r>
      <w:proofErr w:type="spellEnd"/>
      <w:r w:rsidRPr="009320D0">
        <w:rPr>
          <w:lang w:val="ru-RU"/>
        </w:rPr>
        <w:t xml:space="preserve"> </w:t>
      </w:r>
      <w:proofErr w:type="spellStart"/>
      <w:r w:rsidRPr="009320D0">
        <w:rPr>
          <w:lang w:val="ru-RU"/>
        </w:rPr>
        <w:t>немесе</w:t>
      </w:r>
      <w:proofErr w:type="spellEnd"/>
      <w:r w:rsidRPr="009320D0">
        <w:rPr>
          <w:lang w:val="ru-RU"/>
        </w:rPr>
        <w:t xml:space="preserve"> </w:t>
      </w:r>
      <w:proofErr w:type="spellStart"/>
      <w:r w:rsidRPr="009320D0">
        <w:rPr>
          <w:lang w:val="ru-RU"/>
        </w:rPr>
        <w:t>сатып</w:t>
      </w:r>
      <w:proofErr w:type="spellEnd"/>
      <w:r w:rsidRPr="009320D0">
        <w:rPr>
          <w:lang w:val="ru-RU"/>
        </w:rPr>
        <w:t xml:space="preserve"> </w:t>
      </w:r>
      <w:proofErr w:type="spellStart"/>
      <w:r w:rsidRPr="009320D0">
        <w:rPr>
          <w:lang w:val="ru-RU"/>
        </w:rPr>
        <w:t>алынған</w:t>
      </w:r>
      <w:proofErr w:type="spellEnd"/>
      <w:r w:rsidRPr="009320D0">
        <w:rPr>
          <w:lang w:val="ru-RU"/>
        </w:rPr>
        <w:t xml:space="preserve"> </w:t>
      </w:r>
      <w:proofErr w:type="spellStart"/>
      <w:r w:rsidRPr="009320D0">
        <w:rPr>
          <w:lang w:val="ru-RU"/>
        </w:rPr>
        <w:t>жылы</w:t>
      </w:r>
      <w:proofErr w:type="spellEnd"/>
      <w:r w:rsidRPr="009320D0">
        <w:rPr>
          <w:lang w:val="ru-RU"/>
        </w:rPr>
        <w:t>;</w:t>
      </w:r>
    </w:p>
    <w:p w:rsidR="006341AF" w:rsidRPr="009320D0" w:rsidRDefault="00567FB9">
      <w:pPr>
        <w:rPr>
          <w:lang w:val="ru-RU"/>
        </w:rPr>
      </w:pPr>
      <w:r w:rsidRPr="009320D0">
        <w:rPr>
          <w:lang w:val="ru-RU"/>
        </w:rPr>
        <w:t xml:space="preserve">– </w:t>
      </w:r>
      <w:proofErr w:type="spellStart"/>
      <w:r w:rsidRPr="009320D0">
        <w:rPr>
          <w:lang w:val="ru-RU"/>
        </w:rPr>
        <w:t>бренді</w:t>
      </w:r>
      <w:proofErr w:type="spellEnd"/>
      <w:r w:rsidRPr="009320D0">
        <w:rPr>
          <w:lang w:val="ru-RU"/>
        </w:rPr>
        <w:t xml:space="preserve"> </w:t>
      </w:r>
      <w:proofErr w:type="spellStart"/>
      <w:r w:rsidRPr="009320D0">
        <w:rPr>
          <w:lang w:val="ru-RU"/>
        </w:rPr>
        <w:t>және</w:t>
      </w:r>
      <w:proofErr w:type="spellEnd"/>
      <w:r w:rsidRPr="009320D0">
        <w:rPr>
          <w:lang w:val="ru-RU"/>
        </w:rPr>
        <w:t xml:space="preserve"> </w:t>
      </w:r>
      <w:proofErr w:type="spellStart"/>
      <w:r w:rsidRPr="009320D0">
        <w:rPr>
          <w:lang w:val="ru-RU"/>
        </w:rPr>
        <w:t>моделі</w:t>
      </w:r>
      <w:proofErr w:type="spellEnd"/>
      <w:r w:rsidRPr="009320D0">
        <w:rPr>
          <w:lang w:val="ru-RU"/>
        </w:rPr>
        <w:t>;</w:t>
      </w:r>
    </w:p>
    <w:p w:rsidR="006341AF" w:rsidRPr="009320D0" w:rsidRDefault="00567FB9">
      <w:pPr>
        <w:rPr>
          <w:lang w:val="ru-RU"/>
        </w:rPr>
      </w:pPr>
      <w:r w:rsidRPr="009320D0">
        <w:rPr>
          <w:lang w:val="ru-RU"/>
        </w:rPr>
        <w:t xml:space="preserve">– </w:t>
      </w:r>
      <w:proofErr w:type="spellStart"/>
      <w:r w:rsidRPr="009320D0">
        <w:rPr>
          <w:lang w:val="ru-RU"/>
        </w:rPr>
        <w:t>ақаулардың</w:t>
      </w:r>
      <w:proofErr w:type="spellEnd"/>
      <w:r w:rsidRPr="009320D0">
        <w:rPr>
          <w:lang w:val="ru-RU"/>
        </w:rPr>
        <w:t xml:space="preserve"> </w:t>
      </w:r>
      <w:proofErr w:type="spellStart"/>
      <w:r w:rsidRPr="009320D0">
        <w:rPr>
          <w:lang w:val="ru-RU"/>
        </w:rPr>
        <w:t>себептері</w:t>
      </w:r>
      <w:proofErr w:type="spellEnd"/>
      <w:r w:rsidRPr="009320D0">
        <w:rPr>
          <w:lang w:val="ru-RU"/>
        </w:rPr>
        <w:t xml:space="preserve"> (</w:t>
      </w:r>
      <w:proofErr w:type="spellStart"/>
      <w:r w:rsidRPr="009320D0">
        <w:rPr>
          <w:lang w:val="ru-RU"/>
        </w:rPr>
        <w:t>тозуы</w:t>
      </w:r>
      <w:proofErr w:type="spellEnd"/>
      <w:r w:rsidRPr="009320D0">
        <w:rPr>
          <w:lang w:val="ru-RU"/>
        </w:rPr>
        <w:t xml:space="preserve">, </w:t>
      </w:r>
      <w:proofErr w:type="spellStart"/>
      <w:r w:rsidRPr="009320D0">
        <w:rPr>
          <w:lang w:val="ru-RU"/>
        </w:rPr>
        <w:t>жарамсыз</w:t>
      </w:r>
      <w:proofErr w:type="spellEnd"/>
      <w:r w:rsidRPr="009320D0">
        <w:rPr>
          <w:lang w:val="ru-RU"/>
        </w:rPr>
        <w:t xml:space="preserve"> </w:t>
      </w:r>
      <w:proofErr w:type="spellStart"/>
      <w:r w:rsidRPr="009320D0">
        <w:rPr>
          <w:lang w:val="ru-RU"/>
        </w:rPr>
        <w:t>болуы</w:t>
      </w:r>
      <w:proofErr w:type="spellEnd"/>
      <w:r w:rsidRPr="009320D0">
        <w:rPr>
          <w:lang w:val="ru-RU"/>
        </w:rPr>
        <w:t xml:space="preserve"> </w:t>
      </w:r>
      <w:proofErr w:type="spellStart"/>
      <w:r w:rsidRPr="009320D0">
        <w:rPr>
          <w:lang w:val="ru-RU"/>
        </w:rPr>
        <w:t>немесе</w:t>
      </w:r>
      <w:proofErr w:type="spellEnd"/>
      <w:r w:rsidRPr="009320D0">
        <w:rPr>
          <w:lang w:val="ru-RU"/>
        </w:rPr>
        <w:t xml:space="preserve"> </w:t>
      </w:r>
      <w:proofErr w:type="spellStart"/>
      <w:r w:rsidRPr="009320D0">
        <w:rPr>
          <w:lang w:val="ru-RU"/>
        </w:rPr>
        <w:t>белгілі</w:t>
      </w:r>
      <w:proofErr w:type="spellEnd"/>
      <w:r w:rsidRPr="009320D0">
        <w:rPr>
          <w:lang w:val="ru-RU"/>
        </w:rPr>
        <w:t xml:space="preserve"> </w:t>
      </w:r>
      <w:proofErr w:type="spellStart"/>
      <w:r w:rsidRPr="009320D0">
        <w:rPr>
          <w:lang w:val="ru-RU"/>
        </w:rPr>
        <w:t>бір</w:t>
      </w:r>
      <w:proofErr w:type="spellEnd"/>
      <w:r w:rsidRPr="009320D0">
        <w:rPr>
          <w:lang w:val="ru-RU"/>
        </w:rPr>
        <w:t xml:space="preserve"> </w:t>
      </w:r>
      <w:proofErr w:type="spellStart"/>
      <w:r w:rsidRPr="009320D0">
        <w:rPr>
          <w:lang w:val="ru-RU"/>
        </w:rPr>
        <w:t>жұмыс</w:t>
      </w:r>
      <w:proofErr w:type="spellEnd"/>
      <w:r w:rsidRPr="009320D0">
        <w:rPr>
          <w:lang w:val="ru-RU"/>
        </w:rPr>
        <w:t xml:space="preserve"> </w:t>
      </w:r>
      <w:proofErr w:type="spellStart"/>
      <w:r w:rsidRPr="009320D0">
        <w:rPr>
          <w:lang w:val="ru-RU"/>
        </w:rPr>
        <w:t>кезеңін</w:t>
      </w:r>
      <w:proofErr w:type="spellEnd"/>
      <w:r w:rsidRPr="009320D0">
        <w:rPr>
          <w:lang w:val="ru-RU"/>
        </w:rPr>
        <w:t xml:space="preserve"> </w:t>
      </w:r>
      <w:proofErr w:type="spellStart"/>
      <w:r w:rsidRPr="009320D0">
        <w:rPr>
          <w:lang w:val="ru-RU"/>
        </w:rPr>
        <w:t>өтеуі</w:t>
      </w:r>
      <w:proofErr w:type="spellEnd"/>
      <w:r w:rsidRPr="009320D0">
        <w:rPr>
          <w:lang w:val="ru-RU"/>
        </w:rPr>
        <w:t xml:space="preserve"> </w:t>
      </w:r>
      <w:proofErr w:type="spellStart"/>
      <w:r w:rsidRPr="009320D0">
        <w:rPr>
          <w:lang w:val="ru-RU"/>
        </w:rPr>
        <w:t>туралы</w:t>
      </w:r>
      <w:proofErr w:type="spellEnd"/>
      <w:r w:rsidRPr="009320D0">
        <w:rPr>
          <w:lang w:val="ru-RU"/>
        </w:rPr>
        <w:t xml:space="preserve"> </w:t>
      </w:r>
      <w:proofErr w:type="spellStart"/>
      <w:r w:rsidRPr="009320D0">
        <w:rPr>
          <w:lang w:val="ru-RU"/>
        </w:rPr>
        <w:t>мәліметтер</w:t>
      </w:r>
      <w:proofErr w:type="spellEnd"/>
      <w:r w:rsidRPr="009320D0">
        <w:rPr>
          <w:lang w:val="ru-RU"/>
        </w:rPr>
        <w:t>).</w:t>
      </w:r>
    </w:p>
    <w:p w:rsidR="006341AF" w:rsidRPr="009320D0" w:rsidRDefault="00567FB9">
      <w:pPr>
        <w:ind w:firstLine="397"/>
        <w:rPr>
          <w:lang w:val="ru-RU"/>
        </w:rPr>
      </w:pPr>
      <w:r w:rsidRPr="009320D0">
        <w:rPr>
          <w:lang w:val="ru-RU"/>
        </w:rPr>
        <w:t xml:space="preserve">2) </w:t>
      </w:r>
      <w:proofErr w:type="spellStart"/>
      <w:r w:rsidRPr="009320D0">
        <w:rPr>
          <w:lang w:val="ru-RU"/>
        </w:rPr>
        <w:t>Техникалық</w:t>
      </w:r>
      <w:proofErr w:type="spellEnd"/>
      <w:r w:rsidRPr="009320D0">
        <w:rPr>
          <w:lang w:val="ru-RU"/>
        </w:rPr>
        <w:t xml:space="preserve"> </w:t>
      </w:r>
      <w:proofErr w:type="spellStart"/>
      <w:r w:rsidRPr="009320D0">
        <w:rPr>
          <w:lang w:val="ru-RU"/>
        </w:rPr>
        <w:t>сараптама</w:t>
      </w:r>
      <w:proofErr w:type="spellEnd"/>
      <w:r w:rsidRPr="009320D0">
        <w:rPr>
          <w:lang w:val="ru-RU"/>
        </w:rPr>
        <w:t xml:space="preserve"> </w:t>
      </w:r>
      <w:proofErr w:type="spellStart"/>
      <w:r w:rsidRPr="009320D0">
        <w:rPr>
          <w:lang w:val="ru-RU"/>
        </w:rPr>
        <w:t>нәтижелері</w:t>
      </w:r>
      <w:proofErr w:type="spellEnd"/>
      <w:r w:rsidRPr="009320D0">
        <w:rPr>
          <w:lang w:val="ru-RU"/>
        </w:rPr>
        <w:t xml:space="preserve"> </w:t>
      </w:r>
      <w:proofErr w:type="spellStart"/>
      <w:r w:rsidRPr="009320D0">
        <w:rPr>
          <w:lang w:val="ru-RU"/>
        </w:rPr>
        <w:t>бойынша</w:t>
      </w:r>
      <w:proofErr w:type="spellEnd"/>
      <w:r w:rsidRPr="009320D0">
        <w:rPr>
          <w:lang w:val="ru-RU"/>
        </w:rPr>
        <w:t xml:space="preserve"> </w:t>
      </w:r>
      <w:proofErr w:type="spellStart"/>
      <w:r w:rsidRPr="009320D0">
        <w:rPr>
          <w:lang w:val="ru-RU"/>
        </w:rPr>
        <w:t>өнім</w:t>
      </w:r>
      <w:proofErr w:type="spellEnd"/>
      <w:r w:rsidRPr="009320D0">
        <w:rPr>
          <w:lang w:val="ru-RU"/>
        </w:rPr>
        <w:t xml:space="preserve"> </w:t>
      </w:r>
      <w:proofErr w:type="spellStart"/>
      <w:r w:rsidRPr="009320D0">
        <w:rPr>
          <w:lang w:val="ru-RU"/>
        </w:rPr>
        <w:t>беруші</w:t>
      </w:r>
      <w:proofErr w:type="spellEnd"/>
      <w:r w:rsidRPr="009320D0">
        <w:rPr>
          <w:lang w:val="ru-RU"/>
        </w:rPr>
        <w:t xml:space="preserve"> </w:t>
      </w:r>
      <w:proofErr w:type="spellStart"/>
      <w:r w:rsidRPr="009320D0">
        <w:rPr>
          <w:lang w:val="ru-RU"/>
        </w:rPr>
        <w:t>Тапсырыс</w:t>
      </w:r>
      <w:proofErr w:type="spellEnd"/>
      <w:r w:rsidRPr="009320D0">
        <w:rPr>
          <w:lang w:val="ru-RU"/>
        </w:rPr>
        <w:t xml:space="preserve"> </w:t>
      </w:r>
      <w:proofErr w:type="spellStart"/>
      <w:r w:rsidRPr="009320D0">
        <w:rPr>
          <w:lang w:val="ru-RU"/>
        </w:rPr>
        <w:t>берушіге</w:t>
      </w:r>
      <w:proofErr w:type="spellEnd"/>
      <w:r w:rsidRPr="009320D0">
        <w:rPr>
          <w:lang w:val="ru-RU"/>
        </w:rPr>
        <w:t xml:space="preserve"> </w:t>
      </w:r>
      <w:proofErr w:type="spellStart"/>
      <w:r w:rsidRPr="009320D0">
        <w:rPr>
          <w:lang w:val="ru-RU"/>
        </w:rPr>
        <w:t>техникалық</w:t>
      </w:r>
      <w:proofErr w:type="spellEnd"/>
      <w:r w:rsidRPr="009320D0">
        <w:rPr>
          <w:lang w:val="ru-RU"/>
        </w:rPr>
        <w:t xml:space="preserve"> </w:t>
      </w:r>
      <w:proofErr w:type="spellStart"/>
      <w:r w:rsidRPr="009320D0">
        <w:rPr>
          <w:lang w:val="ru-RU"/>
        </w:rPr>
        <w:t>байқау</w:t>
      </w:r>
      <w:proofErr w:type="spellEnd"/>
      <w:r w:rsidRPr="009320D0">
        <w:rPr>
          <w:lang w:val="ru-RU"/>
        </w:rPr>
        <w:t xml:space="preserve"> </w:t>
      </w:r>
      <w:proofErr w:type="spellStart"/>
      <w:r w:rsidRPr="009320D0">
        <w:rPr>
          <w:lang w:val="ru-RU"/>
        </w:rPr>
        <w:t>актісін</w:t>
      </w:r>
      <w:proofErr w:type="spellEnd"/>
      <w:r w:rsidRPr="009320D0">
        <w:rPr>
          <w:lang w:val="ru-RU"/>
        </w:rPr>
        <w:t xml:space="preserve">, </w:t>
      </w:r>
      <w:proofErr w:type="spellStart"/>
      <w:r w:rsidRPr="009320D0">
        <w:rPr>
          <w:lang w:val="ru-RU"/>
        </w:rPr>
        <w:t>бағалау</w:t>
      </w:r>
      <w:proofErr w:type="spellEnd"/>
      <w:r w:rsidRPr="009320D0">
        <w:rPr>
          <w:lang w:val="ru-RU"/>
        </w:rPr>
        <w:t xml:space="preserve"> </w:t>
      </w:r>
      <w:proofErr w:type="spellStart"/>
      <w:r w:rsidRPr="009320D0">
        <w:rPr>
          <w:lang w:val="ru-RU"/>
        </w:rPr>
        <w:t>актісін</w:t>
      </w:r>
      <w:proofErr w:type="spellEnd"/>
      <w:r w:rsidRPr="009320D0">
        <w:rPr>
          <w:lang w:val="ru-RU"/>
        </w:rPr>
        <w:t xml:space="preserve"> </w:t>
      </w:r>
      <w:proofErr w:type="spellStart"/>
      <w:r w:rsidRPr="009320D0">
        <w:rPr>
          <w:lang w:val="ru-RU"/>
        </w:rPr>
        <w:t>және</w:t>
      </w:r>
      <w:proofErr w:type="spellEnd"/>
      <w:r w:rsidRPr="009320D0">
        <w:rPr>
          <w:lang w:val="ru-RU"/>
        </w:rPr>
        <w:t xml:space="preserve"> </w:t>
      </w:r>
      <w:proofErr w:type="spellStart"/>
      <w:r w:rsidRPr="009320D0">
        <w:rPr>
          <w:lang w:val="ru-RU"/>
        </w:rPr>
        <w:t>негізгі</w:t>
      </w:r>
      <w:proofErr w:type="spellEnd"/>
      <w:r w:rsidRPr="009320D0">
        <w:rPr>
          <w:lang w:val="ru-RU"/>
        </w:rPr>
        <w:t xml:space="preserve"> </w:t>
      </w:r>
      <w:proofErr w:type="spellStart"/>
      <w:r w:rsidRPr="009320D0">
        <w:rPr>
          <w:lang w:val="ru-RU"/>
        </w:rPr>
        <w:t>құралдарды</w:t>
      </w:r>
      <w:proofErr w:type="spellEnd"/>
      <w:r w:rsidRPr="009320D0">
        <w:rPr>
          <w:lang w:val="ru-RU"/>
        </w:rPr>
        <w:t xml:space="preserve"> </w:t>
      </w:r>
      <w:proofErr w:type="spellStart"/>
      <w:r w:rsidRPr="009320D0">
        <w:rPr>
          <w:lang w:val="ru-RU"/>
        </w:rPr>
        <w:t>есептен</w:t>
      </w:r>
      <w:proofErr w:type="spellEnd"/>
      <w:r w:rsidRPr="009320D0">
        <w:rPr>
          <w:lang w:val="ru-RU"/>
        </w:rPr>
        <w:t xml:space="preserve"> </w:t>
      </w:r>
      <w:proofErr w:type="spellStart"/>
      <w:r w:rsidRPr="009320D0">
        <w:rPr>
          <w:lang w:val="ru-RU"/>
        </w:rPr>
        <w:t>шығару</w:t>
      </w:r>
      <w:proofErr w:type="spellEnd"/>
      <w:r w:rsidRPr="009320D0">
        <w:rPr>
          <w:lang w:val="ru-RU"/>
        </w:rPr>
        <w:t xml:space="preserve"> </w:t>
      </w:r>
      <w:proofErr w:type="spellStart"/>
      <w:r w:rsidRPr="009320D0">
        <w:rPr>
          <w:lang w:val="ru-RU"/>
        </w:rPr>
        <w:t>туралы</w:t>
      </w:r>
      <w:proofErr w:type="spellEnd"/>
      <w:r w:rsidRPr="009320D0">
        <w:rPr>
          <w:lang w:val="ru-RU"/>
        </w:rPr>
        <w:t xml:space="preserve"> </w:t>
      </w:r>
      <w:proofErr w:type="spellStart"/>
      <w:r w:rsidRPr="009320D0">
        <w:rPr>
          <w:lang w:val="ru-RU"/>
        </w:rPr>
        <w:t>қорытындыны</w:t>
      </w:r>
      <w:proofErr w:type="spellEnd"/>
      <w:r w:rsidRPr="009320D0">
        <w:rPr>
          <w:lang w:val="ru-RU"/>
        </w:rPr>
        <w:t xml:space="preserve"> </w:t>
      </w:r>
      <w:proofErr w:type="spellStart"/>
      <w:r w:rsidRPr="009320D0">
        <w:rPr>
          <w:lang w:val="ru-RU"/>
        </w:rPr>
        <w:t>екі</w:t>
      </w:r>
      <w:proofErr w:type="spellEnd"/>
      <w:r w:rsidRPr="009320D0">
        <w:rPr>
          <w:lang w:val="ru-RU"/>
        </w:rPr>
        <w:t xml:space="preserve"> </w:t>
      </w:r>
      <w:proofErr w:type="spellStart"/>
      <w:r w:rsidRPr="009320D0">
        <w:rPr>
          <w:lang w:val="ru-RU"/>
        </w:rPr>
        <w:t>данада</w:t>
      </w:r>
      <w:proofErr w:type="spellEnd"/>
      <w:r w:rsidRPr="009320D0">
        <w:rPr>
          <w:lang w:val="ru-RU"/>
        </w:rPr>
        <w:t xml:space="preserve"> (</w:t>
      </w:r>
      <w:proofErr w:type="spellStart"/>
      <w:r w:rsidRPr="009320D0">
        <w:rPr>
          <w:lang w:val="ru-RU"/>
        </w:rPr>
        <w:t>орыс</w:t>
      </w:r>
      <w:proofErr w:type="spellEnd"/>
      <w:r w:rsidRPr="009320D0">
        <w:rPr>
          <w:lang w:val="ru-RU"/>
        </w:rPr>
        <w:t xml:space="preserve"> </w:t>
      </w:r>
      <w:proofErr w:type="spellStart"/>
      <w:r w:rsidRPr="009320D0">
        <w:rPr>
          <w:lang w:val="ru-RU"/>
        </w:rPr>
        <w:t>және</w:t>
      </w:r>
      <w:proofErr w:type="spellEnd"/>
      <w:r w:rsidRPr="009320D0">
        <w:rPr>
          <w:lang w:val="ru-RU"/>
        </w:rPr>
        <w:t xml:space="preserve"> </w:t>
      </w:r>
      <w:proofErr w:type="spellStart"/>
      <w:r w:rsidRPr="009320D0">
        <w:rPr>
          <w:lang w:val="ru-RU"/>
        </w:rPr>
        <w:t>қазақ</w:t>
      </w:r>
      <w:proofErr w:type="spellEnd"/>
      <w:r w:rsidRPr="009320D0">
        <w:rPr>
          <w:lang w:val="ru-RU"/>
        </w:rPr>
        <w:t xml:space="preserve"> </w:t>
      </w:r>
      <w:proofErr w:type="spellStart"/>
      <w:r w:rsidRPr="009320D0">
        <w:rPr>
          <w:lang w:val="ru-RU"/>
        </w:rPr>
        <w:t>тілдерінде</w:t>
      </w:r>
      <w:proofErr w:type="spellEnd"/>
      <w:r w:rsidRPr="009320D0">
        <w:rPr>
          <w:lang w:val="ru-RU"/>
        </w:rPr>
        <w:t xml:space="preserve">) </w:t>
      </w:r>
      <w:proofErr w:type="spellStart"/>
      <w:r w:rsidRPr="009320D0">
        <w:rPr>
          <w:lang w:val="ru-RU"/>
        </w:rPr>
        <w:t>ұсынуға</w:t>
      </w:r>
      <w:proofErr w:type="spellEnd"/>
      <w:r w:rsidRPr="009320D0">
        <w:rPr>
          <w:lang w:val="ru-RU"/>
        </w:rPr>
        <w:t xml:space="preserve"> </w:t>
      </w:r>
      <w:proofErr w:type="spellStart"/>
      <w:r w:rsidRPr="009320D0">
        <w:rPr>
          <w:lang w:val="ru-RU"/>
        </w:rPr>
        <w:t>міндетті</w:t>
      </w:r>
      <w:proofErr w:type="spellEnd"/>
      <w:r w:rsidRPr="009320D0">
        <w:rPr>
          <w:lang w:val="ru-RU"/>
        </w:rPr>
        <w:t xml:space="preserve">. </w:t>
      </w:r>
      <w:proofErr w:type="spellStart"/>
      <w:r w:rsidRPr="009320D0">
        <w:rPr>
          <w:lang w:val="ru-RU"/>
        </w:rPr>
        <w:t>Құжаттарда</w:t>
      </w:r>
      <w:proofErr w:type="spellEnd"/>
      <w:r w:rsidRPr="009320D0">
        <w:rPr>
          <w:lang w:val="ru-RU"/>
        </w:rPr>
        <w:t xml:space="preserve"> </w:t>
      </w:r>
      <w:proofErr w:type="spellStart"/>
      <w:r w:rsidRPr="009320D0">
        <w:rPr>
          <w:lang w:val="ru-RU"/>
        </w:rPr>
        <w:t>негізгі</w:t>
      </w:r>
      <w:proofErr w:type="spellEnd"/>
      <w:r w:rsidRPr="009320D0">
        <w:rPr>
          <w:lang w:val="ru-RU"/>
        </w:rPr>
        <w:t xml:space="preserve"> </w:t>
      </w:r>
      <w:proofErr w:type="spellStart"/>
      <w:r w:rsidRPr="009320D0">
        <w:rPr>
          <w:lang w:val="ru-RU"/>
        </w:rPr>
        <w:t>құралдар</w:t>
      </w:r>
      <w:proofErr w:type="spellEnd"/>
      <w:r w:rsidRPr="009320D0">
        <w:rPr>
          <w:lang w:val="ru-RU"/>
        </w:rPr>
        <w:t xml:space="preserve"> </w:t>
      </w:r>
      <w:proofErr w:type="spellStart"/>
      <w:r w:rsidRPr="009320D0">
        <w:rPr>
          <w:lang w:val="ru-RU"/>
        </w:rPr>
        <w:t>бірліктерінің</w:t>
      </w:r>
      <w:proofErr w:type="spellEnd"/>
      <w:r w:rsidRPr="009320D0">
        <w:rPr>
          <w:lang w:val="ru-RU"/>
        </w:rPr>
        <w:t xml:space="preserve"> </w:t>
      </w:r>
      <w:proofErr w:type="spellStart"/>
      <w:r w:rsidRPr="009320D0">
        <w:rPr>
          <w:lang w:val="ru-RU"/>
        </w:rPr>
        <w:t>және</w:t>
      </w:r>
      <w:proofErr w:type="spellEnd"/>
      <w:r w:rsidRPr="009320D0">
        <w:rPr>
          <w:lang w:val="ru-RU"/>
        </w:rPr>
        <w:t xml:space="preserve"> </w:t>
      </w:r>
      <w:proofErr w:type="spellStart"/>
      <w:r w:rsidRPr="009320D0">
        <w:rPr>
          <w:lang w:val="ru-RU"/>
        </w:rPr>
        <w:t>тауарлық-материалдық</w:t>
      </w:r>
      <w:proofErr w:type="spellEnd"/>
      <w:r w:rsidRPr="009320D0">
        <w:rPr>
          <w:lang w:val="ru-RU"/>
        </w:rPr>
        <w:t xml:space="preserve"> </w:t>
      </w:r>
      <w:proofErr w:type="spellStart"/>
      <w:r w:rsidRPr="009320D0">
        <w:rPr>
          <w:lang w:val="ru-RU"/>
        </w:rPr>
        <w:t>құндылықтардың</w:t>
      </w:r>
      <w:proofErr w:type="spellEnd"/>
      <w:r w:rsidRPr="009320D0">
        <w:rPr>
          <w:lang w:val="ru-RU"/>
        </w:rPr>
        <w:t xml:space="preserve"> </w:t>
      </w:r>
      <w:proofErr w:type="spellStart"/>
      <w:r w:rsidRPr="009320D0">
        <w:rPr>
          <w:lang w:val="ru-RU"/>
        </w:rPr>
        <w:t>техникалық</w:t>
      </w:r>
      <w:proofErr w:type="spellEnd"/>
      <w:r w:rsidRPr="009320D0">
        <w:rPr>
          <w:lang w:val="ru-RU"/>
        </w:rPr>
        <w:t xml:space="preserve"> </w:t>
      </w:r>
      <w:proofErr w:type="spellStart"/>
      <w:r w:rsidRPr="009320D0">
        <w:rPr>
          <w:lang w:val="ru-RU"/>
        </w:rPr>
        <w:t>жай-күйі</w:t>
      </w:r>
      <w:proofErr w:type="spellEnd"/>
      <w:r w:rsidRPr="009320D0">
        <w:rPr>
          <w:lang w:val="ru-RU"/>
        </w:rPr>
        <w:t xml:space="preserve"> </w:t>
      </w:r>
      <w:proofErr w:type="spellStart"/>
      <w:r w:rsidRPr="009320D0">
        <w:rPr>
          <w:lang w:val="ru-RU"/>
        </w:rPr>
        <w:t>туралы</w:t>
      </w:r>
      <w:proofErr w:type="spellEnd"/>
      <w:r w:rsidRPr="009320D0">
        <w:rPr>
          <w:lang w:val="ru-RU"/>
        </w:rPr>
        <w:t xml:space="preserve"> </w:t>
      </w:r>
      <w:proofErr w:type="spellStart"/>
      <w:r w:rsidRPr="009320D0">
        <w:rPr>
          <w:lang w:val="ru-RU"/>
        </w:rPr>
        <w:t>мәліметтер</w:t>
      </w:r>
      <w:proofErr w:type="spellEnd"/>
      <w:r w:rsidRPr="009320D0">
        <w:rPr>
          <w:lang w:val="ru-RU"/>
        </w:rPr>
        <w:t xml:space="preserve"> </w:t>
      </w:r>
      <w:proofErr w:type="spellStart"/>
      <w:r w:rsidRPr="009320D0">
        <w:rPr>
          <w:lang w:val="ru-RU"/>
        </w:rPr>
        <w:t>қамтылуға</w:t>
      </w:r>
      <w:proofErr w:type="spellEnd"/>
      <w:r w:rsidRPr="009320D0">
        <w:rPr>
          <w:lang w:val="ru-RU"/>
        </w:rPr>
        <w:t xml:space="preserve"> </w:t>
      </w:r>
      <w:proofErr w:type="spellStart"/>
      <w:r w:rsidRPr="009320D0">
        <w:rPr>
          <w:lang w:val="ru-RU"/>
        </w:rPr>
        <w:t>тиіс</w:t>
      </w:r>
      <w:proofErr w:type="spellEnd"/>
      <w:r w:rsidRPr="009320D0">
        <w:rPr>
          <w:lang w:val="ru-RU"/>
        </w:rPr>
        <w:t xml:space="preserve">. </w:t>
      </w:r>
      <w:proofErr w:type="spellStart"/>
      <w:r w:rsidRPr="009320D0">
        <w:rPr>
          <w:lang w:val="ru-RU"/>
        </w:rPr>
        <w:t>Әрбір</w:t>
      </w:r>
      <w:proofErr w:type="spellEnd"/>
      <w:r w:rsidRPr="009320D0">
        <w:rPr>
          <w:lang w:val="ru-RU"/>
        </w:rPr>
        <w:t xml:space="preserve"> </w:t>
      </w:r>
      <w:proofErr w:type="spellStart"/>
      <w:r w:rsidRPr="009320D0">
        <w:rPr>
          <w:lang w:val="ru-RU"/>
        </w:rPr>
        <w:t>негізгі</w:t>
      </w:r>
      <w:proofErr w:type="spellEnd"/>
      <w:r w:rsidRPr="009320D0">
        <w:rPr>
          <w:lang w:val="ru-RU"/>
        </w:rPr>
        <w:t xml:space="preserve"> </w:t>
      </w:r>
      <w:proofErr w:type="spellStart"/>
      <w:r w:rsidRPr="009320D0">
        <w:rPr>
          <w:lang w:val="ru-RU"/>
        </w:rPr>
        <w:t>құрал</w:t>
      </w:r>
      <w:proofErr w:type="spellEnd"/>
      <w:r w:rsidRPr="009320D0">
        <w:rPr>
          <w:lang w:val="ru-RU"/>
        </w:rPr>
        <w:t xml:space="preserve"> </w:t>
      </w:r>
      <w:proofErr w:type="spellStart"/>
      <w:r w:rsidRPr="009320D0">
        <w:rPr>
          <w:lang w:val="ru-RU"/>
        </w:rPr>
        <w:t>объектісі</w:t>
      </w:r>
      <w:proofErr w:type="spellEnd"/>
      <w:r w:rsidRPr="009320D0">
        <w:rPr>
          <w:lang w:val="ru-RU"/>
        </w:rPr>
        <w:t xml:space="preserve"> </w:t>
      </w:r>
      <w:proofErr w:type="spellStart"/>
      <w:r w:rsidRPr="009320D0">
        <w:rPr>
          <w:lang w:val="ru-RU"/>
        </w:rPr>
        <w:t>бойынша</w:t>
      </w:r>
      <w:proofErr w:type="spellEnd"/>
      <w:r w:rsidRPr="009320D0">
        <w:rPr>
          <w:lang w:val="ru-RU"/>
        </w:rPr>
        <w:t xml:space="preserve"> </w:t>
      </w:r>
      <w:proofErr w:type="spellStart"/>
      <w:r w:rsidRPr="009320D0">
        <w:rPr>
          <w:lang w:val="ru-RU"/>
        </w:rPr>
        <w:t>жеке</w:t>
      </w:r>
      <w:proofErr w:type="spellEnd"/>
      <w:r w:rsidRPr="009320D0">
        <w:rPr>
          <w:lang w:val="ru-RU"/>
        </w:rPr>
        <w:t xml:space="preserve"> акт пен </w:t>
      </w:r>
      <w:proofErr w:type="spellStart"/>
      <w:r w:rsidRPr="009320D0">
        <w:rPr>
          <w:lang w:val="ru-RU"/>
        </w:rPr>
        <w:t>қорытынды</w:t>
      </w:r>
      <w:proofErr w:type="spellEnd"/>
      <w:r w:rsidRPr="009320D0">
        <w:rPr>
          <w:lang w:val="ru-RU"/>
        </w:rPr>
        <w:t xml:space="preserve"> </w:t>
      </w:r>
      <w:proofErr w:type="spellStart"/>
      <w:r w:rsidRPr="009320D0">
        <w:rPr>
          <w:lang w:val="ru-RU"/>
        </w:rPr>
        <w:t>жасалуы</w:t>
      </w:r>
      <w:proofErr w:type="spellEnd"/>
      <w:r w:rsidRPr="009320D0">
        <w:rPr>
          <w:lang w:val="ru-RU"/>
        </w:rPr>
        <w:t xml:space="preserve"> </w:t>
      </w:r>
      <w:proofErr w:type="spellStart"/>
      <w:r w:rsidRPr="009320D0">
        <w:rPr>
          <w:lang w:val="ru-RU"/>
        </w:rPr>
        <w:t>қажет</w:t>
      </w:r>
      <w:proofErr w:type="spellEnd"/>
      <w:r w:rsidRPr="009320D0">
        <w:rPr>
          <w:lang w:val="ru-RU"/>
        </w:rPr>
        <w:t>.</w:t>
      </w:r>
    </w:p>
    <w:p w:rsidR="006341AF" w:rsidRPr="009320D0" w:rsidRDefault="00567FB9">
      <w:pPr>
        <w:ind w:firstLine="397"/>
        <w:rPr>
          <w:lang w:val="ru-RU"/>
        </w:rPr>
      </w:pPr>
      <w:r w:rsidRPr="009320D0">
        <w:rPr>
          <w:lang w:val="ru-RU"/>
        </w:rPr>
        <w:t xml:space="preserve">3) </w:t>
      </w:r>
      <w:proofErr w:type="spellStart"/>
      <w:r w:rsidRPr="009320D0">
        <w:rPr>
          <w:lang w:val="ru-RU"/>
        </w:rPr>
        <w:t>Актілер</w:t>
      </w:r>
      <w:proofErr w:type="spellEnd"/>
      <w:r w:rsidRPr="009320D0">
        <w:rPr>
          <w:lang w:val="ru-RU"/>
        </w:rPr>
        <w:t xml:space="preserve"> мен </w:t>
      </w:r>
      <w:proofErr w:type="spellStart"/>
      <w:r w:rsidRPr="009320D0">
        <w:rPr>
          <w:lang w:val="ru-RU"/>
        </w:rPr>
        <w:t>қорытынды</w:t>
      </w:r>
      <w:proofErr w:type="spellEnd"/>
      <w:r w:rsidRPr="009320D0">
        <w:rPr>
          <w:lang w:val="ru-RU"/>
        </w:rPr>
        <w:t xml:space="preserve"> </w:t>
      </w:r>
      <w:proofErr w:type="spellStart"/>
      <w:r w:rsidRPr="009320D0">
        <w:rPr>
          <w:lang w:val="ru-RU"/>
        </w:rPr>
        <w:t>қағаз</w:t>
      </w:r>
      <w:proofErr w:type="spellEnd"/>
      <w:r w:rsidRPr="009320D0">
        <w:rPr>
          <w:lang w:val="ru-RU"/>
        </w:rPr>
        <w:t xml:space="preserve"> </w:t>
      </w:r>
      <w:proofErr w:type="spellStart"/>
      <w:r w:rsidRPr="009320D0">
        <w:rPr>
          <w:lang w:val="ru-RU"/>
        </w:rPr>
        <w:t>және</w:t>
      </w:r>
      <w:proofErr w:type="spellEnd"/>
      <w:r w:rsidRPr="009320D0">
        <w:rPr>
          <w:lang w:val="ru-RU"/>
        </w:rPr>
        <w:t xml:space="preserve"> </w:t>
      </w:r>
      <w:proofErr w:type="spellStart"/>
      <w:r w:rsidRPr="009320D0">
        <w:rPr>
          <w:lang w:val="ru-RU"/>
        </w:rPr>
        <w:t>электрондық</w:t>
      </w:r>
      <w:proofErr w:type="spellEnd"/>
      <w:r w:rsidRPr="009320D0">
        <w:rPr>
          <w:lang w:val="ru-RU"/>
        </w:rPr>
        <w:t xml:space="preserve"> </w:t>
      </w:r>
      <w:proofErr w:type="spellStart"/>
      <w:r w:rsidRPr="009320D0">
        <w:rPr>
          <w:lang w:val="ru-RU"/>
        </w:rPr>
        <w:t>жеткізгіштерде</w:t>
      </w:r>
      <w:proofErr w:type="spellEnd"/>
      <w:r w:rsidRPr="009320D0">
        <w:rPr>
          <w:lang w:val="ru-RU"/>
        </w:rPr>
        <w:t xml:space="preserve"> </w:t>
      </w:r>
      <w:proofErr w:type="spellStart"/>
      <w:r w:rsidRPr="009320D0">
        <w:rPr>
          <w:lang w:val="ru-RU"/>
        </w:rPr>
        <w:t>ресімделеді</w:t>
      </w:r>
      <w:proofErr w:type="spellEnd"/>
      <w:r w:rsidRPr="009320D0">
        <w:rPr>
          <w:lang w:val="ru-RU"/>
        </w:rPr>
        <w:t xml:space="preserve">. </w:t>
      </w:r>
      <w:proofErr w:type="spellStart"/>
      <w:r w:rsidRPr="009320D0">
        <w:rPr>
          <w:lang w:val="ru-RU"/>
        </w:rPr>
        <w:t>Қағаз</w:t>
      </w:r>
      <w:proofErr w:type="spellEnd"/>
      <w:r w:rsidRPr="009320D0">
        <w:rPr>
          <w:lang w:val="ru-RU"/>
        </w:rPr>
        <w:t xml:space="preserve"> </w:t>
      </w:r>
      <w:proofErr w:type="spellStart"/>
      <w:r w:rsidRPr="009320D0">
        <w:rPr>
          <w:lang w:val="ru-RU"/>
        </w:rPr>
        <w:t>жеткізгіштердегі</w:t>
      </w:r>
      <w:proofErr w:type="spellEnd"/>
      <w:r w:rsidRPr="009320D0">
        <w:rPr>
          <w:lang w:val="ru-RU"/>
        </w:rPr>
        <w:t xml:space="preserve"> </w:t>
      </w:r>
      <w:proofErr w:type="spellStart"/>
      <w:r w:rsidRPr="009320D0">
        <w:rPr>
          <w:lang w:val="ru-RU"/>
        </w:rPr>
        <w:t>құжаттар</w:t>
      </w:r>
      <w:proofErr w:type="spellEnd"/>
      <w:r w:rsidRPr="009320D0">
        <w:rPr>
          <w:lang w:val="ru-RU"/>
        </w:rPr>
        <w:t xml:space="preserve"> </w:t>
      </w:r>
      <w:proofErr w:type="spellStart"/>
      <w:r w:rsidRPr="009320D0">
        <w:rPr>
          <w:lang w:val="ru-RU"/>
        </w:rPr>
        <w:t>өнім</w:t>
      </w:r>
      <w:proofErr w:type="spellEnd"/>
      <w:r w:rsidRPr="009320D0">
        <w:rPr>
          <w:lang w:val="ru-RU"/>
        </w:rPr>
        <w:t xml:space="preserve"> </w:t>
      </w:r>
      <w:proofErr w:type="spellStart"/>
      <w:r w:rsidRPr="009320D0">
        <w:rPr>
          <w:lang w:val="ru-RU"/>
        </w:rPr>
        <w:t>берушінің</w:t>
      </w:r>
      <w:proofErr w:type="spellEnd"/>
      <w:r w:rsidRPr="009320D0">
        <w:rPr>
          <w:lang w:val="ru-RU"/>
        </w:rPr>
        <w:t xml:space="preserve"> </w:t>
      </w:r>
      <w:proofErr w:type="spellStart"/>
      <w:r w:rsidRPr="009320D0">
        <w:rPr>
          <w:lang w:val="ru-RU"/>
        </w:rPr>
        <w:t>қолымен</w:t>
      </w:r>
      <w:proofErr w:type="spellEnd"/>
      <w:r w:rsidRPr="009320D0">
        <w:rPr>
          <w:lang w:val="ru-RU"/>
        </w:rPr>
        <w:t xml:space="preserve"> </w:t>
      </w:r>
      <w:proofErr w:type="spellStart"/>
      <w:r w:rsidRPr="009320D0">
        <w:rPr>
          <w:lang w:val="ru-RU"/>
        </w:rPr>
        <w:t>және</w:t>
      </w:r>
      <w:proofErr w:type="spellEnd"/>
      <w:r w:rsidRPr="009320D0">
        <w:rPr>
          <w:lang w:val="ru-RU"/>
        </w:rPr>
        <w:t xml:space="preserve"> </w:t>
      </w:r>
      <w:proofErr w:type="spellStart"/>
      <w:r w:rsidRPr="009320D0">
        <w:rPr>
          <w:lang w:val="ru-RU"/>
        </w:rPr>
        <w:t>мөрімен</w:t>
      </w:r>
      <w:proofErr w:type="spellEnd"/>
      <w:r w:rsidRPr="009320D0">
        <w:rPr>
          <w:lang w:val="ru-RU"/>
        </w:rPr>
        <w:t xml:space="preserve"> (</w:t>
      </w:r>
      <w:proofErr w:type="spellStart"/>
      <w:r w:rsidRPr="009320D0">
        <w:rPr>
          <w:lang w:val="ru-RU"/>
        </w:rPr>
        <w:t>мөрі</w:t>
      </w:r>
      <w:proofErr w:type="spellEnd"/>
      <w:r w:rsidRPr="009320D0">
        <w:rPr>
          <w:lang w:val="ru-RU"/>
        </w:rPr>
        <w:t xml:space="preserve"> </w:t>
      </w:r>
      <w:proofErr w:type="spellStart"/>
      <w:r w:rsidRPr="009320D0">
        <w:rPr>
          <w:lang w:val="ru-RU"/>
        </w:rPr>
        <w:t>болған</w:t>
      </w:r>
      <w:proofErr w:type="spellEnd"/>
      <w:r w:rsidRPr="009320D0">
        <w:rPr>
          <w:lang w:val="ru-RU"/>
        </w:rPr>
        <w:t xml:space="preserve"> </w:t>
      </w:r>
      <w:proofErr w:type="spellStart"/>
      <w:r w:rsidRPr="009320D0">
        <w:rPr>
          <w:lang w:val="ru-RU"/>
        </w:rPr>
        <w:t>жағдайда</w:t>
      </w:r>
      <w:proofErr w:type="spellEnd"/>
      <w:r w:rsidRPr="009320D0">
        <w:rPr>
          <w:lang w:val="ru-RU"/>
        </w:rPr>
        <w:t xml:space="preserve">) </w:t>
      </w:r>
      <w:proofErr w:type="spellStart"/>
      <w:r w:rsidRPr="009320D0">
        <w:rPr>
          <w:lang w:val="ru-RU"/>
        </w:rPr>
        <w:t>куәландырылуға</w:t>
      </w:r>
      <w:proofErr w:type="spellEnd"/>
      <w:r w:rsidRPr="009320D0">
        <w:rPr>
          <w:lang w:val="ru-RU"/>
        </w:rPr>
        <w:t xml:space="preserve"> </w:t>
      </w:r>
      <w:proofErr w:type="spellStart"/>
      <w:r w:rsidRPr="009320D0">
        <w:rPr>
          <w:lang w:val="ru-RU"/>
        </w:rPr>
        <w:t>тиіс</w:t>
      </w:r>
      <w:proofErr w:type="spellEnd"/>
      <w:r w:rsidRPr="009320D0">
        <w:rPr>
          <w:lang w:val="ru-RU"/>
        </w:rPr>
        <w:t>.</w:t>
      </w:r>
    </w:p>
    <w:p w:rsidR="006341AF" w:rsidRPr="009320D0" w:rsidRDefault="00567FB9">
      <w:pPr>
        <w:ind w:firstLine="397"/>
        <w:rPr>
          <w:lang w:val="ru-RU"/>
        </w:rPr>
      </w:pPr>
      <w:r w:rsidRPr="009320D0">
        <w:rPr>
          <w:lang w:val="ru-RU"/>
        </w:rPr>
        <w:t xml:space="preserve">4) </w:t>
      </w:r>
      <w:proofErr w:type="spellStart"/>
      <w:r w:rsidRPr="009320D0">
        <w:rPr>
          <w:lang w:val="ru-RU"/>
        </w:rPr>
        <w:t>Өнім</w:t>
      </w:r>
      <w:proofErr w:type="spellEnd"/>
      <w:r w:rsidRPr="009320D0">
        <w:rPr>
          <w:lang w:val="ru-RU"/>
        </w:rPr>
        <w:t xml:space="preserve"> </w:t>
      </w:r>
      <w:proofErr w:type="spellStart"/>
      <w:r w:rsidRPr="009320D0">
        <w:rPr>
          <w:lang w:val="ru-RU"/>
        </w:rPr>
        <w:t>беруші</w:t>
      </w:r>
      <w:proofErr w:type="spellEnd"/>
      <w:r w:rsidRPr="009320D0">
        <w:rPr>
          <w:lang w:val="ru-RU"/>
        </w:rPr>
        <w:t xml:space="preserve"> </w:t>
      </w:r>
      <w:proofErr w:type="spellStart"/>
      <w:r w:rsidRPr="009320D0">
        <w:rPr>
          <w:lang w:val="ru-RU"/>
        </w:rPr>
        <w:t>негізгі</w:t>
      </w:r>
      <w:proofErr w:type="spellEnd"/>
      <w:r w:rsidRPr="009320D0">
        <w:rPr>
          <w:lang w:val="ru-RU"/>
        </w:rPr>
        <w:t xml:space="preserve"> </w:t>
      </w:r>
      <w:proofErr w:type="spellStart"/>
      <w:r w:rsidRPr="009320D0">
        <w:rPr>
          <w:lang w:val="ru-RU"/>
        </w:rPr>
        <w:t>құралдарды</w:t>
      </w:r>
      <w:proofErr w:type="spellEnd"/>
      <w:r w:rsidRPr="009320D0">
        <w:rPr>
          <w:lang w:val="ru-RU"/>
        </w:rPr>
        <w:t xml:space="preserve"> </w:t>
      </w:r>
      <w:proofErr w:type="spellStart"/>
      <w:r w:rsidRPr="009320D0">
        <w:rPr>
          <w:lang w:val="ru-RU"/>
        </w:rPr>
        <w:t>есептен</w:t>
      </w:r>
      <w:proofErr w:type="spellEnd"/>
      <w:r w:rsidRPr="009320D0">
        <w:rPr>
          <w:lang w:val="ru-RU"/>
        </w:rPr>
        <w:t xml:space="preserve"> </w:t>
      </w:r>
      <w:proofErr w:type="spellStart"/>
      <w:r w:rsidRPr="009320D0">
        <w:rPr>
          <w:lang w:val="ru-RU"/>
        </w:rPr>
        <w:t>шығару</w:t>
      </w:r>
      <w:proofErr w:type="spellEnd"/>
      <w:r w:rsidRPr="009320D0">
        <w:rPr>
          <w:lang w:val="ru-RU"/>
        </w:rPr>
        <w:t xml:space="preserve"> </w:t>
      </w:r>
      <w:proofErr w:type="spellStart"/>
      <w:r w:rsidRPr="009320D0">
        <w:rPr>
          <w:lang w:val="ru-RU"/>
        </w:rPr>
        <w:t>бойынша</w:t>
      </w:r>
      <w:proofErr w:type="spellEnd"/>
      <w:r w:rsidRPr="009320D0">
        <w:rPr>
          <w:lang w:val="ru-RU"/>
        </w:rPr>
        <w:t xml:space="preserve"> </w:t>
      </w:r>
      <w:proofErr w:type="spellStart"/>
      <w:r w:rsidRPr="009320D0">
        <w:rPr>
          <w:lang w:val="ru-RU"/>
        </w:rPr>
        <w:t>техникалық</w:t>
      </w:r>
      <w:proofErr w:type="spellEnd"/>
      <w:r w:rsidRPr="009320D0">
        <w:rPr>
          <w:lang w:val="ru-RU"/>
        </w:rPr>
        <w:t xml:space="preserve"> </w:t>
      </w:r>
      <w:proofErr w:type="spellStart"/>
      <w:r w:rsidRPr="009320D0">
        <w:rPr>
          <w:lang w:val="ru-RU"/>
        </w:rPr>
        <w:t>байқау</w:t>
      </w:r>
      <w:proofErr w:type="spellEnd"/>
      <w:r w:rsidRPr="009320D0">
        <w:rPr>
          <w:lang w:val="ru-RU"/>
        </w:rPr>
        <w:t xml:space="preserve"> </w:t>
      </w:r>
      <w:proofErr w:type="spellStart"/>
      <w:r w:rsidRPr="009320D0">
        <w:rPr>
          <w:lang w:val="ru-RU"/>
        </w:rPr>
        <w:t>актілері</w:t>
      </w:r>
      <w:proofErr w:type="spellEnd"/>
      <w:r w:rsidRPr="009320D0">
        <w:rPr>
          <w:lang w:val="ru-RU"/>
        </w:rPr>
        <w:t xml:space="preserve"> мен </w:t>
      </w:r>
      <w:proofErr w:type="spellStart"/>
      <w:r w:rsidRPr="009320D0">
        <w:rPr>
          <w:lang w:val="ru-RU"/>
        </w:rPr>
        <w:t>қорытындыларын</w:t>
      </w:r>
      <w:proofErr w:type="spellEnd"/>
      <w:r w:rsidRPr="009320D0">
        <w:rPr>
          <w:lang w:val="ru-RU"/>
        </w:rPr>
        <w:t xml:space="preserve"> </w:t>
      </w:r>
      <w:proofErr w:type="spellStart"/>
      <w:r w:rsidRPr="009320D0">
        <w:rPr>
          <w:lang w:val="ru-RU"/>
        </w:rPr>
        <w:t>уәкілетті</w:t>
      </w:r>
      <w:proofErr w:type="spellEnd"/>
      <w:r w:rsidRPr="009320D0">
        <w:rPr>
          <w:lang w:val="ru-RU"/>
        </w:rPr>
        <w:t xml:space="preserve"> </w:t>
      </w:r>
      <w:proofErr w:type="spellStart"/>
      <w:r w:rsidRPr="009320D0">
        <w:rPr>
          <w:lang w:val="ru-RU"/>
        </w:rPr>
        <w:t>органдарда</w:t>
      </w:r>
      <w:proofErr w:type="spellEnd"/>
      <w:r w:rsidRPr="009320D0">
        <w:rPr>
          <w:lang w:val="ru-RU"/>
        </w:rPr>
        <w:t xml:space="preserve"> </w:t>
      </w:r>
      <w:proofErr w:type="spellStart"/>
      <w:r w:rsidRPr="009320D0">
        <w:rPr>
          <w:lang w:val="ru-RU"/>
        </w:rPr>
        <w:t>бекіту</w:t>
      </w:r>
      <w:proofErr w:type="spellEnd"/>
      <w:r w:rsidRPr="009320D0">
        <w:rPr>
          <w:lang w:val="ru-RU"/>
        </w:rPr>
        <w:t xml:space="preserve"> </w:t>
      </w:r>
      <w:proofErr w:type="spellStart"/>
      <w:r w:rsidRPr="009320D0">
        <w:rPr>
          <w:lang w:val="ru-RU"/>
        </w:rPr>
        <w:t>барысында</w:t>
      </w:r>
      <w:proofErr w:type="spellEnd"/>
      <w:r w:rsidRPr="009320D0">
        <w:rPr>
          <w:lang w:val="ru-RU"/>
        </w:rPr>
        <w:t xml:space="preserve"> </w:t>
      </w:r>
      <w:proofErr w:type="spellStart"/>
      <w:r w:rsidRPr="009320D0">
        <w:rPr>
          <w:lang w:val="ru-RU"/>
        </w:rPr>
        <w:t>Тапсырыс</w:t>
      </w:r>
      <w:proofErr w:type="spellEnd"/>
      <w:r w:rsidRPr="009320D0">
        <w:rPr>
          <w:lang w:val="ru-RU"/>
        </w:rPr>
        <w:t xml:space="preserve"> </w:t>
      </w:r>
      <w:proofErr w:type="spellStart"/>
      <w:r w:rsidRPr="009320D0">
        <w:rPr>
          <w:lang w:val="ru-RU"/>
        </w:rPr>
        <w:t>берушіге</w:t>
      </w:r>
      <w:proofErr w:type="spellEnd"/>
      <w:r w:rsidRPr="009320D0">
        <w:rPr>
          <w:lang w:val="ru-RU"/>
        </w:rPr>
        <w:t xml:space="preserve"> </w:t>
      </w:r>
      <w:proofErr w:type="spellStart"/>
      <w:r w:rsidRPr="009320D0">
        <w:rPr>
          <w:lang w:val="ru-RU"/>
        </w:rPr>
        <w:t>қолдау</w:t>
      </w:r>
      <w:proofErr w:type="spellEnd"/>
      <w:r w:rsidRPr="009320D0">
        <w:rPr>
          <w:lang w:val="ru-RU"/>
        </w:rPr>
        <w:t xml:space="preserve"> </w:t>
      </w:r>
      <w:proofErr w:type="spellStart"/>
      <w:r w:rsidRPr="009320D0">
        <w:rPr>
          <w:lang w:val="ru-RU"/>
        </w:rPr>
        <w:t>көрсетуге</w:t>
      </w:r>
      <w:proofErr w:type="spellEnd"/>
      <w:r w:rsidRPr="009320D0">
        <w:rPr>
          <w:lang w:val="ru-RU"/>
        </w:rPr>
        <w:t xml:space="preserve"> </w:t>
      </w:r>
      <w:proofErr w:type="spellStart"/>
      <w:r w:rsidRPr="009320D0">
        <w:rPr>
          <w:lang w:val="ru-RU"/>
        </w:rPr>
        <w:t>міндеттенеді</w:t>
      </w:r>
      <w:proofErr w:type="spellEnd"/>
      <w:r w:rsidRPr="009320D0">
        <w:rPr>
          <w:lang w:val="ru-RU"/>
        </w:rPr>
        <w:t>.</w:t>
      </w:r>
    </w:p>
    <w:p w:rsidR="006341AF" w:rsidRPr="009320D0" w:rsidRDefault="00567FB9">
      <w:pPr>
        <w:ind w:firstLine="397"/>
        <w:rPr>
          <w:lang w:val="ru-RU"/>
        </w:rPr>
      </w:pPr>
      <w:r w:rsidRPr="009320D0">
        <w:rPr>
          <w:lang w:val="ru-RU"/>
        </w:rPr>
        <w:t xml:space="preserve">6. </w:t>
      </w:r>
      <w:proofErr w:type="spellStart"/>
      <w:r w:rsidRPr="009320D0">
        <w:rPr>
          <w:lang w:val="ru-RU"/>
        </w:rPr>
        <w:t>Қызмет</w:t>
      </w:r>
      <w:proofErr w:type="spellEnd"/>
      <w:r w:rsidRPr="009320D0">
        <w:rPr>
          <w:lang w:val="ru-RU"/>
        </w:rPr>
        <w:t xml:space="preserve"> </w:t>
      </w:r>
      <w:proofErr w:type="spellStart"/>
      <w:r w:rsidRPr="009320D0">
        <w:rPr>
          <w:lang w:val="ru-RU"/>
        </w:rPr>
        <w:t>көрсету</w:t>
      </w:r>
      <w:proofErr w:type="spellEnd"/>
      <w:r w:rsidRPr="009320D0">
        <w:rPr>
          <w:lang w:val="ru-RU"/>
        </w:rPr>
        <w:t xml:space="preserve"> </w:t>
      </w:r>
      <w:proofErr w:type="spellStart"/>
      <w:r w:rsidRPr="009320D0">
        <w:rPr>
          <w:lang w:val="ru-RU"/>
        </w:rPr>
        <w:t>орны</w:t>
      </w:r>
      <w:proofErr w:type="spellEnd"/>
      <w:r w:rsidRPr="009320D0">
        <w:rPr>
          <w:lang w:val="ru-RU"/>
        </w:rPr>
        <w:t xml:space="preserve">: Шымкент </w:t>
      </w:r>
      <w:proofErr w:type="spellStart"/>
      <w:r w:rsidRPr="009320D0">
        <w:rPr>
          <w:lang w:val="ru-RU"/>
        </w:rPr>
        <w:t>қаласы</w:t>
      </w:r>
      <w:proofErr w:type="spellEnd"/>
      <w:r w:rsidRPr="009320D0">
        <w:rPr>
          <w:lang w:val="ru-RU"/>
        </w:rPr>
        <w:t xml:space="preserve">, Чапаевка </w:t>
      </w:r>
      <w:proofErr w:type="spellStart"/>
      <w:r w:rsidRPr="009320D0">
        <w:rPr>
          <w:lang w:val="ru-RU"/>
        </w:rPr>
        <w:t>ықшам</w:t>
      </w:r>
      <w:proofErr w:type="spellEnd"/>
      <w:r w:rsidRPr="009320D0">
        <w:rPr>
          <w:lang w:val="ru-RU"/>
        </w:rPr>
        <w:t xml:space="preserve"> </w:t>
      </w:r>
      <w:proofErr w:type="spellStart"/>
      <w:r w:rsidRPr="009320D0">
        <w:rPr>
          <w:lang w:val="ru-RU"/>
        </w:rPr>
        <w:t>ауданы</w:t>
      </w:r>
      <w:proofErr w:type="spellEnd"/>
      <w:r w:rsidRPr="009320D0">
        <w:rPr>
          <w:lang w:val="ru-RU"/>
        </w:rPr>
        <w:t xml:space="preserve">, Ғ. </w:t>
      </w:r>
      <w:proofErr w:type="spellStart"/>
      <w:r w:rsidRPr="009320D0">
        <w:rPr>
          <w:lang w:val="ru-RU"/>
        </w:rPr>
        <w:t>Әлібеков</w:t>
      </w:r>
      <w:proofErr w:type="spellEnd"/>
      <w:r w:rsidRPr="009320D0">
        <w:rPr>
          <w:lang w:val="ru-RU"/>
        </w:rPr>
        <w:t xml:space="preserve"> </w:t>
      </w:r>
      <w:proofErr w:type="spellStart"/>
      <w:r w:rsidRPr="009320D0">
        <w:rPr>
          <w:lang w:val="ru-RU"/>
        </w:rPr>
        <w:t>көшесі</w:t>
      </w:r>
      <w:proofErr w:type="spellEnd"/>
      <w:r w:rsidRPr="009320D0">
        <w:rPr>
          <w:lang w:val="ru-RU"/>
        </w:rPr>
        <w:t>, 172-ғимарат (</w:t>
      </w:r>
      <w:proofErr w:type="spellStart"/>
      <w:r w:rsidRPr="009320D0">
        <w:rPr>
          <w:lang w:val="ru-RU"/>
        </w:rPr>
        <w:t>маманның</w:t>
      </w:r>
      <w:proofErr w:type="spellEnd"/>
      <w:r w:rsidRPr="009320D0">
        <w:rPr>
          <w:lang w:val="ru-RU"/>
        </w:rPr>
        <w:t xml:space="preserve"> </w:t>
      </w:r>
      <w:proofErr w:type="spellStart"/>
      <w:r w:rsidRPr="009320D0">
        <w:rPr>
          <w:lang w:val="ru-RU"/>
        </w:rPr>
        <w:t>нысанға</w:t>
      </w:r>
      <w:proofErr w:type="spellEnd"/>
      <w:r w:rsidRPr="009320D0">
        <w:rPr>
          <w:lang w:val="ru-RU"/>
        </w:rPr>
        <w:t xml:space="preserve"> </w:t>
      </w:r>
      <w:proofErr w:type="spellStart"/>
      <w:r w:rsidRPr="009320D0">
        <w:rPr>
          <w:lang w:val="ru-RU"/>
        </w:rPr>
        <w:t>барып</w:t>
      </w:r>
      <w:proofErr w:type="spellEnd"/>
      <w:r w:rsidRPr="009320D0">
        <w:rPr>
          <w:lang w:val="ru-RU"/>
        </w:rPr>
        <w:t xml:space="preserve"> </w:t>
      </w:r>
      <w:proofErr w:type="spellStart"/>
      <w:r w:rsidRPr="009320D0">
        <w:rPr>
          <w:lang w:val="ru-RU"/>
        </w:rPr>
        <w:t>қызмет</w:t>
      </w:r>
      <w:proofErr w:type="spellEnd"/>
      <w:r w:rsidRPr="009320D0">
        <w:rPr>
          <w:lang w:val="ru-RU"/>
        </w:rPr>
        <w:t xml:space="preserve"> </w:t>
      </w:r>
      <w:proofErr w:type="spellStart"/>
      <w:r w:rsidRPr="009320D0">
        <w:rPr>
          <w:lang w:val="ru-RU"/>
        </w:rPr>
        <w:t>көрсетуі</w:t>
      </w:r>
      <w:proofErr w:type="spellEnd"/>
      <w:r w:rsidRPr="009320D0">
        <w:rPr>
          <w:lang w:val="ru-RU"/>
        </w:rPr>
        <w:t>).</w:t>
      </w:r>
    </w:p>
    <w:p w:rsidR="006341AF" w:rsidRPr="009320D0" w:rsidRDefault="00567FB9">
      <w:pPr>
        <w:ind w:firstLine="397"/>
        <w:rPr>
          <w:lang w:val="ru-RU"/>
        </w:rPr>
      </w:pPr>
      <w:r w:rsidRPr="009320D0">
        <w:rPr>
          <w:lang w:val="ru-RU"/>
        </w:rPr>
        <w:t xml:space="preserve">7. </w:t>
      </w:r>
      <w:proofErr w:type="spellStart"/>
      <w:r w:rsidRPr="009320D0">
        <w:rPr>
          <w:lang w:val="ru-RU"/>
        </w:rPr>
        <w:t>Төлем</w:t>
      </w:r>
      <w:proofErr w:type="spellEnd"/>
      <w:r w:rsidRPr="009320D0">
        <w:rPr>
          <w:lang w:val="ru-RU"/>
        </w:rPr>
        <w:t xml:space="preserve"> </w:t>
      </w:r>
      <w:proofErr w:type="spellStart"/>
      <w:r w:rsidRPr="009320D0">
        <w:rPr>
          <w:lang w:val="ru-RU"/>
        </w:rPr>
        <w:t>шарттары</w:t>
      </w:r>
      <w:proofErr w:type="spellEnd"/>
      <w:r w:rsidRPr="009320D0">
        <w:rPr>
          <w:lang w:val="ru-RU"/>
        </w:rPr>
        <w:t xml:space="preserve">: </w:t>
      </w:r>
      <w:proofErr w:type="spellStart"/>
      <w:r w:rsidRPr="009320D0">
        <w:rPr>
          <w:lang w:val="ru-RU"/>
        </w:rPr>
        <w:t>қызметтер</w:t>
      </w:r>
      <w:proofErr w:type="spellEnd"/>
      <w:r w:rsidRPr="009320D0">
        <w:rPr>
          <w:lang w:val="ru-RU"/>
        </w:rPr>
        <w:t xml:space="preserve"> </w:t>
      </w:r>
      <w:proofErr w:type="spellStart"/>
      <w:r w:rsidRPr="009320D0">
        <w:rPr>
          <w:lang w:val="ru-RU"/>
        </w:rPr>
        <w:t>нақты</w:t>
      </w:r>
      <w:proofErr w:type="spellEnd"/>
      <w:r w:rsidRPr="009320D0">
        <w:rPr>
          <w:lang w:val="ru-RU"/>
        </w:rPr>
        <w:t xml:space="preserve"> </w:t>
      </w:r>
      <w:proofErr w:type="spellStart"/>
      <w:r w:rsidRPr="009320D0">
        <w:rPr>
          <w:lang w:val="ru-RU"/>
        </w:rPr>
        <w:t>көрсетілген</w:t>
      </w:r>
      <w:proofErr w:type="spellEnd"/>
      <w:r w:rsidRPr="009320D0">
        <w:rPr>
          <w:lang w:val="ru-RU"/>
        </w:rPr>
        <w:t xml:space="preserve"> </w:t>
      </w:r>
      <w:proofErr w:type="spellStart"/>
      <w:r w:rsidRPr="009320D0">
        <w:rPr>
          <w:lang w:val="ru-RU"/>
        </w:rPr>
        <w:t>күннен</w:t>
      </w:r>
      <w:proofErr w:type="spellEnd"/>
      <w:r w:rsidRPr="009320D0">
        <w:rPr>
          <w:lang w:val="ru-RU"/>
        </w:rPr>
        <w:t xml:space="preserve"> </w:t>
      </w:r>
      <w:proofErr w:type="spellStart"/>
      <w:r w:rsidRPr="009320D0">
        <w:rPr>
          <w:lang w:val="ru-RU"/>
        </w:rPr>
        <w:t>бастап</w:t>
      </w:r>
      <w:proofErr w:type="spellEnd"/>
      <w:r w:rsidRPr="009320D0">
        <w:rPr>
          <w:lang w:val="ru-RU"/>
        </w:rPr>
        <w:t xml:space="preserve"> 30 (</w:t>
      </w:r>
      <w:proofErr w:type="spellStart"/>
      <w:r w:rsidRPr="009320D0">
        <w:rPr>
          <w:lang w:val="ru-RU"/>
        </w:rPr>
        <w:t>отыз</w:t>
      </w:r>
      <w:proofErr w:type="spellEnd"/>
      <w:r w:rsidRPr="009320D0">
        <w:rPr>
          <w:lang w:val="ru-RU"/>
        </w:rPr>
        <w:t xml:space="preserve">) </w:t>
      </w:r>
      <w:proofErr w:type="spellStart"/>
      <w:r w:rsidRPr="009320D0">
        <w:rPr>
          <w:lang w:val="ru-RU"/>
        </w:rPr>
        <w:t>күнтізбелік</w:t>
      </w:r>
      <w:proofErr w:type="spellEnd"/>
      <w:r w:rsidRPr="009320D0">
        <w:rPr>
          <w:lang w:val="ru-RU"/>
        </w:rPr>
        <w:t xml:space="preserve"> </w:t>
      </w:r>
      <w:proofErr w:type="spellStart"/>
      <w:r w:rsidRPr="009320D0">
        <w:rPr>
          <w:lang w:val="ru-RU"/>
        </w:rPr>
        <w:t>күн</w:t>
      </w:r>
      <w:proofErr w:type="spellEnd"/>
      <w:r w:rsidRPr="009320D0">
        <w:rPr>
          <w:lang w:val="ru-RU"/>
        </w:rPr>
        <w:t xml:space="preserve"> </w:t>
      </w:r>
      <w:proofErr w:type="spellStart"/>
      <w:r w:rsidRPr="009320D0">
        <w:rPr>
          <w:lang w:val="ru-RU"/>
        </w:rPr>
        <w:t>ішінде</w:t>
      </w:r>
      <w:proofErr w:type="spellEnd"/>
      <w:r w:rsidRPr="009320D0">
        <w:rPr>
          <w:lang w:val="ru-RU"/>
        </w:rPr>
        <w:t xml:space="preserve"> </w:t>
      </w:r>
      <w:proofErr w:type="spellStart"/>
      <w:r w:rsidRPr="009320D0">
        <w:rPr>
          <w:lang w:val="ru-RU"/>
        </w:rPr>
        <w:t>төленеді</w:t>
      </w:r>
      <w:proofErr w:type="spellEnd"/>
      <w:r w:rsidRPr="009320D0">
        <w:rPr>
          <w:lang w:val="ru-RU"/>
        </w:rPr>
        <w:t xml:space="preserve">. </w:t>
      </w:r>
      <w:proofErr w:type="spellStart"/>
      <w:r w:rsidRPr="009320D0">
        <w:rPr>
          <w:lang w:val="ru-RU"/>
        </w:rPr>
        <w:t>Қызметтердің</w:t>
      </w:r>
      <w:proofErr w:type="spellEnd"/>
      <w:r w:rsidRPr="009320D0">
        <w:rPr>
          <w:lang w:val="ru-RU"/>
        </w:rPr>
        <w:t xml:space="preserve"> </w:t>
      </w:r>
      <w:proofErr w:type="spellStart"/>
      <w:r w:rsidRPr="009320D0">
        <w:rPr>
          <w:lang w:val="ru-RU"/>
        </w:rPr>
        <w:t>бағасына</w:t>
      </w:r>
      <w:proofErr w:type="spellEnd"/>
      <w:r w:rsidRPr="009320D0">
        <w:rPr>
          <w:lang w:val="ru-RU"/>
        </w:rPr>
        <w:t xml:space="preserve"> </w:t>
      </w:r>
      <w:proofErr w:type="spellStart"/>
      <w:r w:rsidRPr="009320D0">
        <w:rPr>
          <w:lang w:val="ru-RU"/>
        </w:rPr>
        <w:t>қызмет</w:t>
      </w:r>
      <w:proofErr w:type="spellEnd"/>
      <w:r w:rsidRPr="009320D0">
        <w:rPr>
          <w:lang w:val="ru-RU"/>
        </w:rPr>
        <w:t xml:space="preserve"> </w:t>
      </w:r>
      <w:proofErr w:type="spellStart"/>
      <w:r w:rsidRPr="009320D0">
        <w:rPr>
          <w:lang w:val="ru-RU"/>
        </w:rPr>
        <w:t>көрсетуге</w:t>
      </w:r>
      <w:proofErr w:type="spellEnd"/>
      <w:r w:rsidRPr="009320D0">
        <w:rPr>
          <w:lang w:val="ru-RU"/>
        </w:rPr>
        <w:t xml:space="preserve"> </w:t>
      </w:r>
      <w:proofErr w:type="spellStart"/>
      <w:r w:rsidRPr="009320D0">
        <w:rPr>
          <w:lang w:val="ru-RU"/>
        </w:rPr>
        <w:t>байланысты</w:t>
      </w:r>
      <w:proofErr w:type="spellEnd"/>
      <w:r w:rsidRPr="009320D0">
        <w:rPr>
          <w:lang w:val="ru-RU"/>
        </w:rPr>
        <w:t xml:space="preserve"> </w:t>
      </w:r>
      <w:proofErr w:type="spellStart"/>
      <w:r w:rsidRPr="009320D0">
        <w:rPr>
          <w:lang w:val="ru-RU"/>
        </w:rPr>
        <w:t>барлық</w:t>
      </w:r>
      <w:proofErr w:type="spellEnd"/>
      <w:r w:rsidRPr="009320D0">
        <w:rPr>
          <w:lang w:val="ru-RU"/>
        </w:rPr>
        <w:t xml:space="preserve"> </w:t>
      </w:r>
      <w:proofErr w:type="spellStart"/>
      <w:r w:rsidRPr="009320D0">
        <w:rPr>
          <w:lang w:val="ru-RU"/>
        </w:rPr>
        <w:t>шығындар</w:t>
      </w:r>
      <w:proofErr w:type="spellEnd"/>
      <w:r w:rsidRPr="009320D0">
        <w:rPr>
          <w:lang w:val="ru-RU"/>
        </w:rPr>
        <w:t xml:space="preserve">, </w:t>
      </w:r>
      <w:proofErr w:type="spellStart"/>
      <w:r w:rsidRPr="009320D0">
        <w:rPr>
          <w:lang w:val="ru-RU"/>
        </w:rPr>
        <w:lastRenderedPageBreak/>
        <w:t>сақтандыру</w:t>
      </w:r>
      <w:proofErr w:type="spellEnd"/>
      <w:r w:rsidRPr="009320D0">
        <w:rPr>
          <w:lang w:val="ru-RU"/>
        </w:rPr>
        <w:t xml:space="preserve"> </w:t>
      </w:r>
      <w:proofErr w:type="spellStart"/>
      <w:r w:rsidRPr="009320D0">
        <w:rPr>
          <w:lang w:val="ru-RU"/>
        </w:rPr>
        <w:t>шығыстары</w:t>
      </w:r>
      <w:proofErr w:type="spellEnd"/>
      <w:r w:rsidRPr="009320D0">
        <w:rPr>
          <w:lang w:val="ru-RU"/>
        </w:rPr>
        <w:t xml:space="preserve">, </w:t>
      </w:r>
      <w:proofErr w:type="spellStart"/>
      <w:r w:rsidRPr="009320D0">
        <w:rPr>
          <w:lang w:val="ru-RU"/>
        </w:rPr>
        <w:t>кедендік</w:t>
      </w:r>
      <w:proofErr w:type="spellEnd"/>
      <w:r w:rsidRPr="009320D0">
        <w:rPr>
          <w:lang w:val="ru-RU"/>
        </w:rPr>
        <w:t xml:space="preserve"> </w:t>
      </w:r>
      <w:proofErr w:type="spellStart"/>
      <w:r w:rsidRPr="009320D0">
        <w:rPr>
          <w:lang w:val="ru-RU"/>
        </w:rPr>
        <w:t>баждар</w:t>
      </w:r>
      <w:proofErr w:type="spellEnd"/>
      <w:r w:rsidRPr="009320D0">
        <w:rPr>
          <w:lang w:val="ru-RU"/>
        </w:rPr>
        <w:t xml:space="preserve">, </w:t>
      </w:r>
      <w:proofErr w:type="spellStart"/>
      <w:r w:rsidRPr="009320D0">
        <w:rPr>
          <w:lang w:val="ru-RU"/>
        </w:rPr>
        <w:t>салықтар</w:t>
      </w:r>
      <w:proofErr w:type="spellEnd"/>
      <w:r w:rsidRPr="009320D0">
        <w:rPr>
          <w:lang w:val="ru-RU"/>
        </w:rPr>
        <w:t xml:space="preserve"> </w:t>
      </w:r>
      <w:proofErr w:type="spellStart"/>
      <w:r w:rsidRPr="009320D0">
        <w:rPr>
          <w:lang w:val="ru-RU"/>
        </w:rPr>
        <w:t>және</w:t>
      </w:r>
      <w:proofErr w:type="spellEnd"/>
      <w:r w:rsidRPr="009320D0">
        <w:rPr>
          <w:lang w:val="ru-RU"/>
        </w:rPr>
        <w:t xml:space="preserve"> </w:t>
      </w:r>
      <w:proofErr w:type="spellStart"/>
      <w:r w:rsidRPr="009320D0">
        <w:rPr>
          <w:lang w:val="ru-RU"/>
        </w:rPr>
        <w:t>бюджетке</w:t>
      </w:r>
      <w:proofErr w:type="spellEnd"/>
      <w:r w:rsidRPr="009320D0">
        <w:rPr>
          <w:lang w:val="ru-RU"/>
        </w:rPr>
        <w:t xml:space="preserve"> </w:t>
      </w:r>
      <w:proofErr w:type="spellStart"/>
      <w:r w:rsidRPr="009320D0">
        <w:rPr>
          <w:lang w:val="ru-RU"/>
        </w:rPr>
        <w:t>төленуге</w:t>
      </w:r>
      <w:proofErr w:type="spellEnd"/>
      <w:r w:rsidRPr="009320D0">
        <w:rPr>
          <w:lang w:val="ru-RU"/>
        </w:rPr>
        <w:t xml:space="preserve"> </w:t>
      </w:r>
      <w:proofErr w:type="spellStart"/>
      <w:r w:rsidRPr="009320D0">
        <w:rPr>
          <w:lang w:val="ru-RU"/>
        </w:rPr>
        <w:t>жататын</w:t>
      </w:r>
      <w:proofErr w:type="spellEnd"/>
      <w:r w:rsidRPr="009320D0">
        <w:rPr>
          <w:lang w:val="ru-RU"/>
        </w:rPr>
        <w:t xml:space="preserve"> </w:t>
      </w:r>
      <w:proofErr w:type="spellStart"/>
      <w:r w:rsidRPr="009320D0">
        <w:rPr>
          <w:lang w:val="ru-RU"/>
        </w:rPr>
        <w:t>өзге</w:t>
      </w:r>
      <w:proofErr w:type="spellEnd"/>
      <w:r w:rsidRPr="009320D0">
        <w:rPr>
          <w:lang w:val="ru-RU"/>
        </w:rPr>
        <w:t xml:space="preserve"> де </w:t>
      </w:r>
      <w:proofErr w:type="spellStart"/>
      <w:r w:rsidRPr="009320D0">
        <w:rPr>
          <w:lang w:val="ru-RU"/>
        </w:rPr>
        <w:t>міндетті</w:t>
      </w:r>
      <w:proofErr w:type="spellEnd"/>
      <w:r w:rsidRPr="009320D0">
        <w:rPr>
          <w:lang w:val="ru-RU"/>
        </w:rPr>
        <w:t xml:space="preserve"> </w:t>
      </w:r>
      <w:proofErr w:type="spellStart"/>
      <w:r w:rsidRPr="009320D0">
        <w:rPr>
          <w:lang w:val="ru-RU"/>
        </w:rPr>
        <w:t>төлемдер</w:t>
      </w:r>
      <w:proofErr w:type="spellEnd"/>
      <w:r w:rsidRPr="009320D0">
        <w:rPr>
          <w:lang w:val="ru-RU"/>
        </w:rPr>
        <w:t xml:space="preserve">, </w:t>
      </w:r>
      <w:proofErr w:type="spellStart"/>
      <w:r w:rsidRPr="009320D0">
        <w:rPr>
          <w:lang w:val="ru-RU"/>
        </w:rPr>
        <w:t>сондай-ақ</w:t>
      </w:r>
      <w:proofErr w:type="spellEnd"/>
      <w:r w:rsidRPr="009320D0">
        <w:rPr>
          <w:lang w:val="ru-RU"/>
        </w:rPr>
        <w:t xml:space="preserve"> </w:t>
      </w:r>
      <w:proofErr w:type="spellStart"/>
      <w:r w:rsidRPr="009320D0">
        <w:rPr>
          <w:lang w:val="ru-RU"/>
        </w:rPr>
        <w:t>өнім</w:t>
      </w:r>
      <w:proofErr w:type="spellEnd"/>
      <w:r w:rsidRPr="009320D0">
        <w:rPr>
          <w:lang w:val="ru-RU"/>
        </w:rPr>
        <w:t xml:space="preserve"> </w:t>
      </w:r>
      <w:proofErr w:type="spellStart"/>
      <w:r w:rsidRPr="009320D0">
        <w:rPr>
          <w:lang w:val="ru-RU"/>
        </w:rPr>
        <w:t>берушінің</w:t>
      </w:r>
      <w:proofErr w:type="spellEnd"/>
      <w:r w:rsidRPr="009320D0">
        <w:rPr>
          <w:lang w:val="ru-RU"/>
        </w:rPr>
        <w:t xml:space="preserve"> </w:t>
      </w:r>
      <w:proofErr w:type="spellStart"/>
      <w:r w:rsidRPr="009320D0">
        <w:rPr>
          <w:lang w:val="ru-RU"/>
        </w:rPr>
        <w:t>қызметтерді</w:t>
      </w:r>
      <w:proofErr w:type="spellEnd"/>
      <w:r w:rsidRPr="009320D0">
        <w:rPr>
          <w:lang w:val="ru-RU"/>
        </w:rPr>
        <w:t xml:space="preserve"> </w:t>
      </w:r>
      <w:proofErr w:type="spellStart"/>
      <w:r w:rsidRPr="009320D0">
        <w:rPr>
          <w:lang w:val="ru-RU"/>
        </w:rPr>
        <w:t>көрсетуге</w:t>
      </w:r>
      <w:proofErr w:type="spellEnd"/>
      <w:r w:rsidRPr="009320D0">
        <w:rPr>
          <w:lang w:val="ru-RU"/>
        </w:rPr>
        <w:t xml:space="preserve"> </w:t>
      </w:r>
      <w:proofErr w:type="spellStart"/>
      <w:r w:rsidRPr="009320D0">
        <w:rPr>
          <w:lang w:val="ru-RU"/>
        </w:rPr>
        <w:t>байланысты</w:t>
      </w:r>
      <w:proofErr w:type="spellEnd"/>
      <w:r w:rsidRPr="009320D0">
        <w:rPr>
          <w:lang w:val="ru-RU"/>
        </w:rPr>
        <w:t xml:space="preserve"> </w:t>
      </w:r>
      <w:proofErr w:type="spellStart"/>
      <w:r w:rsidRPr="009320D0">
        <w:rPr>
          <w:lang w:val="ru-RU"/>
        </w:rPr>
        <w:t>өзге</w:t>
      </w:r>
      <w:proofErr w:type="spellEnd"/>
      <w:r w:rsidRPr="009320D0">
        <w:rPr>
          <w:lang w:val="ru-RU"/>
        </w:rPr>
        <w:t xml:space="preserve"> де </w:t>
      </w:r>
      <w:proofErr w:type="spellStart"/>
      <w:r w:rsidRPr="009320D0">
        <w:rPr>
          <w:lang w:val="ru-RU"/>
        </w:rPr>
        <w:t>шығыстары</w:t>
      </w:r>
      <w:proofErr w:type="spellEnd"/>
      <w:r w:rsidRPr="009320D0">
        <w:rPr>
          <w:lang w:val="ru-RU"/>
        </w:rPr>
        <w:t xml:space="preserve"> </w:t>
      </w:r>
      <w:proofErr w:type="spellStart"/>
      <w:r w:rsidRPr="009320D0">
        <w:rPr>
          <w:lang w:val="ru-RU"/>
        </w:rPr>
        <w:t>кіреді</w:t>
      </w:r>
      <w:proofErr w:type="spellEnd"/>
      <w:r w:rsidRPr="009320D0">
        <w:rPr>
          <w:lang w:val="ru-RU"/>
        </w:rPr>
        <w:t>.</w:t>
      </w:r>
    </w:p>
    <w:p w:rsidR="006341AF" w:rsidRDefault="00567FB9">
      <w:pPr>
        <w:ind w:firstLine="397"/>
        <w:rPr>
          <w:lang w:val="ru-RU"/>
        </w:rPr>
      </w:pPr>
      <w:r w:rsidRPr="009320D0">
        <w:rPr>
          <w:lang w:val="ru-RU"/>
        </w:rPr>
        <w:t xml:space="preserve">8. Саны: </w:t>
      </w:r>
      <w:proofErr w:type="spellStart"/>
      <w:r w:rsidRPr="009320D0">
        <w:rPr>
          <w:lang w:val="ru-RU"/>
        </w:rPr>
        <w:t>қатты</w:t>
      </w:r>
      <w:proofErr w:type="spellEnd"/>
      <w:r w:rsidRPr="009320D0">
        <w:rPr>
          <w:lang w:val="ru-RU"/>
        </w:rPr>
        <w:t xml:space="preserve"> </w:t>
      </w:r>
      <w:proofErr w:type="spellStart"/>
      <w:r w:rsidRPr="009320D0">
        <w:rPr>
          <w:lang w:val="ru-RU"/>
        </w:rPr>
        <w:t>мүкәммалдың</w:t>
      </w:r>
      <w:proofErr w:type="spellEnd"/>
      <w:r w:rsidRPr="009320D0">
        <w:rPr>
          <w:lang w:val="ru-RU"/>
        </w:rPr>
        <w:t xml:space="preserve"> </w:t>
      </w:r>
      <w:r w:rsidR="009320D0" w:rsidRPr="009320D0">
        <w:rPr>
          <w:lang w:val="ru-RU"/>
        </w:rPr>
        <w:t>3</w:t>
      </w:r>
      <w:r w:rsidR="009320D0">
        <w:rPr>
          <w:lang w:val="ru-RU"/>
        </w:rPr>
        <w:t>71</w:t>
      </w:r>
      <w:r w:rsidRPr="009320D0">
        <w:rPr>
          <w:lang w:val="ru-RU"/>
        </w:rPr>
        <w:t xml:space="preserve"> (</w:t>
      </w:r>
      <w:r w:rsidR="009320D0">
        <w:rPr>
          <w:lang w:val="kk-KZ"/>
        </w:rPr>
        <w:t xml:space="preserve">үш жүз </w:t>
      </w:r>
      <w:proofErr w:type="spellStart"/>
      <w:r w:rsidR="009320D0">
        <w:rPr>
          <w:lang w:val="ru-RU"/>
        </w:rPr>
        <w:t>жетпіс</w:t>
      </w:r>
      <w:proofErr w:type="spellEnd"/>
      <w:r w:rsidR="009320D0">
        <w:rPr>
          <w:lang w:val="ru-RU"/>
        </w:rPr>
        <w:t xml:space="preserve"> </w:t>
      </w:r>
      <w:proofErr w:type="spellStart"/>
      <w:r w:rsidR="009320D0">
        <w:rPr>
          <w:lang w:val="ru-RU"/>
        </w:rPr>
        <w:t>бір</w:t>
      </w:r>
      <w:proofErr w:type="spellEnd"/>
      <w:r w:rsidRPr="009320D0">
        <w:rPr>
          <w:lang w:val="ru-RU"/>
        </w:rPr>
        <w:t xml:space="preserve">) </w:t>
      </w:r>
      <w:proofErr w:type="spellStart"/>
      <w:r w:rsidRPr="009320D0">
        <w:rPr>
          <w:lang w:val="ru-RU"/>
        </w:rPr>
        <w:t>бірлігі</w:t>
      </w:r>
      <w:proofErr w:type="spellEnd"/>
      <w:r w:rsidRPr="009320D0">
        <w:rPr>
          <w:lang w:val="ru-RU"/>
        </w:rPr>
        <w:t>.</w:t>
      </w: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p>
    <w:p w:rsidR="00E40D62" w:rsidRDefault="00E40D62">
      <w:pPr>
        <w:ind w:firstLine="397"/>
        <w:rPr>
          <w:lang w:val="ru-RU"/>
        </w:rPr>
      </w:pPr>
      <w:bookmarkStart w:id="0" w:name="_GoBack"/>
      <w:bookmarkEnd w:id="0"/>
    </w:p>
    <w:p w:rsidR="00E40D62" w:rsidRPr="00E40D62" w:rsidRDefault="00E40D62" w:rsidP="00E40D62">
      <w:pPr>
        <w:ind w:firstLine="397"/>
        <w:rPr>
          <w:lang w:val="ru-RU"/>
        </w:rPr>
      </w:pPr>
      <w:r w:rsidRPr="00E40D62">
        <w:rPr>
          <w:lang w:val="ru-RU"/>
        </w:rPr>
        <w:t>Приложение № 2</w:t>
      </w:r>
    </w:p>
    <w:p w:rsidR="00E40D62" w:rsidRPr="00E40D62" w:rsidRDefault="00E40D62" w:rsidP="00E40D62">
      <w:pPr>
        <w:ind w:firstLine="397"/>
        <w:rPr>
          <w:lang w:val="ru-RU"/>
        </w:rPr>
      </w:pPr>
      <w:r w:rsidRPr="00E40D62">
        <w:rPr>
          <w:lang w:val="ru-RU"/>
        </w:rPr>
        <w:t>к договору о государственных закупках</w:t>
      </w:r>
    </w:p>
    <w:p w:rsidR="00E40D62" w:rsidRPr="00E40D62" w:rsidRDefault="00E40D62" w:rsidP="00E40D62">
      <w:pPr>
        <w:ind w:firstLine="397"/>
        <w:rPr>
          <w:lang w:val="ru-RU"/>
        </w:rPr>
      </w:pPr>
      <w:r w:rsidRPr="00E40D62">
        <w:rPr>
          <w:lang w:val="ru-RU"/>
        </w:rPr>
        <w:t>ТЕХНИЧЕСКАЯ СПЕЦИФИКАЦИЯ</w:t>
      </w:r>
    </w:p>
    <w:p w:rsidR="00E40D62" w:rsidRPr="00E40D62" w:rsidRDefault="00E40D62" w:rsidP="00E40D62">
      <w:pPr>
        <w:ind w:firstLine="397"/>
        <w:rPr>
          <w:lang w:val="ru-RU"/>
        </w:rPr>
      </w:pPr>
      <w:r w:rsidRPr="00E40D62">
        <w:rPr>
          <w:lang w:val="ru-RU"/>
        </w:rPr>
        <w:t>На услуги по подготовке актов технического обследования и заключений о списании основных средств</w:t>
      </w:r>
    </w:p>
    <w:p w:rsidR="00E40D62" w:rsidRPr="00E40D62" w:rsidRDefault="00E40D62" w:rsidP="00E40D62">
      <w:pPr>
        <w:ind w:firstLine="397"/>
        <w:rPr>
          <w:lang w:val="ru-RU"/>
        </w:rPr>
      </w:pPr>
      <w:r w:rsidRPr="00E40D62">
        <w:rPr>
          <w:lang w:val="ru-RU"/>
        </w:rPr>
        <w:t>1. Настоящая техническая спецификация является неотъемлемой частью договора о государственных закупках.</w:t>
      </w:r>
    </w:p>
    <w:p w:rsidR="00E40D62" w:rsidRPr="00E40D62" w:rsidRDefault="00E40D62" w:rsidP="00E40D62">
      <w:pPr>
        <w:ind w:firstLine="397"/>
        <w:rPr>
          <w:lang w:val="ru-RU"/>
        </w:rPr>
      </w:pPr>
      <w:r w:rsidRPr="00E40D62">
        <w:rPr>
          <w:lang w:val="ru-RU"/>
        </w:rPr>
        <w:t>2. Поставщик обязан оказать услуги качественно и в соответствии с требованиями настоящей технической спецификации.</w:t>
      </w:r>
    </w:p>
    <w:p w:rsidR="00E40D62" w:rsidRPr="00E40D62" w:rsidRDefault="00E40D62" w:rsidP="00E40D62">
      <w:pPr>
        <w:ind w:firstLine="397"/>
        <w:rPr>
          <w:lang w:val="ru-RU"/>
        </w:rPr>
      </w:pPr>
      <w:r w:rsidRPr="00E40D62">
        <w:rPr>
          <w:lang w:val="ru-RU"/>
        </w:rPr>
        <w:t>3. Срок оказания услуг: в течение 15 (пятнадцати) календарных дней со дня заключения договора.</w:t>
      </w:r>
    </w:p>
    <w:p w:rsidR="00E40D62" w:rsidRPr="00E40D62" w:rsidRDefault="00E40D62" w:rsidP="00E40D62">
      <w:pPr>
        <w:ind w:firstLine="397"/>
        <w:rPr>
          <w:lang w:val="ru-RU"/>
        </w:rPr>
      </w:pPr>
      <w:r w:rsidRPr="00E40D62">
        <w:rPr>
          <w:lang w:val="ru-RU"/>
        </w:rPr>
        <w:t>4. Цель оказания услуг: определение фактического технического состояния основных средств, обоснование необходимости прекращения их дальнейшей эксплуатации и списания, а также определение возможности и необходимости их утилизации.</w:t>
      </w:r>
    </w:p>
    <w:p w:rsidR="00E40D62" w:rsidRPr="00E40D62" w:rsidRDefault="00E40D62" w:rsidP="00E40D62">
      <w:pPr>
        <w:ind w:firstLine="397"/>
        <w:rPr>
          <w:lang w:val="ru-RU"/>
        </w:rPr>
      </w:pPr>
      <w:r w:rsidRPr="00E40D62">
        <w:rPr>
          <w:lang w:val="ru-RU"/>
        </w:rPr>
        <w:t>5. Требования к поставщику:</w:t>
      </w:r>
    </w:p>
    <w:p w:rsidR="00E40D62" w:rsidRPr="00E40D62" w:rsidRDefault="00E40D62" w:rsidP="00E40D62">
      <w:pPr>
        <w:ind w:firstLine="397"/>
        <w:rPr>
          <w:lang w:val="ru-RU"/>
        </w:rPr>
      </w:pPr>
      <w:r w:rsidRPr="00E40D62">
        <w:rPr>
          <w:lang w:val="ru-RU"/>
        </w:rPr>
        <w:t>5.1. Для осуществления оценочной деятельности оценщик должен иметь соответствующее квалификационное свидетельство. Поставщик обязан провести техническое обследование имущества, выполнить оценку и подготовить акты технического обследования и заключения о списании основных средств в соответствии с законодательством Республики Казахстан, в том числе Законом Республики Казахстан «О государственном имуществе» и применимыми нормативными правовыми актами.</w:t>
      </w:r>
    </w:p>
    <w:p w:rsidR="00E40D62" w:rsidRPr="00E40D62" w:rsidRDefault="00E40D62" w:rsidP="00E40D62">
      <w:pPr>
        <w:ind w:firstLine="397"/>
        <w:rPr>
          <w:lang w:val="ru-RU"/>
        </w:rPr>
      </w:pPr>
      <w:r w:rsidRPr="00E40D62">
        <w:rPr>
          <w:lang w:val="ru-RU"/>
        </w:rPr>
        <w:t>Обследованию подлежат основные средства, в том числе электрические приборы, организационная и компьютерная техника, а также иное имущество, которое морально или физически изношено и не подлежит ремонту либо восстановлению.</w:t>
      </w:r>
    </w:p>
    <w:p w:rsidR="00E40D62" w:rsidRPr="00E40D62" w:rsidRDefault="00E40D62" w:rsidP="00E40D62">
      <w:pPr>
        <w:ind w:firstLine="397"/>
        <w:rPr>
          <w:lang w:val="ru-RU"/>
        </w:rPr>
      </w:pPr>
      <w:r w:rsidRPr="00E40D62">
        <w:rPr>
          <w:lang w:val="ru-RU"/>
        </w:rPr>
        <w:t>5.2. В акте технического обследования должны быть указаны следующие сведения:</w:t>
      </w:r>
    </w:p>
    <w:p w:rsidR="00E40D62" w:rsidRPr="00E40D62" w:rsidRDefault="00E40D62" w:rsidP="00E40D62">
      <w:pPr>
        <w:ind w:firstLine="397"/>
        <w:rPr>
          <w:lang w:val="ru-RU"/>
        </w:rPr>
      </w:pPr>
      <w:r w:rsidRPr="00E40D62">
        <w:rPr>
          <w:lang w:val="ru-RU"/>
        </w:rPr>
        <w:t xml:space="preserve">результаты технического обследования с </w:t>
      </w:r>
      <w:proofErr w:type="spellStart"/>
      <w:r w:rsidRPr="00E40D62">
        <w:rPr>
          <w:lang w:val="ru-RU"/>
        </w:rPr>
        <w:t>фотофиксацией</w:t>
      </w:r>
      <w:proofErr w:type="spellEnd"/>
      <w:r w:rsidRPr="00E40D62">
        <w:rPr>
          <w:lang w:val="ru-RU"/>
        </w:rPr>
        <w:t>;</w:t>
      </w:r>
    </w:p>
    <w:p w:rsidR="00E40D62" w:rsidRPr="00E40D62" w:rsidRDefault="00E40D62" w:rsidP="00E40D62">
      <w:pPr>
        <w:ind w:firstLine="397"/>
        <w:rPr>
          <w:lang w:val="ru-RU"/>
        </w:rPr>
      </w:pPr>
      <w:r w:rsidRPr="00E40D62">
        <w:rPr>
          <w:lang w:val="ru-RU"/>
        </w:rPr>
        <w:t>инвентарный номер имущества;</w:t>
      </w:r>
    </w:p>
    <w:p w:rsidR="00E40D62" w:rsidRPr="00E40D62" w:rsidRDefault="00E40D62" w:rsidP="00E40D62">
      <w:pPr>
        <w:ind w:firstLine="397"/>
        <w:rPr>
          <w:lang w:val="ru-RU"/>
        </w:rPr>
      </w:pPr>
      <w:r w:rsidRPr="00E40D62">
        <w:rPr>
          <w:lang w:val="ru-RU"/>
        </w:rPr>
        <w:t>наименование имущества или техники;</w:t>
      </w:r>
    </w:p>
    <w:p w:rsidR="00E40D62" w:rsidRPr="00E40D62" w:rsidRDefault="00E40D62" w:rsidP="00E40D62">
      <w:pPr>
        <w:ind w:firstLine="397"/>
        <w:rPr>
          <w:lang w:val="ru-RU"/>
        </w:rPr>
      </w:pPr>
      <w:r w:rsidRPr="00E40D62">
        <w:rPr>
          <w:lang w:val="ru-RU"/>
        </w:rPr>
        <w:t>год выпуска или приобретения;</w:t>
      </w:r>
    </w:p>
    <w:p w:rsidR="00E40D62" w:rsidRPr="00E40D62" w:rsidRDefault="00E40D62" w:rsidP="00E40D62">
      <w:pPr>
        <w:ind w:firstLine="397"/>
        <w:rPr>
          <w:lang w:val="ru-RU"/>
        </w:rPr>
      </w:pPr>
      <w:r w:rsidRPr="00E40D62">
        <w:rPr>
          <w:lang w:val="ru-RU"/>
        </w:rPr>
        <w:t>марка и модель;</w:t>
      </w:r>
    </w:p>
    <w:p w:rsidR="00E40D62" w:rsidRPr="00E40D62" w:rsidRDefault="00E40D62" w:rsidP="00E40D62">
      <w:pPr>
        <w:ind w:firstLine="397"/>
        <w:rPr>
          <w:lang w:val="ru-RU"/>
        </w:rPr>
      </w:pPr>
      <w:r w:rsidRPr="00E40D62">
        <w:rPr>
          <w:lang w:val="ru-RU"/>
        </w:rPr>
        <w:t>описание выявленных неисправностей и причин непригодности к дальнейшей эксплуатации, включая физический или моральный износ, невозможность ремонта или восстановления, а также иные установленные обстоятельства.</w:t>
      </w:r>
    </w:p>
    <w:p w:rsidR="00E40D62" w:rsidRPr="00E40D62" w:rsidRDefault="00E40D62" w:rsidP="00E40D62">
      <w:pPr>
        <w:ind w:firstLine="397"/>
        <w:rPr>
          <w:lang w:val="ru-RU"/>
        </w:rPr>
      </w:pPr>
      <w:r w:rsidRPr="00E40D62">
        <w:rPr>
          <w:lang w:val="ru-RU"/>
        </w:rPr>
        <w:t>5.3. По результатам технического обследования и оценки Поставщик обязан предоставить Заказчику акт технического обследования, акт оценки (при необходимости) и заключение о списании основных средств.</w:t>
      </w:r>
    </w:p>
    <w:p w:rsidR="00E40D62" w:rsidRPr="00E40D62" w:rsidRDefault="00E40D62" w:rsidP="00E40D62">
      <w:pPr>
        <w:ind w:firstLine="397"/>
        <w:rPr>
          <w:lang w:val="ru-RU"/>
        </w:rPr>
      </w:pPr>
      <w:r w:rsidRPr="00E40D62">
        <w:rPr>
          <w:lang w:val="ru-RU"/>
        </w:rPr>
        <w:t>Документы предоставляются в двух экземплярах на русском и казахском языках. В них должны содержаться сведения о техническом состоянии каждого объекта основных средств и, при необходимости, товарно-материальных ценностей. На каждый объект основных средств оформляются отдельные акт и заключение.</w:t>
      </w:r>
    </w:p>
    <w:p w:rsidR="00E40D62" w:rsidRPr="00E40D62" w:rsidRDefault="00E40D62" w:rsidP="00E40D62">
      <w:pPr>
        <w:ind w:firstLine="397"/>
        <w:rPr>
          <w:lang w:val="ru-RU"/>
        </w:rPr>
      </w:pPr>
      <w:r w:rsidRPr="00E40D62">
        <w:rPr>
          <w:lang w:val="ru-RU"/>
        </w:rPr>
        <w:t>5.4. Акты и заключения предоставляются на бумажном и электронном носителях. Документы на бумажном носителе должны быть подписаны Поставщиком и заверены печатью при ее наличии.</w:t>
      </w:r>
    </w:p>
    <w:p w:rsidR="00E40D62" w:rsidRPr="00E40D62" w:rsidRDefault="00E40D62" w:rsidP="00E40D62">
      <w:pPr>
        <w:ind w:firstLine="397"/>
        <w:rPr>
          <w:lang w:val="ru-RU"/>
        </w:rPr>
      </w:pPr>
      <w:r w:rsidRPr="00E40D62">
        <w:rPr>
          <w:lang w:val="ru-RU"/>
        </w:rPr>
        <w:t>5.5. Поставщик обязуется оказывать Заказчику необходимое содействие при согласовании и утверждении актов технического обследования и заключений о списании основных средств в уполномоченных органах.</w:t>
      </w:r>
    </w:p>
    <w:p w:rsidR="00E40D62" w:rsidRPr="00E40D62" w:rsidRDefault="00E40D62" w:rsidP="00E40D62">
      <w:pPr>
        <w:ind w:firstLine="397"/>
        <w:rPr>
          <w:lang w:val="ru-RU"/>
        </w:rPr>
      </w:pPr>
      <w:r w:rsidRPr="00E40D62">
        <w:rPr>
          <w:lang w:val="ru-RU"/>
        </w:rPr>
        <w:lastRenderedPageBreak/>
        <w:t xml:space="preserve">6. Место оказания услуг: Республика Казахстан, город Шымкент, микрорайон Чапаевка, улица Г. </w:t>
      </w:r>
      <w:proofErr w:type="spellStart"/>
      <w:r w:rsidRPr="00E40D62">
        <w:rPr>
          <w:lang w:val="ru-RU"/>
        </w:rPr>
        <w:t>Алибекова</w:t>
      </w:r>
      <w:proofErr w:type="spellEnd"/>
      <w:r w:rsidRPr="00E40D62">
        <w:rPr>
          <w:lang w:val="ru-RU"/>
        </w:rPr>
        <w:t>, здание 172. Услуги оказываются с выездом специалиста на объект.</w:t>
      </w:r>
    </w:p>
    <w:p w:rsidR="00E40D62" w:rsidRPr="00E40D62" w:rsidRDefault="00E40D62" w:rsidP="00E40D62">
      <w:pPr>
        <w:ind w:firstLine="397"/>
        <w:rPr>
          <w:lang w:val="ru-RU"/>
        </w:rPr>
      </w:pPr>
      <w:r w:rsidRPr="00E40D62">
        <w:rPr>
          <w:lang w:val="ru-RU"/>
        </w:rPr>
        <w:t>7. Условия оплаты: оплата производится в течение 30 (тридцати) календарных дней после фактического оказания услуг. Стоимость услуг включает все расходы, связанные с их оказанием, в том числе расходы на страхование, таможенные пошлины, налоги и иные обязательные платежи в бюджет, а также прочие расходы Поставщика, необходимые для оказания услуг.</w:t>
      </w:r>
    </w:p>
    <w:p w:rsidR="00E40D62" w:rsidRPr="009320D0" w:rsidRDefault="00E40D62" w:rsidP="00E40D62">
      <w:pPr>
        <w:ind w:firstLine="397"/>
        <w:rPr>
          <w:lang w:val="ru-RU"/>
        </w:rPr>
      </w:pPr>
      <w:r w:rsidRPr="00E40D62">
        <w:rPr>
          <w:lang w:val="ru-RU"/>
        </w:rPr>
        <w:t>8. Количество: 72 (семьдесят две) единицы твердого инвентаря.</w:t>
      </w:r>
    </w:p>
    <w:sectPr w:rsidR="00E40D62" w:rsidRPr="009320D0" w:rsidSect="00034616">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567FB9"/>
    <w:rsid w:val="006341AF"/>
    <w:rsid w:val="009320D0"/>
    <w:rsid w:val="00AA1D8D"/>
    <w:rsid w:val="00B47730"/>
    <w:rsid w:val="00CB0664"/>
    <w:rsid w:val="00E40D6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692CF690-7E99-4FD0-A70F-0F52F7B3A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0" w:line="240" w:lineRule="auto"/>
    </w:pPr>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EC763-E297-48B3-9E0F-117FD778B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954</Words>
  <Characters>5440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6382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1</cp:lastModifiedBy>
  <cp:revision>4</cp:revision>
  <dcterms:created xsi:type="dcterms:W3CDTF">2013-12-23T23:15:00Z</dcterms:created>
  <dcterms:modified xsi:type="dcterms:W3CDTF">2026-10-23T07:13:00Z</dcterms:modified>
  <cp:category/>
</cp:coreProperties>
</file>