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EAA8A3" w14:textId="77777777" w:rsidR="00F45AAA" w:rsidRDefault="00F45AAA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ru-RU"/>
        </w:rPr>
      </w:pPr>
    </w:p>
    <w:p w14:paraId="78B3605F" w14:textId="77777777" w:rsidR="00F45AAA" w:rsidRPr="00F45AAA" w:rsidRDefault="00F45AAA" w:rsidP="00F45AAA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  <w:r w:rsidRPr="00F45AAA">
        <w:rPr>
          <w:rFonts w:eastAsia="Calibri" w:cs="Times New Roman"/>
          <w:b/>
          <w:sz w:val="18"/>
          <w:szCs w:val="18"/>
          <w:lang w:val="kk-KZ"/>
        </w:rPr>
        <w:t xml:space="preserve">№ 2 қосымша </w:t>
      </w:r>
    </w:p>
    <w:p w14:paraId="148510E1" w14:textId="77777777" w:rsidR="00F45AAA" w:rsidRPr="00F45AAA" w:rsidRDefault="00F45AAA" w:rsidP="00F45AAA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  <w:r w:rsidRPr="00F45AAA">
        <w:rPr>
          <w:rFonts w:eastAsia="Calibri" w:cs="Times New Roman"/>
          <w:b/>
          <w:sz w:val="18"/>
          <w:szCs w:val="18"/>
          <w:lang w:val="kk-KZ"/>
        </w:rPr>
        <w:t>үлгі шартқа</w:t>
      </w:r>
    </w:p>
    <w:p w14:paraId="4FE53EA9" w14:textId="70937A92" w:rsidR="00F45AAA" w:rsidRPr="00F45AAA" w:rsidRDefault="00F45AAA" w:rsidP="00F45AAA">
      <w:pPr>
        <w:spacing w:after="0"/>
        <w:jc w:val="center"/>
        <w:rPr>
          <w:rFonts w:eastAsia="Calibri" w:cs="Times New Roman"/>
          <w:b/>
          <w:sz w:val="24"/>
          <w:szCs w:val="24"/>
          <w:lang w:val="kk-KZ"/>
        </w:rPr>
      </w:pPr>
      <w:r w:rsidRPr="00F45AAA">
        <w:rPr>
          <w:rFonts w:eastAsia="Calibri" w:cs="Times New Roman"/>
          <w:b/>
          <w:sz w:val="24"/>
          <w:szCs w:val="24"/>
          <w:lang w:val="kk-KZ"/>
        </w:rPr>
        <w:t>ТЕХНИКАЛЫҚ СИПАТТАМА</w:t>
      </w:r>
    </w:p>
    <w:p w14:paraId="28A1B8B4" w14:textId="77777777" w:rsidR="00F45AAA" w:rsidRPr="00F45AAA" w:rsidRDefault="00F45AAA" w:rsidP="00F45AAA">
      <w:pPr>
        <w:spacing w:after="0"/>
        <w:jc w:val="center"/>
        <w:rPr>
          <w:rFonts w:eastAsia="Calibri" w:cs="Times New Roman"/>
          <w:b/>
          <w:sz w:val="24"/>
          <w:szCs w:val="24"/>
          <w:lang w:val="kk-KZ"/>
        </w:rPr>
      </w:pPr>
      <w:r w:rsidRPr="00F45AAA">
        <w:rPr>
          <w:rFonts w:eastAsia="Calibri" w:cs="Times New Roman"/>
          <w:b/>
          <w:sz w:val="24"/>
          <w:szCs w:val="24"/>
          <w:lang w:val="kk-KZ"/>
        </w:rPr>
        <w:t>профессор-оқытушылар құрамының біліктілікті арттыру курстарына қатысуы</w:t>
      </w:r>
    </w:p>
    <w:p w14:paraId="5F37AD07" w14:textId="64D230B1" w:rsidR="00F45AAA" w:rsidRPr="00F45AAA" w:rsidRDefault="00F45AAA" w:rsidP="00F45AAA">
      <w:pPr>
        <w:spacing w:after="0"/>
        <w:jc w:val="center"/>
        <w:rPr>
          <w:rFonts w:eastAsia="Calibri" w:cs="Times New Roman"/>
          <w:b/>
          <w:sz w:val="24"/>
          <w:szCs w:val="24"/>
          <w:lang w:val="kk-KZ"/>
        </w:rPr>
      </w:pPr>
      <w:r w:rsidRPr="00F45AAA">
        <w:rPr>
          <w:rFonts w:eastAsia="Calibri" w:cs="Times New Roman"/>
          <w:b/>
          <w:sz w:val="24"/>
          <w:szCs w:val="24"/>
          <w:lang w:val="kk-KZ"/>
        </w:rPr>
        <w:t xml:space="preserve">Теміртау </w:t>
      </w:r>
      <w:bookmarkStart w:id="0" w:name="_Hlk242949193"/>
      <w:r w:rsidRPr="00F45AAA">
        <w:rPr>
          <w:rFonts w:eastAsia="Calibri" w:cs="Times New Roman"/>
          <w:b/>
          <w:sz w:val="24"/>
          <w:szCs w:val="24"/>
          <w:lang w:val="kk-KZ"/>
        </w:rPr>
        <w:t xml:space="preserve">қ. </w:t>
      </w:r>
      <w:bookmarkEnd w:id="0"/>
      <w:r w:rsidRPr="00F45AAA">
        <w:rPr>
          <w:rFonts w:eastAsia="Calibri" w:cs="Times New Roman"/>
          <w:b/>
          <w:sz w:val="24"/>
          <w:szCs w:val="24"/>
          <w:lang w:val="kk-KZ"/>
        </w:rPr>
        <w:t>"Қарағанды индустриялық университеті" КЕАҚ,</w:t>
      </w:r>
    </w:p>
    <w:p w14:paraId="2716556F" w14:textId="75F5C500" w:rsidR="00F45AAA" w:rsidRPr="00F45AAA" w:rsidRDefault="00F45AAA" w:rsidP="00F45AAA">
      <w:pPr>
        <w:spacing w:after="0"/>
        <w:jc w:val="center"/>
        <w:rPr>
          <w:rFonts w:eastAsia="Calibri" w:cs="Times New Roman"/>
          <w:b/>
          <w:sz w:val="24"/>
          <w:szCs w:val="24"/>
          <w:lang w:val="kk-KZ"/>
        </w:rPr>
      </w:pPr>
      <w:r w:rsidRPr="00F45AAA">
        <w:rPr>
          <w:rFonts w:eastAsia="Calibri" w:cs="Times New Roman"/>
          <w:b/>
          <w:sz w:val="24"/>
          <w:szCs w:val="24"/>
          <w:lang w:val="kk-KZ"/>
        </w:rPr>
        <w:t>Республика даңғылы 30</w:t>
      </w:r>
    </w:p>
    <w:p w14:paraId="27321D61" w14:textId="77777777" w:rsidR="00F45AAA" w:rsidRPr="00F45AAA" w:rsidRDefault="00F45AAA" w:rsidP="00F45AAA">
      <w:pPr>
        <w:numPr>
          <w:ilvl w:val="0"/>
          <w:numId w:val="10"/>
        </w:numPr>
        <w:spacing w:after="0" w:line="240" w:lineRule="auto"/>
        <w:contextualSpacing/>
        <w:jc w:val="both"/>
        <w:rPr>
          <w:b/>
          <w:sz w:val="24"/>
          <w:szCs w:val="24"/>
          <w:lang w:val="ru-RU"/>
        </w:rPr>
      </w:pPr>
      <w:proofErr w:type="spellStart"/>
      <w:r w:rsidRPr="00F45AAA">
        <w:rPr>
          <w:b/>
          <w:sz w:val="24"/>
          <w:szCs w:val="24"/>
          <w:lang w:val="ru-RU"/>
        </w:rPr>
        <w:t>Жалпы</w:t>
      </w:r>
      <w:proofErr w:type="spellEnd"/>
      <w:r w:rsidRPr="00F45AAA">
        <w:rPr>
          <w:b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sz w:val="24"/>
          <w:szCs w:val="24"/>
          <w:lang w:val="ru-RU"/>
        </w:rPr>
        <w:t>шарттар</w:t>
      </w:r>
      <w:proofErr w:type="spellEnd"/>
    </w:p>
    <w:p w14:paraId="6CEC9325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b/>
          <w:sz w:val="24"/>
          <w:szCs w:val="24"/>
          <w:lang w:val="ru-RU"/>
        </w:rPr>
      </w:pPr>
      <w:r w:rsidRPr="00F45AAA">
        <w:rPr>
          <w:b/>
          <w:sz w:val="24"/>
          <w:szCs w:val="24"/>
          <w:lang w:val="ru-RU"/>
        </w:rPr>
        <w:t xml:space="preserve">1.1. </w:t>
      </w:r>
      <w:proofErr w:type="spellStart"/>
      <w:r w:rsidRPr="00F45AAA">
        <w:rPr>
          <w:b/>
          <w:sz w:val="24"/>
          <w:szCs w:val="24"/>
          <w:lang w:val="ru-RU"/>
        </w:rPr>
        <w:t>Қызмет</w:t>
      </w:r>
      <w:proofErr w:type="spellEnd"/>
      <w:r w:rsidRPr="00F45AAA">
        <w:rPr>
          <w:b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sz w:val="24"/>
          <w:szCs w:val="24"/>
          <w:lang w:val="ru-RU"/>
        </w:rPr>
        <w:t>атауы</w:t>
      </w:r>
      <w:proofErr w:type="spellEnd"/>
      <w:r w:rsidRPr="00F45AAA">
        <w:rPr>
          <w:b/>
          <w:sz w:val="24"/>
          <w:szCs w:val="24"/>
          <w:lang w:val="ru-RU"/>
        </w:rPr>
        <w:t>:</w:t>
      </w:r>
    </w:p>
    <w:p w14:paraId="0B343445" w14:textId="02FA5AC1" w:rsidR="00F45AAA" w:rsidRDefault="00F45AAA" w:rsidP="00F45AAA">
      <w:pPr>
        <w:spacing w:after="0" w:line="240" w:lineRule="auto"/>
        <w:ind w:firstLine="567"/>
        <w:jc w:val="both"/>
        <w:rPr>
          <w:bCs/>
          <w:sz w:val="24"/>
          <w:szCs w:val="24"/>
          <w:lang w:val="ru-RU"/>
        </w:rPr>
      </w:pPr>
      <w:proofErr w:type="spellStart"/>
      <w:r w:rsidRPr="00F45AAA">
        <w:rPr>
          <w:bCs/>
          <w:sz w:val="24"/>
          <w:szCs w:val="24"/>
          <w:lang w:val="ru-RU"/>
        </w:rPr>
        <w:t>Докторанттарға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ғылыми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жетекшілік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ету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практикасын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нығайтуға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бағытталған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кәсіби</w:t>
      </w:r>
      <w:proofErr w:type="spellEnd"/>
      <w:r w:rsidRPr="00F45AAA">
        <w:rPr>
          <w:bCs/>
          <w:sz w:val="24"/>
          <w:szCs w:val="24"/>
          <w:lang w:val="ru-RU"/>
        </w:rPr>
        <w:t xml:space="preserve"> даму </w:t>
      </w:r>
      <w:proofErr w:type="spellStart"/>
      <w:r w:rsidRPr="00F45AAA">
        <w:rPr>
          <w:bCs/>
          <w:sz w:val="24"/>
          <w:szCs w:val="24"/>
          <w:lang w:val="ru-RU"/>
        </w:rPr>
        <w:t>бағдарламасын</w:t>
      </w:r>
      <w:proofErr w:type="spellEnd"/>
      <w:r w:rsidRPr="00F45AAA">
        <w:rPr>
          <w:bCs/>
          <w:sz w:val="24"/>
          <w:szCs w:val="24"/>
          <w:lang w:val="ru-RU"/>
        </w:rPr>
        <w:t xml:space="preserve">, </w:t>
      </w:r>
      <w:proofErr w:type="spellStart"/>
      <w:r w:rsidRPr="00F45AAA">
        <w:rPr>
          <w:bCs/>
          <w:sz w:val="24"/>
          <w:szCs w:val="24"/>
          <w:lang w:val="ru-RU"/>
        </w:rPr>
        <w:t>докторанттарға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ғылыми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жетекшілік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ету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практикасын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нығайтуға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бағытталған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біліктілікті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арттыру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курстарын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ұйымдастыру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және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өткізу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жөніндегі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қызметтер</w:t>
      </w:r>
      <w:proofErr w:type="spellEnd"/>
      <w:r w:rsidRPr="00F45AAA">
        <w:rPr>
          <w:bCs/>
          <w:sz w:val="24"/>
          <w:szCs w:val="24"/>
          <w:lang w:val="ru-RU"/>
        </w:rPr>
        <w:t>.</w:t>
      </w:r>
    </w:p>
    <w:p w14:paraId="597856E8" w14:textId="77777777" w:rsidR="00F45AAA" w:rsidRDefault="00F45AAA" w:rsidP="00F45AAA">
      <w:pPr>
        <w:spacing w:after="0" w:line="240" w:lineRule="auto"/>
        <w:ind w:firstLine="567"/>
        <w:jc w:val="both"/>
        <w:rPr>
          <w:bCs/>
          <w:sz w:val="24"/>
          <w:szCs w:val="24"/>
          <w:lang w:val="ru-RU"/>
        </w:rPr>
      </w:pPr>
    </w:p>
    <w:p w14:paraId="4AD5D1D3" w14:textId="5896E682" w:rsidR="00F45AAA" w:rsidRPr="00F45AAA" w:rsidRDefault="00F45AAA" w:rsidP="00F45AAA">
      <w:pPr>
        <w:spacing w:after="0" w:line="240" w:lineRule="auto"/>
        <w:ind w:firstLine="567"/>
        <w:jc w:val="both"/>
        <w:rPr>
          <w:bCs/>
          <w:sz w:val="24"/>
          <w:szCs w:val="24"/>
          <w:lang w:val="ru-RU"/>
        </w:rPr>
      </w:pPr>
      <w:proofErr w:type="spellStart"/>
      <w:r w:rsidRPr="00F45AAA">
        <w:rPr>
          <w:b/>
          <w:sz w:val="24"/>
          <w:szCs w:val="24"/>
          <w:lang w:val="ru-RU"/>
        </w:rPr>
        <w:t>Қызмет</w:t>
      </w:r>
      <w:proofErr w:type="spellEnd"/>
      <w:r w:rsidRPr="00F45AAA">
        <w:rPr>
          <w:b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sz w:val="24"/>
          <w:szCs w:val="24"/>
          <w:lang w:val="ru-RU"/>
        </w:rPr>
        <w:t>көрсету</w:t>
      </w:r>
      <w:proofErr w:type="spellEnd"/>
      <w:r w:rsidRPr="00F45AAA">
        <w:rPr>
          <w:b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sz w:val="24"/>
          <w:szCs w:val="24"/>
          <w:lang w:val="ru-RU"/>
        </w:rPr>
        <w:t>орны</w:t>
      </w:r>
      <w:proofErr w:type="spellEnd"/>
      <w:r w:rsidRPr="00F45AAA">
        <w:rPr>
          <w:bCs/>
          <w:sz w:val="24"/>
          <w:szCs w:val="24"/>
          <w:lang w:val="ru-RU"/>
        </w:rPr>
        <w:t>: Астана</w:t>
      </w:r>
      <w:r w:rsidR="009C674C">
        <w:rPr>
          <w:bCs/>
          <w:sz w:val="24"/>
          <w:szCs w:val="24"/>
          <w:lang w:val="ru-RU"/>
        </w:rPr>
        <w:t xml:space="preserve"> </w:t>
      </w:r>
      <w:r w:rsidR="009C674C" w:rsidRPr="009C674C">
        <w:rPr>
          <w:rFonts w:eastAsia="Calibri" w:cs="Times New Roman"/>
          <w:bCs/>
          <w:sz w:val="24"/>
          <w:szCs w:val="24"/>
          <w:lang w:val="kk-KZ"/>
        </w:rPr>
        <w:t>қ.</w:t>
      </w:r>
    </w:p>
    <w:p w14:paraId="07DF6E56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bCs/>
          <w:sz w:val="24"/>
          <w:szCs w:val="24"/>
          <w:lang w:val="ru-RU"/>
        </w:rPr>
      </w:pPr>
    </w:p>
    <w:p w14:paraId="21989530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F45AAA">
        <w:rPr>
          <w:b/>
          <w:bCs/>
          <w:sz w:val="24"/>
          <w:szCs w:val="24"/>
          <w:lang w:val="ru-RU"/>
        </w:rPr>
        <w:t xml:space="preserve">1.2. </w:t>
      </w:r>
      <w:proofErr w:type="spellStart"/>
      <w:r w:rsidRPr="00F45AAA">
        <w:rPr>
          <w:b/>
          <w:bCs/>
          <w:sz w:val="24"/>
          <w:szCs w:val="24"/>
          <w:lang w:val="ru-RU"/>
        </w:rPr>
        <w:t>Қызмет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көрсету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мерзімі</w:t>
      </w:r>
      <w:proofErr w:type="spellEnd"/>
      <w:r w:rsidRPr="00F45AAA">
        <w:rPr>
          <w:b/>
          <w:bCs/>
          <w:sz w:val="24"/>
          <w:szCs w:val="24"/>
          <w:lang w:val="ru-RU"/>
        </w:rPr>
        <w:t>:</w:t>
      </w:r>
    </w:p>
    <w:p w14:paraId="51B98CAC" w14:textId="77777777" w:rsid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proofErr w:type="spellStart"/>
      <w:r w:rsidRPr="00F45AAA">
        <w:rPr>
          <w:sz w:val="24"/>
          <w:szCs w:val="24"/>
          <w:lang w:val="ru-RU"/>
        </w:rPr>
        <w:t>Келісімшарт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жасалған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күннен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бастап</w:t>
      </w:r>
      <w:proofErr w:type="spellEnd"/>
      <w:r w:rsidRPr="00F45AAA">
        <w:rPr>
          <w:sz w:val="24"/>
          <w:szCs w:val="24"/>
          <w:lang w:val="ru-RU"/>
        </w:rPr>
        <w:t xml:space="preserve"> 30 </w:t>
      </w:r>
      <w:proofErr w:type="spellStart"/>
      <w:r w:rsidRPr="00F45AAA">
        <w:rPr>
          <w:sz w:val="24"/>
          <w:szCs w:val="24"/>
          <w:lang w:val="ru-RU"/>
        </w:rPr>
        <w:t>күнтізбелік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күн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ішінде</w:t>
      </w:r>
      <w:proofErr w:type="spellEnd"/>
      <w:r w:rsidRPr="00F45AAA">
        <w:rPr>
          <w:sz w:val="24"/>
          <w:szCs w:val="24"/>
          <w:lang w:val="ru-RU"/>
        </w:rPr>
        <w:t xml:space="preserve">. </w:t>
      </w:r>
    </w:p>
    <w:p w14:paraId="75A011E6" w14:textId="78AAF658" w:rsidR="00F45AAA" w:rsidRP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proofErr w:type="spellStart"/>
      <w:r w:rsidRPr="00F45AAA">
        <w:rPr>
          <w:sz w:val="24"/>
          <w:szCs w:val="24"/>
          <w:lang w:val="ru-RU"/>
        </w:rPr>
        <w:t>Жеткізуші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бекітілген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бағдарламаға</w:t>
      </w:r>
      <w:proofErr w:type="spellEnd"/>
      <w:r w:rsidRPr="00F45AAA">
        <w:rPr>
          <w:sz w:val="24"/>
          <w:szCs w:val="24"/>
          <w:lang w:val="ru-RU"/>
        </w:rPr>
        <w:t xml:space="preserve">, </w:t>
      </w:r>
      <w:proofErr w:type="spellStart"/>
      <w:r w:rsidRPr="00F45AAA">
        <w:rPr>
          <w:sz w:val="24"/>
          <w:szCs w:val="24"/>
          <w:lang w:val="ru-RU"/>
        </w:rPr>
        <w:t>оқу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кестесіне</w:t>
      </w:r>
      <w:proofErr w:type="spellEnd"/>
      <w:r w:rsidRPr="00F45AAA">
        <w:rPr>
          <w:sz w:val="24"/>
          <w:szCs w:val="24"/>
          <w:lang w:val="ru-RU"/>
        </w:rPr>
        <w:t xml:space="preserve">, </w:t>
      </w:r>
      <w:proofErr w:type="spellStart"/>
      <w:r w:rsidRPr="00F45AAA">
        <w:rPr>
          <w:sz w:val="24"/>
          <w:szCs w:val="24"/>
          <w:lang w:val="ru-RU"/>
        </w:rPr>
        <w:t>келісімшарт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талаптарына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және</w:t>
      </w:r>
      <w:proofErr w:type="spellEnd"/>
      <w:r w:rsidRPr="00F45AAA">
        <w:rPr>
          <w:sz w:val="24"/>
          <w:szCs w:val="24"/>
          <w:lang w:val="ru-RU"/>
        </w:rPr>
        <w:t xml:space="preserve"> осы </w:t>
      </w:r>
      <w:proofErr w:type="spellStart"/>
      <w:r w:rsidRPr="00F45AAA">
        <w:rPr>
          <w:sz w:val="24"/>
          <w:szCs w:val="24"/>
          <w:lang w:val="ru-RU"/>
        </w:rPr>
        <w:t>техникалық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сипаттамаға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сәйкес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курстарды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ұйымдастырады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және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өткізеді</w:t>
      </w:r>
      <w:proofErr w:type="spellEnd"/>
      <w:r w:rsidRPr="00F45AAA">
        <w:rPr>
          <w:sz w:val="24"/>
          <w:szCs w:val="24"/>
          <w:lang w:val="ru-RU"/>
        </w:rPr>
        <w:t>.</w:t>
      </w:r>
    </w:p>
    <w:p w14:paraId="18DB9EFE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</w:p>
    <w:p w14:paraId="3C6F2242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F45AAA">
        <w:rPr>
          <w:b/>
          <w:bCs/>
          <w:sz w:val="24"/>
          <w:szCs w:val="24"/>
          <w:lang w:val="ru-RU"/>
        </w:rPr>
        <w:t xml:space="preserve">1.3. </w:t>
      </w:r>
      <w:proofErr w:type="spellStart"/>
      <w:r w:rsidRPr="00F45AAA">
        <w:rPr>
          <w:b/>
          <w:bCs/>
          <w:sz w:val="24"/>
          <w:szCs w:val="24"/>
          <w:lang w:val="ru-RU"/>
        </w:rPr>
        <w:t>Бағдарламаны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жүзеге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асыру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форматы:</w:t>
      </w:r>
    </w:p>
    <w:p w14:paraId="0E82095C" w14:textId="0BC2B7AD" w:rsid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F45AAA">
        <w:rPr>
          <w:sz w:val="24"/>
          <w:szCs w:val="24"/>
          <w:lang w:val="ru-RU"/>
        </w:rPr>
        <w:t xml:space="preserve">Курс </w:t>
      </w:r>
      <w:proofErr w:type="spellStart"/>
      <w:r w:rsidRPr="00F45AAA">
        <w:rPr>
          <w:sz w:val="24"/>
          <w:szCs w:val="24"/>
          <w:lang w:val="ru-RU"/>
        </w:rPr>
        <w:t>бағдарламасы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үш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кезеңде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өткізіледі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және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күндізгі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және</w:t>
      </w:r>
      <w:proofErr w:type="spellEnd"/>
      <w:r w:rsidRPr="00F45AAA">
        <w:rPr>
          <w:sz w:val="24"/>
          <w:szCs w:val="24"/>
          <w:lang w:val="ru-RU"/>
        </w:rPr>
        <w:t xml:space="preserve"> онлайн </w:t>
      </w:r>
      <w:proofErr w:type="spellStart"/>
      <w:r w:rsidRPr="00F45AAA">
        <w:rPr>
          <w:sz w:val="24"/>
          <w:szCs w:val="24"/>
          <w:lang w:val="ru-RU"/>
        </w:rPr>
        <w:t>оқытуды</w:t>
      </w:r>
      <w:proofErr w:type="spellEnd"/>
      <w:r w:rsidRPr="00F45AAA">
        <w:rPr>
          <w:sz w:val="24"/>
          <w:szCs w:val="24"/>
          <w:lang w:val="ru-RU"/>
        </w:rPr>
        <w:t xml:space="preserve">, </w:t>
      </w:r>
      <w:proofErr w:type="spellStart"/>
      <w:r w:rsidRPr="00F45AAA">
        <w:rPr>
          <w:sz w:val="24"/>
          <w:szCs w:val="24"/>
          <w:lang w:val="ru-RU"/>
        </w:rPr>
        <w:t>қатысушылардың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өзіндік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жұмысын</w:t>
      </w:r>
      <w:proofErr w:type="spellEnd"/>
      <w:r w:rsidRPr="00F45AAA">
        <w:rPr>
          <w:sz w:val="24"/>
          <w:szCs w:val="24"/>
          <w:lang w:val="ru-RU"/>
        </w:rPr>
        <w:t xml:space="preserve">, </w:t>
      </w:r>
      <w:proofErr w:type="spellStart"/>
      <w:r w:rsidRPr="00F45AAA">
        <w:rPr>
          <w:sz w:val="24"/>
          <w:szCs w:val="24"/>
          <w:lang w:val="ru-RU"/>
        </w:rPr>
        <w:t>университеттегі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институционалдық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зерттеулерді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және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практикалық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шешімдерді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топтық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әзірлеуді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қамтиды</w:t>
      </w:r>
      <w:proofErr w:type="spellEnd"/>
      <w:r w:rsidRPr="00F45AAA">
        <w:rPr>
          <w:sz w:val="24"/>
          <w:szCs w:val="24"/>
          <w:lang w:val="ru-RU"/>
        </w:rPr>
        <w:t xml:space="preserve">. </w:t>
      </w:r>
      <w:r w:rsidR="00E87609" w:rsidRPr="00E87609">
        <w:rPr>
          <w:sz w:val="24"/>
          <w:szCs w:val="24"/>
          <w:lang w:val="ru-RU"/>
        </w:rPr>
        <w:t xml:space="preserve">6 </w:t>
      </w:r>
      <w:proofErr w:type="spellStart"/>
      <w:r w:rsidR="00E87609" w:rsidRPr="00E87609">
        <w:rPr>
          <w:sz w:val="24"/>
          <w:szCs w:val="24"/>
          <w:lang w:val="ru-RU"/>
        </w:rPr>
        <w:t>жұмыс</w:t>
      </w:r>
      <w:proofErr w:type="spellEnd"/>
      <w:r w:rsidR="00E87609" w:rsidRPr="00E87609">
        <w:rPr>
          <w:sz w:val="24"/>
          <w:szCs w:val="24"/>
          <w:lang w:val="ru-RU"/>
        </w:rPr>
        <w:t xml:space="preserve"> </w:t>
      </w:r>
      <w:proofErr w:type="spellStart"/>
      <w:r w:rsidR="00E87609" w:rsidRPr="00E87609">
        <w:rPr>
          <w:sz w:val="24"/>
          <w:szCs w:val="24"/>
          <w:lang w:val="ru-RU"/>
        </w:rPr>
        <w:t>күнінен</w:t>
      </w:r>
      <w:proofErr w:type="spellEnd"/>
      <w:r w:rsidR="00E87609" w:rsidRPr="00E87609">
        <w:rPr>
          <w:sz w:val="24"/>
          <w:szCs w:val="24"/>
          <w:lang w:val="ru-RU"/>
        </w:rPr>
        <w:t xml:space="preserve"> </w:t>
      </w:r>
      <w:proofErr w:type="spellStart"/>
      <w:r w:rsidR="00E87609" w:rsidRPr="00E87609">
        <w:rPr>
          <w:sz w:val="24"/>
          <w:szCs w:val="24"/>
          <w:lang w:val="ru-RU"/>
        </w:rPr>
        <w:t>аспайтын</w:t>
      </w:r>
      <w:proofErr w:type="spellEnd"/>
      <w:r w:rsidR="00E87609" w:rsidRPr="00E87609">
        <w:rPr>
          <w:sz w:val="24"/>
          <w:szCs w:val="24"/>
          <w:lang w:val="ru-RU"/>
        </w:rPr>
        <w:t xml:space="preserve"> 3 </w:t>
      </w:r>
      <w:proofErr w:type="spellStart"/>
      <w:r w:rsidR="00E87609" w:rsidRPr="00E87609">
        <w:rPr>
          <w:sz w:val="24"/>
          <w:szCs w:val="24"/>
          <w:lang w:val="ru-RU"/>
        </w:rPr>
        <w:t>кезең</w:t>
      </w:r>
      <w:proofErr w:type="spellEnd"/>
      <w:r w:rsidR="00E87609" w:rsidRPr="00E87609">
        <w:rPr>
          <w:sz w:val="24"/>
          <w:szCs w:val="24"/>
          <w:lang w:val="ru-RU"/>
        </w:rPr>
        <w:t xml:space="preserve"> (фаза) </w:t>
      </w:r>
      <w:proofErr w:type="spellStart"/>
      <w:r w:rsidR="00E87609" w:rsidRPr="00E87609">
        <w:rPr>
          <w:sz w:val="24"/>
          <w:szCs w:val="24"/>
          <w:lang w:val="ru-RU"/>
        </w:rPr>
        <w:t>бойынша</w:t>
      </w:r>
      <w:proofErr w:type="spellEnd"/>
      <w:r w:rsidR="00E87609" w:rsidRPr="00E87609">
        <w:rPr>
          <w:sz w:val="24"/>
          <w:szCs w:val="24"/>
          <w:lang w:val="ru-RU"/>
        </w:rPr>
        <w:t xml:space="preserve"> </w:t>
      </w:r>
      <w:proofErr w:type="spellStart"/>
      <w:r w:rsidR="00E87609" w:rsidRPr="00E87609">
        <w:rPr>
          <w:sz w:val="24"/>
          <w:szCs w:val="24"/>
          <w:lang w:val="ru-RU"/>
        </w:rPr>
        <w:t>күндізгі</w:t>
      </w:r>
      <w:proofErr w:type="spellEnd"/>
      <w:r w:rsidR="00E87609" w:rsidRPr="00E87609">
        <w:rPr>
          <w:sz w:val="24"/>
          <w:szCs w:val="24"/>
          <w:lang w:val="ru-RU"/>
        </w:rPr>
        <w:t xml:space="preserve"> </w:t>
      </w:r>
      <w:proofErr w:type="spellStart"/>
      <w:r w:rsidR="00E87609" w:rsidRPr="00E87609">
        <w:rPr>
          <w:sz w:val="24"/>
          <w:szCs w:val="24"/>
          <w:lang w:val="ru-RU"/>
        </w:rPr>
        <w:t>оқу</w:t>
      </w:r>
      <w:proofErr w:type="spellEnd"/>
      <w:r w:rsidR="00E87609" w:rsidRPr="00E87609">
        <w:rPr>
          <w:sz w:val="24"/>
          <w:szCs w:val="24"/>
          <w:lang w:val="ru-RU"/>
        </w:rPr>
        <w:t>.</w:t>
      </w:r>
    </w:p>
    <w:p w14:paraId="480D11F5" w14:textId="77777777" w:rsidR="00E87609" w:rsidRPr="00F45AAA" w:rsidRDefault="00E87609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</w:p>
    <w:p w14:paraId="7C67B812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F45AAA">
        <w:rPr>
          <w:b/>
          <w:bCs/>
          <w:sz w:val="24"/>
          <w:szCs w:val="24"/>
          <w:lang w:val="ru-RU"/>
        </w:rPr>
        <w:t xml:space="preserve">1-кезең. </w:t>
      </w:r>
      <w:proofErr w:type="spellStart"/>
      <w:r w:rsidRPr="00F45AAA">
        <w:rPr>
          <w:b/>
          <w:bCs/>
          <w:sz w:val="24"/>
          <w:szCs w:val="24"/>
          <w:lang w:val="ru-RU"/>
        </w:rPr>
        <w:t>Заманауи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докторлық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білім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беру </w:t>
      </w:r>
      <w:proofErr w:type="spellStart"/>
      <w:r w:rsidRPr="00F45AAA">
        <w:rPr>
          <w:b/>
          <w:bCs/>
          <w:sz w:val="24"/>
          <w:szCs w:val="24"/>
          <w:lang w:val="ru-RU"/>
        </w:rPr>
        <w:t>және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жетекшілік</w:t>
      </w:r>
      <w:proofErr w:type="spellEnd"/>
    </w:p>
    <w:p w14:paraId="1E757C67" w14:textId="77777777" w:rsidR="00572180" w:rsidRDefault="00572180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proofErr w:type="spellStart"/>
      <w:r w:rsidRPr="00572180">
        <w:rPr>
          <w:sz w:val="24"/>
          <w:szCs w:val="24"/>
          <w:lang w:val="ru-RU"/>
        </w:rPr>
        <w:t>Қызмет</w:t>
      </w:r>
      <w:proofErr w:type="spellEnd"/>
      <w:r w:rsidRPr="00572180">
        <w:rPr>
          <w:sz w:val="24"/>
          <w:szCs w:val="24"/>
          <w:lang w:val="ru-RU"/>
        </w:rPr>
        <w:t xml:space="preserve"> </w:t>
      </w:r>
      <w:proofErr w:type="spellStart"/>
      <w:r w:rsidRPr="00572180">
        <w:rPr>
          <w:sz w:val="24"/>
          <w:szCs w:val="24"/>
          <w:lang w:val="ru-RU"/>
        </w:rPr>
        <w:t>көрсетуші</w:t>
      </w:r>
      <w:proofErr w:type="spellEnd"/>
      <w:r w:rsidRPr="00572180">
        <w:rPr>
          <w:sz w:val="24"/>
          <w:szCs w:val="24"/>
          <w:lang w:val="ru-RU"/>
        </w:rPr>
        <w:t xml:space="preserve"> </w:t>
      </w:r>
      <w:proofErr w:type="spellStart"/>
      <w:r w:rsidRPr="00572180">
        <w:rPr>
          <w:sz w:val="24"/>
          <w:szCs w:val="24"/>
          <w:lang w:val="ru-RU"/>
        </w:rPr>
        <w:t>ұйымның</w:t>
      </w:r>
      <w:proofErr w:type="spellEnd"/>
      <w:r w:rsidRPr="00572180">
        <w:rPr>
          <w:sz w:val="24"/>
          <w:szCs w:val="24"/>
          <w:lang w:val="ru-RU"/>
        </w:rPr>
        <w:t xml:space="preserve"> </w:t>
      </w:r>
      <w:proofErr w:type="spellStart"/>
      <w:r w:rsidRPr="00572180">
        <w:rPr>
          <w:sz w:val="24"/>
          <w:szCs w:val="24"/>
          <w:lang w:val="ru-RU"/>
        </w:rPr>
        <w:t>базасында</w:t>
      </w:r>
      <w:proofErr w:type="spellEnd"/>
      <w:r w:rsidRPr="00572180">
        <w:rPr>
          <w:sz w:val="24"/>
          <w:szCs w:val="24"/>
          <w:lang w:val="ru-RU"/>
        </w:rPr>
        <w:t xml:space="preserve"> </w:t>
      </w:r>
      <w:proofErr w:type="spellStart"/>
      <w:r w:rsidRPr="00572180">
        <w:rPr>
          <w:sz w:val="24"/>
          <w:szCs w:val="24"/>
          <w:lang w:val="ru-RU"/>
        </w:rPr>
        <w:t>кемінде</w:t>
      </w:r>
      <w:proofErr w:type="spellEnd"/>
      <w:r w:rsidRPr="00572180">
        <w:rPr>
          <w:sz w:val="24"/>
          <w:szCs w:val="24"/>
          <w:lang w:val="ru-RU"/>
        </w:rPr>
        <w:t xml:space="preserve"> 3 </w:t>
      </w:r>
      <w:proofErr w:type="spellStart"/>
      <w:r w:rsidRPr="00572180">
        <w:rPr>
          <w:sz w:val="24"/>
          <w:szCs w:val="24"/>
          <w:lang w:val="ru-RU"/>
        </w:rPr>
        <w:t>жұмыс</w:t>
      </w:r>
      <w:proofErr w:type="spellEnd"/>
      <w:r w:rsidRPr="00572180">
        <w:rPr>
          <w:sz w:val="24"/>
          <w:szCs w:val="24"/>
          <w:lang w:val="ru-RU"/>
        </w:rPr>
        <w:t xml:space="preserve"> </w:t>
      </w:r>
      <w:proofErr w:type="spellStart"/>
      <w:r w:rsidRPr="00572180">
        <w:rPr>
          <w:sz w:val="24"/>
          <w:szCs w:val="24"/>
          <w:lang w:val="ru-RU"/>
        </w:rPr>
        <w:t>күні</w:t>
      </w:r>
      <w:proofErr w:type="spellEnd"/>
      <w:r w:rsidRPr="00572180">
        <w:rPr>
          <w:sz w:val="24"/>
          <w:szCs w:val="24"/>
          <w:lang w:val="ru-RU"/>
        </w:rPr>
        <w:t xml:space="preserve"> </w:t>
      </w:r>
      <w:proofErr w:type="spellStart"/>
      <w:r w:rsidRPr="00572180">
        <w:rPr>
          <w:sz w:val="24"/>
          <w:szCs w:val="24"/>
          <w:lang w:val="ru-RU"/>
        </w:rPr>
        <w:t>күндізгі</w:t>
      </w:r>
      <w:proofErr w:type="spellEnd"/>
      <w:r w:rsidRPr="00572180">
        <w:rPr>
          <w:sz w:val="24"/>
          <w:szCs w:val="24"/>
          <w:lang w:val="ru-RU"/>
        </w:rPr>
        <w:t xml:space="preserve"> </w:t>
      </w:r>
      <w:proofErr w:type="spellStart"/>
      <w:r w:rsidRPr="00572180">
        <w:rPr>
          <w:sz w:val="24"/>
          <w:szCs w:val="24"/>
          <w:lang w:val="ru-RU"/>
        </w:rPr>
        <w:t>оқыту</w:t>
      </w:r>
      <w:proofErr w:type="spellEnd"/>
      <w:r w:rsidRPr="00572180">
        <w:rPr>
          <w:sz w:val="24"/>
          <w:szCs w:val="24"/>
          <w:lang w:val="ru-RU"/>
        </w:rPr>
        <w:t>.</w:t>
      </w:r>
    </w:p>
    <w:p w14:paraId="4B7C792F" w14:textId="0669A898" w:rsidR="00F45AAA" w:rsidRP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proofErr w:type="spellStart"/>
      <w:r w:rsidRPr="00F45AAA">
        <w:rPr>
          <w:sz w:val="24"/>
          <w:szCs w:val="24"/>
          <w:lang w:val="ru-RU"/>
        </w:rPr>
        <w:t>Бірінші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кезеңде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қатысушылар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докторлық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білім</w:t>
      </w:r>
      <w:proofErr w:type="spellEnd"/>
      <w:r w:rsidRPr="00F45AAA">
        <w:rPr>
          <w:sz w:val="24"/>
          <w:szCs w:val="24"/>
          <w:lang w:val="ru-RU"/>
        </w:rPr>
        <w:t xml:space="preserve"> беру мен </w:t>
      </w:r>
      <w:proofErr w:type="spellStart"/>
      <w:r w:rsidRPr="00F45AAA">
        <w:rPr>
          <w:sz w:val="24"/>
          <w:szCs w:val="24"/>
          <w:lang w:val="ru-RU"/>
        </w:rPr>
        <w:t>жетекшілік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басшылықтың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заманауи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тәсілдерімен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танысады</w:t>
      </w:r>
      <w:proofErr w:type="spellEnd"/>
      <w:r w:rsidRPr="00F45AAA">
        <w:rPr>
          <w:sz w:val="24"/>
          <w:szCs w:val="24"/>
          <w:lang w:val="ru-RU"/>
        </w:rPr>
        <w:t xml:space="preserve">, </w:t>
      </w:r>
      <w:proofErr w:type="spellStart"/>
      <w:r w:rsidRPr="00F45AAA">
        <w:rPr>
          <w:sz w:val="24"/>
          <w:szCs w:val="24"/>
          <w:lang w:val="ru-RU"/>
        </w:rPr>
        <w:t>институционалдық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саясат</w:t>
      </w:r>
      <w:proofErr w:type="spellEnd"/>
      <w:r w:rsidRPr="00F45AAA">
        <w:rPr>
          <w:sz w:val="24"/>
          <w:szCs w:val="24"/>
          <w:lang w:val="ru-RU"/>
        </w:rPr>
        <w:t xml:space="preserve"> пен университет </w:t>
      </w:r>
      <w:proofErr w:type="spellStart"/>
      <w:r w:rsidRPr="00F45AAA">
        <w:rPr>
          <w:sz w:val="24"/>
          <w:szCs w:val="24"/>
          <w:lang w:val="ru-RU"/>
        </w:rPr>
        <w:t>құрылымдарының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рөлін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талдайды</w:t>
      </w:r>
      <w:proofErr w:type="spellEnd"/>
      <w:r w:rsidRPr="00F45AAA">
        <w:rPr>
          <w:sz w:val="24"/>
          <w:szCs w:val="24"/>
          <w:lang w:val="ru-RU"/>
        </w:rPr>
        <w:t xml:space="preserve">, </w:t>
      </w:r>
      <w:proofErr w:type="spellStart"/>
      <w:r w:rsidRPr="00F45AAA">
        <w:rPr>
          <w:sz w:val="24"/>
          <w:szCs w:val="24"/>
          <w:lang w:val="ru-RU"/>
        </w:rPr>
        <w:t>жетекшілік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басшылық</w:t>
      </w:r>
      <w:proofErr w:type="spellEnd"/>
      <w:r w:rsidRPr="00F45AAA">
        <w:rPr>
          <w:sz w:val="24"/>
          <w:szCs w:val="24"/>
          <w:lang w:val="ru-RU"/>
        </w:rPr>
        <w:t xml:space="preserve"> пен </w:t>
      </w:r>
      <w:proofErr w:type="spellStart"/>
      <w:r w:rsidRPr="00F45AAA">
        <w:rPr>
          <w:sz w:val="24"/>
          <w:szCs w:val="24"/>
          <w:lang w:val="ru-RU"/>
        </w:rPr>
        <w:t>бірлескен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жетекшіліктің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заманауи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үлгілерін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зерттейді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және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зерттеу</w:t>
      </w:r>
      <w:proofErr w:type="spellEnd"/>
      <w:r w:rsidRPr="00F45AAA">
        <w:rPr>
          <w:sz w:val="24"/>
          <w:szCs w:val="24"/>
          <w:lang w:val="ru-RU"/>
        </w:rPr>
        <w:t xml:space="preserve"> дизайны, </w:t>
      </w:r>
      <w:proofErr w:type="spellStart"/>
      <w:r w:rsidRPr="00F45AAA">
        <w:rPr>
          <w:sz w:val="24"/>
          <w:szCs w:val="24"/>
          <w:lang w:val="ru-RU"/>
        </w:rPr>
        <w:t>әдіснамасы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және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академиялық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жазу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мәселелерін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шешеді</w:t>
      </w:r>
      <w:proofErr w:type="spellEnd"/>
      <w:r w:rsidRPr="00F45AAA">
        <w:rPr>
          <w:sz w:val="24"/>
          <w:szCs w:val="24"/>
          <w:lang w:val="ru-RU"/>
        </w:rPr>
        <w:t>.</w:t>
      </w:r>
    </w:p>
    <w:p w14:paraId="5917B7BC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F45AAA">
        <w:rPr>
          <w:b/>
          <w:bCs/>
          <w:sz w:val="24"/>
          <w:szCs w:val="24"/>
          <w:lang w:val="ru-RU"/>
        </w:rPr>
        <w:t xml:space="preserve">2-кезең. </w:t>
      </w:r>
      <w:proofErr w:type="spellStart"/>
      <w:r w:rsidRPr="00F45AAA">
        <w:rPr>
          <w:b/>
          <w:bCs/>
          <w:sz w:val="24"/>
          <w:szCs w:val="24"/>
          <w:lang w:val="ru-RU"/>
        </w:rPr>
        <w:t>Институционалдық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зерттеулер</w:t>
      </w:r>
      <w:proofErr w:type="spellEnd"/>
    </w:p>
    <w:p w14:paraId="7DF09298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F45AAA">
        <w:rPr>
          <w:sz w:val="24"/>
          <w:szCs w:val="24"/>
          <w:lang w:val="ru-RU"/>
        </w:rPr>
        <w:t>Онлайн/</w:t>
      </w:r>
      <w:proofErr w:type="spellStart"/>
      <w:r w:rsidRPr="00F45AAA">
        <w:rPr>
          <w:sz w:val="24"/>
          <w:szCs w:val="24"/>
          <w:lang w:val="ru-RU"/>
        </w:rPr>
        <w:t>Өзіндік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жұмыс</w:t>
      </w:r>
      <w:proofErr w:type="spellEnd"/>
      <w:r w:rsidRPr="00F45AAA">
        <w:rPr>
          <w:sz w:val="24"/>
          <w:szCs w:val="24"/>
          <w:lang w:val="ru-RU"/>
        </w:rPr>
        <w:t>.</w:t>
      </w:r>
    </w:p>
    <w:p w14:paraId="1134BAB9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proofErr w:type="spellStart"/>
      <w:r w:rsidRPr="00F45AAA">
        <w:rPr>
          <w:sz w:val="24"/>
          <w:szCs w:val="24"/>
          <w:lang w:val="ru-RU"/>
        </w:rPr>
        <w:t>Екінші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кезеңде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қатысушылар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өз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университеттерінде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институционалдық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зерттеулер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жүргізеді</w:t>
      </w:r>
      <w:proofErr w:type="spellEnd"/>
      <w:r w:rsidRPr="00F45AAA">
        <w:rPr>
          <w:sz w:val="24"/>
          <w:szCs w:val="24"/>
          <w:lang w:val="ru-RU"/>
        </w:rPr>
        <w:t xml:space="preserve">: </w:t>
      </w:r>
      <w:proofErr w:type="spellStart"/>
      <w:r w:rsidRPr="00F45AAA">
        <w:rPr>
          <w:sz w:val="24"/>
          <w:szCs w:val="24"/>
          <w:lang w:val="ru-RU"/>
        </w:rPr>
        <w:t>ішкі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құжаттар</w:t>
      </w:r>
      <w:proofErr w:type="spellEnd"/>
      <w:r w:rsidRPr="00F45AAA">
        <w:rPr>
          <w:sz w:val="24"/>
          <w:szCs w:val="24"/>
          <w:lang w:val="ru-RU"/>
        </w:rPr>
        <w:t xml:space="preserve"> мен </w:t>
      </w:r>
      <w:proofErr w:type="spellStart"/>
      <w:r w:rsidRPr="00F45AAA">
        <w:rPr>
          <w:sz w:val="24"/>
          <w:szCs w:val="24"/>
          <w:lang w:val="ru-RU"/>
        </w:rPr>
        <w:t>ережелерді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талдайды</w:t>
      </w:r>
      <w:proofErr w:type="spellEnd"/>
      <w:r w:rsidRPr="00F45AAA">
        <w:rPr>
          <w:sz w:val="24"/>
          <w:szCs w:val="24"/>
          <w:lang w:val="ru-RU"/>
        </w:rPr>
        <w:t xml:space="preserve">, </w:t>
      </w:r>
      <w:proofErr w:type="spellStart"/>
      <w:r w:rsidRPr="00F45AAA">
        <w:rPr>
          <w:sz w:val="24"/>
          <w:szCs w:val="24"/>
          <w:lang w:val="ru-RU"/>
        </w:rPr>
        <w:t>ағымдағы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академиялық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бақылау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процестерін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зерттейді</w:t>
      </w:r>
      <w:proofErr w:type="spellEnd"/>
      <w:r w:rsidRPr="00F45AAA">
        <w:rPr>
          <w:sz w:val="24"/>
          <w:szCs w:val="24"/>
          <w:lang w:val="ru-RU"/>
        </w:rPr>
        <w:t xml:space="preserve">, </w:t>
      </w:r>
      <w:proofErr w:type="spellStart"/>
      <w:r w:rsidRPr="00F45AAA">
        <w:rPr>
          <w:sz w:val="24"/>
          <w:szCs w:val="24"/>
          <w:lang w:val="ru-RU"/>
        </w:rPr>
        <w:t>оқытушылармен</w:t>
      </w:r>
      <w:proofErr w:type="spellEnd"/>
      <w:r w:rsidRPr="00F45AAA">
        <w:rPr>
          <w:sz w:val="24"/>
          <w:szCs w:val="24"/>
          <w:lang w:val="ru-RU"/>
        </w:rPr>
        <w:t xml:space="preserve">, </w:t>
      </w:r>
      <w:proofErr w:type="spellStart"/>
      <w:r w:rsidRPr="00F45AAA">
        <w:rPr>
          <w:sz w:val="24"/>
          <w:szCs w:val="24"/>
          <w:lang w:val="ru-RU"/>
        </w:rPr>
        <w:t>докторанттармен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және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басқа</w:t>
      </w:r>
      <w:proofErr w:type="spellEnd"/>
      <w:r w:rsidRPr="00F45AAA">
        <w:rPr>
          <w:sz w:val="24"/>
          <w:szCs w:val="24"/>
          <w:lang w:val="ru-RU"/>
        </w:rPr>
        <w:t xml:space="preserve"> да </w:t>
      </w:r>
      <w:proofErr w:type="spellStart"/>
      <w:r w:rsidRPr="00F45AAA">
        <w:rPr>
          <w:sz w:val="24"/>
          <w:szCs w:val="24"/>
          <w:lang w:val="ru-RU"/>
        </w:rPr>
        <w:t>мүдделі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тараптармен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өзара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әрекеттеседі</w:t>
      </w:r>
      <w:proofErr w:type="spellEnd"/>
      <w:r w:rsidRPr="00F45AAA">
        <w:rPr>
          <w:sz w:val="24"/>
          <w:szCs w:val="24"/>
          <w:lang w:val="ru-RU"/>
        </w:rPr>
        <w:t xml:space="preserve">, </w:t>
      </w:r>
      <w:proofErr w:type="spellStart"/>
      <w:r w:rsidRPr="00F45AAA">
        <w:rPr>
          <w:sz w:val="24"/>
          <w:szCs w:val="24"/>
          <w:lang w:val="ru-RU"/>
        </w:rPr>
        <w:t>сондай-ақ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деректер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жинайды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және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талдайды</w:t>
      </w:r>
      <w:proofErr w:type="spellEnd"/>
      <w:r w:rsidRPr="00F45AAA">
        <w:rPr>
          <w:sz w:val="24"/>
          <w:szCs w:val="24"/>
          <w:lang w:val="ru-RU"/>
        </w:rPr>
        <w:t>.</w:t>
      </w:r>
    </w:p>
    <w:p w14:paraId="2D2661CD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F45AAA">
        <w:rPr>
          <w:b/>
          <w:bCs/>
          <w:sz w:val="24"/>
          <w:szCs w:val="24"/>
          <w:lang w:val="ru-RU"/>
        </w:rPr>
        <w:t xml:space="preserve">3-кезең. </w:t>
      </w:r>
      <w:proofErr w:type="spellStart"/>
      <w:r w:rsidRPr="00F45AAA">
        <w:rPr>
          <w:b/>
          <w:bCs/>
          <w:sz w:val="24"/>
          <w:szCs w:val="24"/>
          <w:lang w:val="ru-RU"/>
        </w:rPr>
        <w:t>Практикалық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шешімдерді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әзірлеу</w:t>
      </w:r>
      <w:proofErr w:type="spellEnd"/>
    </w:p>
    <w:p w14:paraId="3F66F656" w14:textId="77777777" w:rsidR="00572180" w:rsidRDefault="00572180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proofErr w:type="spellStart"/>
      <w:r w:rsidRPr="00572180">
        <w:rPr>
          <w:sz w:val="24"/>
          <w:szCs w:val="24"/>
          <w:lang w:val="ru-RU"/>
        </w:rPr>
        <w:t>Қызмет</w:t>
      </w:r>
      <w:proofErr w:type="spellEnd"/>
      <w:r w:rsidRPr="00572180">
        <w:rPr>
          <w:sz w:val="24"/>
          <w:szCs w:val="24"/>
          <w:lang w:val="ru-RU"/>
        </w:rPr>
        <w:t xml:space="preserve"> </w:t>
      </w:r>
      <w:proofErr w:type="spellStart"/>
      <w:r w:rsidRPr="00572180">
        <w:rPr>
          <w:sz w:val="24"/>
          <w:szCs w:val="24"/>
          <w:lang w:val="ru-RU"/>
        </w:rPr>
        <w:t>көрсетуші</w:t>
      </w:r>
      <w:proofErr w:type="spellEnd"/>
      <w:r w:rsidRPr="00572180">
        <w:rPr>
          <w:sz w:val="24"/>
          <w:szCs w:val="24"/>
          <w:lang w:val="ru-RU"/>
        </w:rPr>
        <w:t xml:space="preserve"> </w:t>
      </w:r>
      <w:proofErr w:type="spellStart"/>
      <w:r w:rsidRPr="00572180">
        <w:rPr>
          <w:sz w:val="24"/>
          <w:szCs w:val="24"/>
          <w:lang w:val="ru-RU"/>
        </w:rPr>
        <w:t>ұйымның</w:t>
      </w:r>
      <w:proofErr w:type="spellEnd"/>
      <w:r w:rsidRPr="00572180">
        <w:rPr>
          <w:sz w:val="24"/>
          <w:szCs w:val="24"/>
          <w:lang w:val="ru-RU"/>
        </w:rPr>
        <w:t xml:space="preserve"> </w:t>
      </w:r>
      <w:proofErr w:type="spellStart"/>
      <w:r w:rsidRPr="00572180">
        <w:rPr>
          <w:sz w:val="24"/>
          <w:szCs w:val="24"/>
          <w:lang w:val="ru-RU"/>
        </w:rPr>
        <w:t>базасында</w:t>
      </w:r>
      <w:proofErr w:type="spellEnd"/>
      <w:r w:rsidRPr="00572180">
        <w:rPr>
          <w:sz w:val="24"/>
          <w:szCs w:val="24"/>
          <w:lang w:val="ru-RU"/>
        </w:rPr>
        <w:t xml:space="preserve"> </w:t>
      </w:r>
      <w:proofErr w:type="spellStart"/>
      <w:r w:rsidRPr="00572180">
        <w:rPr>
          <w:sz w:val="24"/>
          <w:szCs w:val="24"/>
          <w:lang w:val="ru-RU"/>
        </w:rPr>
        <w:t>кемінде</w:t>
      </w:r>
      <w:proofErr w:type="spellEnd"/>
      <w:r w:rsidRPr="00572180">
        <w:rPr>
          <w:sz w:val="24"/>
          <w:szCs w:val="24"/>
          <w:lang w:val="ru-RU"/>
        </w:rPr>
        <w:t xml:space="preserve"> 3 </w:t>
      </w:r>
      <w:proofErr w:type="spellStart"/>
      <w:r w:rsidRPr="00572180">
        <w:rPr>
          <w:sz w:val="24"/>
          <w:szCs w:val="24"/>
          <w:lang w:val="ru-RU"/>
        </w:rPr>
        <w:t>жұмыс</w:t>
      </w:r>
      <w:proofErr w:type="spellEnd"/>
      <w:r w:rsidRPr="00572180">
        <w:rPr>
          <w:sz w:val="24"/>
          <w:szCs w:val="24"/>
          <w:lang w:val="ru-RU"/>
        </w:rPr>
        <w:t xml:space="preserve"> </w:t>
      </w:r>
      <w:proofErr w:type="spellStart"/>
      <w:r w:rsidRPr="00572180">
        <w:rPr>
          <w:sz w:val="24"/>
          <w:szCs w:val="24"/>
          <w:lang w:val="ru-RU"/>
        </w:rPr>
        <w:t>күні</w:t>
      </w:r>
      <w:proofErr w:type="spellEnd"/>
      <w:r w:rsidRPr="00572180">
        <w:rPr>
          <w:sz w:val="24"/>
          <w:szCs w:val="24"/>
          <w:lang w:val="ru-RU"/>
        </w:rPr>
        <w:t xml:space="preserve"> </w:t>
      </w:r>
      <w:proofErr w:type="spellStart"/>
      <w:r w:rsidRPr="00572180">
        <w:rPr>
          <w:sz w:val="24"/>
          <w:szCs w:val="24"/>
          <w:lang w:val="ru-RU"/>
        </w:rPr>
        <w:t>күндізгі</w:t>
      </w:r>
      <w:proofErr w:type="spellEnd"/>
      <w:r w:rsidRPr="00572180">
        <w:rPr>
          <w:sz w:val="24"/>
          <w:szCs w:val="24"/>
          <w:lang w:val="ru-RU"/>
        </w:rPr>
        <w:t xml:space="preserve"> </w:t>
      </w:r>
      <w:proofErr w:type="spellStart"/>
      <w:r w:rsidRPr="00572180">
        <w:rPr>
          <w:sz w:val="24"/>
          <w:szCs w:val="24"/>
          <w:lang w:val="ru-RU"/>
        </w:rPr>
        <w:t>оқыту</w:t>
      </w:r>
      <w:proofErr w:type="spellEnd"/>
      <w:r w:rsidRPr="00572180">
        <w:rPr>
          <w:sz w:val="24"/>
          <w:szCs w:val="24"/>
          <w:lang w:val="ru-RU"/>
        </w:rPr>
        <w:t>.</w:t>
      </w:r>
    </w:p>
    <w:p w14:paraId="17D6D311" w14:textId="7E73E6B7" w:rsidR="00F45AAA" w:rsidRP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proofErr w:type="spellStart"/>
      <w:r w:rsidRPr="00F45AAA">
        <w:rPr>
          <w:sz w:val="24"/>
          <w:szCs w:val="24"/>
          <w:lang w:val="ru-RU"/>
        </w:rPr>
        <w:t>Үшінші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кезеңде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қатысушылар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институционалдық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зерттеулердің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нәтижелерін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ұсынады</w:t>
      </w:r>
      <w:proofErr w:type="spellEnd"/>
      <w:r w:rsidRPr="00F45AAA">
        <w:rPr>
          <w:sz w:val="24"/>
          <w:szCs w:val="24"/>
          <w:lang w:val="ru-RU"/>
        </w:rPr>
        <w:t xml:space="preserve">, </w:t>
      </w:r>
      <w:proofErr w:type="spellStart"/>
      <w:r w:rsidRPr="00F45AAA">
        <w:rPr>
          <w:sz w:val="24"/>
          <w:szCs w:val="24"/>
          <w:lang w:val="ru-RU"/>
        </w:rPr>
        <w:t>әртүрлі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университеттердің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тәжірибелерін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салыстырады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және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академиялық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бақылау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жүйесін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жетілдіру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бойынша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нақты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ұсыныстар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әзірлейді</w:t>
      </w:r>
      <w:proofErr w:type="spellEnd"/>
      <w:r w:rsidRPr="00F45AAA">
        <w:rPr>
          <w:sz w:val="24"/>
          <w:szCs w:val="24"/>
          <w:lang w:val="ru-RU"/>
        </w:rPr>
        <w:t>.</w:t>
      </w:r>
    </w:p>
    <w:p w14:paraId="276BF557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</w:p>
    <w:p w14:paraId="73AFCCFD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F45AAA">
        <w:rPr>
          <w:b/>
          <w:bCs/>
          <w:sz w:val="24"/>
          <w:szCs w:val="24"/>
          <w:lang w:val="ru-RU"/>
        </w:rPr>
        <w:t xml:space="preserve">1.4. </w:t>
      </w:r>
      <w:proofErr w:type="spellStart"/>
      <w:r w:rsidRPr="00F45AAA">
        <w:rPr>
          <w:b/>
          <w:bCs/>
          <w:sz w:val="24"/>
          <w:szCs w:val="24"/>
          <w:lang w:val="ru-RU"/>
        </w:rPr>
        <w:t>Бағдарламаның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жалпы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ұзақтығы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: 80 </w:t>
      </w:r>
      <w:proofErr w:type="spellStart"/>
      <w:r w:rsidRPr="00F45AAA">
        <w:rPr>
          <w:b/>
          <w:bCs/>
          <w:sz w:val="24"/>
          <w:szCs w:val="24"/>
          <w:lang w:val="ru-RU"/>
        </w:rPr>
        <w:t>сағат</w:t>
      </w:r>
      <w:proofErr w:type="spellEnd"/>
      <w:r w:rsidRPr="00F45AAA">
        <w:rPr>
          <w:b/>
          <w:bCs/>
          <w:sz w:val="24"/>
          <w:szCs w:val="24"/>
          <w:lang w:val="ru-RU"/>
        </w:rPr>
        <w:t>.</w:t>
      </w:r>
    </w:p>
    <w:p w14:paraId="3A580391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</w:p>
    <w:p w14:paraId="5D8D9CAD" w14:textId="3DE6AF71" w:rsidR="00F45AAA" w:rsidRPr="00F45AAA" w:rsidRDefault="00F45AAA" w:rsidP="00F45AAA">
      <w:pPr>
        <w:numPr>
          <w:ilvl w:val="1"/>
          <w:numId w:val="10"/>
        </w:numPr>
        <w:spacing w:after="0" w:line="240" w:lineRule="auto"/>
        <w:contextualSpacing/>
        <w:jc w:val="both"/>
        <w:rPr>
          <w:b/>
          <w:bCs/>
          <w:sz w:val="24"/>
          <w:szCs w:val="24"/>
          <w:lang w:val="ru-RU"/>
        </w:rPr>
      </w:pPr>
      <w:proofErr w:type="spellStart"/>
      <w:r w:rsidRPr="00F45AAA">
        <w:rPr>
          <w:b/>
          <w:bCs/>
          <w:sz w:val="24"/>
          <w:szCs w:val="24"/>
          <w:lang w:val="ru-RU"/>
        </w:rPr>
        <w:t>Қатысушылар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саны: </w:t>
      </w:r>
      <w:r w:rsidR="00F7735B">
        <w:rPr>
          <w:b/>
          <w:bCs/>
          <w:sz w:val="24"/>
          <w:szCs w:val="24"/>
          <w:lang w:val="ru-RU"/>
        </w:rPr>
        <w:t>2</w:t>
      </w:r>
    </w:p>
    <w:p w14:paraId="58B6AD08" w14:textId="77777777" w:rsidR="00F45AAA" w:rsidRPr="00F45AAA" w:rsidRDefault="00F45AAA" w:rsidP="00F45AAA">
      <w:pPr>
        <w:spacing w:after="0" w:line="240" w:lineRule="auto"/>
        <w:ind w:left="987"/>
        <w:contextualSpacing/>
        <w:jc w:val="both"/>
        <w:rPr>
          <w:b/>
          <w:bCs/>
          <w:sz w:val="24"/>
          <w:szCs w:val="24"/>
          <w:lang w:val="ru-RU"/>
        </w:rPr>
      </w:pPr>
    </w:p>
    <w:p w14:paraId="7318DE66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F45AAA">
        <w:rPr>
          <w:b/>
          <w:bCs/>
          <w:sz w:val="24"/>
          <w:szCs w:val="24"/>
          <w:lang w:val="ru-RU"/>
        </w:rPr>
        <w:t xml:space="preserve">2. </w:t>
      </w:r>
      <w:proofErr w:type="spellStart"/>
      <w:r w:rsidRPr="00F45AAA">
        <w:rPr>
          <w:b/>
          <w:bCs/>
          <w:sz w:val="24"/>
          <w:szCs w:val="24"/>
          <w:lang w:val="ru-RU"/>
        </w:rPr>
        <w:t>Бағдарлама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мазмұнына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қойылатын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талаптар</w:t>
      </w:r>
      <w:proofErr w:type="spellEnd"/>
    </w:p>
    <w:p w14:paraId="1C18EEBC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proofErr w:type="spellStart"/>
      <w:r w:rsidRPr="00F45AAA">
        <w:rPr>
          <w:sz w:val="24"/>
          <w:szCs w:val="24"/>
          <w:lang w:val="ru-RU"/>
        </w:rPr>
        <w:t>Бағдарлама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докторанттарды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басқарудың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заманауи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тәжірибелерін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дамытуға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және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Қазақстан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университеттерінде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академиялық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басқарудың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институционалдық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жүйесін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жетілдіруге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бағытталған</w:t>
      </w:r>
      <w:proofErr w:type="spellEnd"/>
      <w:r w:rsidRPr="00F45AAA">
        <w:rPr>
          <w:sz w:val="24"/>
          <w:szCs w:val="24"/>
          <w:lang w:val="ru-RU"/>
        </w:rPr>
        <w:t>.</w:t>
      </w:r>
    </w:p>
    <w:p w14:paraId="038B698F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</w:p>
    <w:p w14:paraId="165D3C76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proofErr w:type="spellStart"/>
      <w:r w:rsidRPr="00F45AAA">
        <w:rPr>
          <w:b/>
          <w:bCs/>
          <w:sz w:val="24"/>
          <w:szCs w:val="24"/>
          <w:lang w:val="ru-RU"/>
        </w:rPr>
        <w:t>Бағдарлама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келесі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негізгі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тақырыптық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бағыттарды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қамтиды</w:t>
      </w:r>
      <w:proofErr w:type="spellEnd"/>
      <w:r w:rsidRPr="00F45AAA">
        <w:rPr>
          <w:b/>
          <w:bCs/>
          <w:sz w:val="24"/>
          <w:szCs w:val="24"/>
          <w:lang w:val="ru-RU"/>
        </w:rPr>
        <w:t>:</w:t>
      </w:r>
    </w:p>
    <w:p w14:paraId="11E54679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F45AAA">
        <w:rPr>
          <w:sz w:val="24"/>
          <w:szCs w:val="24"/>
          <w:lang w:val="ru-RU"/>
        </w:rPr>
        <w:t xml:space="preserve">• </w:t>
      </w:r>
      <w:proofErr w:type="spellStart"/>
      <w:r w:rsidRPr="00F45AAA">
        <w:rPr>
          <w:sz w:val="24"/>
          <w:szCs w:val="24"/>
          <w:lang w:val="ru-RU"/>
        </w:rPr>
        <w:t>қазіргі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заманғы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докторлық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білім</w:t>
      </w:r>
      <w:proofErr w:type="spellEnd"/>
      <w:r w:rsidRPr="00F45AAA">
        <w:rPr>
          <w:sz w:val="24"/>
          <w:szCs w:val="24"/>
          <w:lang w:val="ru-RU"/>
        </w:rPr>
        <w:t xml:space="preserve"> беру </w:t>
      </w:r>
      <w:proofErr w:type="spellStart"/>
      <w:r w:rsidRPr="00F45AAA">
        <w:rPr>
          <w:sz w:val="24"/>
          <w:szCs w:val="24"/>
          <w:lang w:val="ru-RU"/>
        </w:rPr>
        <w:t>және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жетекшілік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жүйелері</w:t>
      </w:r>
      <w:proofErr w:type="spellEnd"/>
      <w:r w:rsidRPr="00F45AAA">
        <w:rPr>
          <w:sz w:val="24"/>
          <w:szCs w:val="24"/>
          <w:lang w:val="ru-RU"/>
        </w:rPr>
        <w:t>;</w:t>
      </w:r>
    </w:p>
    <w:p w14:paraId="23CD4E00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F45AAA">
        <w:rPr>
          <w:sz w:val="24"/>
          <w:szCs w:val="24"/>
          <w:lang w:val="ru-RU"/>
        </w:rPr>
        <w:t xml:space="preserve">• </w:t>
      </w:r>
      <w:proofErr w:type="spellStart"/>
      <w:r w:rsidRPr="00F45AAA">
        <w:rPr>
          <w:sz w:val="24"/>
          <w:szCs w:val="24"/>
          <w:lang w:val="ru-RU"/>
        </w:rPr>
        <w:t>докторлық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жетекшілік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және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бірлескен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жетекшілік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тәжірибелері</w:t>
      </w:r>
      <w:proofErr w:type="spellEnd"/>
      <w:r w:rsidRPr="00F45AAA">
        <w:rPr>
          <w:sz w:val="24"/>
          <w:szCs w:val="24"/>
          <w:lang w:val="ru-RU"/>
        </w:rPr>
        <w:t>;</w:t>
      </w:r>
    </w:p>
    <w:p w14:paraId="163618C4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F45AAA">
        <w:rPr>
          <w:sz w:val="24"/>
          <w:szCs w:val="24"/>
          <w:lang w:val="ru-RU"/>
        </w:rPr>
        <w:lastRenderedPageBreak/>
        <w:t xml:space="preserve">• </w:t>
      </w:r>
      <w:proofErr w:type="spellStart"/>
      <w:r w:rsidRPr="00F45AAA">
        <w:rPr>
          <w:sz w:val="24"/>
          <w:szCs w:val="24"/>
          <w:lang w:val="ru-RU"/>
        </w:rPr>
        <w:t>зерттеу</w:t>
      </w:r>
      <w:proofErr w:type="spellEnd"/>
      <w:r w:rsidRPr="00F45AAA">
        <w:rPr>
          <w:sz w:val="24"/>
          <w:szCs w:val="24"/>
          <w:lang w:val="ru-RU"/>
        </w:rPr>
        <w:t xml:space="preserve"> дизайны мен </w:t>
      </w:r>
      <w:proofErr w:type="spellStart"/>
      <w:r w:rsidRPr="00F45AAA">
        <w:rPr>
          <w:sz w:val="24"/>
          <w:szCs w:val="24"/>
          <w:lang w:val="ru-RU"/>
        </w:rPr>
        <w:t>әдіснамасы</w:t>
      </w:r>
      <w:proofErr w:type="spellEnd"/>
      <w:r w:rsidRPr="00F45AAA">
        <w:rPr>
          <w:sz w:val="24"/>
          <w:szCs w:val="24"/>
          <w:lang w:val="ru-RU"/>
        </w:rPr>
        <w:t>;</w:t>
      </w:r>
    </w:p>
    <w:p w14:paraId="3460C49C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F45AAA">
        <w:rPr>
          <w:sz w:val="24"/>
          <w:szCs w:val="24"/>
          <w:lang w:val="ru-RU"/>
        </w:rPr>
        <w:t xml:space="preserve">• </w:t>
      </w:r>
      <w:proofErr w:type="spellStart"/>
      <w:r w:rsidRPr="00F45AAA">
        <w:rPr>
          <w:sz w:val="24"/>
          <w:szCs w:val="24"/>
          <w:lang w:val="ru-RU"/>
        </w:rPr>
        <w:t>зерттеу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этикасы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және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академиялық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тұтастық</w:t>
      </w:r>
      <w:proofErr w:type="spellEnd"/>
      <w:r w:rsidRPr="00F45AAA">
        <w:rPr>
          <w:sz w:val="24"/>
          <w:szCs w:val="24"/>
          <w:lang w:val="ru-RU"/>
        </w:rPr>
        <w:t>;</w:t>
      </w:r>
    </w:p>
    <w:p w14:paraId="7F63715B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F45AAA">
        <w:rPr>
          <w:sz w:val="24"/>
          <w:szCs w:val="24"/>
          <w:lang w:val="ru-RU"/>
        </w:rPr>
        <w:t xml:space="preserve">• </w:t>
      </w:r>
      <w:proofErr w:type="spellStart"/>
      <w:r w:rsidRPr="00F45AAA">
        <w:rPr>
          <w:sz w:val="24"/>
          <w:szCs w:val="24"/>
          <w:lang w:val="ru-RU"/>
        </w:rPr>
        <w:t>жетекшілерді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институционалдық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ұйымдастыру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және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қолдау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механизмдері</w:t>
      </w:r>
      <w:proofErr w:type="spellEnd"/>
      <w:r w:rsidRPr="00F45AAA">
        <w:rPr>
          <w:sz w:val="24"/>
          <w:szCs w:val="24"/>
          <w:lang w:val="ru-RU"/>
        </w:rPr>
        <w:t>;</w:t>
      </w:r>
    </w:p>
    <w:p w14:paraId="2500A459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F45AAA">
        <w:rPr>
          <w:sz w:val="24"/>
          <w:szCs w:val="24"/>
          <w:lang w:val="ru-RU"/>
        </w:rPr>
        <w:t xml:space="preserve">• </w:t>
      </w:r>
      <w:proofErr w:type="spellStart"/>
      <w:r w:rsidRPr="00F45AAA">
        <w:rPr>
          <w:sz w:val="24"/>
          <w:szCs w:val="24"/>
          <w:lang w:val="ru-RU"/>
        </w:rPr>
        <w:t>докторанттардың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оқу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үлгеріміне</w:t>
      </w:r>
      <w:proofErr w:type="spellEnd"/>
      <w:r w:rsidRPr="00F45AAA">
        <w:rPr>
          <w:sz w:val="24"/>
          <w:szCs w:val="24"/>
          <w:lang w:val="ru-RU"/>
        </w:rPr>
        <w:t xml:space="preserve"> мониторинг;</w:t>
      </w:r>
    </w:p>
    <w:p w14:paraId="24ADC094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F45AAA">
        <w:rPr>
          <w:sz w:val="24"/>
          <w:szCs w:val="24"/>
          <w:lang w:val="ru-RU"/>
        </w:rPr>
        <w:t xml:space="preserve">• </w:t>
      </w:r>
      <w:proofErr w:type="spellStart"/>
      <w:r w:rsidRPr="00F45AAA">
        <w:rPr>
          <w:sz w:val="24"/>
          <w:szCs w:val="24"/>
          <w:lang w:val="ru-RU"/>
        </w:rPr>
        <w:t>зерттеу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және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жетекшілік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басқаруда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жасанды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интеллектті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пайдалану</w:t>
      </w:r>
      <w:proofErr w:type="spellEnd"/>
      <w:r w:rsidRPr="00F45AAA">
        <w:rPr>
          <w:sz w:val="24"/>
          <w:szCs w:val="24"/>
          <w:lang w:val="ru-RU"/>
        </w:rPr>
        <w:t>.</w:t>
      </w:r>
    </w:p>
    <w:p w14:paraId="38C1A3DD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</w:p>
    <w:p w14:paraId="77B834AA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proofErr w:type="spellStart"/>
      <w:r w:rsidRPr="00F45AAA">
        <w:rPr>
          <w:sz w:val="24"/>
          <w:szCs w:val="24"/>
          <w:lang w:val="ru-RU"/>
        </w:rPr>
        <w:t>Бағдарлама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қатысушылардың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кәсіби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дамуы</w:t>
      </w:r>
      <w:proofErr w:type="spellEnd"/>
      <w:r w:rsidRPr="00F45AAA">
        <w:rPr>
          <w:sz w:val="24"/>
          <w:szCs w:val="24"/>
          <w:lang w:val="ru-RU"/>
        </w:rPr>
        <w:t xml:space="preserve"> мен </w:t>
      </w:r>
      <w:proofErr w:type="spellStart"/>
      <w:r w:rsidRPr="00F45AAA">
        <w:rPr>
          <w:sz w:val="24"/>
          <w:szCs w:val="24"/>
          <w:lang w:val="ru-RU"/>
        </w:rPr>
        <w:t>университеттің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институционалдық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ортасын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жақсарту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арасындағы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практикалық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байланысты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қамтамасыз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етеді</w:t>
      </w:r>
      <w:proofErr w:type="spellEnd"/>
      <w:r w:rsidRPr="00F45AAA">
        <w:rPr>
          <w:sz w:val="24"/>
          <w:szCs w:val="24"/>
          <w:lang w:val="ru-RU"/>
        </w:rPr>
        <w:t xml:space="preserve">. </w:t>
      </w:r>
      <w:proofErr w:type="spellStart"/>
      <w:r w:rsidRPr="00F45AAA">
        <w:rPr>
          <w:sz w:val="24"/>
          <w:szCs w:val="24"/>
          <w:lang w:val="ru-RU"/>
        </w:rPr>
        <w:t>Оқыту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нәтижесінде</w:t>
      </w:r>
      <w:proofErr w:type="spellEnd"/>
      <w:r w:rsidRPr="00F45AAA">
        <w:rPr>
          <w:sz w:val="24"/>
          <w:szCs w:val="24"/>
          <w:lang w:val="ru-RU"/>
        </w:rPr>
        <w:t xml:space="preserve"> тек </w:t>
      </w:r>
      <w:proofErr w:type="spellStart"/>
      <w:r w:rsidRPr="00F45AAA">
        <w:rPr>
          <w:sz w:val="24"/>
          <w:szCs w:val="24"/>
          <w:lang w:val="ru-RU"/>
        </w:rPr>
        <w:t>жаңа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кәсіби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құзыреттер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жиынтығы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ғана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емес</w:t>
      </w:r>
      <w:proofErr w:type="spellEnd"/>
      <w:r w:rsidRPr="00F45AAA">
        <w:rPr>
          <w:sz w:val="24"/>
          <w:szCs w:val="24"/>
          <w:lang w:val="ru-RU"/>
        </w:rPr>
        <w:t xml:space="preserve">, </w:t>
      </w:r>
      <w:proofErr w:type="spellStart"/>
      <w:r w:rsidRPr="00F45AAA">
        <w:rPr>
          <w:sz w:val="24"/>
          <w:szCs w:val="24"/>
          <w:lang w:val="ru-RU"/>
        </w:rPr>
        <w:t>сонымен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қатар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академиялық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көшбасшылық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жүйесін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дамыту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бойынша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нақты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ұсыныстар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пайда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болады</w:t>
      </w:r>
      <w:proofErr w:type="spellEnd"/>
      <w:r w:rsidRPr="00F45AAA">
        <w:rPr>
          <w:sz w:val="24"/>
          <w:szCs w:val="24"/>
          <w:lang w:val="ru-RU"/>
        </w:rPr>
        <w:t>.</w:t>
      </w:r>
    </w:p>
    <w:p w14:paraId="70C966B9" w14:textId="77777777" w:rsidR="00F45AAA" w:rsidRPr="00F45AAA" w:rsidRDefault="00F45AAA" w:rsidP="00F45AAA">
      <w:pPr>
        <w:spacing w:after="0" w:line="240" w:lineRule="auto"/>
        <w:jc w:val="both"/>
        <w:rPr>
          <w:sz w:val="24"/>
          <w:szCs w:val="24"/>
          <w:lang w:val="ru-RU"/>
        </w:rPr>
      </w:pPr>
    </w:p>
    <w:p w14:paraId="7976C8E8" w14:textId="77777777" w:rsidR="00F45AAA" w:rsidRPr="00F45AAA" w:rsidRDefault="00F45AAA" w:rsidP="00F45AAA">
      <w:pPr>
        <w:spacing w:after="0"/>
        <w:ind w:firstLine="567"/>
        <w:rPr>
          <w:b/>
          <w:sz w:val="24"/>
          <w:szCs w:val="24"/>
          <w:lang w:val="ru-RU"/>
        </w:rPr>
      </w:pPr>
      <w:r w:rsidRPr="00F45AAA">
        <w:rPr>
          <w:b/>
          <w:sz w:val="24"/>
          <w:szCs w:val="24"/>
          <w:lang w:val="ru-RU"/>
        </w:rPr>
        <w:t xml:space="preserve">3. </w:t>
      </w:r>
      <w:proofErr w:type="spellStart"/>
      <w:r w:rsidRPr="00F45AAA">
        <w:rPr>
          <w:b/>
          <w:sz w:val="24"/>
          <w:szCs w:val="24"/>
          <w:lang w:val="ru-RU"/>
        </w:rPr>
        <w:t>Қызмет</w:t>
      </w:r>
      <w:proofErr w:type="spellEnd"/>
      <w:r w:rsidRPr="00F45AAA">
        <w:rPr>
          <w:b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sz w:val="24"/>
          <w:szCs w:val="24"/>
          <w:lang w:val="ru-RU"/>
        </w:rPr>
        <w:t>көрсету</w:t>
      </w:r>
      <w:proofErr w:type="spellEnd"/>
      <w:r w:rsidRPr="00F45AAA">
        <w:rPr>
          <w:b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sz w:val="24"/>
          <w:szCs w:val="24"/>
          <w:lang w:val="ru-RU"/>
        </w:rPr>
        <w:t>шарттары</w:t>
      </w:r>
      <w:proofErr w:type="spellEnd"/>
    </w:p>
    <w:p w14:paraId="5D06564E" w14:textId="77777777" w:rsidR="00F45AAA" w:rsidRPr="00F45AAA" w:rsidRDefault="00F45AAA" w:rsidP="00F45AAA">
      <w:pPr>
        <w:spacing w:after="0"/>
        <w:ind w:firstLine="567"/>
        <w:jc w:val="both"/>
        <w:rPr>
          <w:bCs/>
          <w:sz w:val="24"/>
          <w:szCs w:val="24"/>
          <w:lang w:val="ru-RU"/>
        </w:rPr>
      </w:pPr>
      <w:r w:rsidRPr="00F45AAA">
        <w:rPr>
          <w:bCs/>
          <w:sz w:val="24"/>
          <w:szCs w:val="24"/>
          <w:lang w:val="ru-RU"/>
        </w:rPr>
        <w:t xml:space="preserve">3.1. </w:t>
      </w:r>
      <w:proofErr w:type="spellStart"/>
      <w:r w:rsidRPr="00F45AAA">
        <w:rPr>
          <w:bCs/>
          <w:sz w:val="24"/>
          <w:szCs w:val="24"/>
          <w:lang w:val="ru-RU"/>
        </w:rPr>
        <w:t>Бағдарлама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бекітілген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құрылымға</w:t>
      </w:r>
      <w:proofErr w:type="spellEnd"/>
      <w:r w:rsidRPr="00F45AAA">
        <w:rPr>
          <w:bCs/>
          <w:sz w:val="24"/>
          <w:szCs w:val="24"/>
          <w:lang w:val="ru-RU"/>
        </w:rPr>
        <w:t xml:space="preserve">, </w:t>
      </w:r>
      <w:proofErr w:type="spellStart"/>
      <w:r w:rsidRPr="00F45AAA">
        <w:rPr>
          <w:bCs/>
          <w:sz w:val="24"/>
          <w:szCs w:val="24"/>
          <w:lang w:val="ru-RU"/>
        </w:rPr>
        <w:t>мазмұнға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және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кестеге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сәйкес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ұйымдастырылады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және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өткізіледі</w:t>
      </w:r>
      <w:proofErr w:type="spellEnd"/>
      <w:r w:rsidRPr="00F45AAA">
        <w:rPr>
          <w:bCs/>
          <w:sz w:val="24"/>
          <w:szCs w:val="24"/>
          <w:lang w:val="ru-RU"/>
        </w:rPr>
        <w:t>.</w:t>
      </w:r>
    </w:p>
    <w:p w14:paraId="5729C913" w14:textId="77777777" w:rsidR="00F45AAA" w:rsidRPr="00F45AAA" w:rsidRDefault="00F45AAA" w:rsidP="00F45AAA">
      <w:pPr>
        <w:spacing w:after="0"/>
        <w:ind w:firstLine="567"/>
        <w:jc w:val="both"/>
        <w:rPr>
          <w:bCs/>
          <w:sz w:val="24"/>
          <w:szCs w:val="24"/>
          <w:lang w:val="ru-RU"/>
        </w:rPr>
      </w:pPr>
      <w:r w:rsidRPr="00F45AAA">
        <w:rPr>
          <w:bCs/>
          <w:sz w:val="24"/>
          <w:szCs w:val="24"/>
          <w:lang w:val="ru-RU"/>
        </w:rPr>
        <w:t xml:space="preserve">3.2. </w:t>
      </w:r>
      <w:proofErr w:type="spellStart"/>
      <w:r w:rsidRPr="00F45AAA">
        <w:rPr>
          <w:bCs/>
          <w:sz w:val="24"/>
          <w:szCs w:val="24"/>
          <w:lang w:val="ru-RU"/>
        </w:rPr>
        <w:t>Оқыту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теориялық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дайындықты</w:t>
      </w:r>
      <w:proofErr w:type="spellEnd"/>
      <w:r w:rsidRPr="00F45AAA">
        <w:rPr>
          <w:bCs/>
          <w:sz w:val="24"/>
          <w:szCs w:val="24"/>
          <w:lang w:val="ru-RU"/>
        </w:rPr>
        <w:t xml:space="preserve">, </w:t>
      </w:r>
      <w:proofErr w:type="spellStart"/>
      <w:r w:rsidRPr="00F45AAA">
        <w:rPr>
          <w:bCs/>
          <w:sz w:val="24"/>
          <w:szCs w:val="24"/>
          <w:lang w:val="ru-RU"/>
        </w:rPr>
        <w:t>практикалық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жұмысты</w:t>
      </w:r>
      <w:proofErr w:type="spellEnd"/>
      <w:r w:rsidRPr="00F45AAA">
        <w:rPr>
          <w:bCs/>
          <w:sz w:val="24"/>
          <w:szCs w:val="24"/>
          <w:lang w:val="ru-RU"/>
        </w:rPr>
        <w:t xml:space="preserve">, </w:t>
      </w:r>
      <w:proofErr w:type="spellStart"/>
      <w:r w:rsidRPr="00F45AAA">
        <w:rPr>
          <w:bCs/>
          <w:sz w:val="24"/>
          <w:szCs w:val="24"/>
          <w:lang w:val="ru-RU"/>
        </w:rPr>
        <w:t>қатысушылардың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өзіндік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жұмысын</w:t>
      </w:r>
      <w:proofErr w:type="spellEnd"/>
      <w:r w:rsidRPr="00F45AAA">
        <w:rPr>
          <w:bCs/>
          <w:sz w:val="24"/>
          <w:szCs w:val="24"/>
          <w:lang w:val="ru-RU"/>
        </w:rPr>
        <w:t xml:space="preserve">, </w:t>
      </w:r>
      <w:proofErr w:type="spellStart"/>
      <w:r w:rsidRPr="00F45AAA">
        <w:rPr>
          <w:bCs/>
          <w:sz w:val="24"/>
          <w:szCs w:val="24"/>
          <w:lang w:val="ru-RU"/>
        </w:rPr>
        <w:t>институционалдық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зерттеулерді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және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командалық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шешімдерді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әзірлеуді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біріктіреді</w:t>
      </w:r>
      <w:proofErr w:type="spellEnd"/>
      <w:r w:rsidRPr="00F45AAA">
        <w:rPr>
          <w:bCs/>
          <w:sz w:val="24"/>
          <w:szCs w:val="24"/>
          <w:lang w:val="ru-RU"/>
        </w:rPr>
        <w:t>.</w:t>
      </w:r>
    </w:p>
    <w:p w14:paraId="7913B677" w14:textId="77777777" w:rsidR="00F45AAA" w:rsidRPr="00F45AAA" w:rsidRDefault="00F45AAA" w:rsidP="00F45AAA">
      <w:pPr>
        <w:spacing w:after="0"/>
        <w:ind w:firstLine="567"/>
        <w:jc w:val="both"/>
        <w:rPr>
          <w:bCs/>
          <w:sz w:val="24"/>
          <w:szCs w:val="24"/>
          <w:lang w:val="ru-RU"/>
        </w:rPr>
      </w:pPr>
      <w:r w:rsidRPr="00F45AAA">
        <w:rPr>
          <w:bCs/>
          <w:sz w:val="24"/>
          <w:szCs w:val="24"/>
          <w:lang w:val="ru-RU"/>
        </w:rPr>
        <w:t xml:space="preserve">3.3. </w:t>
      </w:r>
      <w:proofErr w:type="spellStart"/>
      <w:r w:rsidRPr="00F45AAA">
        <w:rPr>
          <w:bCs/>
          <w:sz w:val="24"/>
          <w:szCs w:val="24"/>
          <w:lang w:val="ru-RU"/>
        </w:rPr>
        <w:t>Қызмет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көрсетуші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бағдарламаның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барлық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кезеңдерінде</w:t>
      </w:r>
      <w:proofErr w:type="spellEnd"/>
      <w:r w:rsidRPr="00F45AAA">
        <w:rPr>
          <w:bCs/>
          <w:sz w:val="24"/>
          <w:szCs w:val="24"/>
          <w:lang w:val="ru-RU"/>
        </w:rPr>
        <w:t xml:space="preserve">, </w:t>
      </w:r>
      <w:proofErr w:type="spellStart"/>
      <w:r w:rsidRPr="00F45AAA">
        <w:rPr>
          <w:bCs/>
          <w:sz w:val="24"/>
          <w:szCs w:val="24"/>
          <w:lang w:val="ru-RU"/>
        </w:rPr>
        <w:t>соның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ішінде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институционалдық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зерттеулер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жүргізу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және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соңғы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өнімді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дайындау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кезінде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қатысушыларға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әдістемелік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қолдау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көрсетеді</w:t>
      </w:r>
      <w:proofErr w:type="spellEnd"/>
      <w:r w:rsidRPr="00F45AAA">
        <w:rPr>
          <w:bCs/>
          <w:sz w:val="24"/>
          <w:szCs w:val="24"/>
          <w:lang w:val="ru-RU"/>
        </w:rPr>
        <w:t>.</w:t>
      </w:r>
    </w:p>
    <w:p w14:paraId="044BE7E6" w14:textId="77777777" w:rsidR="00F45AAA" w:rsidRPr="00F45AAA" w:rsidRDefault="00F45AAA" w:rsidP="00F45AAA">
      <w:pPr>
        <w:spacing w:after="0"/>
        <w:ind w:firstLine="567"/>
        <w:jc w:val="both"/>
        <w:rPr>
          <w:bCs/>
          <w:sz w:val="24"/>
          <w:szCs w:val="24"/>
          <w:lang w:val="ru-RU"/>
        </w:rPr>
      </w:pPr>
      <w:r w:rsidRPr="00F45AAA">
        <w:rPr>
          <w:bCs/>
          <w:sz w:val="24"/>
          <w:szCs w:val="24"/>
          <w:lang w:val="ru-RU"/>
        </w:rPr>
        <w:t xml:space="preserve">3.4. </w:t>
      </w:r>
      <w:proofErr w:type="spellStart"/>
      <w:r w:rsidRPr="00F45AAA">
        <w:rPr>
          <w:bCs/>
          <w:sz w:val="24"/>
          <w:szCs w:val="24"/>
          <w:lang w:val="ru-RU"/>
        </w:rPr>
        <w:t>Бағдарлама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әртүрлі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университеттер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өкілдерінің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өзара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әрекеттесуін</w:t>
      </w:r>
      <w:proofErr w:type="spellEnd"/>
      <w:r w:rsidRPr="00F45AAA">
        <w:rPr>
          <w:bCs/>
          <w:sz w:val="24"/>
          <w:szCs w:val="24"/>
          <w:lang w:val="ru-RU"/>
        </w:rPr>
        <w:t xml:space="preserve">, </w:t>
      </w:r>
      <w:proofErr w:type="spellStart"/>
      <w:r w:rsidRPr="00F45AAA">
        <w:rPr>
          <w:bCs/>
          <w:sz w:val="24"/>
          <w:szCs w:val="24"/>
          <w:lang w:val="ru-RU"/>
        </w:rPr>
        <w:t>соның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ішінде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тәжірибе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алмасуды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және</w:t>
      </w:r>
      <w:proofErr w:type="spellEnd"/>
      <w:r w:rsidRPr="00F45AAA">
        <w:rPr>
          <w:bCs/>
          <w:sz w:val="24"/>
          <w:szCs w:val="24"/>
          <w:lang w:val="ru-RU"/>
        </w:rPr>
        <w:t xml:space="preserve"> докторантура </w:t>
      </w:r>
      <w:proofErr w:type="spellStart"/>
      <w:r w:rsidRPr="00F45AAA">
        <w:rPr>
          <w:bCs/>
          <w:sz w:val="24"/>
          <w:szCs w:val="24"/>
          <w:lang w:val="ru-RU"/>
        </w:rPr>
        <w:t>білімін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ұйымдастырудағы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тәжірибелерді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талқылауды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жеңілдетеді</w:t>
      </w:r>
      <w:proofErr w:type="spellEnd"/>
      <w:r w:rsidRPr="00F45AAA">
        <w:rPr>
          <w:bCs/>
          <w:sz w:val="24"/>
          <w:szCs w:val="24"/>
          <w:lang w:val="ru-RU"/>
        </w:rPr>
        <w:t>.</w:t>
      </w:r>
    </w:p>
    <w:p w14:paraId="6F0C0EFC" w14:textId="77777777" w:rsidR="00F45AAA" w:rsidRPr="00F45AAA" w:rsidRDefault="00F45AAA" w:rsidP="00F45AAA">
      <w:pPr>
        <w:spacing w:after="0"/>
        <w:ind w:firstLine="567"/>
        <w:jc w:val="both"/>
        <w:rPr>
          <w:bCs/>
          <w:sz w:val="24"/>
          <w:szCs w:val="24"/>
          <w:lang w:val="ru-RU"/>
        </w:rPr>
      </w:pPr>
      <w:r w:rsidRPr="00F45AAA">
        <w:rPr>
          <w:bCs/>
          <w:sz w:val="24"/>
          <w:szCs w:val="24"/>
          <w:lang w:val="ru-RU"/>
        </w:rPr>
        <w:t xml:space="preserve">3.5. </w:t>
      </w:r>
      <w:proofErr w:type="spellStart"/>
      <w:r w:rsidRPr="00F45AAA">
        <w:rPr>
          <w:bCs/>
          <w:sz w:val="24"/>
          <w:szCs w:val="24"/>
          <w:lang w:val="ru-RU"/>
        </w:rPr>
        <w:t>Бағдарлама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барысында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қатысушылар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ішкі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құжаттарға</w:t>
      </w:r>
      <w:proofErr w:type="spellEnd"/>
      <w:r w:rsidRPr="00F45AAA">
        <w:rPr>
          <w:bCs/>
          <w:sz w:val="24"/>
          <w:szCs w:val="24"/>
          <w:lang w:val="ru-RU"/>
        </w:rPr>
        <w:t xml:space="preserve">, </w:t>
      </w:r>
      <w:proofErr w:type="spellStart"/>
      <w:r w:rsidRPr="00F45AAA">
        <w:rPr>
          <w:bCs/>
          <w:sz w:val="24"/>
          <w:szCs w:val="24"/>
          <w:lang w:val="ru-RU"/>
        </w:rPr>
        <w:t>деректерге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және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мүдделі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тараптармен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өзара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әрекеттесуге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сүйене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отырып</w:t>
      </w:r>
      <w:proofErr w:type="spellEnd"/>
      <w:r w:rsidRPr="00F45AAA">
        <w:rPr>
          <w:bCs/>
          <w:sz w:val="24"/>
          <w:szCs w:val="24"/>
          <w:lang w:val="ru-RU"/>
        </w:rPr>
        <w:t xml:space="preserve">, </w:t>
      </w:r>
      <w:proofErr w:type="spellStart"/>
      <w:r w:rsidRPr="00F45AAA">
        <w:rPr>
          <w:bCs/>
          <w:sz w:val="24"/>
          <w:szCs w:val="24"/>
          <w:lang w:val="ru-RU"/>
        </w:rPr>
        <w:t>өз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университеттеріндегі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қазіргі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академиялық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бақылау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жүйесін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зерттейді</w:t>
      </w:r>
      <w:proofErr w:type="spellEnd"/>
      <w:r w:rsidRPr="00F45AAA">
        <w:rPr>
          <w:bCs/>
          <w:sz w:val="24"/>
          <w:szCs w:val="24"/>
          <w:lang w:val="ru-RU"/>
        </w:rPr>
        <w:t>.</w:t>
      </w:r>
    </w:p>
    <w:p w14:paraId="3CA7CEBC" w14:textId="77777777" w:rsidR="00F45AAA" w:rsidRPr="00F45AAA" w:rsidRDefault="00F45AAA" w:rsidP="00F45AAA">
      <w:pPr>
        <w:spacing w:after="0"/>
        <w:ind w:firstLine="567"/>
        <w:jc w:val="both"/>
        <w:rPr>
          <w:bCs/>
          <w:sz w:val="24"/>
          <w:szCs w:val="24"/>
          <w:lang w:val="ru-RU"/>
        </w:rPr>
      </w:pPr>
      <w:r w:rsidRPr="00F45AAA">
        <w:rPr>
          <w:bCs/>
          <w:sz w:val="24"/>
          <w:szCs w:val="24"/>
          <w:lang w:val="ru-RU"/>
        </w:rPr>
        <w:t xml:space="preserve">3.6. </w:t>
      </w:r>
      <w:proofErr w:type="spellStart"/>
      <w:r w:rsidRPr="00F45AAA">
        <w:rPr>
          <w:bCs/>
          <w:sz w:val="24"/>
          <w:szCs w:val="24"/>
          <w:lang w:val="ru-RU"/>
        </w:rPr>
        <w:t>Институционалдық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зерттеу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нәтижелері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бойынша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қатысушылар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академиялық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бақылау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жүйесін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жетілдіру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бойынша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нақты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ұсыныстар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әзірлейді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және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ұсынады</w:t>
      </w:r>
      <w:proofErr w:type="spellEnd"/>
      <w:r w:rsidRPr="00F45AAA">
        <w:rPr>
          <w:bCs/>
          <w:sz w:val="24"/>
          <w:szCs w:val="24"/>
          <w:lang w:val="ru-RU"/>
        </w:rPr>
        <w:t>.</w:t>
      </w:r>
    </w:p>
    <w:p w14:paraId="0CB2DF70" w14:textId="77777777" w:rsidR="00F45AAA" w:rsidRPr="00F45AAA" w:rsidRDefault="00F45AAA" w:rsidP="00F45AAA">
      <w:pPr>
        <w:spacing w:after="0"/>
        <w:ind w:firstLine="567"/>
        <w:jc w:val="both"/>
        <w:rPr>
          <w:bCs/>
          <w:sz w:val="24"/>
          <w:szCs w:val="24"/>
          <w:lang w:val="ru-RU"/>
        </w:rPr>
      </w:pPr>
      <w:r w:rsidRPr="00F45AAA">
        <w:rPr>
          <w:bCs/>
          <w:sz w:val="24"/>
          <w:szCs w:val="24"/>
          <w:lang w:val="ru-RU"/>
        </w:rPr>
        <w:t xml:space="preserve">3.7. </w:t>
      </w:r>
      <w:proofErr w:type="spellStart"/>
      <w:r w:rsidRPr="00F45AAA">
        <w:rPr>
          <w:bCs/>
          <w:sz w:val="24"/>
          <w:szCs w:val="24"/>
          <w:lang w:val="ru-RU"/>
        </w:rPr>
        <w:t>Бағдарламаның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соңғы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өнімі</w:t>
      </w:r>
      <w:proofErr w:type="spellEnd"/>
      <w:r w:rsidRPr="00F45AAA">
        <w:rPr>
          <w:bCs/>
          <w:sz w:val="24"/>
          <w:szCs w:val="24"/>
          <w:lang w:val="ru-RU"/>
        </w:rPr>
        <w:t xml:space="preserve"> - </w:t>
      </w:r>
      <w:proofErr w:type="spellStart"/>
      <w:r w:rsidRPr="00F45AAA">
        <w:rPr>
          <w:bCs/>
          <w:sz w:val="24"/>
          <w:szCs w:val="24"/>
          <w:lang w:val="ru-RU"/>
        </w:rPr>
        <w:t>университеттегі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академиялық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бақылау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жүйесін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дамытудың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институционалдық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жоспары</w:t>
      </w:r>
      <w:proofErr w:type="spellEnd"/>
      <w:r w:rsidRPr="00F45AAA">
        <w:rPr>
          <w:bCs/>
          <w:sz w:val="24"/>
          <w:szCs w:val="24"/>
          <w:lang w:val="ru-RU"/>
        </w:rPr>
        <w:t>.</w:t>
      </w:r>
    </w:p>
    <w:p w14:paraId="453276B2" w14:textId="2A4BB898" w:rsidR="00F45AAA" w:rsidRPr="00F45AAA" w:rsidRDefault="00F45AAA" w:rsidP="00F45AAA">
      <w:pPr>
        <w:spacing w:after="0"/>
        <w:ind w:firstLine="567"/>
        <w:jc w:val="both"/>
        <w:rPr>
          <w:bCs/>
          <w:sz w:val="24"/>
          <w:szCs w:val="24"/>
          <w:lang w:val="ru-RU"/>
        </w:rPr>
      </w:pPr>
      <w:r w:rsidRPr="00F45AAA">
        <w:rPr>
          <w:bCs/>
          <w:sz w:val="24"/>
          <w:szCs w:val="24"/>
          <w:lang w:val="ru-RU"/>
        </w:rPr>
        <w:t xml:space="preserve">3.8. </w:t>
      </w:r>
      <w:proofErr w:type="spellStart"/>
      <w:r w:rsidR="00572180" w:rsidRPr="00572180">
        <w:rPr>
          <w:bCs/>
          <w:sz w:val="24"/>
          <w:szCs w:val="24"/>
          <w:lang w:val="ru-RU"/>
        </w:rPr>
        <w:t>Өнім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</w:t>
      </w:r>
      <w:proofErr w:type="spellStart"/>
      <w:r w:rsidR="00572180" w:rsidRPr="00572180">
        <w:rPr>
          <w:bCs/>
          <w:sz w:val="24"/>
          <w:szCs w:val="24"/>
          <w:lang w:val="ru-RU"/>
        </w:rPr>
        <w:t>беруші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</w:t>
      </w:r>
      <w:proofErr w:type="spellStart"/>
      <w:r w:rsidR="00572180" w:rsidRPr="00572180">
        <w:rPr>
          <w:bCs/>
          <w:sz w:val="24"/>
          <w:szCs w:val="24"/>
          <w:lang w:val="ru-RU"/>
        </w:rPr>
        <w:t>докторлық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</w:t>
      </w:r>
      <w:proofErr w:type="spellStart"/>
      <w:r w:rsidR="00572180" w:rsidRPr="00572180">
        <w:rPr>
          <w:bCs/>
          <w:sz w:val="24"/>
          <w:szCs w:val="24"/>
          <w:lang w:val="ru-RU"/>
        </w:rPr>
        <w:t>білім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беру, </w:t>
      </w:r>
      <w:proofErr w:type="spellStart"/>
      <w:r w:rsidR="00572180" w:rsidRPr="00572180">
        <w:rPr>
          <w:bCs/>
          <w:sz w:val="24"/>
          <w:szCs w:val="24"/>
          <w:lang w:val="ru-RU"/>
        </w:rPr>
        <w:t>ғылыми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</w:t>
      </w:r>
      <w:proofErr w:type="spellStart"/>
      <w:r w:rsidR="00572180" w:rsidRPr="00572180">
        <w:rPr>
          <w:bCs/>
          <w:sz w:val="24"/>
          <w:szCs w:val="24"/>
          <w:lang w:val="ru-RU"/>
        </w:rPr>
        <w:t>басшылық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</w:t>
      </w:r>
      <w:proofErr w:type="spellStart"/>
      <w:r w:rsidR="00572180" w:rsidRPr="00572180">
        <w:rPr>
          <w:bCs/>
          <w:sz w:val="24"/>
          <w:szCs w:val="24"/>
          <w:lang w:val="ru-RU"/>
        </w:rPr>
        <w:t>және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</w:t>
      </w:r>
      <w:proofErr w:type="spellStart"/>
      <w:r w:rsidR="00572180" w:rsidRPr="00572180">
        <w:rPr>
          <w:bCs/>
          <w:sz w:val="24"/>
          <w:szCs w:val="24"/>
          <w:lang w:val="ru-RU"/>
        </w:rPr>
        <w:t>жоғары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</w:t>
      </w:r>
      <w:proofErr w:type="spellStart"/>
      <w:r w:rsidR="00572180" w:rsidRPr="00572180">
        <w:rPr>
          <w:bCs/>
          <w:sz w:val="24"/>
          <w:szCs w:val="24"/>
          <w:lang w:val="ru-RU"/>
        </w:rPr>
        <w:t>білім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</w:t>
      </w:r>
      <w:proofErr w:type="spellStart"/>
      <w:r w:rsidR="00572180" w:rsidRPr="00572180">
        <w:rPr>
          <w:bCs/>
          <w:sz w:val="24"/>
          <w:szCs w:val="24"/>
          <w:lang w:val="ru-RU"/>
        </w:rPr>
        <w:t>беруді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</w:t>
      </w:r>
      <w:proofErr w:type="spellStart"/>
      <w:r w:rsidR="00572180" w:rsidRPr="00572180">
        <w:rPr>
          <w:bCs/>
          <w:sz w:val="24"/>
          <w:szCs w:val="24"/>
          <w:lang w:val="ru-RU"/>
        </w:rPr>
        <w:t>дамыту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</w:t>
      </w:r>
      <w:proofErr w:type="spellStart"/>
      <w:r w:rsidR="00572180" w:rsidRPr="00572180">
        <w:rPr>
          <w:bCs/>
          <w:sz w:val="24"/>
          <w:szCs w:val="24"/>
          <w:lang w:val="ru-RU"/>
        </w:rPr>
        <w:t>саласындағы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</w:t>
      </w:r>
      <w:proofErr w:type="spellStart"/>
      <w:r w:rsidR="00572180" w:rsidRPr="00572180">
        <w:rPr>
          <w:bCs/>
          <w:sz w:val="24"/>
          <w:szCs w:val="24"/>
          <w:lang w:val="ru-RU"/>
        </w:rPr>
        <w:t>академиялық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</w:t>
      </w:r>
      <w:proofErr w:type="spellStart"/>
      <w:r w:rsidR="00572180" w:rsidRPr="00572180">
        <w:rPr>
          <w:bCs/>
          <w:sz w:val="24"/>
          <w:szCs w:val="24"/>
          <w:lang w:val="ru-RU"/>
        </w:rPr>
        <w:t>және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</w:t>
      </w:r>
      <w:proofErr w:type="spellStart"/>
      <w:r w:rsidR="00572180" w:rsidRPr="00572180">
        <w:rPr>
          <w:bCs/>
          <w:sz w:val="24"/>
          <w:szCs w:val="24"/>
          <w:lang w:val="ru-RU"/>
        </w:rPr>
        <w:t>практикалық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</w:t>
      </w:r>
      <w:proofErr w:type="spellStart"/>
      <w:r w:rsidR="00572180" w:rsidRPr="00572180">
        <w:rPr>
          <w:bCs/>
          <w:sz w:val="24"/>
          <w:szCs w:val="24"/>
          <w:lang w:val="ru-RU"/>
        </w:rPr>
        <w:t>сараптамаға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</w:t>
      </w:r>
      <w:proofErr w:type="spellStart"/>
      <w:r w:rsidR="00572180" w:rsidRPr="00572180">
        <w:rPr>
          <w:bCs/>
          <w:sz w:val="24"/>
          <w:szCs w:val="24"/>
          <w:lang w:val="ru-RU"/>
        </w:rPr>
        <w:t>сәйкес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</w:t>
      </w:r>
      <w:proofErr w:type="spellStart"/>
      <w:r w:rsidR="00572180" w:rsidRPr="00572180">
        <w:rPr>
          <w:bCs/>
          <w:sz w:val="24"/>
          <w:szCs w:val="24"/>
          <w:lang w:val="ru-RU"/>
        </w:rPr>
        <w:t>курстар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</w:t>
      </w:r>
      <w:proofErr w:type="spellStart"/>
      <w:r w:rsidR="00572180" w:rsidRPr="00572180">
        <w:rPr>
          <w:bCs/>
          <w:sz w:val="24"/>
          <w:szCs w:val="24"/>
          <w:lang w:val="ru-RU"/>
        </w:rPr>
        <w:t>өткізуді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</w:t>
      </w:r>
      <w:proofErr w:type="spellStart"/>
      <w:r w:rsidR="00572180" w:rsidRPr="00572180">
        <w:rPr>
          <w:bCs/>
          <w:sz w:val="24"/>
          <w:szCs w:val="24"/>
          <w:lang w:val="ru-RU"/>
        </w:rPr>
        <w:t>қамтамасыз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</w:t>
      </w:r>
      <w:proofErr w:type="spellStart"/>
      <w:r w:rsidR="00572180" w:rsidRPr="00572180">
        <w:rPr>
          <w:bCs/>
          <w:sz w:val="24"/>
          <w:szCs w:val="24"/>
          <w:lang w:val="ru-RU"/>
        </w:rPr>
        <w:t>етеді</w:t>
      </w:r>
      <w:proofErr w:type="spellEnd"/>
      <w:r w:rsidR="00572180" w:rsidRPr="00572180">
        <w:rPr>
          <w:bCs/>
          <w:sz w:val="24"/>
          <w:szCs w:val="24"/>
          <w:lang w:val="ru-RU"/>
        </w:rPr>
        <w:t>.</w:t>
      </w:r>
    </w:p>
    <w:p w14:paraId="25E9DE68" w14:textId="77777777" w:rsidR="00F45AAA" w:rsidRPr="00F45AAA" w:rsidRDefault="00F45AAA" w:rsidP="00F45AAA">
      <w:pPr>
        <w:spacing w:after="0"/>
        <w:ind w:firstLine="567"/>
        <w:jc w:val="both"/>
        <w:rPr>
          <w:bCs/>
          <w:sz w:val="24"/>
          <w:szCs w:val="24"/>
          <w:lang w:val="ru-RU"/>
        </w:rPr>
      </w:pPr>
    </w:p>
    <w:p w14:paraId="18060BBC" w14:textId="77777777" w:rsidR="00F45AAA" w:rsidRPr="00F45AAA" w:rsidRDefault="00F45AAA" w:rsidP="00F45AAA">
      <w:pPr>
        <w:spacing w:after="0"/>
        <w:ind w:firstLine="567"/>
        <w:jc w:val="both"/>
        <w:rPr>
          <w:b/>
          <w:sz w:val="24"/>
          <w:szCs w:val="24"/>
          <w:lang w:val="ru-RU"/>
        </w:rPr>
      </w:pPr>
      <w:r w:rsidRPr="00F45AAA">
        <w:rPr>
          <w:b/>
          <w:sz w:val="24"/>
          <w:szCs w:val="24"/>
          <w:lang w:val="ru-RU"/>
        </w:rPr>
        <w:t xml:space="preserve">4. </w:t>
      </w:r>
      <w:proofErr w:type="spellStart"/>
      <w:r w:rsidRPr="00F45AAA">
        <w:rPr>
          <w:b/>
          <w:sz w:val="24"/>
          <w:szCs w:val="24"/>
          <w:lang w:val="ru-RU"/>
        </w:rPr>
        <w:t>Қызмет</w:t>
      </w:r>
      <w:proofErr w:type="spellEnd"/>
      <w:r w:rsidRPr="00F45AAA">
        <w:rPr>
          <w:b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sz w:val="24"/>
          <w:szCs w:val="24"/>
          <w:lang w:val="ru-RU"/>
        </w:rPr>
        <w:t>көрсетушіге</w:t>
      </w:r>
      <w:proofErr w:type="spellEnd"/>
      <w:r w:rsidRPr="00F45AAA">
        <w:rPr>
          <w:b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sz w:val="24"/>
          <w:szCs w:val="24"/>
          <w:lang w:val="ru-RU"/>
        </w:rPr>
        <w:t>қойылатын</w:t>
      </w:r>
      <w:proofErr w:type="spellEnd"/>
      <w:r w:rsidRPr="00F45AAA">
        <w:rPr>
          <w:b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sz w:val="24"/>
          <w:szCs w:val="24"/>
          <w:lang w:val="ru-RU"/>
        </w:rPr>
        <w:t>талаптар</w:t>
      </w:r>
      <w:proofErr w:type="spellEnd"/>
    </w:p>
    <w:p w14:paraId="10E45026" w14:textId="4D337AC8" w:rsidR="00F45AAA" w:rsidRPr="00F45AAA" w:rsidRDefault="00F45AAA" w:rsidP="00F45AAA">
      <w:pPr>
        <w:spacing w:after="0"/>
        <w:ind w:firstLine="567"/>
        <w:jc w:val="both"/>
        <w:rPr>
          <w:bCs/>
          <w:sz w:val="24"/>
          <w:szCs w:val="24"/>
          <w:lang w:val="ru-RU"/>
        </w:rPr>
      </w:pPr>
      <w:r w:rsidRPr="00F45AAA">
        <w:rPr>
          <w:bCs/>
          <w:sz w:val="24"/>
          <w:szCs w:val="24"/>
          <w:lang w:val="ru-RU"/>
        </w:rPr>
        <w:t>4.</w:t>
      </w:r>
      <w:r w:rsidR="00245322">
        <w:rPr>
          <w:bCs/>
          <w:sz w:val="24"/>
          <w:szCs w:val="24"/>
          <w:lang w:val="ru-RU"/>
        </w:rPr>
        <w:t>1</w:t>
      </w:r>
      <w:r w:rsidRPr="00F45AAA">
        <w:rPr>
          <w:bCs/>
          <w:sz w:val="24"/>
          <w:szCs w:val="24"/>
          <w:lang w:val="ru-RU"/>
        </w:rPr>
        <w:t xml:space="preserve">. </w:t>
      </w:r>
      <w:proofErr w:type="spellStart"/>
      <w:r w:rsidRPr="00F45AAA">
        <w:rPr>
          <w:bCs/>
          <w:sz w:val="24"/>
          <w:szCs w:val="24"/>
          <w:lang w:val="ru-RU"/>
        </w:rPr>
        <w:t>Жеткізуші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бағдарламаның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барлық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кезеңдерінде</w:t>
      </w:r>
      <w:proofErr w:type="spellEnd"/>
      <w:r w:rsidRPr="00F45AAA">
        <w:rPr>
          <w:bCs/>
          <w:sz w:val="24"/>
          <w:szCs w:val="24"/>
          <w:lang w:val="ru-RU"/>
        </w:rPr>
        <w:t xml:space="preserve">, </w:t>
      </w:r>
      <w:proofErr w:type="spellStart"/>
      <w:r w:rsidRPr="00F45AAA">
        <w:rPr>
          <w:bCs/>
          <w:sz w:val="24"/>
          <w:szCs w:val="24"/>
          <w:lang w:val="ru-RU"/>
        </w:rPr>
        <w:t>соның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ішінде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институционалдық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зерттеу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жүргізу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және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соңғы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өнімді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дайындау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кезінде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қатысушыларға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әдістемелік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қолдау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көрсетеді</w:t>
      </w:r>
      <w:proofErr w:type="spellEnd"/>
      <w:r w:rsidRPr="00F45AAA">
        <w:rPr>
          <w:bCs/>
          <w:sz w:val="24"/>
          <w:szCs w:val="24"/>
          <w:lang w:val="ru-RU"/>
        </w:rPr>
        <w:t>.</w:t>
      </w:r>
    </w:p>
    <w:p w14:paraId="21E384F1" w14:textId="2A89C0D4" w:rsidR="00F45AAA" w:rsidRPr="00F45AAA" w:rsidRDefault="00F45AAA" w:rsidP="00F45AAA">
      <w:pPr>
        <w:spacing w:after="0"/>
        <w:ind w:firstLine="567"/>
        <w:jc w:val="both"/>
        <w:rPr>
          <w:bCs/>
          <w:sz w:val="24"/>
          <w:szCs w:val="24"/>
          <w:lang w:val="ru-RU"/>
        </w:rPr>
      </w:pPr>
      <w:r w:rsidRPr="00F45AAA">
        <w:rPr>
          <w:bCs/>
          <w:sz w:val="24"/>
          <w:szCs w:val="24"/>
          <w:lang w:val="ru-RU"/>
        </w:rPr>
        <w:t>4.</w:t>
      </w:r>
      <w:r w:rsidR="00245322">
        <w:rPr>
          <w:bCs/>
          <w:sz w:val="24"/>
          <w:szCs w:val="24"/>
          <w:lang w:val="ru-RU"/>
        </w:rPr>
        <w:t>2</w:t>
      </w:r>
      <w:r w:rsidRPr="00F45AAA">
        <w:rPr>
          <w:bCs/>
          <w:sz w:val="24"/>
          <w:szCs w:val="24"/>
          <w:lang w:val="ru-RU"/>
        </w:rPr>
        <w:t xml:space="preserve">. </w:t>
      </w:r>
      <w:proofErr w:type="spellStart"/>
      <w:r w:rsidRPr="00F45AAA">
        <w:rPr>
          <w:bCs/>
          <w:sz w:val="24"/>
          <w:szCs w:val="24"/>
          <w:lang w:val="ru-RU"/>
        </w:rPr>
        <w:t>Жеткізуші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әртүрлі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университеттерді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білдіретін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қатысушылар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арасындағы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өзара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әрекеттесуді</w:t>
      </w:r>
      <w:proofErr w:type="spellEnd"/>
      <w:r w:rsidRPr="00F45AAA">
        <w:rPr>
          <w:bCs/>
          <w:sz w:val="24"/>
          <w:szCs w:val="24"/>
          <w:lang w:val="ru-RU"/>
        </w:rPr>
        <w:t xml:space="preserve">, </w:t>
      </w:r>
      <w:proofErr w:type="spellStart"/>
      <w:r w:rsidRPr="00F45AAA">
        <w:rPr>
          <w:bCs/>
          <w:sz w:val="24"/>
          <w:szCs w:val="24"/>
          <w:lang w:val="ru-RU"/>
        </w:rPr>
        <w:t>соның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ішінде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тәжірибе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алмасуды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және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докторлық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білім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беруді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ұйымдастырудағы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тәжірибелерді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талқылауды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жеңілдетеді</w:t>
      </w:r>
      <w:proofErr w:type="spellEnd"/>
      <w:r w:rsidRPr="00F45AAA">
        <w:rPr>
          <w:bCs/>
          <w:sz w:val="24"/>
          <w:szCs w:val="24"/>
          <w:lang w:val="ru-RU"/>
        </w:rPr>
        <w:t>.</w:t>
      </w:r>
    </w:p>
    <w:p w14:paraId="306FE1CD" w14:textId="72F566C5" w:rsidR="00F45AAA" w:rsidRPr="00F45AAA" w:rsidRDefault="00F45AAA" w:rsidP="00F45AAA">
      <w:pPr>
        <w:spacing w:after="0"/>
        <w:ind w:firstLine="567"/>
        <w:jc w:val="both"/>
        <w:rPr>
          <w:bCs/>
          <w:sz w:val="24"/>
          <w:szCs w:val="24"/>
          <w:lang w:val="ru-RU"/>
        </w:rPr>
      </w:pPr>
      <w:r w:rsidRPr="00F45AAA">
        <w:rPr>
          <w:bCs/>
          <w:sz w:val="24"/>
          <w:szCs w:val="24"/>
          <w:lang w:val="ru-RU"/>
        </w:rPr>
        <w:t>4.</w:t>
      </w:r>
      <w:r w:rsidR="00245322">
        <w:rPr>
          <w:bCs/>
          <w:sz w:val="24"/>
          <w:szCs w:val="24"/>
          <w:lang w:val="ru-RU"/>
        </w:rPr>
        <w:t>3</w:t>
      </w:r>
      <w:r w:rsidRPr="00F45AAA">
        <w:rPr>
          <w:bCs/>
          <w:sz w:val="24"/>
          <w:szCs w:val="24"/>
          <w:lang w:val="ru-RU"/>
        </w:rPr>
        <w:t xml:space="preserve">. </w:t>
      </w:r>
      <w:proofErr w:type="spellStart"/>
      <w:r w:rsidRPr="00F45AAA">
        <w:rPr>
          <w:bCs/>
          <w:sz w:val="24"/>
          <w:szCs w:val="24"/>
          <w:lang w:val="ru-RU"/>
        </w:rPr>
        <w:t>Жеткізуші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институционалдық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зерттеуді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жүргізу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үшін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қажетті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барлық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әдістемелік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материалдар</w:t>
      </w:r>
      <w:proofErr w:type="spellEnd"/>
      <w:r w:rsidRPr="00F45AAA">
        <w:rPr>
          <w:bCs/>
          <w:sz w:val="24"/>
          <w:szCs w:val="24"/>
          <w:lang w:val="ru-RU"/>
        </w:rPr>
        <w:t xml:space="preserve"> мен </w:t>
      </w:r>
      <w:proofErr w:type="spellStart"/>
      <w:r w:rsidRPr="00F45AAA">
        <w:rPr>
          <w:bCs/>
          <w:sz w:val="24"/>
          <w:szCs w:val="24"/>
          <w:lang w:val="ru-RU"/>
        </w:rPr>
        <w:t>құралдарды</w:t>
      </w:r>
      <w:proofErr w:type="spellEnd"/>
      <w:r w:rsidRPr="00F45AAA">
        <w:rPr>
          <w:bCs/>
          <w:sz w:val="24"/>
          <w:szCs w:val="24"/>
          <w:lang w:val="ru-RU"/>
        </w:rPr>
        <w:t xml:space="preserve">, </w:t>
      </w:r>
      <w:proofErr w:type="spellStart"/>
      <w:r w:rsidRPr="00F45AAA">
        <w:rPr>
          <w:bCs/>
          <w:sz w:val="24"/>
          <w:szCs w:val="24"/>
          <w:lang w:val="ru-RU"/>
        </w:rPr>
        <w:t>соның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ішінде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интерактивті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білім</w:t>
      </w:r>
      <w:proofErr w:type="spellEnd"/>
      <w:r w:rsidRPr="00F45AAA">
        <w:rPr>
          <w:bCs/>
          <w:sz w:val="24"/>
          <w:szCs w:val="24"/>
          <w:lang w:val="ru-RU"/>
        </w:rPr>
        <w:t xml:space="preserve"> беру </w:t>
      </w:r>
      <w:proofErr w:type="spellStart"/>
      <w:r w:rsidRPr="00F45AAA">
        <w:rPr>
          <w:bCs/>
          <w:sz w:val="24"/>
          <w:szCs w:val="24"/>
          <w:lang w:val="ru-RU"/>
        </w:rPr>
        <w:t>материалдарының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толық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спектрін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қамтитын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оқуды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басқару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жүйесіне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қол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жеткізуді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қамтамасыз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етеді</w:t>
      </w:r>
      <w:proofErr w:type="spellEnd"/>
      <w:r w:rsidRPr="00F45AAA">
        <w:rPr>
          <w:bCs/>
          <w:sz w:val="24"/>
          <w:szCs w:val="24"/>
          <w:lang w:val="ru-RU"/>
        </w:rPr>
        <w:t>.</w:t>
      </w:r>
    </w:p>
    <w:p w14:paraId="4F363D8E" w14:textId="520838CF" w:rsidR="00F45AAA" w:rsidRPr="00F45AAA" w:rsidRDefault="00F45AAA" w:rsidP="00F45AAA">
      <w:pPr>
        <w:spacing w:after="0"/>
        <w:ind w:firstLine="567"/>
        <w:jc w:val="both"/>
        <w:rPr>
          <w:bCs/>
          <w:sz w:val="24"/>
          <w:szCs w:val="24"/>
          <w:lang w:val="ru-RU"/>
        </w:rPr>
      </w:pPr>
      <w:r w:rsidRPr="00F45AAA">
        <w:rPr>
          <w:bCs/>
          <w:sz w:val="24"/>
          <w:szCs w:val="24"/>
          <w:lang w:val="ru-RU"/>
        </w:rPr>
        <w:t>4.</w:t>
      </w:r>
      <w:r w:rsidR="00245322">
        <w:rPr>
          <w:bCs/>
          <w:sz w:val="24"/>
          <w:szCs w:val="24"/>
          <w:lang w:val="ru-RU"/>
        </w:rPr>
        <w:t>4</w:t>
      </w:r>
      <w:r w:rsidRPr="00F45AAA">
        <w:rPr>
          <w:bCs/>
          <w:sz w:val="24"/>
          <w:szCs w:val="24"/>
          <w:lang w:val="ru-RU"/>
        </w:rPr>
        <w:t xml:space="preserve">. </w:t>
      </w:r>
      <w:proofErr w:type="spellStart"/>
      <w:r w:rsidRPr="00F45AAA">
        <w:rPr>
          <w:bCs/>
          <w:sz w:val="24"/>
          <w:szCs w:val="24"/>
          <w:lang w:val="ru-RU"/>
        </w:rPr>
        <w:t>Қызмет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көрсетуші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курстарды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орыс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және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ағылшын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тілдерін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қолдана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отырып</w:t>
      </w:r>
      <w:proofErr w:type="spellEnd"/>
      <w:r w:rsidRPr="00F45AAA">
        <w:rPr>
          <w:bCs/>
          <w:sz w:val="24"/>
          <w:szCs w:val="24"/>
          <w:lang w:val="ru-RU"/>
        </w:rPr>
        <w:t xml:space="preserve">, </w:t>
      </w:r>
      <w:proofErr w:type="spellStart"/>
      <w:r w:rsidRPr="00F45AAA">
        <w:rPr>
          <w:bCs/>
          <w:sz w:val="24"/>
          <w:szCs w:val="24"/>
          <w:lang w:val="ru-RU"/>
        </w:rPr>
        <w:t>аралас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тілдік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форматта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өткізеді</w:t>
      </w:r>
      <w:proofErr w:type="spellEnd"/>
      <w:r w:rsidRPr="00F45AAA">
        <w:rPr>
          <w:bCs/>
          <w:sz w:val="24"/>
          <w:szCs w:val="24"/>
          <w:lang w:val="ru-RU"/>
        </w:rPr>
        <w:t>.</w:t>
      </w:r>
    </w:p>
    <w:p w14:paraId="6EE44062" w14:textId="649392BF" w:rsidR="00F45AAA" w:rsidRPr="00F45AAA" w:rsidRDefault="00F45AAA" w:rsidP="00F45AAA">
      <w:pPr>
        <w:spacing w:after="0"/>
        <w:ind w:firstLine="567"/>
        <w:jc w:val="both"/>
        <w:rPr>
          <w:bCs/>
          <w:sz w:val="24"/>
          <w:szCs w:val="24"/>
          <w:lang w:val="ru-RU"/>
        </w:rPr>
      </w:pPr>
      <w:r w:rsidRPr="00AE15CB">
        <w:rPr>
          <w:bCs/>
          <w:sz w:val="24"/>
          <w:szCs w:val="24"/>
          <w:lang w:val="ru-RU"/>
        </w:rPr>
        <w:t>4.</w:t>
      </w:r>
      <w:r w:rsidR="00245322" w:rsidRPr="00AE15CB">
        <w:rPr>
          <w:bCs/>
          <w:sz w:val="24"/>
          <w:szCs w:val="24"/>
          <w:lang w:val="ru-RU"/>
        </w:rPr>
        <w:t>5</w:t>
      </w:r>
      <w:r w:rsidRPr="00AE15CB">
        <w:rPr>
          <w:bCs/>
          <w:sz w:val="24"/>
          <w:szCs w:val="24"/>
          <w:lang w:val="ru-RU"/>
        </w:rPr>
        <w:t xml:space="preserve">. </w:t>
      </w:r>
      <w:proofErr w:type="spellStart"/>
      <w:r w:rsidR="00AE15CB">
        <w:rPr>
          <w:bCs/>
          <w:sz w:val="24"/>
          <w:szCs w:val="24"/>
          <w:lang w:val="ru-RU"/>
        </w:rPr>
        <w:t>И</w:t>
      </w:r>
      <w:r w:rsidR="00AE15CB" w:rsidRPr="00AE15CB">
        <w:rPr>
          <w:bCs/>
          <w:sz w:val="24"/>
          <w:szCs w:val="24"/>
          <w:lang w:val="ru-RU"/>
        </w:rPr>
        <w:t>нституционалды</w:t>
      </w:r>
      <w:proofErr w:type="spellEnd"/>
      <w:r w:rsidR="00AE15CB" w:rsidRPr="00AE15CB">
        <w:rPr>
          <w:bCs/>
          <w:sz w:val="24"/>
          <w:szCs w:val="24"/>
          <w:lang w:val="ru-RU"/>
        </w:rPr>
        <w:t xml:space="preserve"> </w:t>
      </w:r>
      <w:proofErr w:type="spellStart"/>
      <w:r w:rsidR="00AE15CB" w:rsidRPr="00AE15CB">
        <w:rPr>
          <w:bCs/>
          <w:sz w:val="24"/>
          <w:szCs w:val="24"/>
          <w:lang w:val="ru-RU"/>
        </w:rPr>
        <w:t>зерттеулерді</w:t>
      </w:r>
      <w:proofErr w:type="spellEnd"/>
      <w:r w:rsidR="00AE15CB" w:rsidRPr="00AE15CB">
        <w:rPr>
          <w:bCs/>
          <w:sz w:val="24"/>
          <w:szCs w:val="24"/>
          <w:lang w:val="ru-RU"/>
        </w:rPr>
        <w:t xml:space="preserve"> </w:t>
      </w:r>
      <w:proofErr w:type="spellStart"/>
      <w:r w:rsidR="00AE15CB" w:rsidRPr="00AE15CB">
        <w:rPr>
          <w:bCs/>
          <w:sz w:val="24"/>
          <w:szCs w:val="24"/>
          <w:lang w:val="ru-RU"/>
        </w:rPr>
        <w:t>жүргізуге</w:t>
      </w:r>
      <w:proofErr w:type="spellEnd"/>
      <w:r w:rsidR="00AE15CB" w:rsidRPr="00AE15CB">
        <w:rPr>
          <w:bCs/>
          <w:sz w:val="24"/>
          <w:szCs w:val="24"/>
          <w:lang w:val="ru-RU"/>
        </w:rPr>
        <w:t xml:space="preserve"> </w:t>
      </w:r>
      <w:proofErr w:type="spellStart"/>
      <w:r w:rsidR="00AE15CB" w:rsidRPr="00AE15CB">
        <w:rPr>
          <w:bCs/>
          <w:sz w:val="24"/>
          <w:szCs w:val="24"/>
          <w:lang w:val="ru-RU"/>
        </w:rPr>
        <w:t>және</w:t>
      </w:r>
      <w:proofErr w:type="spellEnd"/>
      <w:r w:rsidR="00AE15CB" w:rsidRPr="00AE15CB">
        <w:rPr>
          <w:bCs/>
          <w:sz w:val="24"/>
          <w:szCs w:val="24"/>
          <w:lang w:val="ru-RU"/>
        </w:rPr>
        <w:t xml:space="preserve"> </w:t>
      </w:r>
      <w:proofErr w:type="spellStart"/>
      <w:r w:rsidR="00AE15CB" w:rsidRPr="00AE15CB">
        <w:rPr>
          <w:bCs/>
          <w:sz w:val="24"/>
          <w:szCs w:val="24"/>
          <w:lang w:val="ru-RU"/>
        </w:rPr>
        <w:t>оқытуды</w:t>
      </w:r>
      <w:proofErr w:type="spellEnd"/>
      <w:r w:rsidR="00AE15CB" w:rsidRPr="00AE15CB">
        <w:rPr>
          <w:bCs/>
          <w:sz w:val="24"/>
          <w:szCs w:val="24"/>
          <w:lang w:val="ru-RU"/>
        </w:rPr>
        <w:t xml:space="preserve"> </w:t>
      </w:r>
      <w:proofErr w:type="spellStart"/>
      <w:r w:rsidR="00AE15CB" w:rsidRPr="00AE15CB">
        <w:rPr>
          <w:bCs/>
          <w:sz w:val="24"/>
          <w:szCs w:val="24"/>
          <w:lang w:val="ru-RU"/>
        </w:rPr>
        <w:t>өткізуге</w:t>
      </w:r>
      <w:proofErr w:type="spellEnd"/>
      <w:r w:rsidR="00AE15CB" w:rsidRPr="00AE15CB">
        <w:rPr>
          <w:bCs/>
          <w:sz w:val="24"/>
          <w:szCs w:val="24"/>
          <w:lang w:val="ru-RU"/>
        </w:rPr>
        <w:t xml:space="preserve"> </w:t>
      </w:r>
      <w:proofErr w:type="spellStart"/>
      <w:r w:rsidR="00AE15CB" w:rsidRPr="00AE15CB">
        <w:rPr>
          <w:bCs/>
          <w:sz w:val="24"/>
          <w:szCs w:val="24"/>
          <w:lang w:val="ru-RU"/>
        </w:rPr>
        <w:t>арналған</w:t>
      </w:r>
      <w:proofErr w:type="spellEnd"/>
      <w:r w:rsidR="00AE15CB">
        <w:rPr>
          <w:bCs/>
          <w:sz w:val="24"/>
          <w:szCs w:val="24"/>
          <w:lang w:val="ru-RU"/>
        </w:rPr>
        <w:t xml:space="preserve"> </w:t>
      </w:r>
      <w:proofErr w:type="spellStart"/>
      <w:r w:rsidR="00AE15CB">
        <w:rPr>
          <w:bCs/>
          <w:sz w:val="24"/>
          <w:szCs w:val="24"/>
          <w:lang w:val="ru-RU"/>
        </w:rPr>
        <w:t>ә</w:t>
      </w:r>
      <w:r w:rsidR="00AE15CB" w:rsidRPr="00AE15CB">
        <w:rPr>
          <w:bCs/>
          <w:sz w:val="24"/>
          <w:szCs w:val="24"/>
          <w:lang w:val="ru-RU"/>
        </w:rPr>
        <w:t>дістемелік</w:t>
      </w:r>
      <w:proofErr w:type="spellEnd"/>
      <w:r w:rsidR="00AE15CB" w:rsidRPr="00AE15CB">
        <w:rPr>
          <w:bCs/>
          <w:sz w:val="24"/>
          <w:szCs w:val="24"/>
          <w:lang w:val="ru-RU"/>
        </w:rPr>
        <w:t xml:space="preserve"> </w:t>
      </w:r>
      <w:proofErr w:type="spellStart"/>
      <w:r w:rsidR="00AE15CB" w:rsidRPr="00AE15CB">
        <w:rPr>
          <w:bCs/>
          <w:sz w:val="24"/>
          <w:szCs w:val="24"/>
          <w:lang w:val="ru-RU"/>
        </w:rPr>
        <w:t>материалдар</w:t>
      </w:r>
      <w:proofErr w:type="spellEnd"/>
      <w:r w:rsidR="00AE15CB">
        <w:rPr>
          <w:bCs/>
          <w:sz w:val="24"/>
          <w:szCs w:val="24"/>
          <w:lang w:val="ru-RU"/>
        </w:rPr>
        <w:t>.</w:t>
      </w:r>
    </w:p>
    <w:p w14:paraId="4586DA99" w14:textId="206D7D90" w:rsidR="00F45AAA" w:rsidRPr="00F45AAA" w:rsidRDefault="00F45AAA" w:rsidP="00F45AAA">
      <w:pPr>
        <w:spacing w:after="0"/>
        <w:ind w:firstLine="567"/>
        <w:jc w:val="both"/>
        <w:rPr>
          <w:bCs/>
          <w:sz w:val="24"/>
          <w:szCs w:val="24"/>
          <w:lang w:val="ru-RU"/>
        </w:rPr>
      </w:pPr>
      <w:r w:rsidRPr="00F45AAA">
        <w:rPr>
          <w:bCs/>
          <w:sz w:val="24"/>
          <w:szCs w:val="24"/>
          <w:lang w:val="ru-RU"/>
        </w:rPr>
        <w:t>4.</w:t>
      </w:r>
      <w:r w:rsidR="00245322">
        <w:rPr>
          <w:bCs/>
          <w:sz w:val="24"/>
          <w:szCs w:val="24"/>
          <w:lang w:val="ru-RU"/>
        </w:rPr>
        <w:t>6</w:t>
      </w:r>
      <w:r w:rsidRPr="00F45AAA">
        <w:rPr>
          <w:bCs/>
          <w:sz w:val="24"/>
          <w:szCs w:val="24"/>
          <w:lang w:val="ru-RU"/>
        </w:rPr>
        <w:t xml:space="preserve">. </w:t>
      </w:r>
      <w:proofErr w:type="spellStart"/>
      <w:r w:rsidRPr="00F45AAA">
        <w:rPr>
          <w:bCs/>
          <w:sz w:val="24"/>
          <w:szCs w:val="24"/>
          <w:lang w:val="ru-RU"/>
        </w:rPr>
        <w:t>Қызмет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көрсетуші</w:t>
      </w:r>
      <w:proofErr w:type="spellEnd"/>
      <w:r w:rsidRPr="00F45AAA">
        <w:rPr>
          <w:bCs/>
          <w:sz w:val="24"/>
          <w:szCs w:val="24"/>
          <w:lang w:val="ru-RU"/>
        </w:rPr>
        <w:t xml:space="preserve"> курс </w:t>
      </w:r>
      <w:proofErr w:type="spellStart"/>
      <w:r w:rsidRPr="00F45AAA">
        <w:rPr>
          <w:bCs/>
          <w:sz w:val="24"/>
          <w:szCs w:val="24"/>
          <w:lang w:val="ru-RU"/>
        </w:rPr>
        <w:t>бағдарламасында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көрсетілген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дәрістер</w:t>
      </w:r>
      <w:proofErr w:type="spellEnd"/>
      <w:r w:rsidRPr="00F45AAA">
        <w:rPr>
          <w:bCs/>
          <w:sz w:val="24"/>
          <w:szCs w:val="24"/>
          <w:lang w:val="ru-RU"/>
        </w:rPr>
        <w:t xml:space="preserve">, </w:t>
      </w:r>
      <w:proofErr w:type="spellStart"/>
      <w:r w:rsidRPr="00F45AAA">
        <w:rPr>
          <w:bCs/>
          <w:sz w:val="24"/>
          <w:szCs w:val="24"/>
          <w:lang w:val="ru-RU"/>
        </w:rPr>
        <w:t>практикалық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сабақтар</w:t>
      </w:r>
      <w:proofErr w:type="spellEnd"/>
      <w:r w:rsidRPr="00F45AAA">
        <w:rPr>
          <w:bCs/>
          <w:sz w:val="24"/>
          <w:szCs w:val="24"/>
          <w:lang w:val="ru-RU"/>
        </w:rPr>
        <w:t xml:space="preserve">, </w:t>
      </w:r>
      <w:proofErr w:type="spellStart"/>
      <w:r w:rsidRPr="00F45AAA">
        <w:rPr>
          <w:bCs/>
          <w:sz w:val="24"/>
          <w:szCs w:val="24"/>
          <w:lang w:val="ru-RU"/>
        </w:rPr>
        <w:t>талқылаулар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және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басқа</w:t>
      </w:r>
      <w:proofErr w:type="spellEnd"/>
      <w:r w:rsidRPr="00F45AAA">
        <w:rPr>
          <w:bCs/>
          <w:sz w:val="24"/>
          <w:szCs w:val="24"/>
          <w:lang w:val="ru-RU"/>
        </w:rPr>
        <w:t xml:space="preserve"> да </w:t>
      </w:r>
      <w:proofErr w:type="spellStart"/>
      <w:r w:rsidRPr="00F45AAA">
        <w:rPr>
          <w:bCs/>
          <w:sz w:val="24"/>
          <w:szCs w:val="24"/>
          <w:lang w:val="ru-RU"/>
        </w:rPr>
        <w:t>іс-шараларды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қоса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алғанда</w:t>
      </w:r>
      <w:proofErr w:type="spellEnd"/>
      <w:r w:rsidRPr="00F45AAA">
        <w:rPr>
          <w:bCs/>
          <w:sz w:val="24"/>
          <w:szCs w:val="24"/>
          <w:lang w:val="ru-RU"/>
        </w:rPr>
        <w:t xml:space="preserve">, </w:t>
      </w:r>
      <w:proofErr w:type="spellStart"/>
      <w:r w:rsidRPr="00F45AAA">
        <w:rPr>
          <w:bCs/>
          <w:sz w:val="24"/>
          <w:szCs w:val="24"/>
          <w:lang w:val="ru-RU"/>
        </w:rPr>
        <w:t>оқытудың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барлық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кезеңдерінде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орыс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тілінен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ағылшын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тіліне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және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ағылшын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тілінен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орыс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тіліне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бір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мезгілде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екі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жақты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аударма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жасайды</w:t>
      </w:r>
      <w:proofErr w:type="spellEnd"/>
      <w:r w:rsidRPr="00F45AAA">
        <w:rPr>
          <w:bCs/>
          <w:sz w:val="24"/>
          <w:szCs w:val="24"/>
          <w:lang w:val="ru-RU"/>
        </w:rPr>
        <w:t>.</w:t>
      </w:r>
    </w:p>
    <w:p w14:paraId="617D081B" w14:textId="3696BB18" w:rsidR="00F45AAA" w:rsidRDefault="00F45AAA" w:rsidP="00F45AAA">
      <w:pPr>
        <w:spacing w:after="0"/>
        <w:ind w:firstLine="567"/>
        <w:jc w:val="both"/>
        <w:rPr>
          <w:bCs/>
          <w:sz w:val="24"/>
          <w:szCs w:val="24"/>
          <w:lang w:val="ru-RU"/>
        </w:rPr>
      </w:pPr>
      <w:r w:rsidRPr="00F45AAA">
        <w:rPr>
          <w:bCs/>
          <w:sz w:val="24"/>
          <w:szCs w:val="24"/>
          <w:lang w:val="ru-RU"/>
        </w:rPr>
        <w:t>4.</w:t>
      </w:r>
      <w:r w:rsidR="00245322">
        <w:rPr>
          <w:bCs/>
          <w:sz w:val="24"/>
          <w:szCs w:val="24"/>
          <w:lang w:val="ru-RU"/>
        </w:rPr>
        <w:t>7</w:t>
      </w:r>
      <w:r w:rsidRPr="00F45AAA">
        <w:rPr>
          <w:bCs/>
          <w:sz w:val="24"/>
          <w:szCs w:val="24"/>
          <w:lang w:val="ru-RU"/>
        </w:rPr>
        <w:t xml:space="preserve">. </w:t>
      </w:r>
      <w:proofErr w:type="spellStart"/>
      <w:r w:rsidRPr="00F45AAA">
        <w:rPr>
          <w:bCs/>
          <w:sz w:val="24"/>
          <w:szCs w:val="24"/>
          <w:lang w:val="ru-RU"/>
        </w:rPr>
        <w:t>Қызмет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көрсетуші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күн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сайынғы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күндізгі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сабақтар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арасында</w:t>
      </w:r>
      <w:proofErr w:type="spellEnd"/>
      <w:r w:rsidRPr="00F45AAA">
        <w:rPr>
          <w:bCs/>
          <w:sz w:val="24"/>
          <w:szCs w:val="24"/>
          <w:lang w:val="ru-RU"/>
        </w:rPr>
        <w:t xml:space="preserve"> кофе </w:t>
      </w:r>
      <w:proofErr w:type="spellStart"/>
      <w:r w:rsidRPr="00F45AAA">
        <w:rPr>
          <w:bCs/>
          <w:sz w:val="24"/>
          <w:szCs w:val="24"/>
          <w:lang w:val="ru-RU"/>
        </w:rPr>
        <w:t>үзілістерін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ұйымдастырады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және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өткізеді</w:t>
      </w:r>
      <w:proofErr w:type="spellEnd"/>
      <w:r w:rsidRPr="00F45AAA">
        <w:rPr>
          <w:bCs/>
          <w:sz w:val="24"/>
          <w:szCs w:val="24"/>
          <w:lang w:val="ru-RU"/>
        </w:rPr>
        <w:t>.</w:t>
      </w:r>
    </w:p>
    <w:p w14:paraId="4F945CC3" w14:textId="37C6C038" w:rsidR="00245322" w:rsidRDefault="00245322" w:rsidP="00F45AAA">
      <w:pPr>
        <w:spacing w:after="0"/>
        <w:ind w:firstLine="567"/>
        <w:jc w:val="both"/>
        <w:rPr>
          <w:bCs/>
          <w:sz w:val="24"/>
          <w:szCs w:val="24"/>
          <w:lang w:val="kk-KZ"/>
        </w:rPr>
      </w:pPr>
      <w:r>
        <w:rPr>
          <w:bCs/>
          <w:sz w:val="24"/>
          <w:szCs w:val="24"/>
          <w:lang w:val="ru-RU"/>
        </w:rPr>
        <w:t>4.8</w:t>
      </w:r>
      <w:r w:rsidR="00AE15CB">
        <w:rPr>
          <w:bCs/>
          <w:sz w:val="24"/>
          <w:szCs w:val="24"/>
          <w:lang w:val="kk-KZ"/>
        </w:rPr>
        <w:t>. Өкізу күні және орны, кестесі:</w:t>
      </w:r>
    </w:p>
    <w:p w14:paraId="5C766928" w14:textId="487D713D" w:rsidR="00AE15CB" w:rsidRPr="004F7FAE" w:rsidRDefault="00AE15CB" w:rsidP="00AE15CB">
      <w:pPr>
        <w:pStyle w:val="ae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  <w:lang w:val="kk-KZ"/>
        </w:rPr>
      </w:pPr>
      <w:r w:rsidRPr="004F7FAE">
        <w:rPr>
          <w:sz w:val="24"/>
          <w:szCs w:val="24"/>
          <w:lang w:val="kk-KZ"/>
        </w:rPr>
        <w:t xml:space="preserve"> 1</w:t>
      </w:r>
      <w:r w:rsidR="004F7FAE">
        <w:rPr>
          <w:sz w:val="24"/>
          <w:szCs w:val="24"/>
          <w:lang w:val="kk-KZ"/>
        </w:rPr>
        <w:t xml:space="preserve"> кезең</w:t>
      </w:r>
      <w:r w:rsidRPr="004F7FAE">
        <w:rPr>
          <w:sz w:val="24"/>
          <w:szCs w:val="24"/>
          <w:lang w:val="kk-KZ"/>
        </w:rPr>
        <w:t xml:space="preserve"> — күндізгі бөлім: 3 күн, </w:t>
      </w:r>
      <w:bookmarkStart w:id="1" w:name="_GoBack"/>
      <w:bookmarkEnd w:id="1"/>
      <w:r w:rsidRPr="004F7FAE">
        <w:rPr>
          <w:sz w:val="24"/>
          <w:szCs w:val="24"/>
          <w:lang w:val="kk-KZ"/>
        </w:rPr>
        <w:t xml:space="preserve">қазан 2026 ж, Астана </w:t>
      </w:r>
      <w:r w:rsidR="004F7FAE" w:rsidRPr="004F7FAE">
        <w:rPr>
          <w:sz w:val="24"/>
          <w:szCs w:val="24"/>
          <w:lang w:val="kk-KZ"/>
        </w:rPr>
        <w:t>қ</w:t>
      </w:r>
      <w:r w:rsidR="004F7FAE">
        <w:rPr>
          <w:sz w:val="24"/>
          <w:szCs w:val="24"/>
          <w:lang w:val="kk-KZ"/>
        </w:rPr>
        <w:t>.</w:t>
      </w:r>
      <w:r w:rsidRPr="004F7FAE">
        <w:rPr>
          <w:sz w:val="24"/>
          <w:szCs w:val="24"/>
          <w:lang w:val="kk-KZ"/>
        </w:rPr>
        <w:t>;</w:t>
      </w:r>
    </w:p>
    <w:p w14:paraId="45ACF940" w14:textId="42FA7246" w:rsidR="00AE15CB" w:rsidRPr="004F7FAE" w:rsidRDefault="00AE15CB" w:rsidP="00AE15CB">
      <w:pPr>
        <w:pStyle w:val="ae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  <w:lang w:val="kk-KZ"/>
        </w:rPr>
      </w:pPr>
      <w:r w:rsidRPr="004F7FAE">
        <w:rPr>
          <w:sz w:val="24"/>
          <w:szCs w:val="24"/>
          <w:lang w:val="kk-KZ"/>
        </w:rPr>
        <w:lastRenderedPageBreak/>
        <w:t>2</w:t>
      </w:r>
      <w:r w:rsidR="004F7FAE" w:rsidRPr="004F7FAE">
        <w:rPr>
          <w:sz w:val="24"/>
          <w:szCs w:val="24"/>
          <w:lang w:val="kk-KZ"/>
        </w:rPr>
        <w:t xml:space="preserve"> </w:t>
      </w:r>
      <w:r w:rsidR="004F7FAE">
        <w:rPr>
          <w:sz w:val="24"/>
          <w:szCs w:val="24"/>
          <w:lang w:val="kk-KZ"/>
        </w:rPr>
        <w:t>кезең</w:t>
      </w:r>
      <w:r w:rsidRPr="004F7FAE">
        <w:rPr>
          <w:sz w:val="24"/>
          <w:szCs w:val="24"/>
          <w:lang w:val="kk-KZ"/>
        </w:rPr>
        <w:t xml:space="preserve"> — онлайн</w:t>
      </w:r>
      <w:r w:rsidR="004F7FAE" w:rsidRPr="004F7FAE">
        <w:rPr>
          <w:sz w:val="24"/>
          <w:szCs w:val="24"/>
          <w:lang w:val="kk-KZ"/>
        </w:rPr>
        <w:t xml:space="preserve"> оқыту</w:t>
      </w:r>
      <w:r w:rsidRPr="004F7FAE">
        <w:rPr>
          <w:sz w:val="24"/>
          <w:szCs w:val="24"/>
          <w:lang w:val="kk-KZ"/>
        </w:rPr>
        <w:t xml:space="preserve">: </w:t>
      </w:r>
      <w:r w:rsidR="004F7FAE" w:rsidRPr="004F7FAE">
        <w:rPr>
          <w:sz w:val="24"/>
          <w:szCs w:val="24"/>
          <w:lang w:val="kk-KZ"/>
        </w:rPr>
        <w:t>қазан-қараша</w:t>
      </w:r>
      <w:r w:rsidRPr="004F7FAE">
        <w:rPr>
          <w:sz w:val="24"/>
          <w:szCs w:val="24"/>
          <w:lang w:val="kk-KZ"/>
        </w:rPr>
        <w:t xml:space="preserve"> 2026 </w:t>
      </w:r>
      <w:r w:rsidR="004F7FAE" w:rsidRPr="004F7FAE">
        <w:rPr>
          <w:sz w:val="24"/>
          <w:szCs w:val="24"/>
          <w:lang w:val="kk-KZ"/>
        </w:rPr>
        <w:t>ж</w:t>
      </w:r>
      <w:r w:rsidRPr="004F7FAE">
        <w:rPr>
          <w:sz w:val="24"/>
          <w:szCs w:val="24"/>
          <w:lang w:val="kk-KZ"/>
        </w:rPr>
        <w:t xml:space="preserve">, </w:t>
      </w:r>
      <w:r w:rsidR="004F7FAE" w:rsidRPr="004F7FAE">
        <w:rPr>
          <w:sz w:val="24"/>
          <w:szCs w:val="24"/>
          <w:lang w:val="kk-KZ"/>
        </w:rPr>
        <w:t>өзіндік жұмыс</w:t>
      </w:r>
      <w:r w:rsidRPr="004F7FAE">
        <w:rPr>
          <w:sz w:val="24"/>
          <w:szCs w:val="24"/>
          <w:lang w:val="kk-KZ"/>
        </w:rPr>
        <w:t xml:space="preserve"> </w:t>
      </w:r>
      <w:r w:rsidR="004F7FAE">
        <w:rPr>
          <w:sz w:val="24"/>
          <w:szCs w:val="24"/>
          <w:lang w:val="kk-KZ"/>
        </w:rPr>
        <w:t xml:space="preserve">және </w:t>
      </w:r>
      <w:r w:rsidRPr="004F7FAE">
        <w:rPr>
          <w:sz w:val="24"/>
          <w:szCs w:val="24"/>
          <w:lang w:val="kk-KZ"/>
        </w:rPr>
        <w:t>Moodle</w:t>
      </w:r>
      <w:r w:rsidR="004F7FAE" w:rsidRPr="004F7FAE">
        <w:rPr>
          <w:sz w:val="24"/>
          <w:szCs w:val="24"/>
          <w:lang w:val="kk-KZ"/>
        </w:rPr>
        <w:t xml:space="preserve"> жүйесінд</w:t>
      </w:r>
      <w:r w:rsidR="004F7FAE">
        <w:rPr>
          <w:sz w:val="24"/>
          <w:szCs w:val="24"/>
          <w:lang w:val="kk-KZ"/>
        </w:rPr>
        <w:t>е тапсырмаларды орындау</w:t>
      </w:r>
      <w:r w:rsidRPr="004F7FAE">
        <w:rPr>
          <w:sz w:val="24"/>
          <w:szCs w:val="24"/>
          <w:lang w:val="kk-KZ"/>
        </w:rPr>
        <w:t>;</w:t>
      </w:r>
    </w:p>
    <w:p w14:paraId="17E2DE4D" w14:textId="3FB38641" w:rsidR="00AE15CB" w:rsidRPr="004F7FAE" w:rsidRDefault="00AE15CB" w:rsidP="00AE15CB">
      <w:pPr>
        <w:pStyle w:val="ae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  <w:lang w:val="kk-KZ"/>
        </w:rPr>
      </w:pPr>
      <w:r w:rsidRPr="004F7FAE">
        <w:rPr>
          <w:sz w:val="24"/>
          <w:szCs w:val="24"/>
          <w:lang w:val="kk-KZ"/>
        </w:rPr>
        <w:t xml:space="preserve">3 </w:t>
      </w:r>
      <w:r w:rsidR="004F7FAE">
        <w:rPr>
          <w:sz w:val="24"/>
          <w:szCs w:val="24"/>
          <w:lang w:val="kk-KZ"/>
        </w:rPr>
        <w:t>кезең</w:t>
      </w:r>
      <w:r w:rsidR="004F7FAE" w:rsidRPr="004F7FAE">
        <w:rPr>
          <w:sz w:val="24"/>
          <w:szCs w:val="24"/>
          <w:lang w:val="kk-KZ"/>
        </w:rPr>
        <w:t xml:space="preserve"> </w:t>
      </w:r>
      <w:r w:rsidRPr="004F7FAE">
        <w:rPr>
          <w:sz w:val="24"/>
          <w:szCs w:val="24"/>
          <w:lang w:val="kk-KZ"/>
        </w:rPr>
        <w:t xml:space="preserve">— </w:t>
      </w:r>
      <w:r w:rsidR="004F7FAE" w:rsidRPr="004F7FAE">
        <w:rPr>
          <w:sz w:val="24"/>
          <w:szCs w:val="24"/>
          <w:lang w:val="kk-KZ"/>
        </w:rPr>
        <w:t>күндізгі бөлім</w:t>
      </w:r>
      <w:r w:rsidRPr="004F7FAE">
        <w:rPr>
          <w:sz w:val="24"/>
          <w:szCs w:val="24"/>
          <w:lang w:val="kk-KZ"/>
        </w:rPr>
        <w:t xml:space="preserve">: 3 </w:t>
      </w:r>
      <w:r w:rsidR="004F7FAE" w:rsidRPr="004F7FAE">
        <w:rPr>
          <w:sz w:val="24"/>
          <w:szCs w:val="24"/>
          <w:lang w:val="kk-KZ"/>
        </w:rPr>
        <w:t>күн</w:t>
      </w:r>
      <w:r w:rsidRPr="004F7FAE">
        <w:rPr>
          <w:sz w:val="24"/>
          <w:szCs w:val="24"/>
          <w:lang w:val="kk-KZ"/>
        </w:rPr>
        <w:t xml:space="preserve">, 16–18 </w:t>
      </w:r>
      <w:r w:rsidR="004F7FAE" w:rsidRPr="004F7FAE">
        <w:rPr>
          <w:sz w:val="24"/>
          <w:szCs w:val="24"/>
          <w:lang w:val="kk-KZ"/>
        </w:rPr>
        <w:t>қазан</w:t>
      </w:r>
      <w:r w:rsidRPr="004F7FAE">
        <w:rPr>
          <w:sz w:val="24"/>
          <w:szCs w:val="24"/>
          <w:lang w:val="kk-KZ"/>
        </w:rPr>
        <w:t xml:space="preserve"> 2026 </w:t>
      </w:r>
      <w:r w:rsidR="004F7FAE" w:rsidRPr="004F7FAE">
        <w:rPr>
          <w:sz w:val="24"/>
          <w:szCs w:val="24"/>
          <w:lang w:val="kk-KZ"/>
        </w:rPr>
        <w:t>ж</w:t>
      </w:r>
      <w:r w:rsidRPr="004F7FAE">
        <w:rPr>
          <w:sz w:val="24"/>
          <w:szCs w:val="24"/>
          <w:lang w:val="kk-KZ"/>
        </w:rPr>
        <w:t>, Астана</w:t>
      </w:r>
      <w:r w:rsidR="004F7FAE" w:rsidRPr="004F7FAE">
        <w:rPr>
          <w:sz w:val="24"/>
          <w:szCs w:val="24"/>
          <w:lang w:val="kk-KZ"/>
        </w:rPr>
        <w:t xml:space="preserve"> қ</w:t>
      </w:r>
      <w:r w:rsidRPr="004F7FAE">
        <w:rPr>
          <w:sz w:val="24"/>
          <w:szCs w:val="24"/>
          <w:lang w:val="kk-KZ"/>
        </w:rPr>
        <w:t>.</w:t>
      </w:r>
    </w:p>
    <w:p w14:paraId="4696313E" w14:textId="77777777" w:rsidR="00F45AAA" w:rsidRPr="00F45AAA" w:rsidRDefault="00F45AAA" w:rsidP="00F45AAA">
      <w:pPr>
        <w:spacing w:after="0"/>
        <w:ind w:firstLine="567"/>
        <w:rPr>
          <w:b/>
          <w:sz w:val="24"/>
          <w:szCs w:val="24"/>
          <w:lang w:val="kk-KZ"/>
        </w:rPr>
      </w:pPr>
      <w:r w:rsidRPr="00F45AAA">
        <w:rPr>
          <w:b/>
          <w:sz w:val="24"/>
          <w:szCs w:val="24"/>
          <w:lang w:val="kk-KZ"/>
        </w:rPr>
        <w:t>5. Қызмет көрсету нәтижесі</w:t>
      </w:r>
    </w:p>
    <w:p w14:paraId="165B4832" w14:textId="14FACCA4" w:rsidR="00F45AAA" w:rsidRPr="00F45AAA" w:rsidRDefault="001E0A5F" w:rsidP="001E0A5F">
      <w:pPr>
        <w:spacing w:after="0" w:line="240" w:lineRule="auto"/>
        <w:ind w:firstLine="567"/>
        <w:jc w:val="both"/>
        <w:rPr>
          <w:sz w:val="24"/>
          <w:szCs w:val="24"/>
          <w:lang w:val="kk-KZ"/>
        </w:rPr>
      </w:pPr>
      <w:r w:rsidRPr="001E0A5F">
        <w:rPr>
          <w:bCs/>
          <w:sz w:val="24"/>
          <w:szCs w:val="24"/>
          <w:lang w:val="kk-KZ"/>
        </w:rPr>
        <w:t>80 сағат көлемінде кәсіби даму бағдарламасын ұйымдастыру және өткізу бойынша қызмет көрсету қорытындысы қатысушыларға берілген сертификаттар болып табылады.</w:t>
      </w:r>
    </w:p>
    <w:p w14:paraId="7BF352DA" w14:textId="45CFDB55" w:rsidR="00F45AAA" w:rsidRDefault="00F45AAA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521E268B" w14:textId="69B97417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0AA78F25" w14:textId="437ABA20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564326FB" w14:textId="693B3E5A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20D3F45D" w14:textId="7E525C50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38AC62AC" w14:textId="485232D5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1474E0C2" w14:textId="62DF41F9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29F2E2F2" w14:textId="65F9308F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23C8C534" w14:textId="68421AE7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4B0F06E7" w14:textId="1A88B6D8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09DB37AA" w14:textId="39F33B44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4335769F" w14:textId="75148035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2E877847" w14:textId="1E1DFB8F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7F486686" w14:textId="1792311F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5E733146" w14:textId="0436416B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30786A6F" w14:textId="1697DF85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5B66B7D3" w14:textId="0EA6F093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3567DF7D" w14:textId="6CF59F11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25E43528" w14:textId="3ED7FB40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7ECE972B" w14:textId="568A536B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13AF0105" w14:textId="3BC6EBCB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59508F74" w14:textId="029C44A3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4001DF7B" w14:textId="22E7495B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1DF5E01B" w14:textId="7CA3408D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1DF04BC6" w14:textId="2697A9CC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2359B9CC" w14:textId="443993E9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6FEC3273" w14:textId="535859B1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7F75B523" w14:textId="61B2F7C0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29D75A4A" w14:textId="45AFA50B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7E5B80DE" w14:textId="176BB7BE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1A74A780" w14:textId="084AAB2D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33959060" w14:textId="0BD0811B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58F58E32" w14:textId="5F5D0681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0ECF63C0" w14:textId="45326AE8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3A3C1BED" w14:textId="2F081E2D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657A7E56" w14:textId="274D88DA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6487E457" w14:textId="4C4FD2F1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2D5C52A0" w14:textId="49DA8D41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6069DB3E" w14:textId="580CB130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79F66C34" w14:textId="7DA20B10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4C8F4E89" w14:textId="30C4C300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077999B1" w14:textId="5F09C1BD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145A5078" w14:textId="67CDD924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5F103A34" w14:textId="0C95CDF6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6A0B0D83" w14:textId="45124ECE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6A66041C" w14:textId="66B886C1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5016791F" w14:textId="09318065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4B1745E8" w14:textId="56E1BD5B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2D2A315D" w14:textId="46B48671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169665BC" w14:textId="22C9981E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2ADD80EE" w14:textId="0EA7EFA0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5BA07356" w14:textId="35759C82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7C020123" w14:textId="73F29AB7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3D265A30" w14:textId="77777777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680762F9" w14:textId="7E6CE051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31E678EA" w14:textId="71B97BA7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73C99CEB" w14:textId="1895C8E7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4548FE30" w14:textId="035EB916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63EF25B5" w14:textId="77777777" w:rsid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50C40F8D" w14:textId="77777777" w:rsidR="001961DD" w:rsidRPr="0091344A" w:rsidRDefault="001961DD" w:rsidP="001961DD">
      <w:pPr>
        <w:spacing w:after="0" w:line="240" w:lineRule="auto"/>
        <w:jc w:val="center"/>
        <w:rPr>
          <w:sz w:val="24"/>
          <w:szCs w:val="24"/>
          <w:lang w:val="ru-RU"/>
        </w:rPr>
      </w:pPr>
      <w:r w:rsidRPr="0091344A">
        <w:rPr>
          <w:b/>
          <w:sz w:val="24"/>
          <w:szCs w:val="24"/>
          <w:lang w:val="ru-RU"/>
        </w:rPr>
        <w:t>ТЕХНИЧЕСКАЯ СПЕЦИФИКАЦИЯ</w:t>
      </w:r>
    </w:p>
    <w:p w14:paraId="0C9564C6" w14:textId="77777777" w:rsidR="001961DD" w:rsidRPr="0091344A" w:rsidRDefault="001961DD" w:rsidP="001961DD">
      <w:pPr>
        <w:spacing w:after="0" w:line="240" w:lineRule="auto"/>
        <w:jc w:val="center"/>
        <w:rPr>
          <w:sz w:val="24"/>
          <w:szCs w:val="24"/>
          <w:lang w:val="ru-RU"/>
        </w:rPr>
      </w:pPr>
      <w:r w:rsidRPr="0091344A">
        <w:rPr>
          <w:b/>
          <w:sz w:val="24"/>
          <w:szCs w:val="24"/>
          <w:lang w:val="ru-RU"/>
        </w:rPr>
        <w:t>на оказание услуг по организации и проведению программы профессионального развития</w:t>
      </w:r>
    </w:p>
    <w:p w14:paraId="5A47BD85" w14:textId="77777777" w:rsidR="001961DD" w:rsidRPr="0091344A" w:rsidRDefault="001961DD" w:rsidP="001961DD">
      <w:pPr>
        <w:spacing w:after="0" w:line="240" w:lineRule="auto"/>
        <w:jc w:val="center"/>
        <w:rPr>
          <w:sz w:val="24"/>
          <w:szCs w:val="24"/>
          <w:lang w:val="ru-RU"/>
        </w:rPr>
      </w:pPr>
      <w:r w:rsidRPr="0091344A">
        <w:rPr>
          <w:b/>
          <w:sz w:val="24"/>
          <w:szCs w:val="24"/>
          <w:lang w:val="ru-RU"/>
        </w:rPr>
        <w:t>«</w:t>
      </w:r>
      <w:r w:rsidRPr="0091344A">
        <w:rPr>
          <w:b/>
          <w:sz w:val="24"/>
          <w:szCs w:val="24"/>
        </w:rPr>
        <w:t>Academic</w:t>
      </w:r>
      <w:r w:rsidRPr="0091344A">
        <w:rPr>
          <w:b/>
          <w:sz w:val="24"/>
          <w:szCs w:val="24"/>
          <w:lang w:val="ru-RU"/>
        </w:rPr>
        <w:t xml:space="preserve"> </w:t>
      </w:r>
      <w:r w:rsidRPr="0091344A">
        <w:rPr>
          <w:b/>
          <w:sz w:val="24"/>
          <w:szCs w:val="24"/>
        </w:rPr>
        <w:t>Leadership</w:t>
      </w:r>
      <w:r w:rsidRPr="0091344A">
        <w:rPr>
          <w:b/>
          <w:sz w:val="24"/>
          <w:szCs w:val="24"/>
          <w:lang w:val="ru-RU"/>
        </w:rPr>
        <w:t xml:space="preserve"> </w:t>
      </w:r>
      <w:r w:rsidRPr="0091344A">
        <w:rPr>
          <w:b/>
          <w:sz w:val="24"/>
          <w:szCs w:val="24"/>
        </w:rPr>
        <w:t>Institute</w:t>
      </w:r>
      <w:r w:rsidRPr="0091344A">
        <w:rPr>
          <w:b/>
          <w:sz w:val="24"/>
          <w:szCs w:val="24"/>
          <w:lang w:val="ru-RU"/>
        </w:rPr>
        <w:t>: Укрепление практики научного руководства докторантами»</w:t>
      </w:r>
    </w:p>
    <w:p w14:paraId="0D3E7CFF" w14:textId="77777777" w:rsidR="001961DD" w:rsidRPr="0091344A" w:rsidRDefault="001961DD" w:rsidP="001961DD">
      <w:pPr>
        <w:spacing w:before="160" w:after="0"/>
        <w:ind w:firstLine="567"/>
        <w:rPr>
          <w:sz w:val="24"/>
          <w:szCs w:val="24"/>
          <w:lang w:val="ru-RU"/>
        </w:rPr>
      </w:pPr>
      <w:r w:rsidRPr="0091344A">
        <w:rPr>
          <w:b/>
          <w:sz w:val="24"/>
          <w:szCs w:val="24"/>
          <w:lang w:val="ru-RU"/>
        </w:rPr>
        <w:t>1. Общие положения</w:t>
      </w:r>
    </w:p>
    <w:p w14:paraId="314E08C5" w14:textId="77777777" w:rsidR="001961DD" w:rsidRPr="0091344A" w:rsidRDefault="001961DD" w:rsidP="001961DD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91344A">
        <w:rPr>
          <w:b/>
          <w:bCs/>
          <w:sz w:val="24"/>
          <w:szCs w:val="24"/>
          <w:lang w:val="ru-RU"/>
        </w:rPr>
        <w:t>1.1. Наименование услуги:</w:t>
      </w:r>
    </w:p>
    <w:p w14:paraId="19B34802" w14:textId="77777777" w:rsidR="001961DD" w:rsidRPr="0091344A" w:rsidRDefault="001961DD" w:rsidP="001961DD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>Организация и проведение программы профессионального развития «</w:t>
      </w:r>
      <w:r w:rsidRPr="0091344A">
        <w:rPr>
          <w:sz w:val="24"/>
          <w:szCs w:val="24"/>
        </w:rPr>
        <w:t>Academic</w:t>
      </w:r>
      <w:r w:rsidRPr="0091344A">
        <w:rPr>
          <w:sz w:val="24"/>
          <w:szCs w:val="24"/>
          <w:lang w:val="ru-RU"/>
        </w:rPr>
        <w:t xml:space="preserve"> </w:t>
      </w:r>
      <w:r w:rsidRPr="0091344A">
        <w:rPr>
          <w:sz w:val="24"/>
          <w:szCs w:val="24"/>
        </w:rPr>
        <w:t>Leadership</w:t>
      </w:r>
      <w:r w:rsidRPr="0091344A">
        <w:rPr>
          <w:sz w:val="24"/>
          <w:szCs w:val="24"/>
          <w:lang w:val="ru-RU"/>
        </w:rPr>
        <w:t xml:space="preserve"> </w:t>
      </w:r>
      <w:r w:rsidRPr="0091344A">
        <w:rPr>
          <w:sz w:val="24"/>
          <w:szCs w:val="24"/>
        </w:rPr>
        <w:t>Institute</w:t>
      </w:r>
      <w:r w:rsidRPr="0091344A">
        <w:rPr>
          <w:sz w:val="24"/>
          <w:szCs w:val="24"/>
          <w:lang w:val="ru-RU"/>
        </w:rPr>
        <w:t>: Укрепление практики научного руководства докторантами».</w:t>
      </w:r>
    </w:p>
    <w:p w14:paraId="0DDE316C" w14:textId="77777777" w:rsidR="001961DD" w:rsidRDefault="001961DD" w:rsidP="001961DD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</w:p>
    <w:p w14:paraId="201AB4A8" w14:textId="77777777" w:rsidR="001961DD" w:rsidRPr="00572F75" w:rsidRDefault="001961DD" w:rsidP="001961DD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572F75">
        <w:rPr>
          <w:b/>
          <w:bCs/>
          <w:sz w:val="24"/>
          <w:szCs w:val="24"/>
          <w:lang w:val="ru-RU"/>
        </w:rPr>
        <w:t>1.2. Срок оказания услуг:</w:t>
      </w:r>
    </w:p>
    <w:p w14:paraId="3B916241" w14:textId="77777777" w:rsidR="001961DD" w:rsidRPr="0091344A" w:rsidRDefault="001961DD" w:rsidP="001961DD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572F75">
        <w:rPr>
          <w:sz w:val="24"/>
          <w:szCs w:val="24"/>
          <w:lang w:val="ru-RU"/>
        </w:rPr>
        <w:t xml:space="preserve">Октябрь – декабрь 2026 года согласно утвержденному графику программы. </w:t>
      </w:r>
      <w:proofErr w:type="spellStart"/>
      <w:r w:rsidRPr="00572F75">
        <w:rPr>
          <w:sz w:val="24"/>
          <w:szCs w:val="24"/>
          <w:lang w:val="ru-RU"/>
        </w:rPr>
        <w:t>Посткурсовая</w:t>
      </w:r>
      <w:proofErr w:type="spellEnd"/>
      <w:r w:rsidRPr="00572F75">
        <w:rPr>
          <w:sz w:val="24"/>
          <w:szCs w:val="24"/>
          <w:lang w:val="ru-RU"/>
        </w:rPr>
        <w:t xml:space="preserve"> работа предусматривается в 2027 году.</w:t>
      </w:r>
    </w:p>
    <w:p w14:paraId="53732D8E" w14:textId="77777777" w:rsidR="001961DD" w:rsidRDefault="001961DD" w:rsidP="001961DD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</w:p>
    <w:p w14:paraId="04A7878B" w14:textId="77777777" w:rsidR="001961DD" w:rsidRPr="0091344A" w:rsidRDefault="001961DD" w:rsidP="001961DD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91344A">
        <w:rPr>
          <w:b/>
          <w:bCs/>
          <w:sz w:val="24"/>
          <w:szCs w:val="24"/>
          <w:lang w:val="ru-RU"/>
        </w:rPr>
        <w:t>1.3. Формат реализации программы:</w:t>
      </w:r>
    </w:p>
    <w:p w14:paraId="2A0782A4" w14:textId="77777777" w:rsidR="001961DD" w:rsidRDefault="001961DD" w:rsidP="001961DD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>Смешанный формат обучения, включающий очное и онлайн-обучение, самостоятельную работу участников, проведение институционального исследования в университете и командную разработку практических решений.</w:t>
      </w:r>
    </w:p>
    <w:p w14:paraId="7D2B8852" w14:textId="77777777" w:rsidR="001961DD" w:rsidRPr="0091344A" w:rsidRDefault="001961DD" w:rsidP="001961DD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</w:p>
    <w:p w14:paraId="0A199B37" w14:textId="77777777" w:rsidR="001961DD" w:rsidRPr="00A002FF" w:rsidRDefault="001961DD" w:rsidP="001961DD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A002FF">
        <w:rPr>
          <w:b/>
          <w:bCs/>
          <w:sz w:val="24"/>
          <w:szCs w:val="24"/>
          <w:lang w:val="ru-RU"/>
        </w:rPr>
        <w:t>1.4. Общий объем программы: 80 часов.</w:t>
      </w:r>
    </w:p>
    <w:p w14:paraId="13645657" w14:textId="77777777" w:rsidR="001961DD" w:rsidRPr="0091344A" w:rsidRDefault="001961DD" w:rsidP="001961DD">
      <w:pPr>
        <w:spacing w:after="0" w:line="240" w:lineRule="auto"/>
        <w:ind w:firstLine="567"/>
        <w:jc w:val="both"/>
        <w:rPr>
          <w:sz w:val="24"/>
          <w:szCs w:val="24"/>
          <w:highlight w:val="yellow"/>
          <w:lang w:val="ru-RU"/>
        </w:rPr>
      </w:pPr>
    </w:p>
    <w:p w14:paraId="0B50F46B" w14:textId="77777777" w:rsidR="001961DD" w:rsidRPr="0091344A" w:rsidRDefault="001961DD" w:rsidP="001961DD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572F75">
        <w:rPr>
          <w:b/>
          <w:bCs/>
          <w:sz w:val="24"/>
          <w:szCs w:val="24"/>
          <w:lang w:val="ru-RU"/>
        </w:rPr>
        <w:t>1.5. Количество участников: ___2____</w:t>
      </w:r>
    </w:p>
    <w:p w14:paraId="3BBD51D0" w14:textId="77777777" w:rsidR="001961DD" w:rsidRPr="0091344A" w:rsidRDefault="001961DD" w:rsidP="001961DD">
      <w:pPr>
        <w:spacing w:before="160" w:after="0"/>
        <w:ind w:firstLine="567"/>
        <w:rPr>
          <w:sz w:val="24"/>
          <w:szCs w:val="24"/>
          <w:lang w:val="ru-RU"/>
        </w:rPr>
      </w:pPr>
      <w:r w:rsidRPr="0091344A">
        <w:rPr>
          <w:b/>
          <w:sz w:val="24"/>
          <w:szCs w:val="24"/>
          <w:lang w:val="ru-RU"/>
        </w:rPr>
        <w:t>2. Требования к содержанию программы</w:t>
      </w:r>
    </w:p>
    <w:p w14:paraId="68F86117" w14:textId="77777777" w:rsidR="001961DD" w:rsidRDefault="001961DD" w:rsidP="001961DD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>Программа должна быть направлена на развитие современных практик научного руководства докторантами и совершенствование институциональной системы научного руководства в университетах Казахстана.</w:t>
      </w:r>
    </w:p>
    <w:p w14:paraId="1BB1A8F7" w14:textId="77777777" w:rsidR="001961DD" w:rsidRPr="0091344A" w:rsidRDefault="001961DD" w:rsidP="001961DD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</w:p>
    <w:p w14:paraId="09ABDE01" w14:textId="77777777" w:rsidR="001961DD" w:rsidRPr="0091344A" w:rsidRDefault="001961DD" w:rsidP="001961DD">
      <w:pPr>
        <w:spacing w:after="0" w:line="240" w:lineRule="auto"/>
        <w:jc w:val="both"/>
        <w:rPr>
          <w:b/>
          <w:bCs/>
          <w:sz w:val="24"/>
          <w:szCs w:val="24"/>
          <w:lang w:val="ru-RU"/>
        </w:rPr>
      </w:pPr>
      <w:r w:rsidRPr="0091344A">
        <w:rPr>
          <w:b/>
          <w:bCs/>
          <w:sz w:val="24"/>
          <w:szCs w:val="24"/>
          <w:lang w:val="ru-RU"/>
        </w:rPr>
        <w:t>Программа должна охватывать следующие основные тематические направления:</w:t>
      </w:r>
    </w:p>
    <w:p w14:paraId="217090C6" w14:textId="77777777" w:rsidR="001961DD" w:rsidRPr="0091344A" w:rsidRDefault="001961DD" w:rsidP="001961DD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>• современное докторское образование и системы научного руководства;</w:t>
      </w:r>
    </w:p>
    <w:p w14:paraId="766ECF8C" w14:textId="77777777" w:rsidR="001961DD" w:rsidRPr="0091344A" w:rsidRDefault="001961DD" w:rsidP="001961DD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>• практика научного руководства докторантами и совместного руководства;</w:t>
      </w:r>
    </w:p>
    <w:p w14:paraId="141D22FA" w14:textId="77777777" w:rsidR="001961DD" w:rsidRPr="0091344A" w:rsidRDefault="001961DD" w:rsidP="001961DD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>• исследовательский дизайн и методология;</w:t>
      </w:r>
    </w:p>
    <w:p w14:paraId="3CD380B3" w14:textId="77777777" w:rsidR="001961DD" w:rsidRPr="0091344A" w:rsidRDefault="001961DD" w:rsidP="001961DD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>• академическое письмо и научная коммуникация;</w:t>
      </w:r>
    </w:p>
    <w:p w14:paraId="18FD2F7E" w14:textId="77777777" w:rsidR="001961DD" w:rsidRPr="0091344A" w:rsidRDefault="001961DD" w:rsidP="001961DD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>• исследовательская этика и академическая добросовестность;</w:t>
      </w:r>
    </w:p>
    <w:p w14:paraId="4413ADCB" w14:textId="77777777" w:rsidR="001961DD" w:rsidRPr="0091344A" w:rsidRDefault="001961DD" w:rsidP="001961DD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>• институциональная организация и механизмы поддержки научных руководителей;</w:t>
      </w:r>
    </w:p>
    <w:p w14:paraId="41FF275A" w14:textId="77777777" w:rsidR="001961DD" w:rsidRPr="0091344A" w:rsidRDefault="001961DD" w:rsidP="001961DD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>• мониторинг прогресса докторантов;</w:t>
      </w:r>
    </w:p>
    <w:p w14:paraId="74958308" w14:textId="77777777" w:rsidR="001961DD" w:rsidRPr="0091344A" w:rsidRDefault="001961DD" w:rsidP="001961DD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>• использование искусственного интеллекта в исследовательской деятельности и научном руководстве;</w:t>
      </w:r>
    </w:p>
    <w:p w14:paraId="26D0B3DB" w14:textId="77777777" w:rsidR="001961DD" w:rsidRPr="0091344A" w:rsidRDefault="001961DD" w:rsidP="001961DD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>• ответственное использование искусственного интеллекта, допустимые и недопустимые способы его применения, сохранение исследовательской самостоятельности и ответственности за научный результат.</w:t>
      </w:r>
    </w:p>
    <w:p w14:paraId="2F90AC68" w14:textId="77777777" w:rsidR="001961DD" w:rsidRDefault="001961DD" w:rsidP="001961DD">
      <w:pPr>
        <w:spacing w:after="0" w:line="240" w:lineRule="auto"/>
        <w:jc w:val="both"/>
        <w:rPr>
          <w:sz w:val="24"/>
          <w:szCs w:val="24"/>
          <w:lang w:val="ru-RU"/>
        </w:rPr>
      </w:pPr>
    </w:p>
    <w:p w14:paraId="5C32CF12" w14:textId="77777777" w:rsidR="001961DD" w:rsidRDefault="001961DD" w:rsidP="001961DD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>Программа должна обеспечивать практическую связь между профессиональным развитием участников и совершенствованием институциональной среды университета. Итогом обучения должен стать не только новый набор профессиональных компетенций, но и конкретные предложения по развитию системы научного руководства.</w:t>
      </w:r>
    </w:p>
    <w:p w14:paraId="30B31CEC" w14:textId="77777777" w:rsidR="001961DD" w:rsidRPr="0091344A" w:rsidRDefault="001961DD" w:rsidP="001961DD">
      <w:pPr>
        <w:spacing w:before="160" w:after="0"/>
        <w:ind w:firstLine="567"/>
        <w:rPr>
          <w:sz w:val="24"/>
          <w:szCs w:val="24"/>
          <w:lang w:val="ru-RU"/>
        </w:rPr>
      </w:pPr>
      <w:r w:rsidRPr="0091344A">
        <w:rPr>
          <w:b/>
          <w:sz w:val="24"/>
          <w:szCs w:val="24"/>
          <w:lang w:val="ru-RU"/>
        </w:rPr>
        <w:t>3. Условия оказания услуг</w:t>
      </w:r>
    </w:p>
    <w:p w14:paraId="626947D9" w14:textId="77777777" w:rsidR="001961DD" w:rsidRPr="0091344A" w:rsidRDefault="001961DD" w:rsidP="001961DD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>3.1. Программа должна быть организована и проведена в соответствии с утвержденной структурой, содержанием и графиком.</w:t>
      </w:r>
    </w:p>
    <w:p w14:paraId="7BF63FEC" w14:textId="77777777" w:rsidR="001961DD" w:rsidRPr="0091344A" w:rsidRDefault="001961DD" w:rsidP="001961DD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>3.2. Обучение должно сочетать теоретическую подготовку, практическую работу, самостоятельную работу участников, институциональное исследование и командную разработку решений.</w:t>
      </w:r>
    </w:p>
    <w:p w14:paraId="30FF36BF" w14:textId="77777777" w:rsidR="001961DD" w:rsidRPr="0091344A" w:rsidRDefault="001961DD" w:rsidP="001961DD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>3.3. Исполнитель должен обеспечить методическое сопровождение участников на всех этапах программы, включая проведение институционального исследования и подготовку итогового продукта.</w:t>
      </w:r>
    </w:p>
    <w:p w14:paraId="49E41A86" w14:textId="77777777" w:rsidR="001961DD" w:rsidRPr="0091344A" w:rsidRDefault="001961DD" w:rsidP="001961DD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>3.4. В рамках программы должно быть обеспечено взаимодействие представителей различных университетов, включая обмен опытом и обсуждение практик организации докторского образования.</w:t>
      </w:r>
    </w:p>
    <w:p w14:paraId="4EDA580D" w14:textId="77777777" w:rsidR="001961DD" w:rsidRPr="0091344A" w:rsidRDefault="001961DD" w:rsidP="001961DD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lastRenderedPageBreak/>
        <w:t>3.5. В ходе программы участники должны исследовать действующую систему научного руководства в своих университетах на основе внутренних документов, данных и взаимодействия с заинтересованными сторонами.</w:t>
      </w:r>
    </w:p>
    <w:p w14:paraId="2970CE9B" w14:textId="77777777" w:rsidR="001961DD" w:rsidRPr="0091344A" w:rsidRDefault="001961DD" w:rsidP="001961DD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>3.6. По результатам институционального исследования участники должны разработать и представить конкретные предложения по совершенствованию системы научного руководства.</w:t>
      </w:r>
    </w:p>
    <w:p w14:paraId="67B2C8A7" w14:textId="77777777" w:rsidR="001961DD" w:rsidRPr="0091344A" w:rsidRDefault="001961DD" w:rsidP="001961DD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 xml:space="preserve">3.7. Итоговым продуктом программы должен являться </w:t>
      </w:r>
      <w:r w:rsidRPr="0091344A">
        <w:rPr>
          <w:sz w:val="24"/>
          <w:szCs w:val="24"/>
        </w:rPr>
        <w:t>Institutional</w:t>
      </w:r>
      <w:r w:rsidRPr="0091344A">
        <w:rPr>
          <w:sz w:val="24"/>
          <w:szCs w:val="24"/>
          <w:lang w:val="ru-RU"/>
        </w:rPr>
        <w:t xml:space="preserve"> </w:t>
      </w:r>
      <w:r w:rsidRPr="0091344A">
        <w:rPr>
          <w:sz w:val="24"/>
          <w:szCs w:val="24"/>
        </w:rPr>
        <w:t>Doctoral</w:t>
      </w:r>
      <w:r w:rsidRPr="0091344A">
        <w:rPr>
          <w:sz w:val="24"/>
          <w:szCs w:val="24"/>
          <w:lang w:val="ru-RU"/>
        </w:rPr>
        <w:t xml:space="preserve"> </w:t>
      </w:r>
      <w:r w:rsidRPr="0091344A">
        <w:rPr>
          <w:sz w:val="24"/>
          <w:szCs w:val="24"/>
        </w:rPr>
        <w:t>Supervision</w:t>
      </w:r>
      <w:r w:rsidRPr="0091344A">
        <w:rPr>
          <w:sz w:val="24"/>
          <w:szCs w:val="24"/>
          <w:lang w:val="ru-RU"/>
        </w:rPr>
        <w:t xml:space="preserve"> </w:t>
      </w:r>
      <w:r w:rsidRPr="0091344A">
        <w:rPr>
          <w:sz w:val="24"/>
          <w:szCs w:val="24"/>
        </w:rPr>
        <w:t>Blueprint</w:t>
      </w:r>
      <w:r w:rsidRPr="0091344A">
        <w:rPr>
          <w:sz w:val="24"/>
          <w:szCs w:val="24"/>
          <w:lang w:val="ru-RU"/>
        </w:rPr>
        <w:t xml:space="preserve"> — институциональный план развития системы научного руководства в университете.</w:t>
      </w:r>
    </w:p>
    <w:p w14:paraId="50C89F49" w14:textId="77777777" w:rsidR="001961DD" w:rsidRPr="0091344A" w:rsidRDefault="001961DD" w:rsidP="001961DD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>3.8. Участникам, успешно завершившим программу, должен быть выдан сертификат.</w:t>
      </w:r>
    </w:p>
    <w:p w14:paraId="3B938D95" w14:textId="77777777" w:rsidR="001961DD" w:rsidRPr="0091344A" w:rsidRDefault="001961DD" w:rsidP="001961DD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>3.9. Исполнитель должен обеспечить привлечение преподавателей и экспертов, имеющих соответствующую академическую и практическую экспертизу в области докторского образования, научного руководства и развития высшего образования.</w:t>
      </w:r>
    </w:p>
    <w:p w14:paraId="26AB73B5" w14:textId="77777777" w:rsidR="001961DD" w:rsidRPr="0091344A" w:rsidRDefault="001961DD" w:rsidP="001961DD">
      <w:pPr>
        <w:spacing w:before="160" w:after="0"/>
        <w:ind w:firstLine="567"/>
        <w:rPr>
          <w:sz w:val="24"/>
          <w:szCs w:val="24"/>
          <w:lang w:val="ru-RU"/>
        </w:rPr>
      </w:pPr>
      <w:r w:rsidRPr="0091344A">
        <w:rPr>
          <w:b/>
          <w:sz w:val="24"/>
          <w:szCs w:val="24"/>
          <w:lang w:val="ru-RU"/>
        </w:rPr>
        <w:t>4. Требования к Поставщику услуг</w:t>
      </w:r>
    </w:p>
    <w:p w14:paraId="1A82B3C8" w14:textId="77777777" w:rsidR="001961DD" w:rsidRPr="0091344A" w:rsidRDefault="001961DD" w:rsidP="001961DD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4.1. </w:t>
      </w:r>
      <w:r w:rsidRPr="00C27271">
        <w:rPr>
          <w:sz w:val="24"/>
          <w:szCs w:val="24"/>
          <w:lang w:val="ru-RU"/>
        </w:rPr>
        <w:t xml:space="preserve">Позиция в рейтинге </w:t>
      </w:r>
      <w:proofErr w:type="spellStart"/>
      <w:r w:rsidRPr="00C27271">
        <w:rPr>
          <w:sz w:val="24"/>
          <w:szCs w:val="24"/>
          <w:lang w:val="ru-RU"/>
        </w:rPr>
        <w:t>Times</w:t>
      </w:r>
      <w:proofErr w:type="spellEnd"/>
      <w:r w:rsidRPr="00C27271">
        <w:rPr>
          <w:sz w:val="24"/>
          <w:szCs w:val="24"/>
          <w:lang w:val="ru-RU"/>
        </w:rPr>
        <w:t xml:space="preserve"> </w:t>
      </w:r>
      <w:proofErr w:type="spellStart"/>
      <w:r w:rsidRPr="00C27271">
        <w:rPr>
          <w:sz w:val="24"/>
          <w:szCs w:val="24"/>
          <w:lang w:val="ru-RU"/>
        </w:rPr>
        <w:t>Higher</w:t>
      </w:r>
      <w:proofErr w:type="spellEnd"/>
      <w:r w:rsidRPr="00C27271">
        <w:rPr>
          <w:sz w:val="24"/>
          <w:szCs w:val="24"/>
          <w:lang w:val="ru-RU"/>
        </w:rPr>
        <w:t xml:space="preserve"> </w:t>
      </w:r>
      <w:proofErr w:type="spellStart"/>
      <w:r w:rsidRPr="00C27271">
        <w:rPr>
          <w:sz w:val="24"/>
          <w:szCs w:val="24"/>
          <w:lang w:val="ru-RU"/>
        </w:rPr>
        <w:t>Education</w:t>
      </w:r>
      <w:proofErr w:type="spellEnd"/>
      <w:r w:rsidRPr="00C27271">
        <w:rPr>
          <w:sz w:val="24"/>
          <w:szCs w:val="24"/>
          <w:lang w:val="ru-RU"/>
        </w:rPr>
        <w:t xml:space="preserve"> 202</w:t>
      </w:r>
      <w:r>
        <w:rPr>
          <w:sz w:val="24"/>
          <w:szCs w:val="24"/>
          <w:lang w:val="ru-RU"/>
        </w:rPr>
        <w:t>6</w:t>
      </w:r>
      <w:r w:rsidRPr="00C27271">
        <w:rPr>
          <w:sz w:val="24"/>
          <w:szCs w:val="24"/>
          <w:lang w:val="ru-RU"/>
        </w:rPr>
        <w:t xml:space="preserve"> в области</w:t>
      </w:r>
      <w:r>
        <w:rPr>
          <w:sz w:val="24"/>
          <w:szCs w:val="24"/>
          <w:lang w:val="ru-RU"/>
        </w:rPr>
        <w:t xml:space="preserve"> образовательных наук — не ниже 4</w:t>
      </w:r>
      <w:r w:rsidRPr="00C27271">
        <w:rPr>
          <w:sz w:val="24"/>
          <w:szCs w:val="24"/>
          <w:lang w:val="ru-RU"/>
        </w:rPr>
        <w:t>00 места.</w:t>
      </w:r>
    </w:p>
    <w:p w14:paraId="2337CF02" w14:textId="77777777" w:rsidR="001961DD" w:rsidRPr="0091344A" w:rsidRDefault="001961DD" w:rsidP="001961DD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4.2. </w:t>
      </w:r>
      <w:r w:rsidRPr="0091344A">
        <w:rPr>
          <w:sz w:val="24"/>
          <w:szCs w:val="24"/>
          <w:lang w:val="ru-RU"/>
        </w:rPr>
        <w:t>Наличие реализации программ профессионального развития в сфере высшего и/или докторского образования, научного руководства либо развития академического потенциала.</w:t>
      </w:r>
    </w:p>
    <w:p w14:paraId="2F0D40EA" w14:textId="77777777" w:rsidR="001961DD" w:rsidRPr="0091344A" w:rsidRDefault="001961DD" w:rsidP="001961DD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4.3</w:t>
      </w:r>
      <w:r w:rsidRPr="0091344A">
        <w:rPr>
          <w:sz w:val="24"/>
          <w:szCs w:val="24"/>
          <w:lang w:val="ru-RU"/>
        </w:rPr>
        <w:t xml:space="preserve"> Наличие квалифицированных преподавателей и </w:t>
      </w:r>
      <w:r>
        <w:rPr>
          <w:sz w:val="24"/>
          <w:szCs w:val="24"/>
          <w:lang w:val="ru-RU"/>
        </w:rPr>
        <w:t xml:space="preserve">иностранных </w:t>
      </w:r>
      <w:r w:rsidRPr="0091344A">
        <w:rPr>
          <w:sz w:val="24"/>
          <w:szCs w:val="24"/>
          <w:lang w:val="ru-RU"/>
        </w:rPr>
        <w:t>экспертов, имеющих опыт исследований, научного руководства докторантами и развития докторского образования.</w:t>
      </w:r>
    </w:p>
    <w:p w14:paraId="2A802BE6" w14:textId="77777777" w:rsidR="001961DD" w:rsidRPr="0091344A" w:rsidRDefault="001961DD" w:rsidP="001961DD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>4.</w:t>
      </w:r>
      <w:r>
        <w:rPr>
          <w:sz w:val="24"/>
          <w:szCs w:val="24"/>
          <w:lang w:val="ru-RU"/>
        </w:rPr>
        <w:t>4</w:t>
      </w:r>
      <w:r w:rsidRPr="0091344A">
        <w:rPr>
          <w:sz w:val="24"/>
          <w:szCs w:val="24"/>
          <w:lang w:val="ru-RU"/>
        </w:rPr>
        <w:t>. Наличие возможности организации очного и онлайн-обучения, а также сопровождения самостоятельной и командной работы участников.</w:t>
      </w:r>
    </w:p>
    <w:p w14:paraId="1220D6B2" w14:textId="77777777" w:rsidR="001961DD" w:rsidRPr="0091344A" w:rsidRDefault="001961DD" w:rsidP="001961DD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>4.</w:t>
      </w:r>
      <w:r>
        <w:rPr>
          <w:sz w:val="24"/>
          <w:szCs w:val="24"/>
          <w:lang w:val="ru-RU"/>
        </w:rPr>
        <w:t>5</w:t>
      </w:r>
      <w:r w:rsidRPr="0091344A">
        <w:rPr>
          <w:sz w:val="24"/>
          <w:szCs w:val="24"/>
          <w:lang w:val="ru-RU"/>
        </w:rPr>
        <w:t xml:space="preserve">. </w:t>
      </w:r>
      <w:r>
        <w:rPr>
          <w:sz w:val="24"/>
          <w:szCs w:val="24"/>
          <w:lang w:val="ru-RU"/>
        </w:rPr>
        <w:t>М</w:t>
      </w:r>
      <w:r w:rsidRPr="0091344A">
        <w:rPr>
          <w:sz w:val="24"/>
          <w:szCs w:val="24"/>
          <w:lang w:val="ru-RU"/>
        </w:rPr>
        <w:t>етодически</w:t>
      </w:r>
      <w:r>
        <w:rPr>
          <w:sz w:val="24"/>
          <w:szCs w:val="24"/>
          <w:lang w:val="ru-RU"/>
        </w:rPr>
        <w:t>е</w:t>
      </w:r>
      <w:r w:rsidRPr="0091344A">
        <w:rPr>
          <w:sz w:val="24"/>
          <w:szCs w:val="24"/>
          <w:lang w:val="ru-RU"/>
        </w:rPr>
        <w:t xml:space="preserve"> материал</w:t>
      </w:r>
      <w:r>
        <w:rPr>
          <w:sz w:val="24"/>
          <w:szCs w:val="24"/>
          <w:lang w:val="ru-RU"/>
        </w:rPr>
        <w:t>ы</w:t>
      </w:r>
      <w:r w:rsidRPr="0091344A">
        <w:rPr>
          <w:sz w:val="24"/>
          <w:szCs w:val="24"/>
          <w:lang w:val="ru-RU"/>
        </w:rPr>
        <w:t>, необходимы</w:t>
      </w:r>
      <w:r>
        <w:rPr>
          <w:sz w:val="24"/>
          <w:szCs w:val="24"/>
          <w:lang w:val="ru-RU"/>
        </w:rPr>
        <w:t>е</w:t>
      </w:r>
      <w:r w:rsidRPr="0091344A">
        <w:rPr>
          <w:sz w:val="24"/>
          <w:szCs w:val="24"/>
          <w:lang w:val="ru-RU"/>
        </w:rPr>
        <w:t xml:space="preserve"> для проведения обучения и институционального исследования.</w:t>
      </w:r>
    </w:p>
    <w:p w14:paraId="10D930BA" w14:textId="77777777" w:rsidR="001961DD" w:rsidRPr="0091344A" w:rsidRDefault="001961DD" w:rsidP="001961DD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>4.</w:t>
      </w:r>
      <w:r>
        <w:rPr>
          <w:sz w:val="24"/>
          <w:szCs w:val="24"/>
          <w:lang w:val="ru-RU"/>
        </w:rPr>
        <w:t>6</w:t>
      </w:r>
      <w:r w:rsidRPr="0091344A">
        <w:rPr>
          <w:sz w:val="24"/>
          <w:szCs w:val="24"/>
          <w:lang w:val="ru-RU"/>
        </w:rPr>
        <w:t>. Возможность организации межуниверситетского взаимодействия, представления результатов исследований и разработки итоговых институциональных планов.</w:t>
      </w:r>
    </w:p>
    <w:p w14:paraId="772EFCAD" w14:textId="77777777" w:rsidR="001961DD" w:rsidRDefault="001961DD" w:rsidP="001961DD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>4.</w:t>
      </w:r>
      <w:r>
        <w:rPr>
          <w:sz w:val="24"/>
          <w:szCs w:val="24"/>
          <w:lang w:val="ru-RU"/>
        </w:rPr>
        <w:t>7</w:t>
      </w:r>
      <w:r w:rsidRPr="0091344A">
        <w:rPr>
          <w:sz w:val="24"/>
          <w:szCs w:val="24"/>
          <w:lang w:val="ru-RU"/>
        </w:rPr>
        <w:t>. Поставщик должен обеспечить организационное и методическое сопровождение участников до завершения программы и подготовки итогового продукта.</w:t>
      </w:r>
    </w:p>
    <w:p w14:paraId="60A06006" w14:textId="77777777" w:rsidR="001961DD" w:rsidRPr="00572F75" w:rsidRDefault="001961DD" w:rsidP="001961DD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4.8. График, даты программы и место проведения:</w:t>
      </w:r>
      <w:r w:rsidRPr="00572F75">
        <w:rPr>
          <w:lang w:val="ru-RU"/>
        </w:rPr>
        <w:t xml:space="preserve"> </w:t>
      </w:r>
    </w:p>
    <w:p w14:paraId="0390A4AB" w14:textId="57CC0234" w:rsidR="001961DD" w:rsidRPr="00572F75" w:rsidRDefault="001961DD" w:rsidP="001961DD">
      <w:pPr>
        <w:pStyle w:val="ae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  <w:lang w:val="ru-RU"/>
        </w:rPr>
      </w:pPr>
      <w:bookmarkStart w:id="2" w:name="_Hlk242974780"/>
      <w:r>
        <w:rPr>
          <w:sz w:val="24"/>
          <w:szCs w:val="24"/>
          <w:lang w:val="ru-RU"/>
        </w:rPr>
        <w:t>Этап</w:t>
      </w:r>
      <w:r w:rsidRPr="00572F75">
        <w:rPr>
          <w:sz w:val="24"/>
          <w:szCs w:val="24"/>
          <w:lang w:val="ru-RU"/>
        </w:rPr>
        <w:t xml:space="preserve"> 1 — очное обучение: 3 дня, октябр</w:t>
      </w:r>
      <w:r w:rsidR="006D2FEB">
        <w:rPr>
          <w:sz w:val="24"/>
          <w:szCs w:val="24"/>
          <w:lang w:val="ru-RU"/>
        </w:rPr>
        <w:t>ь</w:t>
      </w:r>
      <w:r w:rsidRPr="00572F75">
        <w:rPr>
          <w:sz w:val="24"/>
          <w:szCs w:val="24"/>
          <w:lang w:val="ru-RU"/>
        </w:rPr>
        <w:t xml:space="preserve"> 2026 года, г. Астана;</w:t>
      </w:r>
    </w:p>
    <w:p w14:paraId="5F09E978" w14:textId="77777777" w:rsidR="001961DD" w:rsidRPr="00572F75" w:rsidRDefault="001961DD" w:rsidP="001961DD">
      <w:pPr>
        <w:pStyle w:val="ae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Этап</w:t>
      </w:r>
      <w:r w:rsidRPr="00572F75">
        <w:rPr>
          <w:sz w:val="24"/>
          <w:szCs w:val="24"/>
          <w:lang w:val="ru-RU"/>
        </w:rPr>
        <w:t xml:space="preserve"> 2 — онлайн-обучение: октябрь–ноябрь 2026 года, самостоятельная работа и выполнение заданий в системе </w:t>
      </w:r>
      <w:proofErr w:type="spellStart"/>
      <w:r w:rsidRPr="00572F75">
        <w:rPr>
          <w:sz w:val="24"/>
          <w:szCs w:val="24"/>
          <w:lang w:val="ru-RU"/>
        </w:rPr>
        <w:t>Moodle</w:t>
      </w:r>
      <w:proofErr w:type="spellEnd"/>
      <w:r w:rsidRPr="00572F75">
        <w:rPr>
          <w:sz w:val="24"/>
          <w:szCs w:val="24"/>
          <w:lang w:val="ru-RU"/>
        </w:rPr>
        <w:t>;</w:t>
      </w:r>
    </w:p>
    <w:p w14:paraId="1A4E8706" w14:textId="65322F92" w:rsidR="001961DD" w:rsidRPr="00572F75" w:rsidRDefault="001961DD" w:rsidP="001961DD">
      <w:pPr>
        <w:pStyle w:val="ae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Этап</w:t>
      </w:r>
      <w:r w:rsidRPr="00572F75">
        <w:rPr>
          <w:sz w:val="24"/>
          <w:szCs w:val="24"/>
          <w:lang w:val="ru-RU"/>
        </w:rPr>
        <w:t xml:space="preserve"> 3 — очное обучение: 3 дня, 16–18 ноября 2026 года, г. Астана.</w:t>
      </w:r>
    </w:p>
    <w:bookmarkEnd w:id="2"/>
    <w:p w14:paraId="519EB045" w14:textId="77777777" w:rsidR="001961DD" w:rsidRPr="0091344A" w:rsidRDefault="001961DD" w:rsidP="001961DD">
      <w:pPr>
        <w:spacing w:before="160" w:after="0"/>
        <w:ind w:firstLine="567"/>
        <w:rPr>
          <w:sz w:val="24"/>
          <w:szCs w:val="24"/>
          <w:lang w:val="ru-RU"/>
        </w:rPr>
      </w:pPr>
      <w:r w:rsidRPr="0091344A">
        <w:rPr>
          <w:b/>
          <w:sz w:val="24"/>
          <w:szCs w:val="24"/>
          <w:lang w:val="ru-RU"/>
        </w:rPr>
        <w:t>5. Результат оказания услуг</w:t>
      </w:r>
    </w:p>
    <w:p w14:paraId="4FDD1EA8" w14:textId="77777777" w:rsidR="001961DD" w:rsidRPr="0091344A" w:rsidRDefault="001961DD" w:rsidP="001961DD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>По итогам оказания услуг должна быть проведена программа профессионал</w:t>
      </w:r>
      <w:r>
        <w:rPr>
          <w:sz w:val="24"/>
          <w:szCs w:val="24"/>
          <w:lang w:val="ru-RU"/>
        </w:rPr>
        <w:t xml:space="preserve">ьного развития в объеме 80 часов с выдачей сертификата. </w:t>
      </w:r>
    </w:p>
    <w:p w14:paraId="3935672E" w14:textId="77777777" w:rsidR="001961DD" w:rsidRPr="001961DD" w:rsidRDefault="001961DD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ru-RU"/>
        </w:rPr>
      </w:pPr>
    </w:p>
    <w:sectPr w:rsidR="001961DD" w:rsidRPr="001961DD" w:rsidSect="00F400EC">
      <w:pgSz w:w="12240" w:h="15840"/>
      <w:pgMar w:top="397" w:right="567" w:bottom="284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3E97A12"/>
    <w:multiLevelType w:val="multilevel"/>
    <w:tmpl w:val="97ECBA6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0" w15:restartNumberingAfterBreak="0">
    <w:nsid w:val="643630DE"/>
    <w:multiLevelType w:val="hybridMultilevel"/>
    <w:tmpl w:val="F0822CF4"/>
    <w:lvl w:ilvl="0" w:tplc="100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1071D"/>
    <w:rsid w:val="00034616"/>
    <w:rsid w:val="000565F3"/>
    <w:rsid w:val="0006063C"/>
    <w:rsid w:val="000734E4"/>
    <w:rsid w:val="00101C67"/>
    <w:rsid w:val="001260D9"/>
    <w:rsid w:val="0015074B"/>
    <w:rsid w:val="00154CD5"/>
    <w:rsid w:val="00162A06"/>
    <w:rsid w:val="00163F11"/>
    <w:rsid w:val="001961DD"/>
    <w:rsid w:val="001B1871"/>
    <w:rsid w:val="001B5081"/>
    <w:rsid w:val="001C76A4"/>
    <w:rsid w:val="001E0A5F"/>
    <w:rsid w:val="00245322"/>
    <w:rsid w:val="0029639D"/>
    <w:rsid w:val="00326F90"/>
    <w:rsid w:val="003A47AD"/>
    <w:rsid w:val="003C55D5"/>
    <w:rsid w:val="003E102E"/>
    <w:rsid w:val="00463C4E"/>
    <w:rsid w:val="004F5836"/>
    <w:rsid w:val="004F7FAE"/>
    <w:rsid w:val="0052086F"/>
    <w:rsid w:val="00572180"/>
    <w:rsid w:val="005C3C5F"/>
    <w:rsid w:val="00626931"/>
    <w:rsid w:val="006D2FEB"/>
    <w:rsid w:val="0073427A"/>
    <w:rsid w:val="0075162E"/>
    <w:rsid w:val="008C339B"/>
    <w:rsid w:val="0091344A"/>
    <w:rsid w:val="00970325"/>
    <w:rsid w:val="009C674C"/>
    <w:rsid w:val="009D0681"/>
    <w:rsid w:val="009F7284"/>
    <w:rsid w:val="00A002FF"/>
    <w:rsid w:val="00AA1D8D"/>
    <w:rsid w:val="00AD294A"/>
    <w:rsid w:val="00AE15CB"/>
    <w:rsid w:val="00AE78F3"/>
    <w:rsid w:val="00B4207E"/>
    <w:rsid w:val="00B43267"/>
    <w:rsid w:val="00B47730"/>
    <w:rsid w:val="00BA5E55"/>
    <w:rsid w:val="00C27271"/>
    <w:rsid w:val="00CB0664"/>
    <w:rsid w:val="00CB4379"/>
    <w:rsid w:val="00CE0249"/>
    <w:rsid w:val="00D15C55"/>
    <w:rsid w:val="00E87609"/>
    <w:rsid w:val="00E9521B"/>
    <w:rsid w:val="00EC585C"/>
    <w:rsid w:val="00F21BF0"/>
    <w:rsid w:val="00F400EC"/>
    <w:rsid w:val="00F45AAA"/>
    <w:rsid w:val="00F7515D"/>
    <w:rsid w:val="00F7735B"/>
    <w:rsid w:val="00FC693F"/>
    <w:rsid w:val="00FF5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D5D2F0"/>
  <w14:defaultImageDpi w14:val="300"/>
  <w15:docId w15:val="{7429EED1-7D5B-41C9-A985-B87673926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Times New Roman" w:hAnsi="Times New Roman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Balloon Text"/>
    <w:basedOn w:val="a1"/>
    <w:link w:val="aff9"/>
    <w:uiPriority w:val="99"/>
    <w:semiHidden/>
    <w:unhideWhenUsed/>
    <w:rsid w:val="003E10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9">
    <w:name w:val="Текст выноски Знак"/>
    <w:basedOn w:val="a2"/>
    <w:link w:val="aff8"/>
    <w:uiPriority w:val="99"/>
    <w:semiHidden/>
    <w:rsid w:val="003E10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A098E3A-9732-4BCF-BFC5-0E1B89516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1706</Words>
  <Characters>9728</Characters>
  <Application>Microsoft Office Word</Application>
  <DocSecurity>0</DocSecurity>
  <Lines>81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11412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Aizhan Kalibekova</cp:lastModifiedBy>
  <cp:revision>2</cp:revision>
  <cp:lastPrinted>2026-10-09T08:55:00Z</cp:lastPrinted>
  <dcterms:created xsi:type="dcterms:W3CDTF">2026-10-22T12:03:00Z</dcterms:created>
  <dcterms:modified xsi:type="dcterms:W3CDTF">2026-10-22T12:03:00Z</dcterms:modified>
  <cp:category/>
</cp:coreProperties>
</file>