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DCF" w:rsidRPr="007C16D4" w:rsidRDefault="00E87DCF" w:rsidP="00C64B96">
      <w:pPr>
        <w:jc w:val="both"/>
        <w:rPr>
          <w:rFonts w:ascii="Times New Roman" w:hAnsi="Times New Roman" w:cs="Times New Roman"/>
          <w:sz w:val="24"/>
          <w:szCs w:val="24"/>
        </w:rPr>
      </w:pPr>
      <w:r w:rsidRPr="007C16D4">
        <w:rPr>
          <w:rFonts w:ascii="Times New Roman" w:hAnsi="Times New Roman" w:cs="Times New Roman"/>
          <w:b/>
          <w:sz w:val="24"/>
          <w:szCs w:val="24"/>
        </w:rPr>
        <w:t>ТЕХНИКАЛЫҚ ЕРЕКШЕЛІК</w:t>
      </w:r>
    </w:p>
    <w:p w:rsidR="00E87DCF" w:rsidRPr="00C64B96" w:rsidRDefault="00E87DCF" w:rsidP="00C64B96">
      <w:pPr>
        <w:jc w:val="both"/>
        <w:rPr>
          <w:rFonts w:ascii="Times New Roman" w:hAnsi="Times New Roman" w:cs="Times New Roman"/>
        </w:rPr>
      </w:pPr>
      <w:r w:rsidRPr="00C64B96">
        <w:rPr>
          <w:rFonts w:ascii="Times New Roman" w:hAnsi="Times New Roman" w:cs="Times New Roman"/>
        </w:rPr>
        <w:t>«</w:t>
      </w:r>
      <w:proofErr w:type="spellStart"/>
      <w:r w:rsidRPr="00C64B96">
        <w:rPr>
          <w:rFonts w:ascii="Times New Roman" w:hAnsi="Times New Roman" w:cs="Times New Roman"/>
        </w:rPr>
        <w:t>Талдықорған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қаласының</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білім</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бөлімі</w:t>
      </w:r>
      <w:proofErr w:type="spellEnd"/>
      <w:r w:rsidRPr="00C64B96">
        <w:rPr>
          <w:rFonts w:ascii="Times New Roman" w:hAnsi="Times New Roman" w:cs="Times New Roman"/>
        </w:rPr>
        <w:t>» ММ-</w:t>
      </w:r>
      <w:proofErr w:type="spellStart"/>
      <w:r w:rsidRPr="00C64B96">
        <w:rPr>
          <w:rFonts w:ascii="Times New Roman" w:hAnsi="Times New Roman" w:cs="Times New Roman"/>
        </w:rPr>
        <w:t>нің</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Құлжабай</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Қасымов</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атындағы</w:t>
      </w:r>
      <w:proofErr w:type="spellEnd"/>
      <w:r w:rsidRPr="00C64B96">
        <w:rPr>
          <w:rFonts w:ascii="Times New Roman" w:hAnsi="Times New Roman" w:cs="Times New Roman"/>
        </w:rPr>
        <w:t xml:space="preserve"> №28 IT </w:t>
      </w:r>
      <w:proofErr w:type="spellStart"/>
      <w:r w:rsidRPr="00C64B96">
        <w:rPr>
          <w:rFonts w:ascii="Times New Roman" w:hAnsi="Times New Roman" w:cs="Times New Roman"/>
        </w:rPr>
        <w:t>мектеп-лицейі</w:t>
      </w:r>
      <w:proofErr w:type="spellEnd"/>
      <w:r w:rsidRPr="00C64B96">
        <w:rPr>
          <w:rFonts w:ascii="Times New Roman" w:hAnsi="Times New Roman" w:cs="Times New Roman"/>
        </w:rPr>
        <w:t xml:space="preserve">» КММ </w:t>
      </w:r>
      <w:proofErr w:type="spellStart"/>
      <w:r w:rsidRPr="00C64B96">
        <w:rPr>
          <w:rFonts w:ascii="Times New Roman" w:hAnsi="Times New Roman" w:cs="Times New Roman"/>
        </w:rPr>
        <w:t>ғимаратына</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ағымдағы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жөндеу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жұмыстарын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жүргізуге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арналған</w:t>
      </w:r>
      <w:proofErr w:type="spellEnd"/>
    </w:p>
    <w:p w:rsidR="00E87DCF" w:rsidRPr="00C64B96" w:rsidRDefault="00E87DCF" w:rsidP="00C64B96">
      <w:pPr>
        <w:pStyle w:val="21"/>
        <w:numPr>
          <w:ilvl w:val="0"/>
          <w:numId w:val="10"/>
        </w:numPr>
        <w:jc w:val="both"/>
        <w:rPr>
          <w:rFonts w:ascii="Times New Roman" w:hAnsi="Times New Roman" w:cs="Times New Roman"/>
          <w:color w:val="auto"/>
          <w:lang w:val="kk-KZ"/>
        </w:rPr>
      </w:pPr>
      <w:proofErr w:type="spellStart"/>
      <w:r w:rsidRPr="00C64B96">
        <w:rPr>
          <w:rFonts w:ascii="Times New Roman" w:hAnsi="Times New Roman" w:cs="Times New Roman"/>
          <w:color w:val="auto"/>
        </w:rPr>
        <w:t>Жалпы</w:t>
      </w:r>
      <w:proofErr w:type="spellEnd"/>
      <w:r w:rsidRPr="00C64B96">
        <w:rPr>
          <w:rFonts w:ascii="Times New Roman" w:hAnsi="Times New Roman" w:cs="Times New Roman"/>
          <w:color w:val="auto"/>
        </w:rPr>
        <w:t xml:space="preserve"> </w:t>
      </w:r>
      <w:proofErr w:type="spellStart"/>
      <w:r w:rsidRPr="00C64B96">
        <w:rPr>
          <w:rFonts w:ascii="Times New Roman" w:hAnsi="Times New Roman" w:cs="Times New Roman"/>
          <w:color w:val="auto"/>
        </w:rPr>
        <w:t>ережелер</w:t>
      </w:r>
      <w:proofErr w:type="spellEnd"/>
    </w:p>
    <w:p w:rsidR="0009597E" w:rsidRPr="00C64B96" w:rsidRDefault="0009597E" w:rsidP="00C64B96">
      <w:pPr>
        <w:jc w:val="both"/>
        <w:rPr>
          <w:rFonts w:ascii="Times New Roman" w:hAnsi="Times New Roman" w:cs="Times New Roman"/>
          <w:lang w:val="kk-KZ"/>
        </w:rPr>
      </w:pPr>
      <w:r w:rsidRPr="00C64B96">
        <w:rPr>
          <w:rFonts w:ascii="Times New Roman" w:hAnsi="Times New Roman" w:cs="Times New Roman"/>
          <w:highlight w:val="yellow"/>
          <w:lang w:val="kk-KZ"/>
        </w:rPr>
        <w:t>Барлық жұмысты бастамас бұрын тапсырыс берушімен кеңесу. Директордың ШІЖ орынбасары Смаилов А.М. тел: 87775856743</w:t>
      </w:r>
    </w:p>
    <w:p w:rsidR="00E87DCF" w:rsidRPr="00C64B96" w:rsidRDefault="00E87DCF" w:rsidP="00C64B96">
      <w:pPr>
        <w:jc w:val="both"/>
        <w:rPr>
          <w:rFonts w:ascii="Times New Roman" w:hAnsi="Times New Roman" w:cs="Times New Roman"/>
          <w:lang w:val="kk-KZ"/>
        </w:rPr>
      </w:pPr>
      <w:r w:rsidRPr="00C64B96">
        <w:rPr>
          <w:rFonts w:ascii="Times New Roman" w:hAnsi="Times New Roman" w:cs="Times New Roman"/>
          <w:lang w:val="kk-KZ"/>
        </w:rPr>
        <w:t>Осы техникалық ерекшелік ұсынылған жиынтық сметалық есептің, №02-01-01 жергілікті сметаның және ақаулар ведомосінің негізінде әзірленді.</w:t>
      </w:r>
    </w:p>
    <w:p w:rsidR="00E87DCF" w:rsidRPr="00C64B96" w:rsidRDefault="00E87DCF" w:rsidP="00C64B96">
      <w:pPr>
        <w:jc w:val="both"/>
        <w:rPr>
          <w:rFonts w:ascii="Times New Roman" w:hAnsi="Times New Roman" w:cs="Times New Roman"/>
          <w:lang w:val="kk-KZ"/>
        </w:rPr>
      </w:pPr>
      <w:r w:rsidRPr="00C64B96">
        <w:rPr>
          <w:rFonts w:ascii="Times New Roman" w:hAnsi="Times New Roman" w:cs="Times New Roman"/>
          <w:lang w:val="kk-KZ"/>
        </w:rPr>
        <w:t>Мердігер сметалық құжаттамада көзделген барлық қажетті материалдарды, бұйымдарды және жинақтаушы бөлшектерді жеткізуді қоса алғанда, жөндеу-құрылыс, монтаждау, электр монтаждау және әрлеу жұмыстарының толық кешенін орындауға міндетті.</w:t>
      </w:r>
    </w:p>
    <w:p w:rsidR="00E87DCF" w:rsidRPr="00C64B96" w:rsidRDefault="00E87DCF" w:rsidP="00C64B96">
      <w:pPr>
        <w:pStyle w:val="21"/>
        <w:jc w:val="both"/>
        <w:rPr>
          <w:rFonts w:ascii="Times New Roman" w:hAnsi="Times New Roman" w:cs="Times New Roman"/>
          <w:color w:val="auto"/>
          <w:lang w:val="kk-KZ"/>
        </w:rPr>
      </w:pPr>
      <w:r w:rsidRPr="00C64B96">
        <w:rPr>
          <w:rFonts w:ascii="Times New Roman" w:hAnsi="Times New Roman" w:cs="Times New Roman"/>
          <w:color w:val="auto"/>
          <w:lang w:val="kk-KZ"/>
        </w:rPr>
        <w:t>2. Материалдарға және жұмыстарды орындауға қойылатын талаптар</w:t>
      </w:r>
    </w:p>
    <w:p w:rsidR="00E87DCF" w:rsidRPr="00C64B96" w:rsidRDefault="00E87DCF" w:rsidP="00C64B96">
      <w:pPr>
        <w:pStyle w:val="a0"/>
        <w:jc w:val="both"/>
        <w:rPr>
          <w:rFonts w:ascii="Times New Roman" w:hAnsi="Times New Roman" w:cs="Times New Roman"/>
          <w:lang w:val="kk-KZ"/>
        </w:rPr>
      </w:pPr>
      <w:r w:rsidRPr="00C64B96">
        <w:rPr>
          <w:rFonts w:ascii="Times New Roman" w:hAnsi="Times New Roman" w:cs="Times New Roman"/>
          <w:lang w:val="kk-KZ"/>
        </w:rPr>
        <w:t>Барлық материалдар мен бұйымдар жаңа, сапалы, мақсатына сай пайдалануға жарамды болуы және Қазақстан Республикасының қолданыстағы талаптарына сәйкестігін растайтын сапа құжаттарымен қамтамасыз етілуі тиіс.</w:t>
      </w:r>
    </w:p>
    <w:p w:rsidR="00E87DCF" w:rsidRPr="00C64B96" w:rsidRDefault="00E87DCF" w:rsidP="00C64B96">
      <w:pPr>
        <w:pStyle w:val="a0"/>
        <w:jc w:val="both"/>
        <w:rPr>
          <w:rFonts w:ascii="Times New Roman" w:hAnsi="Times New Roman" w:cs="Times New Roman"/>
          <w:lang w:val="kk-KZ"/>
        </w:rPr>
      </w:pPr>
      <w:r w:rsidRPr="00C64B96">
        <w:rPr>
          <w:rFonts w:ascii="Times New Roman" w:hAnsi="Times New Roman" w:cs="Times New Roman"/>
          <w:lang w:val="kk-KZ"/>
        </w:rPr>
        <w:t>ПВХ профильдерінен жасалған есік блоктары геометриялық өлшемдерін дәл сақтай отырып орнатылуы, сенімді бекітілуі, монтаждау жіктері герметикалануы және есік фурнитуралары дұрыс реттелуі тиіс.</w:t>
      </w:r>
    </w:p>
    <w:p w:rsidR="00E87DCF" w:rsidRPr="00C64B96" w:rsidRDefault="00E87DCF" w:rsidP="00C64B96">
      <w:pPr>
        <w:pStyle w:val="a0"/>
        <w:jc w:val="both"/>
        <w:rPr>
          <w:rFonts w:ascii="Times New Roman" w:hAnsi="Times New Roman" w:cs="Times New Roman"/>
          <w:lang w:val="kk-KZ"/>
        </w:rPr>
      </w:pPr>
      <w:r w:rsidRPr="00C64B96">
        <w:rPr>
          <w:rFonts w:ascii="Times New Roman" w:hAnsi="Times New Roman" w:cs="Times New Roman"/>
          <w:lang w:val="kk-KZ"/>
        </w:rPr>
        <w:t>Керамограниттен жасалған еден жабындары алдын ала дайындалған негізге төселуі қажет. Еденнің тегістігі, жабынның негізге берік жабысуы және тігістерінің ұқыпты орындалуы қамтамасыз етілуі тиіс. Ескі жабындарды бөлшектеу кезінде пайда болған құрылыс қалдықтары шығарылуы қажет.</w:t>
      </w:r>
    </w:p>
    <w:p w:rsidR="00E87DCF" w:rsidRPr="00C64B96" w:rsidRDefault="00E87DCF" w:rsidP="00C64B96">
      <w:pPr>
        <w:pStyle w:val="a0"/>
        <w:jc w:val="both"/>
        <w:rPr>
          <w:rFonts w:ascii="Times New Roman" w:hAnsi="Times New Roman" w:cs="Times New Roman"/>
          <w:lang w:val="ru-RU"/>
        </w:rPr>
      </w:pPr>
      <w:r w:rsidRPr="00C64B96">
        <w:rPr>
          <w:rFonts w:ascii="Times New Roman" w:hAnsi="Times New Roman" w:cs="Times New Roman"/>
          <w:lang w:val="ru-RU"/>
        </w:rPr>
        <w:t xml:space="preserve">Металл </w:t>
      </w:r>
      <w:proofErr w:type="spellStart"/>
      <w:r w:rsidRPr="00C64B96">
        <w:rPr>
          <w:rFonts w:ascii="Times New Roman" w:hAnsi="Times New Roman" w:cs="Times New Roman"/>
          <w:lang w:val="ru-RU"/>
        </w:rPr>
        <w:t>конструкциялар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сенімді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бекітілуі</w:t>
      </w:r>
      <w:proofErr w:type="spellEnd"/>
      <w:r w:rsidRPr="00C64B96">
        <w:rPr>
          <w:rFonts w:ascii="Times New Roman" w:hAnsi="Times New Roman" w:cs="Times New Roman"/>
          <w:lang w:val="ru-RU"/>
        </w:rPr>
        <w:t xml:space="preserve"> </w:t>
      </w:r>
      <w:proofErr w:type="spellStart"/>
      <w:proofErr w:type="gramStart"/>
      <w:r w:rsidRPr="00C64B96">
        <w:rPr>
          <w:rFonts w:ascii="Times New Roman" w:hAnsi="Times New Roman" w:cs="Times New Roman"/>
          <w:lang w:val="ru-RU"/>
        </w:rPr>
        <w:t>тиіс</w:t>
      </w:r>
      <w:proofErr w:type="spellEnd"/>
      <w:proofErr w:type="gramEnd"/>
      <w:r w:rsidRPr="00C64B96">
        <w:rPr>
          <w:rFonts w:ascii="Times New Roman" w:hAnsi="Times New Roman" w:cs="Times New Roman"/>
          <w:lang w:val="ru-RU"/>
        </w:rPr>
        <w:t xml:space="preserve">. Металл </w:t>
      </w:r>
      <w:proofErr w:type="spellStart"/>
      <w:r w:rsidRPr="00C64B96">
        <w:rPr>
          <w:rFonts w:ascii="Times New Roman" w:hAnsi="Times New Roman" w:cs="Times New Roman"/>
          <w:lang w:val="ru-RU"/>
        </w:rPr>
        <w:t>беттері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грунттау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алдында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толық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тазартылуы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қажет</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Мырышталған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профильді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қаңылтырдан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жасалатын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шатыр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жабынының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түйіскен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жерлері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герметикалық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түрде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жабылып</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бекіткіштері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сенімді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орнатылуы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тиіс</w:t>
      </w:r>
      <w:proofErr w:type="spellEnd"/>
      <w:r w:rsidRPr="00C64B96">
        <w:rPr>
          <w:rFonts w:ascii="Times New Roman" w:hAnsi="Times New Roman" w:cs="Times New Roman"/>
          <w:lang w:val="ru-RU"/>
        </w:rPr>
        <w:t>.</w:t>
      </w:r>
    </w:p>
    <w:p w:rsidR="00E87DCF" w:rsidRPr="007C16D4" w:rsidRDefault="00E87DCF" w:rsidP="00C64B96">
      <w:pPr>
        <w:pStyle w:val="a0"/>
        <w:jc w:val="both"/>
        <w:rPr>
          <w:rFonts w:ascii="Times New Roman" w:hAnsi="Times New Roman" w:cs="Times New Roman"/>
          <w:b/>
          <w:lang w:val="ru-RU"/>
        </w:rPr>
      </w:pPr>
      <w:r w:rsidRPr="00C64B96">
        <w:rPr>
          <w:rFonts w:ascii="Times New Roman" w:hAnsi="Times New Roman" w:cs="Times New Roman"/>
          <w:lang w:val="ru-RU"/>
        </w:rPr>
        <w:t xml:space="preserve">Электр </w:t>
      </w:r>
      <w:proofErr w:type="spellStart"/>
      <w:r w:rsidRPr="00C64B96">
        <w:rPr>
          <w:rFonts w:ascii="Times New Roman" w:hAnsi="Times New Roman" w:cs="Times New Roman"/>
          <w:lang w:val="ru-RU"/>
        </w:rPr>
        <w:t>монтаждау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жұмыстарына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қорғаныш</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құбырларын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электр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кабельдерін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төсеу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жарықтандыру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шамдарын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прожекторларды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автоматты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ажыратқыштарды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релелерді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орнату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кіреді</w:t>
      </w:r>
      <w:proofErr w:type="spellEnd"/>
      <w:r w:rsidRPr="00C64B96">
        <w:rPr>
          <w:rFonts w:ascii="Times New Roman" w:hAnsi="Times New Roman" w:cs="Times New Roman"/>
          <w:lang w:val="ru-RU"/>
        </w:rPr>
        <w:t xml:space="preserve">. </w:t>
      </w:r>
      <w:proofErr w:type="spellStart"/>
      <w:r w:rsidRPr="007C16D4">
        <w:rPr>
          <w:rFonts w:ascii="Times New Roman" w:hAnsi="Times New Roman" w:cs="Times New Roman"/>
          <w:b/>
          <w:lang w:val="ru-RU"/>
        </w:rPr>
        <w:t>Жұмыстар</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аяқталғаннан</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кейін</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электр</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жабдықтарының</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жұмысқа</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жарамдылығы</w:t>
      </w:r>
      <w:proofErr w:type="spellEnd"/>
      <w:r w:rsidRPr="007C16D4">
        <w:rPr>
          <w:rFonts w:ascii="Times New Roman" w:hAnsi="Times New Roman" w:cs="Times New Roman"/>
          <w:b/>
          <w:lang w:val="ru-RU"/>
        </w:rPr>
        <w:t xml:space="preserve"> мен </w:t>
      </w:r>
      <w:proofErr w:type="spellStart"/>
      <w:r w:rsidRPr="007C16D4">
        <w:rPr>
          <w:rFonts w:ascii="Times New Roman" w:hAnsi="Times New Roman" w:cs="Times New Roman"/>
          <w:b/>
          <w:lang w:val="ru-RU"/>
        </w:rPr>
        <w:t>электр</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қауіпсіздігі</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тексерілуі</w:t>
      </w:r>
      <w:proofErr w:type="spellEnd"/>
      <w:r w:rsidRPr="007C16D4">
        <w:rPr>
          <w:rFonts w:ascii="Times New Roman" w:hAnsi="Times New Roman" w:cs="Times New Roman"/>
          <w:b/>
          <w:lang w:val="ru-RU"/>
        </w:rPr>
        <w:t xml:space="preserve"> </w:t>
      </w:r>
      <w:proofErr w:type="spellStart"/>
      <w:proofErr w:type="gramStart"/>
      <w:r w:rsidRPr="007C16D4">
        <w:rPr>
          <w:rFonts w:ascii="Times New Roman" w:hAnsi="Times New Roman" w:cs="Times New Roman"/>
          <w:b/>
          <w:lang w:val="ru-RU"/>
        </w:rPr>
        <w:t>тиіс</w:t>
      </w:r>
      <w:proofErr w:type="spellEnd"/>
      <w:proofErr w:type="gramEnd"/>
      <w:r w:rsidRPr="007C16D4">
        <w:rPr>
          <w:rFonts w:ascii="Times New Roman" w:hAnsi="Times New Roman" w:cs="Times New Roman"/>
          <w:b/>
          <w:lang w:val="ru-RU"/>
        </w:rPr>
        <w:t>.</w:t>
      </w:r>
    </w:p>
    <w:p w:rsidR="00E87DCF" w:rsidRPr="00C64B96" w:rsidRDefault="00E87DCF" w:rsidP="00C64B96">
      <w:pPr>
        <w:pStyle w:val="a0"/>
        <w:jc w:val="both"/>
        <w:rPr>
          <w:rFonts w:ascii="Times New Roman" w:hAnsi="Times New Roman" w:cs="Times New Roman"/>
          <w:lang w:val="ru-RU"/>
        </w:rPr>
      </w:pPr>
      <w:proofErr w:type="spellStart"/>
      <w:r w:rsidRPr="007C16D4">
        <w:rPr>
          <w:rFonts w:ascii="Times New Roman" w:hAnsi="Times New Roman" w:cs="Times New Roman"/>
          <w:b/>
          <w:lang w:val="ru-RU"/>
        </w:rPr>
        <w:t>Темірбетон</w:t>
      </w:r>
      <w:proofErr w:type="spellEnd"/>
      <w:r w:rsidRPr="007C16D4">
        <w:rPr>
          <w:rFonts w:ascii="Times New Roman" w:hAnsi="Times New Roman" w:cs="Times New Roman"/>
          <w:b/>
          <w:lang w:val="ru-RU"/>
        </w:rPr>
        <w:t xml:space="preserve"> пандус </w:t>
      </w:r>
      <w:proofErr w:type="spellStart"/>
      <w:r w:rsidRPr="007C16D4">
        <w:rPr>
          <w:rFonts w:ascii="Times New Roman" w:hAnsi="Times New Roman" w:cs="Times New Roman"/>
          <w:b/>
          <w:lang w:val="ru-RU"/>
        </w:rPr>
        <w:t>сметада</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көзделген</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жабынмен</w:t>
      </w:r>
      <w:proofErr w:type="spellEnd"/>
      <w:r w:rsidRPr="007C16D4">
        <w:rPr>
          <w:rFonts w:ascii="Times New Roman" w:hAnsi="Times New Roman" w:cs="Times New Roman"/>
          <w:b/>
          <w:lang w:val="ru-RU"/>
        </w:rPr>
        <w:t xml:space="preserve">, металл </w:t>
      </w:r>
      <w:proofErr w:type="spellStart"/>
      <w:r w:rsidRPr="007C16D4">
        <w:rPr>
          <w:rFonts w:ascii="Times New Roman" w:hAnsi="Times New Roman" w:cs="Times New Roman"/>
          <w:b/>
          <w:lang w:val="ru-RU"/>
        </w:rPr>
        <w:t>қоршаулармен</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және</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тактильді</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элементтермен</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жабдықталуы</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тиіс</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Пандустың</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нақты</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еңі</w:t>
      </w:r>
      <w:proofErr w:type="gramStart"/>
      <w:r w:rsidRPr="007C16D4">
        <w:rPr>
          <w:rFonts w:ascii="Times New Roman" w:hAnsi="Times New Roman" w:cs="Times New Roman"/>
          <w:b/>
          <w:lang w:val="ru-RU"/>
        </w:rPr>
        <w:t>ст</w:t>
      </w:r>
      <w:proofErr w:type="gramEnd"/>
      <w:r w:rsidRPr="007C16D4">
        <w:rPr>
          <w:rFonts w:ascii="Times New Roman" w:hAnsi="Times New Roman" w:cs="Times New Roman"/>
          <w:b/>
          <w:lang w:val="ru-RU"/>
        </w:rPr>
        <w:t>ігі</w:t>
      </w:r>
      <w:proofErr w:type="spellEnd"/>
      <w:r w:rsidRPr="007C16D4">
        <w:rPr>
          <w:rFonts w:ascii="Times New Roman" w:hAnsi="Times New Roman" w:cs="Times New Roman"/>
          <w:b/>
          <w:lang w:val="ru-RU"/>
        </w:rPr>
        <w:t xml:space="preserve"> мен </w:t>
      </w:r>
      <w:proofErr w:type="spellStart"/>
      <w:r w:rsidRPr="007C16D4">
        <w:rPr>
          <w:rFonts w:ascii="Times New Roman" w:hAnsi="Times New Roman" w:cs="Times New Roman"/>
          <w:b/>
          <w:lang w:val="ru-RU"/>
        </w:rPr>
        <w:t>геометриялық</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өлшемдері</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жобалық</w:t>
      </w:r>
      <w:proofErr w:type="spellEnd"/>
      <w:r w:rsidRPr="007C16D4">
        <w:rPr>
          <w:rFonts w:ascii="Times New Roman" w:hAnsi="Times New Roman" w:cs="Times New Roman"/>
          <w:b/>
          <w:lang w:val="ru-RU"/>
        </w:rPr>
        <w:t xml:space="preserve"> </w:t>
      </w:r>
      <w:proofErr w:type="spellStart"/>
      <w:r w:rsidRPr="007C16D4">
        <w:rPr>
          <w:rFonts w:ascii="Times New Roman" w:hAnsi="Times New Roman" w:cs="Times New Roman"/>
          <w:b/>
          <w:lang w:val="ru-RU"/>
        </w:rPr>
        <w:t>шешімдерге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қолжетімділік</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талаптарына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сәйкес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нақтыланады</w:t>
      </w:r>
      <w:proofErr w:type="spellEnd"/>
      <w:r w:rsidRPr="00C64B96">
        <w:rPr>
          <w:rFonts w:ascii="Times New Roman" w:hAnsi="Times New Roman" w:cs="Times New Roman"/>
          <w:lang w:val="ru-RU"/>
        </w:rPr>
        <w:t>.</w:t>
      </w:r>
    </w:p>
    <w:p w:rsidR="00E87DCF" w:rsidRPr="00C64B96" w:rsidRDefault="00E87DCF"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 xml:space="preserve">3. </w:t>
      </w:r>
      <w:proofErr w:type="spellStart"/>
      <w:r w:rsidRPr="00C64B96">
        <w:rPr>
          <w:rFonts w:ascii="Times New Roman" w:hAnsi="Times New Roman" w:cs="Times New Roman"/>
          <w:color w:val="auto"/>
          <w:lang w:val="ru-RU"/>
        </w:rPr>
        <w:t>Жұмыстарды</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орындау</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және</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қабылдау</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тәртібі</w:t>
      </w:r>
      <w:proofErr w:type="spellEnd"/>
    </w:p>
    <w:p w:rsidR="00E87DCF" w:rsidRPr="00C64B96" w:rsidRDefault="00E87DCF" w:rsidP="00C64B96">
      <w:pPr>
        <w:jc w:val="both"/>
        <w:rPr>
          <w:rFonts w:ascii="Times New Roman" w:hAnsi="Times New Roman" w:cs="Times New Roman"/>
          <w:lang w:val="ru-RU"/>
        </w:rPr>
      </w:pPr>
      <w:proofErr w:type="spellStart"/>
      <w:r w:rsidRPr="00C64B96">
        <w:rPr>
          <w:rFonts w:ascii="Times New Roman" w:hAnsi="Times New Roman" w:cs="Times New Roman"/>
          <w:lang w:val="ru-RU"/>
        </w:rPr>
        <w:t>Жұмыстар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басталғанға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дейін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мердігер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тапсырыс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берушімен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жұмыстардың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орындалу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реттілігін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қауіпсіздік</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шараларын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келісуге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міндетті</w:t>
      </w:r>
      <w:proofErr w:type="spellEnd"/>
      <w:r w:rsidRPr="00C64B96">
        <w:rPr>
          <w:rFonts w:ascii="Times New Roman" w:hAnsi="Times New Roman" w:cs="Times New Roman"/>
          <w:lang w:val="ru-RU"/>
        </w:rPr>
        <w:t>.</w:t>
      </w:r>
    </w:p>
    <w:p w:rsidR="00E87DCF" w:rsidRPr="00C64B96" w:rsidRDefault="00E87DCF" w:rsidP="00C64B96">
      <w:pPr>
        <w:jc w:val="both"/>
        <w:rPr>
          <w:rFonts w:ascii="Times New Roman" w:hAnsi="Times New Roman" w:cs="Times New Roman"/>
          <w:lang w:val="ru-RU"/>
        </w:rPr>
      </w:pPr>
      <w:proofErr w:type="spellStart"/>
      <w:r w:rsidRPr="00C64B96">
        <w:rPr>
          <w:rFonts w:ascii="Times New Roman" w:hAnsi="Times New Roman" w:cs="Times New Roman"/>
          <w:lang w:val="ru-RU"/>
        </w:rPr>
        <w:t>Жөндеу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жұмыстары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мектептің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қолданыстағы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үй-жайларын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қорғау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өрт</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қауіпсіздігі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санитариялық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талаптар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еңбекті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қорғау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ережелерін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сақтау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арқылы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жүргізілуі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тиіс</w:t>
      </w:r>
      <w:proofErr w:type="spellEnd"/>
      <w:r w:rsidRPr="00C64B96">
        <w:rPr>
          <w:rFonts w:ascii="Times New Roman" w:hAnsi="Times New Roman" w:cs="Times New Roman"/>
          <w:lang w:val="ru-RU"/>
        </w:rPr>
        <w:t>.</w:t>
      </w:r>
    </w:p>
    <w:p w:rsidR="00E87DCF" w:rsidRPr="00C64B96" w:rsidRDefault="00E87DCF" w:rsidP="00C64B96">
      <w:pPr>
        <w:jc w:val="both"/>
        <w:rPr>
          <w:rFonts w:ascii="Times New Roman" w:hAnsi="Times New Roman" w:cs="Times New Roman"/>
        </w:rPr>
      </w:pPr>
      <w:proofErr w:type="spellStart"/>
      <w:r w:rsidRPr="00C64B96">
        <w:rPr>
          <w:rFonts w:ascii="Times New Roman" w:hAnsi="Times New Roman" w:cs="Times New Roman"/>
        </w:rPr>
        <w:t>Жұмыстар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аяқталғаннан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кейін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мердігер</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rPr>
      </w:pPr>
      <w:proofErr w:type="spellStart"/>
      <w:r w:rsidRPr="00C64B96">
        <w:rPr>
          <w:rFonts w:ascii="Times New Roman" w:hAnsi="Times New Roman" w:cs="Times New Roman"/>
        </w:rPr>
        <w:t>Құрылыс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қалдықтарын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толық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жинап</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объект</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аумағынан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шығаруға</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rPr>
      </w:pPr>
      <w:proofErr w:type="spellStart"/>
      <w:r w:rsidRPr="00C64B96">
        <w:rPr>
          <w:rFonts w:ascii="Times New Roman" w:hAnsi="Times New Roman" w:cs="Times New Roman"/>
        </w:rPr>
        <w:t>Жөнделген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үй-жайларды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тазалауға</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rPr>
      </w:pPr>
      <w:proofErr w:type="spellStart"/>
      <w:r w:rsidRPr="00C64B96">
        <w:rPr>
          <w:rFonts w:ascii="Times New Roman" w:hAnsi="Times New Roman" w:cs="Times New Roman"/>
        </w:rPr>
        <w:t>Орындалған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көлемдерін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тапсырыс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берушіге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қабылдауға</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ұсынуға</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rPr>
      </w:pPr>
      <w:proofErr w:type="spellStart"/>
      <w:r w:rsidRPr="00C64B96">
        <w:rPr>
          <w:rFonts w:ascii="Times New Roman" w:hAnsi="Times New Roman" w:cs="Times New Roman"/>
        </w:rPr>
        <w:lastRenderedPageBreak/>
        <w:t>Шартта</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көзделген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атқарушылық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құжаттарды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және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орындалған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актілерін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тапсыруға</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міндетті</w:t>
      </w:r>
      <w:proofErr w:type="spellEnd"/>
      <w:r w:rsidRPr="00C64B96">
        <w:rPr>
          <w:rFonts w:ascii="Times New Roman" w:hAnsi="Times New Roman" w:cs="Times New Roman"/>
        </w:rPr>
        <w:t>.</w:t>
      </w:r>
    </w:p>
    <w:p w:rsidR="00E87DCF" w:rsidRPr="00C64B96" w:rsidRDefault="00E87DCF" w:rsidP="00C64B96">
      <w:pPr>
        <w:jc w:val="both"/>
        <w:rPr>
          <w:rFonts w:ascii="Times New Roman" w:hAnsi="Times New Roman" w:cs="Times New Roman"/>
        </w:rPr>
      </w:pPr>
      <w:proofErr w:type="spellStart"/>
      <w:r w:rsidRPr="00C64B96">
        <w:rPr>
          <w:rFonts w:ascii="Times New Roman" w:hAnsi="Times New Roman" w:cs="Times New Roman"/>
          <w:b/>
        </w:rPr>
        <w:t>Барлық</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құрылыс</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материалдары</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жабдықтар</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құрал-саймандар</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және</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қажетті</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қосалқы</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бөлшектер</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мердігердің</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өз</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қаражаты</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есебінен</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қамтамасыз</w:t>
      </w:r>
      <w:proofErr w:type="spellEnd"/>
      <w:r w:rsidRPr="00C64B96">
        <w:rPr>
          <w:rFonts w:ascii="Times New Roman" w:hAnsi="Times New Roman" w:cs="Times New Roman"/>
          <w:b/>
        </w:rPr>
        <w:t xml:space="preserve"> </w:t>
      </w:r>
      <w:proofErr w:type="spellStart"/>
      <w:r w:rsidRPr="00C64B96">
        <w:rPr>
          <w:rFonts w:ascii="Times New Roman" w:hAnsi="Times New Roman" w:cs="Times New Roman"/>
          <w:b/>
        </w:rPr>
        <w:t>етіледі</w:t>
      </w:r>
      <w:proofErr w:type="spellEnd"/>
      <w:r w:rsidRPr="00C64B96">
        <w:rPr>
          <w:rFonts w:ascii="Times New Roman" w:hAnsi="Times New Roman" w:cs="Times New Roman"/>
          <w:b/>
        </w:rPr>
        <w:t>.</w:t>
      </w:r>
    </w:p>
    <w:p w:rsidR="00E87DCF" w:rsidRPr="00C64B96" w:rsidRDefault="00E87DCF" w:rsidP="00C64B96">
      <w:pPr>
        <w:pStyle w:val="21"/>
        <w:jc w:val="both"/>
        <w:rPr>
          <w:rFonts w:ascii="Times New Roman" w:hAnsi="Times New Roman" w:cs="Times New Roman"/>
          <w:color w:val="auto"/>
        </w:rPr>
      </w:pPr>
      <w:r w:rsidRPr="00C64B96">
        <w:rPr>
          <w:rFonts w:ascii="Times New Roman" w:hAnsi="Times New Roman" w:cs="Times New Roman"/>
          <w:color w:val="auto"/>
        </w:rPr>
        <w:t xml:space="preserve">4. </w:t>
      </w:r>
      <w:proofErr w:type="spellStart"/>
      <w:r w:rsidRPr="00C64B96">
        <w:rPr>
          <w:rFonts w:ascii="Times New Roman" w:hAnsi="Times New Roman" w:cs="Times New Roman"/>
          <w:color w:val="auto"/>
        </w:rPr>
        <w:t>Жұмыстарды</w:t>
      </w:r>
      <w:proofErr w:type="spellEnd"/>
      <w:r w:rsidRPr="00C64B96">
        <w:rPr>
          <w:rFonts w:ascii="Times New Roman" w:hAnsi="Times New Roman" w:cs="Times New Roman"/>
          <w:color w:val="auto"/>
        </w:rPr>
        <w:t xml:space="preserve"> </w:t>
      </w:r>
      <w:proofErr w:type="spellStart"/>
      <w:r w:rsidRPr="00C64B96">
        <w:rPr>
          <w:rFonts w:ascii="Times New Roman" w:hAnsi="Times New Roman" w:cs="Times New Roman"/>
          <w:color w:val="auto"/>
        </w:rPr>
        <w:t>орындау</w:t>
      </w:r>
      <w:proofErr w:type="spellEnd"/>
      <w:r w:rsidRPr="00C64B96">
        <w:rPr>
          <w:rFonts w:ascii="Times New Roman" w:hAnsi="Times New Roman" w:cs="Times New Roman"/>
          <w:color w:val="auto"/>
        </w:rPr>
        <w:t xml:space="preserve"> </w:t>
      </w:r>
      <w:proofErr w:type="spellStart"/>
      <w:r w:rsidRPr="00C64B96">
        <w:rPr>
          <w:rFonts w:ascii="Times New Roman" w:hAnsi="Times New Roman" w:cs="Times New Roman"/>
          <w:color w:val="auto"/>
        </w:rPr>
        <w:t>мерзімі</w:t>
      </w:r>
      <w:proofErr w:type="spellEnd"/>
    </w:p>
    <w:p w:rsidR="00E87DCF" w:rsidRPr="00C64B96" w:rsidRDefault="00E87DCF" w:rsidP="00C64B96">
      <w:pPr>
        <w:jc w:val="both"/>
        <w:rPr>
          <w:rFonts w:ascii="Times New Roman" w:hAnsi="Times New Roman" w:cs="Times New Roman"/>
        </w:rPr>
      </w:pPr>
      <w:proofErr w:type="spellStart"/>
      <w:r w:rsidRPr="00C64B96">
        <w:rPr>
          <w:rFonts w:ascii="Times New Roman" w:hAnsi="Times New Roman" w:cs="Times New Roman"/>
        </w:rPr>
        <w:t>Мердігер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шартта</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белгіленген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жұмыстардың</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басталу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күнінен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бастап</w:t>
      </w:r>
      <w:proofErr w:type="spellEnd"/>
      <w:r w:rsidRPr="00C64B96">
        <w:rPr>
          <w:rFonts w:ascii="Times New Roman" w:hAnsi="Times New Roman" w:cs="Times New Roman"/>
        </w:rPr>
        <w:t xml:space="preserve"> 30 (</w:t>
      </w:r>
      <w:proofErr w:type="spellStart"/>
      <w:r w:rsidRPr="00C64B96">
        <w:rPr>
          <w:rFonts w:ascii="Times New Roman" w:hAnsi="Times New Roman" w:cs="Times New Roman"/>
        </w:rPr>
        <w:t>отыз</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күнтізбелік</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күн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ішінде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барлық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жөндеу-құрылыс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және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монтаждау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жұмыстарын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толық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аяқтауға</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міндетті</w:t>
      </w:r>
      <w:proofErr w:type="spellEnd"/>
      <w:r w:rsidRPr="00C64B96">
        <w:rPr>
          <w:rFonts w:ascii="Times New Roman" w:hAnsi="Times New Roman" w:cs="Times New Roman"/>
        </w:rPr>
        <w:t>.</w:t>
      </w:r>
    </w:p>
    <w:p w:rsidR="00E87DCF" w:rsidRPr="00C64B96" w:rsidRDefault="00E87DCF" w:rsidP="00C64B96">
      <w:pPr>
        <w:jc w:val="both"/>
        <w:rPr>
          <w:rFonts w:ascii="Times New Roman" w:hAnsi="Times New Roman" w:cs="Times New Roman"/>
        </w:rPr>
      </w:pPr>
      <w:proofErr w:type="spellStart"/>
      <w:r w:rsidRPr="00C64B96">
        <w:rPr>
          <w:rFonts w:ascii="Times New Roman" w:hAnsi="Times New Roman" w:cs="Times New Roman"/>
        </w:rPr>
        <w:t>Көрсетілген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мерзімге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құрылыс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қалдықтарын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шығару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объектіні</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толық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тазалау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және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орындалған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жұмыстарды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тапсырыс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берушіге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тапсыру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кіреді</w:t>
      </w:r>
      <w:proofErr w:type="spellEnd"/>
      <w:r w:rsidRPr="00C64B96">
        <w:rPr>
          <w:rFonts w:ascii="Times New Roman" w:hAnsi="Times New Roman" w:cs="Times New Roman"/>
        </w:rPr>
        <w:t>.</w:t>
      </w:r>
    </w:p>
    <w:p w:rsidR="00E87DCF" w:rsidRPr="00C64B96" w:rsidRDefault="00E87DCF" w:rsidP="00C64B96">
      <w:pPr>
        <w:pStyle w:val="21"/>
        <w:jc w:val="both"/>
        <w:rPr>
          <w:rFonts w:ascii="Times New Roman" w:hAnsi="Times New Roman" w:cs="Times New Roman"/>
          <w:color w:val="auto"/>
        </w:rPr>
      </w:pPr>
      <w:r w:rsidRPr="00C64B96">
        <w:rPr>
          <w:rFonts w:ascii="Times New Roman" w:hAnsi="Times New Roman" w:cs="Times New Roman"/>
          <w:color w:val="auto"/>
        </w:rPr>
        <w:t xml:space="preserve">4.1. </w:t>
      </w:r>
      <w:proofErr w:type="spellStart"/>
      <w:r w:rsidRPr="00C64B96">
        <w:rPr>
          <w:rFonts w:ascii="Times New Roman" w:hAnsi="Times New Roman" w:cs="Times New Roman"/>
          <w:color w:val="auto"/>
        </w:rPr>
        <w:t>Жұмыстар</w:t>
      </w:r>
      <w:proofErr w:type="spellEnd"/>
      <w:r w:rsidRPr="00C64B96">
        <w:rPr>
          <w:rFonts w:ascii="Times New Roman" w:hAnsi="Times New Roman" w:cs="Times New Roman"/>
          <w:color w:val="auto"/>
        </w:rPr>
        <w:t xml:space="preserve"> </w:t>
      </w:r>
      <w:proofErr w:type="spellStart"/>
      <w:r w:rsidRPr="00C64B96">
        <w:rPr>
          <w:rFonts w:ascii="Times New Roman" w:hAnsi="Times New Roman" w:cs="Times New Roman"/>
          <w:color w:val="auto"/>
        </w:rPr>
        <w:t>аяқталғаннан</w:t>
      </w:r>
      <w:proofErr w:type="spellEnd"/>
      <w:r w:rsidRPr="00C64B96">
        <w:rPr>
          <w:rFonts w:ascii="Times New Roman" w:hAnsi="Times New Roman" w:cs="Times New Roman"/>
          <w:color w:val="auto"/>
        </w:rPr>
        <w:t xml:space="preserve"> </w:t>
      </w:r>
      <w:proofErr w:type="spellStart"/>
      <w:r w:rsidRPr="00C64B96">
        <w:rPr>
          <w:rFonts w:ascii="Times New Roman" w:hAnsi="Times New Roman" w:cs="Times New Roman"/>
          <w:color w:val="auto"/>
        </w:rPr>
        <w:t>кейін</w:t>
      </w:r>
      <w:proofErr w:type="spellEnd"/>
      <w:r w:rsidRPr="00C64B96">
        <w:rPr>
          <w:rFonts w:ascii="Times New Roman" w:hAnsi="Times New Roman" w:cs="Times New Roman"/>
          <w:color w:val="auto"/>
        </w:rPr>
        <w:t xml:space="preserve"> </w:t>
      </w:r>
      <w:proofErr w:type="spellStart"/>
      <w:r w:rsidRPr="00C64B96">
        <w:rPr>
          <w:rFonts w:ascii="Times New Roman" w:hAnsi="Times New Roman" w:cs="Times New Roman"/>
          <w:color w:val="auto"/>
        </w:rPr>
        <w:t>тазалау</w:t>
      </w:r>
      <w:proofErr w:type="spellEnd"/>
    </w:p>
    <w:p w:rsidR="00E87DCF" w:rsidRPr="00C64B96" w:rsidRDefault="00E87DCF" w:rsidP="00C64B96">
      <w:pPr>
        <w:jc w:val="both"/>
        <w:rPr>
          <w:rFonts w:ascii="Times New Roman" w:hAnsi="Times New Roman" w:cs="Times New Roman"/>
        </w:rPr>
      </w:pPr>
      <w:proofErr w:type="spellStart"/>
      <w:r w:rsidRPr="00C64B96">
        <w:rPr>
          <w:rFonts w:ascii="Times New Roman" w:hAnsi="Times New Roman" w:cs="Times New Roman"/>
        </w:rPr>
        <w:t>Мердігер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өз</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қаражаты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есебінен</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rPr>
      </w:pPr>
      <w:proofErr w:type="spellStart"/>
      <w:r w:rsidRPr="00C64B96">
        <w:rPr>
          <w:rFonts w:ascii="Times New Roman" w:hAnsi="Times New Roman" w:cs="Times New Roman"/>
        </w:rPr>
        <w:t>Барлық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құрылыс</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қалдықтарын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шығаруға</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Қалған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құрылыс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материалдары</w:t>
      </w:r>
      <w:proofErr w:type="spellEnd"/>
      <w:r w:rsidRPr="00C64B96">
        <w:rPr>
          <w:rFonts w:ascii="Times New Roman" w:hAnsi="Times New Roman" w:cs="Times New Roman"/>
          <w:lang w:val="ru-RU"/>
        </w:rPr>
        <w:t xml:space="preserve"> мен </w:t>
      </w:r>
      <w:proofErr w:type="spellStart"/>
      <w:r w:rsidRPr="00C64B96">
        <w:rPr>
          <w:rFonts w:ascii="Times New Roman" w:hAnsi="Times New Roman" w:cs="Times New Roman"/>
          <w:lang w:val="ru-RU"/>
        </w:rPr>
        <w:t>қаптамаларды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жинауға</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Жөнделген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үй-жайларды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іргелес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аумақты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толық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тазалауға</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Құрылыс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жұмыстары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нәтижесінде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пайда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болған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ластануларды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жоюға</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Объектіні</w:t>
      </w:r>
      <w:proofErr w:type="spellEnd"/>
      <w:r w:rsidRPr="00C64B96">
        <w:rPr>
          <w:rFonts w:ascii="Times New Roman" w:hAnsi="Times New Roman" w:cs="Times New Roman"/>
          <w:lang w:val="ru-RU"/>
        </w:rPr>
        <w:t xml:space="preserve"> таза, </w:t>
      </w:r>
      <w:proofErr w:type="spellStart"/>
      <w:r w:rsidRPr="00C64B96">
        <w:rPr>
          <w:rFonts w:ascii="Times New Roman" w:hAnsi="Times New Roman" w:cs="Times New Roman"/>
          <w:lang w:val="ru-RU"/>
        </w:rPr>
        <w:t>қауіпсіз</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пайдалануға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толық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жарамды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күйде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тапсырыс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берушіге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тапсыруға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міндетті</w:t>
      </w:r>
      <w:proofErr w:type="spellEnd"/>
      <w:r w:rsidRPr="00C64B96">
        <w:rPr>
          <w:rFonts w:ascii="Times New Roman" w:hAnsi="Times New Roman" w:cs="Times New Roman"/>
          <w:lang w:val="ru-RU"/>
        </w:rPr>
        <w:t>.</w:t>
      </w:r>
    </w:p>
    <w:p w:rsidR="00E87DCF" w:rsidRPr="00C64B96" w:rsidRDefault="00E87DCF"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 xml:space="preserve">4.2. </w:t>
      </w:r>
      <w:proofErr w:type="spellStart"/>
      <w:r w:rsidRPr="00C64B96">
        <w:rPr>
          <w:rFonts w:ascii="Times New Roman" w:hAnsi="Times New Roman" w:cs="Times New Roman"/>
          <w:color w:val="auto"/>
          <w:lang w:val="ru-RU"/>
        </w:rPr>
        <w:t>Тапсырыс</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берушімен</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міндетті</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түрде</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келісу</w:t>
      </w:r>
      <w:proofErr w:type="spellEnd"/>
    </w:p>
    <w:p w:rsidR="00E87DCF" w:rsidRPr="00C64B96" w:rsidRDefault="00E87DCF" w:rsidP="00C64B96">
      <w:pPr>
        <w:jc w:val="both"/>
        <w:rPr>
          <w:rFonts w:ascii="Times New Roman" w:hAnsi="Times New Roman" w:cs="Times New Roman"/>
          <w:lang w:val="ru-RU"/>
        </w:rPr>
      </w:pPr>
      <w:proofErr w:type="spellStart"/>
      <w:r w:rsidRPr="00C64B96">
        <w:rPr>
          <w:rFonts w:ascii="Times New Roman" w:hAnsi="Times New Roman" w:cs="Times New Roman"/>
          <w:lang w:val="ru-RU"/>
        </w:rPr>
        <w:t>Мердігер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әрбір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түрін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бастамас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бұрын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тапсырыс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берушімен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төмендегі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мәселелерді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міндетті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түрде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келісуі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тиіс</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Қолданылатын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құрылыс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әрлеу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материалдарын</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Материалдардың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үлгілерін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техникалық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сипаттамаларын</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Түс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үйлесімін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сыртқы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көрінісін</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Конструкциялар</w:t>
      </w:r>
      <w:proofErr w:type="spellEnd"/>
      <w:r w:rsidRPr="00C64B96">
        <w:rPr>
          <w:rFonts w:ascii="Times New Roman" w:hAnsi="Times New Roman" w:cs="Times New Roman"/>
          <w:lang w:val="ru-RU"/>
        </w:rPr>
        <w:t xml:space="preserve"> мен </w:t>
      </w:r>
      <w:proofErr w:type="spellStart"/>
      <w:r w:rsidRPr="00C64B96">
        <w:rPr>
          <w:rFonts w:ascii="Times New Roman" w:hAnsi="Times New Roman" w:cs="Times New Roman"/>
          <w:lang w:val="ru-RU"/>
        </w:rPr>
        <w:t>жабдықтардың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орнатылатын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орындарын</w:t>
      </w:r>
      <w:proofErr w:type="spellEnd"/>
      <w:r w:rsidRPr="00C64B96">
        <w:rPr>
          <w:rFonts w:ascii="Times New Roman" w:hAnsi="Times New Roman" w:cs="Times New Roman"/>
          <w:lang w:val="ru-RU"/>
        </w:rPr>
        <w:t>;</w:t>
      </w:r>
    </w:p>
    <w:p w:rsidR="00E87DCF" w:rsidRPr="00C64B96" w:rsidRDefault="00E87DCF" w:rsidP="00C64B96">
      <w:pPr>
        <w:pStyle w:val="a0"/>
        <w:jc w:val="both"/>
        <w:rPr>
          <w:rFonts w:ascii="Times New Roman" w:hAnsi="Times New Roman" w:cs="Times New Roman"/>
        </w:rPr>
      </w:pPr>
      <w:proofErr w:type="spellStart"/>
      <w:r w:rsidRPr="00C64B96">
        <w:rPr>
          <w:rFonts w:ascii="Times New Roman" w:hAnsi="Times New Roman" w:cs="Times New Roman"/>
        </w:rPr>
        <w:t>Орындалатын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жұмыстардың</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көлемін</w:t>
      </w:r>
      <w:proofErr w:type="spellEnd"/>
      <w:r w:rsidRPr="00C64B96">
        <w:rPr>
          <w:rFonts w:ascii="Times New Roman" w:hAnsi="Times New Roman" w:cs="Times New Roman"/>
        </w:rPr>
        <w:t>;</w:t>
      </w:r>
    </w:p>
    <w:p w:rsidR="00E87DCF" w:rsidRPr="00C64B96" w:rsidRDefault="00E87DCF" w:rsidP="00C64B96">
      <w:pPr>
        <w:pStyle w:val="a0"/>
        <w:jc w:val="both"/>
        <w:rPr>
          <w:rFonts w:ascii="Times New Roman" w:hAnsi="Times New Roman" w:cs="Times New Roman"/>
          <w:lang w:val="ru-RU"/>
        </w:rPr>
      </w:pPr>
      <w:proofErr w:type="spellStart"/>
      <w:r w:rsidRPr="00C64B96">
        <w:rPr>
          <w:rFonts w:ascii="Times New Roman" w:hAnsi="Times New Roman" w:cs="Times New Roman"/>
          <w:lang w:val="ru-RU"/>
        </w:rPr>
        <w:t>Жұмыстарды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орындау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тәртібі</w:t>
      </w:r>
      <w:proofErr w:type="spellEnd"/>
      <w:r w:rsidRPr="00C64B96">
        <w:rPr>
          <w:rFonts w:ascii="Times New Roman" w:hAnsi="Times New Roman" w:cs="Times New Roman"/>
          <w:lang w:val="ru-RU"/>
        </w:rPr>
        <w:t xml:space="preserve"> мен </w:t>
      </w:r>
      <w:proofErr w:type="spellStart"/>
      <w:r w:rsidRPr="00C64B96">
        <w:rPr>
          <w:rFonts w:ascii="Times New Roman" w:hAnsi="Times New Roman" w:cs="Times New Roman"/>
          <w:lang w:val="ru-RU"/>
        </w:rPr>
        <w:t>технологиясын</w:t>
      </w:r>
      <w:proofErr w:type="spellEnd"/>
      <w:r w:rsidRPr="00C64B96">
        <w:rPr>
          <w:rFonts w:ascii="Times New Roman" w:hAnsi="Times New Roman" w:cs="Times New Roman"/>
          <w:lang w:val="ru-RU"/>
        </w:rPr>
        <w:t>.</w:t>
      </w:r>
    </w:p>
    <w:p w:rsidR="00E87DCF" w:rsidRPr="00C64B96" w:rsidRDefault="00E87DCF" w:rsidP="00C64B96">
      <w:pPr>
        <w:jc w:val="both"/>
        <w:rPr>
          <w:rFonts w:ascii="Times New Roman" w:hAnsi="Times New Roman" w:cs="Times New Roman"/>
          <w:lang w:val="ru-RU"/>
        </w:rPr>
      </w:pPr>
      <w:proofErr w:type="spellStart"/>
      <w:r w:rsidRPr="00C64B96">
        <w:rPr>
          <w:rFonts w:ascii="Times New Roman" w:hAnsi="Times New Roman" w:cs="Times New Roman"/>
          <w:lang w:val="ru-RU"/>
        </w:rPr>
        <w:t>Техникалық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шешімдерге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материалдарға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немесе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көлемдеріне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қандай</w:t>
      </w:r>
      <w:proofErr w:type="spellEnd"/>
      <w:r w:rsidRPr="00C64B96">
        <w:rPr>
          <w:rFonts w:ascii="Times New Roman" w:hAnsi="Times New Roman" w:cs="Times New Roman"/>
          <w:lang w:val="ru-RU"/>
        </w:rPr>
        <w:t xml:space="preserve"> да </w:t>
      </w:r>
      <w:proofErr w:type="spellStart"/>
      <w:r w:rsidRPr="00C64B96">
        <w:rPr>
          <w:rFonts w:ascii="Times New Roman" w:hAnsi="Times New Roman" w:cs="Times New Roman"/>
          <w:lang w:val="ru-RU"/>
        </w:rPr>
        <w:t>бір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өзгерістер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енгізуге</w:t>
      </w:r>
      <w:proofErr w:type="spellEnd"/>
      <w:r w:rsidRPr="00C64B96">
        <w:rPr>
          <w:rFonts w:ascii="Times New Roman" w:hAnsi="Times New Roman" w:cs="Times New Roman"/>
          <w:lang w:val="ru-RU"/>
        </w:rPr>
        <w:t xml:space="preserve"> тек </w:t>
      </w:r>
      <w:proofErr w:type="spellStart"/>
      <w:r w:rsidRPr="00C64B96">
        <w:rPr>
          <w:rFonts w:ascii="Times New Roman" w:hAnsi="Times New Roman" w:cs="Times New Roman"/>
          <w:lang w:val="ru-RU"/>
        </w:rPr>
        <w:t>тапсырыс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берушінің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алдын</w:t>
      </w:r>
      <w:proofErr w:type="spellEnd"/>
      <w:r w:rsidRPr="00C64B96">
        <w:rPr>
          <w:rFonts w:ascii="Times New Roman" w:hAnsi="Times New Roman" w:cs="Times New Roman"/>
          <w:lang w:val="ru-RU"/>
        </w:rPr>
        <w:t xml:space="preserve"> ала </w:t>
      </w:r>
      <w:proofErr w:type="spellStart"/>
      <w:r w:rsidRPr="00C64B96">
        <w:rPr>
          <w:rFonts w:ascii="Times New Roman" w:hAnsi="Times New Roman" w:cs="Times New Roman"/>
          <w:lang w:val="ru-RU"/>
        </w:rPr>
        <w:t>келісімімен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жол</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беріледі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Келісу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жазбаша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түрде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немесе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шартта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көзделген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өзге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тәсілмен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рәсімделуі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тиіс</w:t>
      </w:r>
      <w:proofErr w:type="spellEnd"/>
      <w:r w:rsidRPr="00C64B96">
        <w:rPr>
          <w:rFonts w:ascii="Times New Roman" w:hAnsi="Times New Roman" w:cs="Times New Roman"/>
          <w:lang w:val="ru-RU"/>
        </w:rPr>
        <w:t>.</w:t>
      </w:r>
    </w:p>
    <w:p w:rsidR="00E87DCF" w:rsidRPr="00C64B96" w:rsidRDefault="00E87DCF"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 xml:space="preserve">4.3. </w:t>
      </w:r>
      <w:proofErr w:type="spellStart"/>
      <w:r w:rsidRPr="00C64B96">
        <w:rPr>
          <w:rFonts w:ascii="Times New Roman" w:hAnsi="Times New Roman" w:cs="Times New Roman"/>
          <w:color w:val="auto"/>
          <w:lang w:val="ru-RU"/>
        </w:rPr>
        <w:t>Түс</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және</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сәулеттік</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үйлесімділік</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талаптары</w:t>
      </w:r>
      <w:proofErr w:type="spellEnd"/>
    </w:p>
    <w:p w:rsidR="00E87DCF" w:rsidRPr="00C64B96" w:rsidRDefault="00E87DCF" w:rsidP="00C64B96">
      <w:pPr>
        <w:jc w:val="both"/>
        <w:rPr>
          <w:rFonts w:ascii="Times New Roman" w:hAnsi="Times New Roman" w:cs="Times New Roman"/>
          <w:lang w:val="ru-RU"/>
        </w:rPr>
      </w:pPr>
      <w:proofErr w:type="spellStart"/>
      <w:r w:rsidRPr="00C64B96">
        <w:rPr>
          <w:rFonts w:ascii="Times New Roman" w:hAnsi="Times New Roman" w:cs="Times New Roman"/>
          <w:lang w:val="ru-RU"/>
        </w:rPr>
        <w:t>Орнатылатын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конструкциялардың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әрлеу</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материалдарының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сыртқы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көрінісі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байқалатын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барлық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бұйымдардың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түсі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фактурасы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дизайны </w:t>
      </w:r>
      <w:proofErr w:type="spellStart"/>
      <w:r w:rsidRPr="00C64B96">
        <w:rPr>
          <w:rFonts w:ascii="Times New Roman" w:hAnsi="Times New Roman" w:cs="Times New Roman"/>
          <w:lang w:val="ru-RU"/>
        </w:rPr>
        <w:t>объектінің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қолданыстағы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үйлесіміне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сәулеттік</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келбетіне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жалпы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безендірілуіне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сәйкес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болуы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тиіс</w:t>
      </w:r>
      <w:proofErr w:type="spellEnd"/>
      <w:r w:rsidRPr="00C64B96">
        <w:rPr>
          <w:rFonts w:ascii="Times New Roman" w:hAnsi="Times New Roman" w:cs="Times New Roman"/>
          <w:lang w:val="ru-RU"/>
        </w:rPr>
        <w:t>.</w:t>
      </w:r>
    </w:p>
    <w:p w:rsidR="00E87DCF" w:rsidRPr="00C64B96" w:rsidRDefault="00E87DCF" w:rsidP="00C64B96">
      <w:pPr>
        <w:jc w:val="both"/>
        <w:rPr>
          <w:rFonts w:ascii="Times New Roman" w:hAnsi="Times New Roman" w:cs="Times New Roman"/>
          <w:lang w:val="ru-RU"/>
        </w:rPr>
      </w:pPr>
      <w:proofErr w:type="spellStart"/>
      <w:r w:rsidRPr="00C64B96">
        <w:rPr>
          <w:rFonts w:ascii="Times New Roman" w:hAnsi="Times New Roman" w:cs="Times New Roman"/>
          <w:lang w:val="ru-RU"/>
        </w:rPr>
        <w:t>Материалдардың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түстері</w:t>
      </w:r>
      <w:proofErr w:type="spellEnd"/>
      <w:r w:rsidRPr="00C64B96">
        <w:rPr>
          <w:rFonts w:ascii="Times New Roman" w:hAnsi="Times New Roman" w:cs="Times New Roman"/>
          <w:lang w:val="ru-RU"/>
        </w:rPr>
        <w:t xml:space="preserve"> мен </w:t>
      </w:r>
      <w:proofErr w:type="spellStart"/>
      <w:r w:rsidRPr="00C64B96">
        <w:rPr>
          <w:rFonts w:ascii="Times New Roman" w:hAnsi="Times New Roman" w:cs="Times New Roman"/>
          <w:lang w:val="ru-RU"/>
        </w:rPr>
        <w:t>үлгілері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жұмыстар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басталғанға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дейін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тапсырыс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берушімен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міндетті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түрде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келісілуі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қажет</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Тапсырыс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берушінің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келісімінсіз</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түсін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дизайнын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немесе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сыртқы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көрінісін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өз</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бетінше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өзгертуге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жол</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берілмейді</w:t>
      </w:r>
      <w:proofErr w:type="spellEnd"/>
      <w:r w:rsidRPr="00C64B96">
        <w:rPr>
          <w:rFonts w:ascii="Times New Roman" w:hAnsi="Times New Roman" w:cs="Times New Roman"/>
          <w:lang w:val="ru-RU"/>
        </w:rPr>
        <w:t>.</w:t>
      </w:r>
    </w:p>
    <w:p w:rsidR="00E87DCF" w:rsidRPr="00C64B96" w:rsidRDefault="00E87DCF"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 xml:space="preserve">5. </w:t>
      </w:r>
      <w:proofErr w:type="spellStart"/>
      <w:r w:rsidRPr="00C64B96">
        <w:rPr>
          <w:rFonts w:ascii="Times New Roman" w:hAnsi="Times New Roman" w:cs="Times New Roman"/>
          <w:color w:val="auto"/>
          <w:lang w:val="ru-RU"/>
        </w:rPr>
        <w:t>Сметалық</w:t>
      </w:r>
      <w:proofErr w:type="spellEnd"/>
      <w:r w:rsidRPr="00C64B96">
        <w:rPr>
          <w:rFonts w:ascii="Times New Roman" w:hAnsi="Times New Roman" w:cs="Times New Roman"/>
          <w:color w:val="auto"/>
          <w:lang w:val="ru-RU"/>
        </w:rPr>
        <w:t xml:space="preserve"> </w:t>
      </w:r>
      <w:proofErr w:type="spellStart"/>
      <w:r w:rsidRPr="00C64B96">
        <w:rPr>
          <w:rFonts w:ascii="Times New Roman" w:hAnsi="Times New Roman" w:cs="Times New Roman"/>
          <w:color w:val="auto"/>
          <w:lang w:val="ru-RU"/>
        </w:rPr>
        <w:t>құны</w:t>
      </w:r>
      <w:proofErr w:type="spellEnd"/>
    </w:p>
    <w:p w:rsidR="0009597E" w:rsidRPr="00C64B96" w:rsidRDefault="00E87DCF" w:rsidP="00C64B96">
      <w:pPr>
        <w:jc w:val="both"/>
        <w:rPr>
          <w:rFonts w:ascii="Times New Roman" w:hAnsi="Times New Roman" w:cs="Times New Roman"/>
          <w:b/>
          <w:lang w:val="ru-RU"/>
        </w:rPr>
      </w:pPr>
      <w:r w:rsidRPr="00C64B96">
        <w:rPr>
          <w:rFonts w:ascii="Times New Roman" w:hAnsi="Times New Roman" w:cs="Times New Roman"/>
          <w:b/>
          <w:lang w:val="ru-RU"/>
        </w:rPr>
        <w:t xml:space="preserve">2026 </w:t>
      </w:r>
      <w:proofErr w:type="spellStart"/>
      <w:r w:rsidRPr="00C64B96">
        <w:rPr>
          <w:rFonts w:ascii="Times New Roman" w:hAnsi="Times New Roman" w:cs="Times New Roman"/>
          <w:b/>
          <w:lang w:val="ru-RU"/>
        </w:rPr>
        <w:t>жылдың</w:t>
      </w:r>
      <w:proofErr w:type="spellEnd"/>
      <w:r w:rsidRPr="00C64B96">
        <w:rPr>
          <w:rFonts w:ascii="Times New Roman" w:hAnsi="Times New Roman" w:cs="Times New Roman"/>
          <w:b/>
          <w:lang w:val="ru-RU"/>
        </w:rPr>
        <w:t xml:space="preserve"> </w:t>
      </w:r>
      <w:r w:rsidRPr="00C64B96">
        <w:rPr>
          <w:rFonts w:ascii="Times New Roman" w:hAnsi="Times New Roman" w:cs="Times New Roman"/>
          <w:b/>
        </w:rPr>
        <w:t>IV</w:t>
      </w:r>
      <w:r w:rsidRPr="00C64B96">
        <w:rPr>
          <w:rFonts w:ascii="Times New Roman" w:hAnsi="Times New Roman" w:cs="Times New Roman"/>
          <w:b/>
          <w:lang w:val="ru-RU"/>
        </w:rPr>
        <w:t xml:space="preserve"> </w:t>
      </w:r>
      <w:proofErr w:type="spellStart"/>
      <w:r w:rsidRPr="00C64B96">
        <w:rPr>
          <w:rFonts w:ascii="Times New Roman" w:hAnsi="Times New Roman" w:cs="Times New Roman"/>
          <w:b/>
          <w:lang w:val="ru-RU"/>
        </w:rPr>
        <w:t>тоқсанына</w:t>
      </w:r>
      <w:proofErr w:type="spellEnd"/>
      <w:r w:rsidRPr="00C64B96">
        <w:rPr>
          <w:rFonts w:ascii="Times New Roman" w:hAnsi="Times New Roman" w:cs="Times New Roman"/>
          <w:b/>
          <w:lang w:val="ru-RU"/>
        </w:rPr>
        <w:t xml:space="preserve"> </w:t>
      </w:r>
      <w:proofErr w:type="spellStart"/>
      <w:r w:rsidRPr="00C64B96">
        <w:rPr>
          <w:rFonts w:ascii="Times New Roman" w:hAnsi="Times New Roman" w:cs="Times New Roman"/>
          <w:b/>
          <w:lang w:val="ru-RU"/>
        </w:rPr>
        <w:t>арналған</w:t>
      </w:r>
      <w:proofErr w:type="spellEnd"/>
      <w:r w:rsidRPr="00C64B96">
        <w:rPr>
          <w:rFonts w:ascii="Times New Roman" w:hAnsi="Times New Roman" w:cs="Times New Roman"/>
          <w:b/>
          <w:lang w:val="ru-RU"/>
        </w:rPr>
        <w:t xml:space="preserve"> </w:t>
      </w:r>
      <w:proofErr w:type="spellStart"/>
      <w:r w:rsidRPr="00C64B96">
        <w:rPr>
          <w:rFonts w:ascii="Times New Roman" w:hAnsi="Times New Roman" w:cs="Times New Roman"/>
          <w:b/>
          <w:lang w:val="ru-RU"/>
        </w:rPr>
        <w:t>болжамды</w:t>
      </w:r>
      <w:proofErr w:type="spellEnd"/>
      <w:r w:rsidRPr="00C64B96">
        <w:rPr>
          <w:rFonts w:ascii="Times New Roman" w:hAnsi="Times New Roman" w:cs="Times New Roman"/>
          <w:b/>
          <w:lang w:val="ru-RU"/>
        </w:rPr>
        <w:t xml:space="preserve"> </w:t>
      </w:r>
      <w:proofErr w:type="spellStart"/>
      <w:proofErr w:type="gramStart"/>
      <w:r w:rsidRPr="00C64B96">
        <w:rPr>
          <w:rFonts w:ascii="Times New Roman" w:hAnsi="Times New Roman" w:cs="Times New Roman"/>
          <w:b/>
          <w:lang w:val="ru-RU"/>
        </w:rPr>
        <w:t>ба</w:t>
      </w:r>
      <w:proofErr w:type="gramEnd"/>
      <w:r w:rsidRPr="00C64B96">
        <w:rPr>
          <w:rFonts w:ascii="Times New Roman" w:hAnsi="Times New Roman" w:cs="Times New Roman"/>
          <w:b/>
          <w:lang w:val="ru-RU"/>
        </w:rPr>
        <w:t>ғалар</w:t>
      </w:r>
      <w:proofErr w:type="spellEnd"/>
      <w:r w:rsidRPr="00C64B96">
        <w:rPr>
          <w:rFonts w:ascii="Times New Roman" w:hAnsi="Times New Roman" w:cs="Times New Roman"/>
          <w:b/>
          <w:lang w:val="ru-RU"/>
        </w:rPr>
        <w:t xml:space="preserve"> </w:t>
      </w:r>
      <w:proofErr w:type="spellStart"/>
      <w:r w:rsidRPr="00C64B96">
        <w:rPr>
          <w:rFonts w:ascii="Times New Roman" w:hAnsi="Times New Roman" w:cs="Times New Roman"/>
          <w:b/>
          <w:lang w:val="ru-RU"/>
        </w:rPr>
        <w:t>бойынша</w:t>
      </w:r>
      <w:proofErr w:type="spellEnd"/>
      <w:r w:rsidRPr="00C64B96">
        <w:rPr>
          <w:rFonts w:ascii="Times New Roman" w:hAnsi="Times New Roman" w:cs="Times New Roman"/>
          <w:b/>
          <w:lang w:val="ru-RU"/>
        </w:rPr>
        <w:t xml:space="preserve"> </w:t>
      </w:r>
      <w:proofErr w:type="spellStart"/>
      <w:r w:rsidRPr="00C64B96">
        <w:rPr>
          <w:rFonts w:ascii="Times New Roman" w:hAnsi="Times New Roman" w:cs="Times New Roman"/>
          <w:b/>
          <w:lang w:val="ru-RU"/>
        </w:rPr>
        <w:t>жұмыстардың</w:t>
      </w:r>
      <w:proofErr w:type="spellEnd"/>
      <w:r w:rsidR="0009597E" w:rsidRPr="00C64B96">
        <w:rPr>
          <w:rFonts w:ascii="Times New Roman" w:hAnsi="Times New Roman" w:cs="Times New Roman"/>
          <w:b/>
          <w:lang w:val="ru-RU"/>
        </w:rPr>
        <w:t xml:space="preserve"> </w:t>
      </w:r>
      <w:proofErr w:type="spellStart"/>
      <w:r w:rsidR="0009597E" w:rsidRPr="00C64B96">
        <w:rPr>
          <w:rFonts w:ascii="Times New Roman" w:hAnsi="Times New Roman" w:cs="Times New Roman"/>
          <w:b/>
          <w:lang w:val="ru-RU"/>
        </w:rPr>
        <w:t>жалпы</w:t>
      </w:r>
      <w:proofErr w:type="spellEnd"/>
      <w:r w:rsidR="0009597E" w:rsidRPr="00C64B96">
        <w:rPr>
          <w:rFonts w:ascii="Times New Roman" w:hAnsi="Times New Roman" w:cs="Times New Roman"/>
          <w:b/>
          <w:lang w:val="ru-RU"/>
        </w:rPr>
        <w:t xml:space="preserve"> </w:t>
      </w:r>
      <w:proofErr w:type="spellStart"/>
      <w:r w:rsidR="0009597E" w:rsidRPr="00C64B96">
        <w:rPr>
          <w:rFonts w:ascii="Times New Roman" w:hAnsi="Times New Roman" w:cs="Times New Roman"/>
          <w:b/>
          <w:lang w:val="ru-RU"/>
        </w:rPr>
        <w:t>сметалық</w:t>
      </w:r>
      <w:proofErr w:type="spellEnd"/>
      <w:r w:rsidR="0009597E" w:rsidRPr="00C64B96">
        <w:rPr>
          <w:rFonts w:ascii="Times New Roman" w:hAnsi="Times New Roman" w:cs="Times New Roman"/>
          <w:b/>
          <w:lang w:val="ru-RU"/>
        </w:rPr>
        <w:t xml:space="preserve"> </w:t>
      </w:r>
      <w:proofErr w:type="spellStart"/>
      <w:r w:rsidR="0009597E" w:rsidRPr="00C64B96">
        <w:rPr>
          <w:rFonts w:ascii="Times New Roman" w:hAnsi="Times New Roman" w:cs="Times New Roman"/>
          <w:b/>
          <w:lang w:val="ru-RU"/>
        </w:rPr>
        <w:t>құны</w:t>
      </w:r>
      <w:proofErr w:type="spellEnd"/>
      <w:r w:rsidR="0009597E" w:rsidRPr="00C64B96">
        <w:rPr>
          <w:rFonts w:ascii="Times New Roman" w:hAnsi="Times New Roman" w:cs="Times New Roman"/>
          <w:b/>
          <w:lang w:val="ru-RU"/>
        </w:rPr>
        <w:t xml:space="preserve">: </w:t>
      </w:r>
    </w:p>
    <w:p w:rsidR="00E87DCF" w:rsidRPr="00C64B96" w:rsidRDefault="0009597E" w:rsidP="00C64B96">
      <w:pPr>
        <w:jc w:val="both"/>
        <w:rPr>
          <w:rFonts w:ascii="Times New Roman" w:hAnsi="Times New Roman" w:cs="Times New Roman"/>
          <w:lang w:val="ru-RU"/>
        </w:rPr>
      </w:pPr>
      <w:r w:rsidRPr="00C64B96">
        <w:rPr>
          <w:rFonts w:ascii="Times New Roman" w:hAnsi="Times New Roman" w:cs="Times New Roman"/>
          <w:b/>
          <w:lang w:val="ru-RU"/>
        </w:rPr>
        <w:lastRenderedPageBreak/>
        <w:t xml:space="preserve"> </w:t>
      </w:r>
      <w:r w:rsidR="00E87DCF" w:rsidRPr="00C64B96">
        <w:rPr>
          <w:rFonts w:ascii="Times New Roman" w:hAnsi="Times New Roman" w:cs="Times New Roman"/>
          <w:b/>
          <w:lang w:val="ru-RU"/>
        </w:rPr>
        <w:t xml:space="preserve"> (</w:t>
      </w:r>
      <w:proofErr w:type="spellStart"/>
      <w:r w:rsidR="00E87DCF" w:rsidRPr="00C64B96">
        <w:rPr>
          <w:rFonts w:ascii="Times New Roman" w:hAnsi="Times New Roman" w:cs="Times New Roman"/>
          <w:lang w:val="ru-RU"/>
        </w:rPr>
        <w:t>Көрсетілген</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сомалар</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ұсынылған</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жиынтық</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сметалық</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есепке</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сәйкес</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келті</w:t>
      </w:r>
      <w:proofErr w:type="gramStart"/>
      <w:r w:rsidR="00E87DCF" w:rsidRPr="00C64B96">
        <w:rPr>
          <w:rFonts w:ascii="Times New Roman" w:hAnsi="Times New Roman" w:cs="Times New Roman"/>
          <w:lang w:val="ru-RU"/>
        </w:rPr>
        <w:t>р</w:t>
      </w:r>
      <w:proofErr w:type="gramEnd"/>
      <w:r w:rsidR="00E87DCF" w:rsidRPr="00C64B96">
        <w:rPr>
          <w:rFonts w:ascii="Times New Roman" w:hAnsi="Times New Roman" w:cs="Times New Roman"/>
          <w:lang w:val="ru-RU"/>
        </w:rPr>
        <w:t>ілген</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Шарттың</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түпкілікті</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талаптары</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мемлекеттік</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сатып</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алу</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құжаттамасы</w:t>
      </w:r>
      <w:proofErr w:type="spellEnd"/>
      <w:r w:rsidR="00E87DCF" w:rsidRPr="00C64B96">
        <w:rPr>
          <w:rFonts w:ascii="Times New Roman" w:hAnsi="Times New Roman" w:cs="Times New Roman"/>
          <w:lang w:val="ru-RU"/>
        </w:rPr>
        <w:t xml:space="preserve"> мен </w:t>
      </w:r>
      <w:proofErr w:type="spellStart"/>
      <w:r w:rsidR="00E87DCF" w:rsidRPr="00C64B96">
        <w:rPr>
          <w:rFonts w:ascii="Times New Roman" w:hAnsi="Times New Roman" w:cs="Times New Roman"/>
          <w:lang w:val="ru-RU"/>
        </w:rPr>
        <w:t>жасалған</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шарт</w:t>
      </w:r>
      <w:proofErr w:type="spellEnd"/>
      <w:r w:rsidR="00E87DCF" w:rsidRPr="00C64B96">
        <w:rPr>
          <w:rFonts w:ascii="Times New Roman" w:hAnsi="Times New Roman" w:cs="Times New Roman"/>
          <w:lang w:val="ru-RU"/>
        </w:rPr>
        <w:t xml:space="preserve"> </w:t>
      </w:r>
      <w:proofErr w:type="spellStart"/>
      <w:r w:rsidR="00E87DCF" w:rsidRPr="00C64B96">
        <w:rPr>
          <w:rFonts w:ascii="Times New Roman" w:hAnsi="Times New Roman" w:cs="Times New Roman"/>
          <w:lang w:val="ru-RU"/>
        </w:rPr>
        <w:t>негізінде</w:t>
      </w:r>
      <w:proofErr w:type="spellEnd"/>
      <w:r w:rsidR="00E87DCF" w:rsidRPr="00C64B96">
        <w:rPr>
          <w:rFonts w:ascii="Times New Roman" w:hAnsi="Times New Roman" w:cs="Times New Roman"/>
          <w:lang w:val="ru-RU"/>
        </w:rPr>
        <w:t xml:space="preserve"> </w:t>
      </w:r>
      <w:proofErr w:type="spellStart"/>
      <w:proofErr w:type="gramStart"/>
      <w:r w:rsidR="00E87DCF" w:rsidRPr="00C64B96">
        <w:rPr>
          <w:rFonts w:ascii="Times New Roman" w:hAnsi="Times New Roman" w:cs="Times New Roman"/>
          <w:lang w:val="ru-RU"/>
        </w:rPr>
        <w:t>ай</w:t>
      </w:r>
      <w:proofErr w:type="gramEnd"/>
      <w:r w:rsidR="00E87DCF" w:rsidRPr="00C64B96">
        <w:rPr>
          <w:rFonts w:ascii="Times New Roman" w:hAnsi="Times New Roman" w:cs="Times New Roman"/>
          <w:lang w:val="ru-RU"/>
        </w:rPr>
        <w:t>қындалады</w:t>
      </w:r>
      <w:proofErr w:type="spellEnd"/>
      <w:r w:rsidR="00E87DCF" w:rsidRPr="00C64B96">
        <w:rPr>
          <w:rFonts w:ascii="Times New Roman" w:hAnsi="Times New Roman" w:cs="Times New Roman"/>
          <w:lang w:val="ru-RU"/>
        </w:rPr>
        <w:t>.</w:t>
      </w:r>
    </w:p>
    <w:p w:rsidR="00E87DCF" w:rsidRPr="00C64B96" w:rsidRDefault="00E87DCF" w:rsidP="00C64B96">
      <w:pPr>
        <w:pStyle w:val="21"/>
        <w:jc w:val="both"/>
        <w:rPr>
          <w:rFonts w:ascii="Times New Roman" w:hAnsi="Times New Roman" w:cs="Times New Roman"/>
          <w:color w:val="auto"/>
          <w:lang w:val="ru-RU"/>
        </w:rPr>
      </w:pPr>
      <w:proofErr w:type="spellStart"/>
      <w:r w:rsidRPr="00C64B96">
        <w:rPr>
          <w:rFonts w:ascii="Times New Roman" w:hAnsi="Times New Roman" w:cs="Times New Roman"/>
          <w:color w:val="auto"/>
          <w:lang w:val="ru-RU"/>
        </w:rPr>
        <w:t>Ескертпе</w:t>
      </w:r>
      <w:proofErr w:type="spellEnd"/>
    </w:p>
    <w:p w:rsidR="00E87DCF" w:rsidRPr="00C64B96" w:rsidRDefault="00E87DCF" w:rsidP="00C64B96">
      <w:pPr>
        <w:jc w:val="both"/>
        <w:rPr>
          <w:rFonts w:ascii="Times New Roman" w:hAnsi="Times New Roman" w:cs="Times New Roman"/>
        </w:rPr>
      </w:pPr>
      <w:proofErr w:type="spellStart"/>
      <w:r w:rsidRPr="00C64B96">
        <w:rPr>
          <w:rFonts w:ascii="Times New Roman" w:hAnsi="Times New Roman" w:cs="Times New Roman"/>
          <w:lang w:val="ru-RU"/>
        </w:rPr>
        <w:t>Жұмыстардың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w:t>
      </w:r>
      <w:proofErr w:type="gramStart"/>
      <w:r w:rsidRPr="00C64B96">
        <w:rPr>
          <w:rFonts w:ascii="Times New Roman" w:hAnsi="Times New Roman" w:cs="Times New Roman"/>
          <w:lang w:val="ru-RU"/>
        </w:rPr>
        <w:t>лемдер</w:t>
      </w:r>
      <w:proofErr w:type="gramEnd"/>
      <w:r w:rsidRPr="00C64B96">
        <w:rPr>
          <w:rFonts w:ascii="Times New Roman" w:hAnsi="Times New Roman" w:cs="Times New Roman"/>
          <w:lang w:val="ru-RU"/>
        </w:rPr>
        <w:t>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ақаулар</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ведомосіне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сәйкес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көрсетілген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Материалдардың</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маркалары</w:t>
      </w:r>
      <w:proofErr w:type="spellEnd"/>
      <w:r w:rsidRPr="00C64B96">
        <w:rPr>
          <w:rFonts w:ascii="Times New Roman" w:hAnsi="Times New Roman" w:cs="Times New Roman"/>
          <w:lang w:val="ru-RU"/>
        </w:rPr>
        <w:t xml:space="preserve"> мен </w:t>
      </w:r>
      <w:proofErr w:type="spellStart"/>
      <w:r w:rsidRPr="00C64B96">
        <w:rPr>
          <w:rFonts w:ascii="Times New Roman" w:hAnsi="Times New Roman" w:cs="Times New Roman"/>
          <w:lang w:val="ru-RU"/>
        </w:rPr>
        <w:t>техникалық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сипаттамалары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жергілі</w:t>
      </w:r>
      <w:proofErr w:type="gramStart"/>
      <w:r w:rsidRPr="00C64B96">
        <w:rPr>
          <w:rFonts w:ascii="Times New Roman" w:hAnsi="Times New Roman" w:cs="Times New Roman"/>
          <w:lang w:val="ru-RU"/>
        </w:rPr>
        <w:t>кті</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w:t>
      </w:r>
      <w:proofErr w:type="gramEnd"/>
      <w:r w:rsidRPr="00C64B96">
        <w:rPr>
          <w:rFonts w:ascii="Times New Roman" w:hAnsi="Times New Roman" w:cs="Times New Roman"/>
          <w:lang w:val="ru-RU"/>
        </w:rPr>
        <w:t>әне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ресурстық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сметаларға</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сондай-ақ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келісілген</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жобалық</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шешімдерге</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сәйкес</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нақтыланады</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rPr>
        <w:t>Тиісті</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келісімсіз</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жұмыстардың</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көлемін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өзгертуге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жол</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берілмейді</w:t>
      </w:r>
      <w:proofErr w:type="spellEnd"/>
      <w:r w:rsidRPr="00C64B96">
        <w:rPr>
          <w:rFonts w:ascii="Times New Roman" w:hAnsi="Times New Roman" w:cs="Times New Roman"/>
        </w:rPr>
        <w:t>.</w:t>
      </w:r>
    </w:p>
    <w:p w:rsidR="00E87DCF" w:rsidRPr="00C64B96" w:rsidRDefault="00E87DCF" w:rsidP="00C64B96">
      <w:pPr>
        <w:jc w:val="both"/>
        <w:rPr>
          <w:rFonts w:ascii="Times New Roman" w:hAnsi="Times New Roman" w:cs="Times New Roman"/>
        </w:rPr>
      </w:pPr>
      <w:proofErr w:type="spellStart"/>
      <w:proofErr w:type="gramStart"/>
      <w:r w:rsidRPr="00C64B96">
        <w:rPr>
          <w:rFonts w:ascii="Times New Roman" w:hAnsi="Times New Roman" w:cs="Times New Roman"/>
        </w:rPr>
        <w:t>Барлық</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материалдар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оларды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сатып</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алу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тасымалдау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тиеу-түсіру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монтаждау</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қажетті</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жабдықтар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құрал-саймандар</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мердігердің</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өз</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қаражаты</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есебінен</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қамтамасыз</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етілуі</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тиіс</w:t>
      </w:r>
      <w:proofErr w:type="spellEnd"/>
      <w:r w:rsidRPr="00C64B96">
        <w:rPr>
          <w:rFonts w:ascii="Times New Roman" w:hAnsi="Times New Roman" w:cs="Times New Roman"/>
        </w:rPr>
        <w:t>.</w:t>
      </w:r>
      <w:proofErr w:type="gramEnd"/>
    </w:p>
    <w:p w:rsidR="00E87DCF" w:rsidRPr="00C64B96" w:rsidRDefault="00E87DCF" w:rsidP="00C64B96">
      <w:pPr>
        <w:jc w:val="both"/>
        <w:rPr>
          <w:rFonts w:ascii="Times New Roman" w:hAnsi="Times New Roman" w:cs="Times New Roman"/>
          <w:sz w:val="28"/>
          <w:szCs w:val="28"/>
        </w:rPr>
      </w:pPr>
    </w:p>
    <w:p w:rsidR="00017E30" w:rsidRPr="00C64B96" w:rsidRDefault="00BD3782" w:rsidP="00C64B96">
      <w:pPr>
        <w:pStyle w:val="aa"/>
        <w:jc w:val="both"/>
        <w:rPr>
          <w:rFonts w:ascii="Times New Roman" w:hAnsi="Times New Roman" w:cs="Times New Roman"/>
          <w:b/>
          <w:color w:val="auto"/>
          <w:sz w:val="28"/>
          <w:szCs w:val="28"/>
          <w:lang w:val="ru-RU"/>
        </w:rPr>
      </w:pPr>
      <w:r w:rsidRPr="00C64B96">
        <w:rPr>
          <w:rFonts w:ascii="Times New Roman" w:hAnsi="Times New Roman" w:cs="Times New Roman"/>
          <w:b/>
          <w:color w:val="auto"/>
          <w:sz w:val="28"/>
          <w:szCs w:val="28"/>
          <w:lang w:val="ru-RU"/>
        </w:rPr>
        <w:t>ТЕХНИЧЕСКАЯ СПЕЦИФИКАЦИЯ</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На выполнение работ по текущему ремонту здания КГУ «</w:t>
      </w:r>
      <w:r w:rsidRPr="00C64B96">
        <w:rPr>
          <w:rFonts w:ascii="Times New Roman" w:hAnsi="Times New Roman" w:cs="Times New Roman"/>
        </w:rPr>
        <w:t>IT</w:t>
      </w:r>
      <w:r w:rsidRPr="00C64B96">
        <w:rPr>
          <w:rFonts w:ascii="Times New Roman" w:hAnsi="Times New Roman" w:cs="Times New Roman"/>
          <w:lang w:val="ru-RU"/>
        </w:rPr>
        <w:t xml:space="preserve"> школа-лицей №28 имени </w:t>
      </w:r>
      <w:proofErr w:type="spellStart"/>
      <w:r w:rsidRPr="00C64B96">
        <w:rPr>
          <w:rFonts w:ascii="Times New Roman" w:hAnsi="Times New Roman" w:cs="Times New Roman"/>
          <w:lang w:val="ru-RU"/>
        </w:rPr>
        <w:t>Кулжабая</w:t>
      </w:r>
      <w:proofErr w:type="spellEnd"/>
      <w:r w:rsidRPr="00C64B96">
        <w:rPr>
          <w:rFonts w:ascii="Times New Roman" w:hAnsi="Times New Roman" w:cs="Times New Roman"/>
          <w:lang w:val="ru-RU"/>
        </w:rPr>
        <w:t xml:space="preserve"> </w:t>
      </w:r>
      <w:proofErr w:type="spellStart"/>
      <w:r w:rsidRPr="00C64B96">
        <w:rPr>
          <w:rFonts w:ascii="Times New Roman" w:hAnsi="Times New Roman" w:cs="Times New Roman"/>
          <w:lang w:val="ru-RU"/>
        </w:rPr>
        <w:t>Касымова</w:t>
      </w:r>
      <w:proofErr w:type="spellEnd"/>
      <w:r w:rsidRPr="00C64B96">
        <w:rPr>
          <w:rFonts w:ascii="Times New Roman" w:hAnsi="Times New Roman" w:cs="Times New Roman"/>
          <w:lang w:val="ru-RU"/>
        </w:rPr>
        <w:t xml:space="preserve">» ГУ «Отдел образования по городу </w:t>
      </w:r>
      <w:proofErr w:type="spellStart"/>
      <w:r w:rsidRPr="00C64B96">
        <w:rPr>
          <w:rFonts w:ascii="Times New Roman" w:hAnsi="Times New Roman" w:cs="Times New Roman"/>
          <w:lang w:val="ru-RU"/>
        </w:rPr>
        <w:t>Талдыкоргану</w:t>
      </w:r>
      <w:proofErr w:type="spellEnd"/>
      <w:r w:rsidRPr="00C64B96">
        <w:rPr>
          <w:rFonts w:ascii="Times New Roman" w:hAnsi="Times New Roman" w:cs="Times New Roman"/>
          <w:lang w:val="ru-RU"/>
        </w:rPr>
        <w:t>».</w:t>
      </w:r>
    </w:p>
    <w:p w:rsidR="00017E30" w:rsidRPr="00C64B96" w:rsidRDefault="00BD3782" w:rsidP="00C64B96">
      <w:pPr>
        <w:pStyle w:val="1"/>
        <w:numPr>
          <w:ilvl w:val="0"/>
          <w:numId w:val="11"/>
        </w:numPr>
        <w:tabs>
          <w:tab w:val="left" w:pos="3150"/>
        </w:tabs>
        <w:jc w:val="both"/>
        <w:rPr>
          <w:rFonts w:ascii="Times New Roman" w:hAnsi="Times New Roman" w:cs="Times New Roman"/>
          <w:color w:val="auto"/>
          <w:lang w:val="ru-RU"/>
        </w:rPr>
      </w:pPr>
      <w:r w:rsidRPr="00C64B96">
        <w:rPr>
          <w:rFonts w:ascii="Times New Roman" w:hAnsi="Times New Roman" w:cs="Times New Roman"/>
          <w:color w:val="auto"/>
          <w:lang w:val="ru-RU"/>
        </w:rPr>
        <w:t>Общие положения</w:t>
      </w:r>
      <w:r w:rsidR="0009597E" w:rsidRPr="00C64B96">
        <w:rPr>
          <w:rFonts w:ascii="Times New Roman" w:hAnsi="Times New Roman" w:cs="Times New Roman"/>
          <w:color w:val="auto"/>
          <w:lang w:val="ru-RU"/>
        </w:rPr>
        <w:tab/>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Настоящая техническая спецификация составлена на основании предоставленной сводной сметы, локальной сметы №02-01-01 и дефектной ведомости. Подрядчик выполняет комплекс ремонтно-строительных, монтажных, электромонтажных и отделочных работ с поставкой необходимых материалов, изделий и комплектующих в пределах сметной документации.</w:t>
      </w:r>
    </w:p>
    <w:p w:rsidR="00017E30" w:rsidRDefault="00BD3782" w:rsidP="00C64B96">
      <w:pPr>
        <w:pStyle w:val="1"/>
        <w:numPr>
          <w:ilvl w:val="0"/>
          <w:numId w:val="11"/>
        </w:numPr>
        <w:jc w:val="both"/>
        <w:rPr>
          <w:rFonts w:ascii="Times New Roman" w:hAnsi="Times New Roman" w:cs="Times New Roman"/>
          <w:color w:val="auto"/>
          <w:lang w:val="ru-RU"/>
        </w:rPr>
      </w:pPr>
      <w:r w:rsidRPr="00C64B96">
        <w:rPr>
          <w:rFonts w:ascii="Times New Roman" w:hAnsi="Times New Roman" w:cs="Times New Roman"/>
          <w:color w:val="auto"/>
          <w:lang w:val="ru-RU"/>
        </w:rPr>
        <w:t>Требования к материалам и выполнению работ</w:t>
      </w:r>
    </w:p>
    <w:p w:rsidR="00C64B96" w:rsidRPr="00C64B96" w:rsidRDefault="00C64B96" w:rsidP="00C64B96">
      <w:pPr>
        <w:ind w:left="360"/>
        <w:rPr>
          <w:lang w:val="ru-RU"/>
        </w:rPr>
      </w:pPr>
      <w:r w:rsidRPr="0091358C">
        <w:rPr>
          <w:highlight w:val="yellow"/>
          <w:lang w:val="ru-RU"/>
        </w:rPr>
        <w:t xml:space="preserve">Перед началом работы согласовать с заказчиком. Зам. Директор по АХЧ </w:t>
      </w:r>
      <w:proofErr w:type="spellStart"/>
      <w:r w:rsidRPr="0091358C">
        <w:rPr>
          <w:highlight w:val="yellow"/>
          <w:lang w:val="ru-RU"/>
        </w:rPr>
        <w:t>Смаилов</w:t>
      </w:r>
      <w:proofErr w:type="spellEnd"/>
      <w:r w:rsidRPr="0091358C">
        <w:rPr>
          <w:highlight w:val="yellow"/>
          <w:lang w:val="ru-RU"/>
        </w:rPr>
        <w:t xml:space="preserve"> А.М. тел;87775856743</w:t>
      </w:r>
      <w:r w:rsidRPr="00C64B96">
        <w:rPr>
          <w:lang w:val="ru-RU"/>
        </w:rPr>
        <w:t xml:space="preserve"> </w:t>
      </w:r>
    </w:p>
    <w:p w:rsidR="00017E30" w:rsidRPr="00C64B96" w:rsidRDefault="00BD3782" w:rsidP="00C64B96">
      <w:pPr>
        <w:pStyle w:val="a0"/>
        <w:jc w:val="both"/>
        <w:rPr>
          <w:rFonts w:ascii="Times New Roman" w:hAnsi="Times New Roman" w:cs="Times New Roman"/>
          <w:lang w:val="ru-RU"/>
        </w:rPr>
      </w:pPr>
      <w:r w:rsidRPr="00C64B96">
        <w:rPr>
          <w:rFonts w:ascii="Times New Roman" w:hAnsi="Times New Roman" w:cs="Times New Roman"/>
          <w:lang w:val="ru-RU"/>
        </w:rPr>
        <w:t>Все материалы и изделия должны быть новыми, пригодными для применения по назначению, с документами о качестве и соответствии применимым требованиям Республики Казахстан.</w:t>
      </w:r>
    </w:p>
    <w:p w:rsidR="00017E30" w:rsidRPr="00C64B96" w:rsidRDefault="00BD3782" w:rsidP="00C64B96">
      <w:pPr>
        <w:pStyle w:val="a0"/>
        <w:jc w:val="both"/>
        <w:rPr>
          <w:rFonts w:ascii="Times New Roman" w:hAnsi="Times New Roman" w:cs="Times New Roman"/>
          <w:lang w:val="ru-RU"/>
        </w:rPr>
      </w:pPr>
      <w:r w:rsidRPr="00C64B96">
        <w:rPr>
          <w:rFonts w:ascii="Times New Roman" w:hAnsi="Times New Roman" w:cs="Times New Roman"/>
          <w:lang w:val="ru-RU"/>
        </w:rPr>
        <w:t>Дверные блоки из ПВХ-профиля устанавливаются с выверкой геометрии, надежным креплением, герметизацией монтажных швов и регулировкой фурнитуры.</w:t>
      </w:r>
    </w:p>
    <w:p w:rsidR="00017E30" w:rsidRPr="00C64B96" w:rsidRDefault="00BD3782" w:rsidP="00C64B96">
      <w:pPr>
        <w:pStyle w:val="a0"/>
        <w:jc w:val="both"/>
        <w:rPr>
          <w:rFonts w:ascii="Times New Roman" w:hAnsi="Times New Roman" w:cs="Times New Roman"/>
        </w:rPr>
      </w:pPr>
      <w:r w:rsidRPr="00C64B96">
        <w:rPr>
          <w:rFonts w:ascii="Times New Roman" w:hAnsi="Times New Roman" w:cs="Times New Roman"/>
          <w:lang w:val="ru-RU"/>
        </w:rPr>
        <w:t xml:space="preserve">Напольные покрытия из </w:t>
      </w:r>
      <w:proofErr w:type="spellStart"/>
      <w:r w:rsidRPr="00C64B96">
        <w:rPr>
          <w:rFonts w:ascii="Times New Roman" w:hAnsi="Times New Roman" w:cs="Times New Roman"/>
          <w:lang w:val="ru-RU"/>
        </w:rPr>
        <w:t>керамогранита</w:t>
      </w:r>
      <w:proofErr w:type="spellEnd"/>
      <w:r w:rsidRPr="00C64B96">
        <w:rPr>
          <w:rFonts w:ascii="Times New Roman" w:hAnsi="Times New Roman" w:cs="Times New Roman"/>
          <w:lang w:val="ru-RU"/>
        </w:rPr>
        <w:t xml:space="preserve"> укладываются на подготовленное основание с соблюдением ровности, прочности сцепления и аккуратности швов. </w:t>
      </w:r>
      <w:proofErr w:type="spellStart"/>
      <w:r w:rsidRPr="00C64B96">
        <w:rPr>
          <w:rFonts w:ascii="Times New Roman" w:hAnsi="Times New Roman" w:cs="Times New Roman"/>
        </w:rPr>
        <w:t>Демонтаж</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производится</w:t>
      </w:r>
      <w:proofErr w:type="spellEnd"/>
      <w:r w:rsidRPr="00C64B96">
        <w:rPr>
          <w:rFonts w:ascii="Times New Roman" w:hAnsi="Times New Roman" w:cs="Times New Roman"/>
        </w:rPr>
        <w:t xml:space="preserve"> с </w:t>
      </w:r>
      <w:proofErr w:type="spellStart"/>
      <w:r w:rsidRPr="00C64B96">
        <w:rPr>
          <w:rFonts w:ascii="Times New Roman" w:hAnsi="Times New Roman" w:cs="Times New Roman"/>
        </w:rPr>
        <w:t>вывозом</w:t>
      </w:r>
      <w:proofErr w:type="spellEnd"/>
      <w:r w:rsidRPr="00C64B96">
        <w:rPr>
          <w:rFonts w:ascii="Times New Roman" w:hAnsi="Times New Roman" w:cs="Times New Roman"/>
        </w:rPr>
        <w:t xml:space="preserve"> строительного мусора.</w:t>
      </w:r>
    </w:p>
    <w:p w:rsidR="00017E30" w:rsidRPr="00C64B96" w:rsidRDefault="00BD3782" w:rsidP="00C64B96">
      <w:pPr>
        <w:pStyle w:val="a0"/>
        <w:jc w:val="both"/>
        <w:rPr>
          <w:rFonts w:ascii="Times New Roman" w:hAnsi="Times New Roman" w:cs="Times New Roman"/>
          <w:lang w:val="ru-RU"/>
        </w:rPr>
      </w:pPr>
      <w:r w:rsidRPr="00C64B96">
        <w:rPr>
          <w:rFonts w:ascii="Times New Roman" w:hAnsi="Times New Roman" w:cs="Times New Roman"/>
          <w:lang w:val="ru-RU"/>
        </w:rPr>
        <w:t>Металлические конструкции должны быть надежно закреплены; поверхности перед грунтованием очищаются. Кровельное покрытие из оцинкованного профилированного листа выполняется с герметичными примыканиями и надежным крепежом.</w:t>
      </w:r>
    </w:p>
    <w:p w:rsidR="00017E30" w:rsidRPr="00C64B96" w:rsidRDefault="00BD3782" w:rsidP="00C64B96">
      <w:pPr>
        <w:pStyle w:val="a0"/>
        <w:jc w:val="both"/>
        <w:rPr>
          <w:rFonts w:ascii="Times New Roman" w:hAnsi="Times New Roman" w:cs="Times New Roman"/>
          <w:lang w:val="ru-RU"/>
        </w:rPr>
      </w:pPr>
      <w:r w:rsidRPr="00C64B96">
        <w:rPr>
          <w:rFonts w:ascii="Times New Roman" w:hAnsi="Times New Roman" w:cs="Times New Roman"/>
          <w:lang w:val="ru-RU"/>
        </w:rPr>
        <w:t>Электромонтажные работы включают прокладку защитных труб и кабеля, монтаж светильников, прожекторов, автоматических аппаратов и реле с последующей проверкой работоспособности и электробезопасности.</w:t>
      </w:r>
    </w:p>
    <w:p w:rsidR="00017E30" w:rsidRPr="00C64B96" w:rsidRDefault="00BD3782" w:rsidP="00C64B96">
      <w:pPr>
        <w:pStyle w:val="a0"/>
        <w:jc w:val="both"/>
        <w:rPr>
          <w:rFonts w:ascii="Times New Roman" w:hAnsi="Times New Roman" w:cs="Times New Roman"/>
          <w:lang w:val="ru-RU"/>
        </w:rPr>
      </w:pPr>
      <w:r w:rsidRPr="00C64B96">
        <w:rPr>
          <w:rFonts w:ascii="Times New Roman" w:hAnsi="Times New Roman" w:cs="Times New Roman"/>
          <w:lang w:val="ru-RU"/>
        </w:rPr>
        <w:t>Железобетонный пандус выполняется с устройством предусмотренного сметой покрытия, металлического ограждения и тактильных элементов. Конкретные уклоны и геометрические параметры уточняются по проектным решениям и условиям доступности.</w:t>
      </w:r>
    </w:p>
    <w:p w:rsidR="00017E30" w:rsidRPr="00C64B96" w:rsidRDefault="006E6438" w:rsidP="00C64B96">
      <w:pPr>
        <w:pStyle w:val="1"/>
        <w:jc w:val="both"/>
        <w:rPr>
          <w:rFonts w:ascii="Times New Roman" w:hAnsi="Times New Roman" w:cs="Times New Roman"/>
          <w:color w:val="auto"/>
          <w:lang w:val="ru-RU"/>
        </w:rPr>
      </w:pPr>
      <w:r w:rsidRPr="00C64B96">
        <w:rPr>
          <w:rFonts w:ascii="Times New Roman" w:hAnsi="Times New Roman" w:cs="Times New Roman"/>
          <w:color w:val="auto"/>
          <w:lang w:val="ru-RU"/>
        </w:rPr>
        <w:lastRenderedPageBreak/>
        <w:t>3</w:t>
      </w:r>
      <w:r w:rsidR="00BD3782" w:rsidRPr="00C64B96">
        <w:rPr>
          <w:rFonts w:ascii="Times New Roman" w:hAnsi="Times New Roman" w:cs="Times New Roman"/>
          <w:color w:val="auto"/>
          <w:lang w:val="ru-RU"/>
        </w:rPr>
        <w:t>. Порядок выполнения и приемки</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До начала работ подрядчик согласовывает последовательность работ и меры безопасности с заказчиком. Работы выполняются с защитой действующих помещений школы и соблюдением противопожарных, санитарных и охранных требований. По завершении подрядчик убирает строительный мусор, предъявляет выполненные объемы к приемке и передает предусмотренные договором исполнительные документы и акты выполненных работ. Все материалы за счет подрядчика.</w:t>
      </w:r>
    </w:p>
    <w:p w:rsidR="00017E30" w:rsidRPr="00C64B96" w:rsidRDefault="006E6438"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4.</w:t>
      </w:r>
      <w:r w:rsidR="00BD3782" w:rsidRPr="00C64B96">
        <w:rPr>
          <w:rFonts w:ascii="Times New Roman" w:hAnsi="Times New Roman" w:cs="Times New Roman"/>
          <w:color w:val="auto"/>
          <w:lang w:val="ru-RU"/>
        </w:rPr>
        <w:t xml:space="preserve"> Срок выполнения работ</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Подрядчик обязан завершить весь комплекс работ в течение 30 (тридцати) календарных дней с даты начала выполнения работ, определенной договором, включая уборку территории и сдачу результата Заказчику.</w:t>
      </w:r>
    </w:p>
    <w:p w:rsidR="00017E30" w:rsidRPr="00C64B96" w:rsidRDefault="006E6438"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4.1</w:t>
      </w:r>
      <w:r w:rsidR="00BD3782" w:rsidRPr="00C64B96">
        <w:rPr>
          <w:rFonts w:ascii="Times New Roman" w:hAnsi="Times New Roman" w:cs="Times New Roman"/>
          <w:color w:val="auto"/>
          <w:lang w:val="ru-RU"/>
        </w:rPr>
        <w:t>. Уборка после завершения работ</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Подрядчик обязан за свой счет вывезти строительный мусор, остатки материалов и упаковку, очистить помещения и прилегающую территорию, устранить загрязнения и передать объект Заказчику в чистом, безопасном и пригодном для эксплуатации состоянии.</w:t>
      </w:r>
    </w:p>
    <w:p w:rsidR="00017E30" w:rsidRPr="00C64B96" w:rsidRDefault="006E6438"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4.2</w:t>
      </w:r>
      <w:r w:rsidR="00BD3782" w:rsidRPr="00C64B96">
        <w:rPr>
          <w:rFonts w:ascii="Times New Roman" w:hAnsi="Times New Roman" w:cs="Times New Roman"/>
          <w:color w:val="auto"/>
          <w:lang w:val="ru-RU"/>
        </w:rPr>
        <w:t>. Обязательное согласование с Заказчиком</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До начала каждого вида работ Подрядчик обязан согласовать с Заказчиком применяемые материалы, образцы, цветовые решения, места установки, объемы и порядок выполнения работ. Любые изменения технических решений, материалов и объемов допускаются только после предварительного согласования с Заказчиком. Согласование оформляется письменно либо иным предусмотренным договором способом.</w:t>
      </w:r>
    </w:p>
    <w:p w:rsidR="00017E30" w:rsidRPr="00C64B96" w:rsidRDefault="006E6438" w:rsidP="00C64B96">
      <w:pPr>
        <w:pStyle w:val="21"/>
        <w:jc w:val="both"/>
        <w:rPr>
          <w:rFonts w:ascii="Times New Roman" w:hAnsi="Times New Roman" w:cs="Times New Roman"/>
          <w:color w:val="auto"/>
          <w:lang w:val="ru-RU"/>
        </w:rPr>
      </w:pPr>
      <w:r w:rsidRPr="00C64B96">
        <w:rPr>
          <w:rFonts w:ascii="Times New Roman" w:hAnsi="Times New Roman" w:cs="Times New Roman"/>
          <w:color w:val="auto"/>
          <w:lang w:val="ru-RU"/>
        </w:rPr>
        <w:t>4.3</w:t>
      </w:r>
      <w:r w:rsidR="00BD3782" w:rsidRPr="00C64B96">
        <w:rPr>
          <w:rFonts w:ascii="Times New Roman" w:hAnsi="Times New Roman" w:cs="Times New Roman"/>
          <w:color w:val="auto"/>
          <w:lang w:val="ru-RU"/>
        </w:rPr>
        <w:t>. Цветовое и архитектурное соответствие</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Цвет, фактура и внешний вид устанавливаемых конструкций, отделочных и иных видимых материалов должны гармонировать с существующим цветовым решением, архитектурным обликом и оформлением объекта. Окончательные цвета и образцы материалов подлежат обязательному предварительному согласованию с Заказчиком.</w:t>
      </w:r>
    </w:p>
    <w:p w:rsidR="00017E30" w:rsidRPr="00C64B96" w:rsidRDefault="00BD3782" w:rsidP="00C64B96">
      <w:pPr>
        <w:pStyle w:val="1"/>
        <w:jc w:val="both"/>
        <w:rPr>
          <w:rFonts w:ascii="Times New Roman" w:hAnsi="Times New Roman" w:cs="Times New Roman"/>
          <w:color w:val="auto"/>
          <w:lang w:val="ru-RU"/>
        </w:rPr>
      </w:pPr>
      <w:r w:rsidRPr="00C64B96">
        <w:rPr>
          <w:rFonts w:ascii="Times New Roman" w:hAnsi="Times New Roman" w:cs="Times New Roman"/>
          <w:color w:val="auto"/>
          <w:lang w:val="ru-RU"/>
        </w:rPr>
        <w:t>5. Сметная стоимость</w:t>
      </w:r>
    </w:p>
    <w:p w:rsidR="00017E30" w:rsidRPr="00C64B96" w:rsidRDefault="00BD3782" w:rsidP="00C64B96">
      <w:pPr>
        <w:jc w:val="both"/>
        <w:rPr>
          <w:rFonts w:ascii="Times New Roman" w:hAnsi="Times New Roman" w:cs="Times New Roman"/>
          <w:lang w:val="ru-RU"/>
        </w:rPr>
      </w:pPr>
      <w:r w:rsidRPr="00C64B96">
        <w:rPr>
          <w:rFonts w:ascii="Times New Roman" w:hAnsi="Times New Roman" w:cs="Times New Roman"/>
          <w:lang w:val="ru-RU"/>
        </w:rPr>
        <w:t xml:space="preserve">Общая сметная стоимость в прогнозных ценах </w:t>
      </w:r>
      <w:r w:rsidRPr="00C64B96">
        <w:rPr>
          <w:rFonts w:ascii="Times New Roman" w:hAnsi="Times New Roman" w:cs="Times New Roman"/>
        </w:rPr>
        <w:t>IV</w:t>
      </w:r>
      <w:r w:rsidRPr="00C64B96">
        <w:rPr>
          <w:rFonts w:ascii="Times New Roman" w:hAnsi="Times New Roman" w:cs="Times New Roman"/>
          <w:lang w:val="ru-RU"/>
        </w:rPr>
        <w:t xml:space="preserve"> квартала 2026 </w:t>
      </w:r>
      <w:r w:rsidR="0009597E" w:rsidRPr="00C64B96">
        <w:rPr>
          <w:rFonts w:ascii="Times New Roman" w:hAnsi="Times New Roman" w:cs="Times New Roman"/>
          <w:lang w:val="ru-RU"/>
        </w:rPr>
        <w:t xml:space="preserve">года — </w:t>
      </w:r>
      <w:r w:rsidRPr="00C64B96">
        <w:rPr>
          <w:rFonts w:ascii="Times New Roman" w:hAnsi="Times New Roman" w:cs="Times New Roman"/>
          <w:lang w:val="ru-RU"/>
        </w:rPr>
        <w:t>Указанные суммы приведены по предоставленному сводному сметному расчету; окончательные договорные условия определяются документацией закупки и договором.</w:t>
      </w:r>
    </w:p>
    <w:p w:rsidR="00017E30" w:rsidRPr="00C64B96" w:rsidRDefault="00BD3782" w:rsidP="00C64B96">
      <w:pPr>
        <w:jc w:val="both"/>
        <w:rPr>
          <w:rFonts w:ascii="Times New Roman" w:hAnsi="Times New Roman" w:cs="Times New Roman"/>
        </w:rPr>
      </w:pPr>
      <w:r w:rsidRPr="00C64B96">
        <w:rPr>
          <w:rFonts w:ascii="Times New Roman" w:hAnsi="Times New Roman" w:cs="Times New Roman"/>
          <w:lang w:val="ru-RU"/>
        </w:rPr>
        <w:t xml:space="preserve">Примечание: объемы работ воспроизведены из дефектной ведомости. Марки и технические характеристики материалов уточняются по локальной и ресурсной сметам и согласованным проектным решениям. </w:t>
      </w:r>
      <w:proofErr w:type="spellStart"/>
      <w:proofErr w:type="gramStart"/>
      <w:r w:rsidRPr="00C64B96">
        <w:rPr>
          <w:rFonts w:ascii="Times New Roman" w:hAnsi="Times New Roman" w:cs="Times New Roman"/>
        </w:rPr>
        <w:t>Не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допускается</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изменение</w:t>
      </w:r>
      <w:proofErr w:type="spellEnd"/>
      <w:r w:rsidRPr="00C64B96">
        <w:rPr>
          <w:rFonts w:ascii="Times New Roman" w:hAnsi="Times New Roman" w:cs="Times New Roman"/>
        </w:rPr>
        <w:t xml:space="preserve"> </w:t>
      </w:r>
      <w:proofErr w:type="spellStart"/>
      <w:r w:rsidRPr="00C64B96">
        <w:rPr>
          <w:rFonts w:ascii="Times New Roman" w:hAnsi="Times New Roman" w:cs="Times New Roman"/>
        </w:rPr>
        <w:t>объемов</w:t>
      </w:r>
      <w:proofErr w:type="spellEnd"/>
      <w:r w:rsidRPr="00C64B96">
        <w:rPr>
          <w:rFonts w:ascii="Times New Roman" w:hAnsi="Times New Roman" w:cs="Times New Roman"/>
        </w:rPr>
        <w:t xml:space="preserve"> без надлежащего согласования.</w:t>
      </w:r>
      <w:proofErr w:type="gramEnd"/>
    </w:p>
    <w:p w:rsidR="00017E30" w:rsidRPr="0009597E" w:rsidRDefault="00017E30">
      <w:pPr>
        <w:rPr>
          <w:rFonts w:ascii="Times New Roman" w:hAnsi="Times New Roman" w:cs="Times New Roman"/>
          <w:lang w:val="kk-KZ"/>
        </w:rPr>
      </w:pPr>
    </w:p>
    <w:sectPr w:rsidR="00017E30" w:rsidRPr="0009597E" w:rsidSect="00034616">
      <w:headerReference w:type="even" r:id="rId9"/>
      <w:headerReference w:type="default" r:id="rId10"/>
      <w:footerReference w:type="even" r:id="rId11"/>
      <w:footerReference w:type="default" r:id="rId12"/>
      <w:headerReference w:type="first" r:id="rId13"/>
      <w:footerReference w:type="first" r:id="rId14"/>
      <w:pgSz w:w="12240" w:h="15840"/>
      <w:pgMar w:top="1134" w:right="1800" w:bottom="1134"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143" w:rsidRDefault="00B15143" w:rsidP="0009597E">
      <w:pPr>
        <w:spacing w:after="0" w:line="240" w:lineRule="auto"/>
      </w:pPr>
      <w:r>
        <w:separator/>
      </w:r>
    </w:p>
  </w:endnote>
  <w:endnote w:type="continuationSeparator" w:id="0">
    <w:p w:rsidR="00B15143" w:rsidRDefault="00B15143" w:rsidP="00095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97E" w:rsidRDefault="0009597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97E" w:rsidRDefault="0009597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97E" w:rsidRDefault="0009597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143" w:rsidRDefault="00B15143" w:rsidP="0009597E">
      <w:pPr>
        <w:spacing w:after="0" w:line="240" w:lineRule="auto"/>
      </w:pPr>
      <w:r>
        <w:separator/>
      </w:r>
    </w:p>
  </w:footnote>
  <w:footnote w:type="continuationSeparator" w:id="0">
    <w:p w:rsidR="00B15143" w:rsidRDefault="00B15143" w:rsidP="000959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97E" w:rsidRDefault="0009597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97E" w:rsidRDefault="0009597E">
    <w:pPr>
      <w:pStyle w:val="a5"/>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97E" w:rsidRDefault="0009597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nsid w:val="FFFFFF7F"/>
    <w:multiLevelType w:val="singleLevel"/>
    <w:tmpl w:val="38441652"/>
    <w:lvl w:ilvl="0">
      <w:start w:val="1"/>
      <w:numFmt w:val="decimal"/>
      <w:pStyle w:val="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a"/>
      <w:lvlText w:val="%1."/>
      <w:lvlJc w:val="left"/>
      <w:pPr>
        <w:tabs>
          <w:tab w:val="num" w:pos="360"/>
        </w:tabs>
        <w:ind w:left="360" w:hanging="360"/>
      </w:pPr>
    </w:lvl>
  </w:abstractNum>
  <w:abstractNum w:abstractNumId="8">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nsid w:val="5B261543"/>
    <w:multiLevelType w:val="hybridMultilevel"/>
    <w:tmpl w:val="69C2B4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0643544"/>
    <w:multiLevelType w:val="hybridMultilevel"/>
    <w:tmpl w:val="90C2D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17E30"/>
    <w:rsid w:val="00034616"/>
    <w:rsid w:val="0006063C"/>
    <w:rsid w:val="0009597E"/>
    <w:rsid w:val="0015074B"/>
    <w:rsid w:val="0029639D"/>
    <w:rsid w:val="00326F90"/>
    <w:rsid w:val="006E6438"/>
    <w:rsid w:val="0072711B"/>
    <w:rsid w:val="007C16D4"/>
    <w:rsid w:val="0091358C"/>
    <w:rsid w:val="00AA1D8D"/>
    <w:rsid w:val="00B15143"/>
    <w:rsid w:val="00B47730"/>
    <w:rsid w:val="00BD3782"/>
    <w:rsid w:val="00C64B96"/>
    <w:rsid w:val="00CB0664"/>
    <w:rsid w:val="00E87DCF"/>
    <w:rsid w:val="00F554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Arial" w:hAnsi="Arial"/>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FC693F"/>
    <w:rPr>
      <w:rFonts w:ascii="Arial" w:hAnsi="Arial"/>
      <w:sz w:val="20"/>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Название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25781-E2D2-4764-BDE9-F88F878B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1439</Words>
  <Characters>8203</Characters>
  <Application>Microsoft Office Word</Application>
  <DocSecurity>0</DocSecurity>
  <Lines>68</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9623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Buh</cp:lastModifiedBy>
  <cp:revision>11</cp:revision>
  <dcterms:created xsi:type="dcterms:W3CDTF">2013-12-23T23:15:00Z</dcterms:created>
  <dcterms:modified xsi:type="dcterms:W3CDTF">2026-10-13T07:40:00Z</dcterms:modified>
  <cp:category/>
</cp:coreProperties>
</file>