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2D737" w14:textId="77777777" w:rsidR="006A5C30" w:rsidRPr="00C00114" w:rsidRDefault="002234F7">
      <w:pPr>
        <w:jc w:val="center"/>
        <w:rPr>
          <w:lang w:val="ru-RU"/>
        </w:rPr>
      </w:pPr>
      <w:r w:rsidRPr="00C00114">
        <w:rPr>
          <w:b/>
          <w:sz w:val="28"/>
          <w:lang w:val="ru-RU"/>
        </w:rPr>
        <w:t>ТЕХНИЧЕСКАЯ СПЕЦИФИКАЦИЯ</w:t>
      </w:r>
    </w:p>
    <w:p w14:paraId="2DA7136D" w14:textId="77777777" w:rsidR="006A5C30" w:rsidRPr="00C00114" w:rsidRDefault="002234F7">
      <w:pPr>
        <w:rPr>
          <w:lang w:val="ru-RU"/>
        </w:rPr>
      </w:pPr>
      <w:r w:rsidRPr="00C00114">
        <w:rPr>
          <w:b/>
          <w:lang w:val="ru-RU"/>
        </w:rPr>
        <w:t xml:space="preserve">Наименование услуги: </w:t>
      </w:r>
      <w:r w:rsidRPr="00C00114">
        <w:rPr>
          <w:lang w:val="ru-RU"/>
        </w:rPr>
        <w:t>Услуги по обязательному страхованию гражданско-правовой ответственности владельцев транспортных средств (ОГПО ВТС).</w:t>
      </w:r>
    </w:p>
    <w:p w14:paraId="7DA11888" w14:textId="77777777" w:rsidR="006A5C30" w:rsidRPr="00C00114" w:rsidRDefault="002234F7">
      <w:pPr>
        <w:rPr>
          <w:lang w:val="ru-RU"/>
        </w:rPr>
      </w:pPr>
      <w:r w:rsidRPr="00C00114">
        <w:rPr>
          <w:b/>
          <w:lang w:val="ru-RU"/>
        </w:rPr>
        <w:t>1. Общие требования</w:t>
      </w:r>
    </w:p>
    <w:p w14:paraId="283714BD" w14:textId="77777777" w:rsidR="006A5C30" w:rsidRPr="00C00114" w:rsidRDefault="002234F7">
      <w:pPr>
        <w:rPr>
          <w:lang w:val="ru-RU"/>
        </w:rPr>
      </w:pPr>
      <w:r w:rsidRPr="00C00114">
        <w:rPr>
          <w:lang w:val="ru-RU"/>
        </w:rPr>
        <w:t xml:space="preserve">Оказание услуг по обязательному страхованию </w:t>
      </w:r>
      <w:r w:rsidRPr="00C00114">
        <w:rPr>
          <w:lang w:val="ru-RU"/>
        </w:rPr>
        <w:t>гражданско-правовой ответственности владельцев транспортных средств в соответствии с законодательством Республики Казахстан, регулирующим обязательное страхование гражданско-правовой ответственности владельцев транспортных средств.</w:t>
      </w:r>
    </w:p>
    <w:p w14:paraId="64236FE6" w14:textId="77777777" w:rsidR="006A5C30" w:rsidRPr="00C00114" w:rsidRDefault="002234F7">
      <w:pPr>
        <w:rPr>
          <w:lang w:val="ru-RU"/>
        </w:rPr>
      </w:pPr>
      <w:r w:rsidRPr="00C00114">
        <w:rPr>
          <w:lang w:val="ru-RU"/>
        </w:rPr>
        <w:t>Страхование должно обесп</w:t>
      </w:r>
      <w:r w:rsidRPr="00C00114">
        <w:rPr>
          <w:lang w:val="ru-RU"/>
        </w:rPr>
        <w:t>ечивать защиту имущественных интересов застрахованных лиц, связанных с обязанностью возместить вред, причинённый жизни, здоровью и (или) имуществу третьих лиц в результате эксплуатации застрахованных транспортных средств, в пределах и на условиях, предусмо</w:t>
      </w:r>
      <w:r w:rsidRPr="00C00114">
        <w:rPr>
          <w:lang w:val="ru-RU"/>
        </w:rPr>
        <w:t>тренных законодательством Республики Казахстан.</w:t>
      </w:r>
    </w:p>
    <w:p w14:paraId="3E88B135" w14:textId="77777777" w:rsidR="006A5C30" w:rsidRDefault="002234F7">
      <w:r>
        <w:rPr>
          <w:b/>
        </w:rPr>
        <w:t>2. Перечень транспортных средств, подлежащих страхованию</w:t>
      </w:r>
    </w:p>
    <w:tbl>
      <w:tblPr>
        <w:tblStyle w:val="aff0"/>
        <w:tblW w:w="0" w:type="auto"/>
        <w:jc w:val="center"/>
        <w:tblLook w:val="04A0" w:firstRow="1" w:lastRow="0" w:firstColumn="1" w:lastColumn="0" w:noHBand="0" w:noVBand="1"/>
      </w:tblPr>
      <w:tblGrid>
        <w:gridCol w:w="454"/>
        <w:gridCol w:w="4649"/>
        <w:gridCol w:w="1020"/>
        <w:gridCol w:w="1247"/>
        <w:gridCol w:w="794"/>
      </w:tblGrid>
      <w:tr w:rsidR="006A5C30" w14:paraId="68128085" w14:textId="77777777">
        <w:trPr>
          <w:jc w:val="center"/>
        </w:trPr>
        <w:tc>
          <w:tcPr>
            <w:tcW w:w="454" w:type="dxa"/>
            <w:vAlign w:val="center"/>
          </w:tcPr>
          <w:p w14:paraId="1D031240" w14:textId="77777777" w:rsidR="006A5C30" w:rsidRDefault="002234F7">
            <w:r>
              <w:rPr>
                <w:b/>
                <w:sz w:val="18"/>
              </w:rPr>
              <w:t>№</w:t>
            </w:r>
          </w:p>
        </w:tc>
        <w:tc>
          <w:tcPr>
            <w:tcW w:w="4649" w:type="dxa"/>
            <w:vAlign w:val="center"/>
          </w:tcPr>
          <w:p w14:paraId="19DFEC7B" w14:textId="77777777" w:rsidR="006A5C30" w:rsidRDefault="002234F7">
            <w:r>
              <w:rPr>
                <w:b/>
                <w:sz w:val="18"/>
              </w:rPr>
              <w:t>Наименование транспортного средства</w:t>
            </w:r>
          </w:p>
        </w:tc>
        <w:tc>
          <w:tcPr>
            <w:tcW w:w="1020" w:type="dxa"/>
            <w:vAlign w:val="center"/>
          </w:tcPr>
          <w:p w14:paraId="3E7FEC3F" w14:textId="77777777" w:rsidR="006A5C30" w:rsidRDefault="002234F7">
            <w:r>
              <w:rPr>
                <w:b/>
                <w:sz w:val="18"/>
              </w:rPr>
              <w:t>Год выпуска</w:t>
            </w:r>
          </w:p>
        </w:tc>
        <w:tc>
          <w:tcPr>
            <w:tcW w:w="1247" w:type="dxa"/>
            <w:vAlign w:val="center"/>
          </w:tcPr>
          <w:p w14:paraId="4C970441" w14:textId="77777777" w:rsidR="006A5C30" w:rsidRDefault="002234F7">
            <w:r>
              <w:rPr>
                <w:b/>
                <w:sz w:val="18"/>
              </w:rPr>
              <w:t>Категория</w:t>
            </w:r>
          </w:p>
        </w:tc>
        <w:tc>
          <w:tcPr>
            <w:tcW w:w="794" w:type="dxa"/>
            <w:vAlign w:val="center"/>
          </w:tcPr>
          <w:p w14:paraId="588B0382" w14:textId="77777777" w:rsidR="006A5C30" w:rsidRDefault="002234F7">
            <w:r>
              <w:rPr>
                <w:b/>
                <w:sz w:val="18"/>
              </w:rPr>
              <w:t>Кол-во</w:t>
            </w:r>
          </w:p>
        </w:tc>
      </w:tr>
      <w:tr w:rsidR="006A5C30" w14:paraId="3F635013" w14:textId="77777777">
        <w:trPr>
          <w:jc w:val="center"/>
        </w:trPr>
        <w:tc>
          <w:tcPr>
            <w:tcW w:w="454" w:type="dxa"/>
            <w:vAlign w:val="center"/>
          </w:tcPr>
          <w:p w14:paraId="28D9568B" w14:textId="77777777" w:rsidR="006A5C30" w:rsidRDefault="002234F7">
            <w:r>
              <w:rPr>
                <w:sz w:val="18"/>
              </w:rPr>
              <w:t>1</w:t>
            </w:r>
          </w:p>
        </w:tc>
        <w:tc>
          <w:tcPr>
            <w:tcW w:w="4649" w:type="dxa"/>
            <w:vAlign w:val="center"/>
          </w:tcPr>
          <w:p w14:paraId="34D9DF60" w14:textId="77777777" w:rsidR="006A5C30" w:rsidRPr="00C00114" w:rsidRDefault="002234F7">
            <w:pPr>
              <w:rPr>
                <w:lang w:val="ru-RU"/>
              </w:rPr>
            </w:pPr>
            <w:r w:rsidRPr="00C00114">
              <w:rPr>
                <w:sz w:val="18"/>
                <w:lang w:val="ru-RU"/>
              </w:rPr>
              <w:t>Подметально-вакуумная машина (пылесос) на шасси КАМАЗ-53605 (4×2)</w:t>
            </w:r>
          </w:p>
        </w:tc>
        <w:tc>
          <w:tcPr>
            <w:tcW w:w="1020" w:type="dxa"/>
            <w:vAlign w:val="center"/>
          </w:tcPr>
          <w:p w14:paraId="255B274A" w14:textId="77777777" w:rsidR="006A5C30" w:rsidRDefault="002234F7">
            <w:r>
              <w:rPr>
                <w:sz w:val="18"/>
              </w:rPr>
              <w:t>2026</w:t>
            </w:r>
          </w:p>
        </w:tc>
        <w:tc>
          <w:tcPr>
            <w:tcW w:w="1247" w:type="dxa"/>
            <w:vAlign w:val="center"/>
          </w:tcPr>
          <w:p w14:paraId="34FF0B50" w14:textId="77777777" w:rsidR="006A5C30" w:rsidRDefault="002234F7">
            <w:r>
              <w:rPr>
                <w:sz w:val="18"/>
              </w:rPr>
              <w:t>Грузовая</w:t>
            </w:r>
          </w:p>
        </w:tc>
        <w:tc>
          <w:tcPr>
            <w:tcW w:w="794" w:type="dxa"/>
            <w:vAlign w:val="center"/>
          </w:tcPr>
          <w:p w14:paraId="3761D634" w14:textId="77777777" w:rsidR="006A5C30" w:rsidRDefault="002234F7">
            <w:r>
              <w:rPr>
                <w:sz w:val="18"/>
              </w:rPr>
              <w:t>1</w:t>
            </w:r>
          </w:p>
        </w:tc>
      </w:tr>
      <w:tr w:rsidR="006A5C30" w14:paraId="34B7B60C" w14:textId="77777777">
        <w:trPr>
          <w:jc w:val="center"/>
        </w:trPr>
        <w:tc>
          <w:tcPr>
            <w:tcW w:w="454" w:type="dxa"/>
            <w:vAlign w:val="center"/>
          </w:tcPr>
          <w:p w14:paraId="6003B1CE" w14:textId="77777777" w:rsidR="006A5C30" w:rsidRDefault="002234F7">
            <w:r>
              <w:rPr>
                <w:sz w:val="18"/>
              </w:rPr>
              <w:t>2</w:t>
            </w:r>
          </w:p>
        </w:tc>
        <w:tc>
          <w:tcPr>
            <w:tcW w:w="4649" w:type="dxa"/>
            <w:vAlign w:val="center"/>
          </w:tcPr>
          <w:p w14:paraId="08C921ED" w14:textId="77777777" w:rsidR="006A5C30" w:rsidRPr="00C00114" w:rsidRDefault="002234F7">
            <w:pPr>
              <w:rPr>
                <w:lang w:val="ru-RU"/>
              </w:rPr>
            </w:pPr>
            <w:r w:rsidRPr="00C00114">
              <w:rPr>
                <w:sz w:val="18"/>
                <w:lang w:val="ru-RU"/>
              </w:rPr>
              <w:t>Подметально-вакуумная машина (пылесос) на шасси КАМАЗ-53605 (4×2)</w:t>
            </w:r>
          </w:p>
        </w:tc>
        <w:tc>
          <w:tcPr>
            <w:tcW w:w="1020" w:type="dxa"/>
            <w:vAlign w:val="center"/>
          </w:tcPr>
          <w:p w14:paraId="27273EC4" w14:textId="77777777" w:rsidR="006A5C30" w:rsidRDefault="002234F7">
            <w:r>
              <w:rPr>
                <w:sz w:val="18"/>
              </w:rPr>
              <w:t>2026</w:t>
            </w:r>
          </w:p>
        </w:tc>
        <w:tc>
          <w:tcPr>
            <w:tcW w:w="1247" w:type="dxa"/>
            <w:vAlign w:val="center"/>
          </w:tcPr>
          <w:p w14:paraId="279FAB7D" w14:textId="77777777" w:rsidR="006A5C30" w:rsidRDefault="002234F7">
            <w:r>
              <w:rPr>
                <w:sz w:val="18"/>
              </w:rPr>
              <w:t>Грузовая</w:t>
            </w:r>
          </w:p>
        </w:tc>
        <w:tc>
          <w:tcPr>
            <w:tcW w:w="794" w:type="dxa"/>
            <w:vAlign w:val="center"/>
          </w:tcPr>
          <w:p w14:paraId="33829C6C" w14:textId="77777777" w:rsidR="006A5C30" w:rsidRDefault="002234F7">
            <w:r>
              <w:rPr>
                <w:sz w:val="18"/>
              </w:rPr>
              <w:t>1</w:t>
            </w:r>
          </w:p>
        </w:tc>
      </w:tr>
      <w:tr w:rsidR="006A5C30" w14:paraId="7A1652FF" w14:textId="77777777">
        <w:trPr>
          <w:jc w:val="center"/>
        </w:trPr>
        <w:tc>
          <w:tcPr>
            <w:tcW w:w="454" w:type="dxa"/>
            <w:vAlign w:val="center"/>
          </w:tcPr>
          <w:p w14:paraId="06CFC9E6" w14:textId="77777777" w:rsidR="006A5C30" w:rsidRDefault="002234F7">
            <w:r>
              <w:rPr>
                <w:sz w:val="18"/>
              </w:rPr>
              <w:t>3</w:t>
            </w:r>
          </w:p>
        </w:tc>
        <w:tc>
          <w:tcPr>
            <w:tcW w:w="4649" w:type="dxa"/>
            <w:vAlign w:val="center"/>
          </w:tcPr>
          <w:p w14:paraId="6C81205E" w14:textId="77777777" w:rsidR="006A5C30" w:rsidRPr="00C00114" w:rsidRDefault="002234F7">
            <w:pPr>
              <w:rPr>
                <w:lang w:val="ru-RU"/>
              </w:rPr>
            </w:pPr>
            <w:r w:rsidRPr="00C00114">
              <w:rPr>
                <w:sz w:val="18"/>
                <w:lang w:val="ru-RU"/>
              </w:rPr>
              <w:t>Подметально-вакуумная машина (пылесос) на шасси КАМАЗ-53605 (4×2)</w:t>
            </w:r>
          </w:p>
        </w:tc>
        <w:tc>
          <w:tcPr>
            <w:tcW w:w="1020" w:type="dxa"/>
            <w:vAlign w:val="center"/>
          </w:tcPr>
          <w:p w14:paraId="30C3AF9C" w14:textId="77777777" w:rsidR="006A5C30" w:rsidRDefault="002234F7">
            <w:r>
              <w:rPr>
                <w:sz w:val="18"/>
              </w:rPr>
              <w:t>2026</w:t>
            </w:r>
          </w:p>
        </w:tc>
        <w:tc>
          <w:tcPr>
            <w:tcW w:w="1247" w:type="dxa"/>
            <w:vAlign w:val="center"/>
          </w:tcPr>
          <w:p w14:paraId="5E34B814" w14:textId="77777777" w:rsidR="006A5C30" w:rsidRDefault="002234F7">
            <w:r>
              <w:rPr>
                <w:sz w:val="18"/>
              </w:rPr>
              <w:t>Грузовая</w:t>
            </w:r>
          </w:p>
        </w:tc>
        <w:tc>
          <w:tcPr>
            <w:tcW w:w="794" w:type="dxa"/>
            <w:vAlign w:val="center"/>
          </w:tcPr>
          <w:p w14:paraId="2786D140" w14:textId="77777777" w:rsidR="006A5C30" w:rsidRDefault="002234F7">
            <w:r>
              <w:rPr>
                <w:sz w:val="18"/>
              </w:rPr>
              <w:t>1</w:t>
            </w:r>
          </w:p>
        </w:tc>
      </w:tr>
      <w:tr w:rsidR="006A5C30" w14:paraId="5FAD603D" w14:textId="77777777">
        <w:trPr>
          <w:jc w:val="center"/>
        </w:trPr>
        <w:tc>
          <w:tcPr>
            <w:tcW w:w="454" w:type="dxa"/>
            <w:vAlign w:val="center"/>
          </w:tcPr>
          <w:p w14:paraId="457AFD2B" w14:textId="77777777" w:rsidR="006A5C30" w:rsidRDefault="002234F7">
            <w:r>
              <w:rPr>
                <w:sz w:val="18"/>
              </w:rPr>
              <w:t>4</w:t>
            </w:r>
          </w:p>
        </w:tc>
        <w:tc>
          <w:tcPr>
            <w:tcW w:w="4649" w:type="dxa"/>
            <w:vAlign w:val="center"/>
          </w:tcPr>
          <w:p w14:paraId="1A4F3044" w14:textId="77777777" w:rsidR="006A5C30" w:rsidRPr="00C00114" w:rsidRDefault="002234F7">
            <w:pPr>
              <w:rPr>
                <w:lang w:val="ru-RU"/>
              </w:rPr>
            </w:pPr>
            <w:r w:rsidRPr="00C00114">
              <w:rPr>
                <w:sz w:val="18"/>
                <w:lang w:val="ru-RU"/>
              </w:rPr>
              <w:t>Подметально-вакуумная машина (пылесос) на шасси КАМАЗ-53605 (4×2)</w:t>
            </w:r>
          </w:p>
        </w:tc>
        <w:tc>
          <w:tcPr>
            <w:tcW w:w="1020" w:type="dxa"/>
            <w:vAlign w:val="center"/>
          </w:tcPr>
          <w:p w14:paraId="6AFB6BC7" w14:textId="77777777" w:rsidR="006A5C30" w:rsidRDefault="002234F7">
            <w:r>
              <w:rPr>
                <w:sz w:val="18"/>
              </w:rPr>
              <w:t>2026</w:t>
            </w:r>
          </w:p>
        </w:tc>
        <w:tc>
          <w:tcPr>
            <w:tcW w:w="1247" w:type="dxa"/>
            <w:vAlign w:val="center"/>
          </w:tcPr>
          <w:p w14:paraId="4A62B1A5" w14:textId="77777777" w:rsidR="006A5C30" w:rsidRDefault="002234F7">
            <w:r>
              <w:rPr>
                <w:sz w:val="18"/>
              </w:rPr>
              <w:t>Грузовая</w:t>
            </w:r>
          </w:p>
        </w:tc>
        <w:tc>
          <w:tcPr>
            <w:tcW w:w="794" w:type="dxa"/>
            <w:vAlign w:val="center"/>
          </w:tcPr>
          <w:p w14:paraId="4745E6A0" w14:textId="77777777" w:rsidR="006A5C30" w:rsidRDefault="002234F7">
            <w:r>
              <w:rPr>
                <w:sz w:val="18"/>
              </w:rPr>
              <w:t>1</w:t>
            </w:r>
          </w:p>
        </w:tc>
      </w:tr>
      <w:tr w:rsidR="006A5C30" w14:paraId="7C166FB4" w14:textId="77777777">
        <w:trPr>
          <w:jc w:val="center"/>
        </w:trPr>
        <w:tc>
          <w:tcPr>
            <w:tcW w:w="454" w:type="dxa"/>
            <w:vAlign w:val="center"/>
          </w:tcPr>
          <w:p w14:paraId="1951F561" w14:textId="77777777" w:rsidR="006A5C30" w:rsidRDefault="002234F7">
            <w:r>
              <w:rPr>
                <w:sz w:val="18"/>
              </w:rPr>
              <w:t>5</w:t>
            </w:r>
          </w:p>
        </w:tc>
        <w:tc>
          <w:tcPr>
            <w:tcW w:w="4649" w:type="dxa"/>
            <w:vAlign w:val="center"/>
          </w:tcPr>
          <w:p w14:paraId="783F4F52" w14:textId="77777777" w:rsidR="006A5C30" w:rsidRPr="00C00114" w:rsidRDefault="002234F7">
            <w:pPr>
              <w:rPr>
                <w:lang w:val="ru-RU"/>
              </w:rPr>
            </w:pPr>
            <w:r w:rsidRPr="00C00114">
              <w:rPr>
                <w:sz w:val="18"/>
                <w:lang w:val="ru-RU"/>
              </w:rPr>
              <w:t>Подметально-вакуумная машина (пылесос) на шасси КАМАЗ-53605 (4×2)</w:t>
            </w:r>
          </w:p>
        </w:tc>
        <w:tc>
          <w:tcPr>
            <w:tcW w:w="1020" w:type="dxa"/>
            <w:vAlign w:val="center"/>
          </w:tcPr>
          <w:p w14:paraId="2FD2E8C3" w14:textId="77777777" w:rsidR="006A5C30" w:rsidRDefault="002234F7">
            <w:r>
              <w:rPr>
                <w:sz w:val="18"/>
              </w:rPr>
              <w:t>2026</w:t>
            </w:r>
          </w:p>
        </w:tc>
        <w:tc>
          <w:tcPr>
            <w:tcW w:w="1247" w:type="dxa"/>
            <w:vAlign w:val="center"/>
          </w:tcPr>
          <w:p w14:paraId="493850F0" w14:textId="77777777" w:rsidR="006A5C30" w:rsidRDefault="002234F7">
            <w:r>
              <w:rPr>
                <w:sz w:val="18"/>
              </w:rPr>
              <w:t>Грузовая</w:t>
            </w:r>
          </w:p>
        </w:tc>
        <w:tc>
          <w:tcPr>
            <w:tcW w:w="794" w:type="dxa"/>
            <w:vAlign w:val="center"/>
          </w:tcPr>
          <w:p w14:paraId="1085E7B3" w14:textId="77777777" w:rsidR="006A5C30" w:rsidRDefault="002234F7">
            <w:r>
              <w:rPr>
                <w:sz w:val="18"/>
              </w:rPr>
              <w:t>1</w:t>
            </w:r>
          </w:p>
        </w:tc>
      </w:tr>
      <w:tr w:rsidR="006A5C30" w14:paraId="4D9198E0" w14:textId="77777777">
        <w:trPr>
          <w:jc w:val="center"/>
        </w:trPr>
        <w:tc>
          <w:tcPr>
            <w:tcW w:w="454" w:type="dxa"/>
            <w:vAlign w:val="center"/>
          </w:tcPr>
          <w:p w14:paraId="03C836A5" w14:textId="77777777" w:rsidR="006A5C30" w:rsidRDefault="002234F7">
            <w:r>
              <w:rPr>
                <w:sz w:val="18"/>
              </w:rPr>
              <w:t>6</w:t>
            </w:r>
          </w:p>
        </w:tc>
        <w:tc>
          <w:tcPr>
            <w:tcW w:w="4649" w:type="dxa"/>
            <w:vAlign w:val="center"/>
          </w:tcPr>
          <w:p w14:paraId="32E4FAEF" w14:textId="77777777" w:rsidR="006A5C30" w:rsidRPr="00C00114" w:rsidRDefault="002234F7">
            <w:pPr>
              <w:rPr>
                <w:lang w:val="ru-RU"/>
              </w:rPr>
            </w:pPr>
            <w:r w:rsidRPr="00C00114">
              <w:rPr>
                <w:sz w:val="18"/>
                <w:lang w:val="ru-RU"/>
              </w:rPr>
              <w:t xml:space="preserve">Компактная подметально-уборочная машина </w:t>
            </w:r>
            <w:r>
              <w:rPr>
                <w:sz w:val="18"/>
              </w:rPr>
              <w:t>ERDEMLI</w:t>
            </w:r>
            <w:r w:rsidRPr="00C00114">
              <w:rPr>
                <w:sz w:val="18"/>
                <w:lang w:val="ru-RU"/>
              </w:rPr>
              <w:t xml:space="preserve"> </w:t>
            </w:r>
            <w:r>
              <w:rPr>
                <w:sz w:val="18"/>
              </w:rPr>
              <w:t>HIVAC</w:t>
            </w:r>
            <w:r w:rsidRPr="00C00114">
              <w:rPr>
                <w:sz w:val="18"/>
                <w:lang w:val="ru-RU"/>
              </w:rPr>
              <w:t xml:space="preserve"> 4020</w:t>
            </w:r>
          </w:p>
        </w:tc>
        <w:tc>
          <w:tcPr>
            <w:tcW w:w="1020" w:type="dxa"/>
            <w:vAlign w:val="center"/>
          </w:tcPr>
          <w:p w14:paraId="157B75FF" w14:textId="77777777" w:rsidR="006A5C30" w:rsidRDefault="002234F7">
            <w:r>
              <w:rPr>
                <w:sz w:val="18"/>
              </w:rPr>
              <w:t>2026</w:t>
            </w:r>
          </w:p>
        </w:tc>
        <w:tc>
          <w:tcPr>
            <w:tcW w:w="1247" w:type="dxa"/>
            <w:vAlign w:val="center"/>
          </w:tcPr>
          <w:p w14:paraId="3C6A82F1" w14:textId="77777777" w:rsidR="006A5C30" w:rsidRDefault="002234F7">
            <w:r>
              <w:rPr>
                <w:sz w:val="18"/>
              </w:rPr>
              <w:t>Грузовая</w:t>
            </w:r>
          </w:p>
        </w:tc>
        <w:tc>
          <w:tcPr>
            <w:tcW w:w="794" w:type="dxa"/>
            <w:vAlign w:val="center"/>
          </w:tcPr>
          <w:p w14:paraId="5D2E2014" w14:textId="77777777" w:rsidR="006A5C30" w:rsidRDefault="002234F7">
            <w:r>
              <w:rPr>
                <w:sz w:val="18"/>
              </w:rPr>
              <w:t>1</w:t>
            </w:r>
          </w:p>
        </w:tc>
      </w:tr>
      <w:tr w:rsidR="006A5C30" w14:paraId="3AD30D5F" w14:textId="77777777">
        <w:trPr>
          <w:jc w:val="center"/>
        </w:trPr>
        <w:tc>
          <w:tcPr>
            <w:tcW w:w="454" w:type="dxa"/>
            <w:vAlign w:val="center"/>
          </w:tcPr>
          <w:p w14:paraId="65A29BA5" w14:textId="77777777" w:rsidR="006A5C30" w:rsidRDefault="002234F7">
            <w:r>
              <w:rPr>
                <w:sz w:val="18"/>
              </w:rPr>
              <w:t>7</w:t>
            </w:r>
          </w:p>
        </w:tc>
        <w:tc>
          <w:tcPr>
            <w:tcW w:w="4649" w:type="dxa"/>
            <w:vAlign w:val="center"/>
          </w:tcPr>
          <w:p w14:paraId="2A39F3B7" w14:textId="77777777" w:rsidR="006A5C30" w:rsidRPr="00C00114" w:rsidRDefault="002234F7">
            <w:pPr>
              <w:rPr>
                <w:lang w:val="ru-RU"/>
              </w:rPr>
            </w:pPr>
            <w:r w:rsidRPr="00C00114">
              <w:rPr>
                <w:sz w:val="18"/>
                <w:lang w:val="ru-RU"/>
              </w:rPr>
              <w:t xml:space="preserve">Компактная подметально-уборочная машина </w:t>
            </w:r>
            <w:r>
              <w:rPr>
                <w:sz w:val="18"/>
              </w:rPr>
              <w:t>ERDEMLI</w:t>
            </w:r>
            <w:r w:rsidRPr="00C00114">
              <w:rPr>
                <w:sz w:val="18"/>
                <w:lang w:val="ru-RU"/>
              </w:rPr>
              <w:t xml:space="preserve"> </w:t>
            </w:r>
            <w:r>
              <w:rPr>
                <w:sz w:val="18"/>
              </w:rPr>
              <w:t>HIVAC</w:t>
            </w:r>
            <w:r w:rsidRPr="00C00114">
              <w:rPr>
                <w:sz w:val="18"/>
                <w:lang w:val="ru-RU"/>
              </w:rPr>
              <w:t xml:space="preserve"> 4020</w:t>
            </w:r>
          </w:p>
        </w:tc>
        <w:tc>
          <w:tcPr>
            <w:tcW w:w="1020" w:type="dxa"/>
            <w:vAlign w:val="center"/>
          </w:tcPr>
          <w:p w14:paraId="0C47871B" w14:textId="77777777" w:rsidR="006A5C30" w:rsidRDefault="002234F7">
            <w:r>
              <w:rPr>
                <w:sz w:val="18"/>
              </w:rPr>
              <w:t>2026</w:t>
            </w:r>
          </w:p>
        </w:tc>
        <w:tc>
          <w:tcPr>
            <w:tcW w:w="1247" w:type="dxa"/>
            <w:vAlign w:val="center"/>
          </w:tcPr>
          <w:p w14:paraId="2F16BF32" w14:textId="77777777" w:rsidR="006A5C30" w:rsidRDefault="002234F7">
            <w:r>
              <w:rPr>
                <w:sz w:val="18"/>
              </w:rPr>
              <w:t>Грузовая</w:t>
            </w:r>
          </w:p>
        </w:tc>
        <w:tc>
          <w:tcPr>
            <w:tcW w:w="794" w:type="dxa"/>
            <w:vAlign w:val="center"/>
          </w:tcPr>
          <w:p w14:paraId="16B1B756" w14:textId="77777777" w:rsidR="006A5C30" w:rsidRDefault="002234F7">
            <w:r>
              <w:rPr>
                <w:sz w:val="18"/>
              </w:rPr>
              <w:t>1</w:t>
            </w:r>
          </w:p>
        </w:tc>
      </w:tr>
      <w:tr w:rsidR="006A5C30" w14:paraId="5AB9BA41" w14:textId="77777777">
        <w:trPr>
          <w:jc w:val="center"/>
        </w:trPr>
        <w:tc>
          <w:tcPr>
            <w:tcW w:w="454" w:type="dxa"/>
            <w:vAlign w:val="center"/>
          </w:tcPr>
          <w:p w14:paraId="4DB4D904" w14:textId="77777777" w:rsidR="006A5C30" w:rsidRDefault="002234F7">
            <w:r>
              <w:rPr>
                <w:sz w:val="18"/>
              </w:rPr>
              <w:t>8</w:t>
            </w:r>
          </w:p>
        </w:tc>
        <w:tc>
          <w:tcPr>
            <w:tcW w:w="4649" w:type="dxa"/>
            <w:vAlign w:val="center"/>
          </w:tcPr>
          <w:p w14:paraId="2DF650AF" w14:textId="77777777" w:rsidR="006A5C30" w:rsidRPr="00C00114" w:rsidRDefault="002234F7">
            <w:pPr>
              <w:rPr>
                <w:lang w:val="ru-RU"/>
              </w:rPr>
            </w:pPr>
            <w:r w:rsidRPr="00C00114">
              <w:rPr>
                <w:sz w:val="18"/>
                <w:lang w:val="ru-RU"/>
              </w:rPr>
              <w:t xml:space="preserve">Компактная подметально-уборочная машина </w:t>
            </w:r>
            <w:r>
              <w:rPr>
                <w:sz w:val="18"/>
              </w:rPr>
              <w:t>ERDEMLI</w:t>
            </w:r>
            <w:r w:rsidRPr="00C00114">
              <w:rPr>
                <w:sz w:val="18"/>
                <w:lang w:val="ru-RU"/>
              </w:rPr>
              <w:t xml:space="preserve"> </w:t>
            </w:r>
            <w:r>
              <w:rPr>
                <w:sz w:val="18"/>
              </w:rPr>
              <w:t>HIVAC</w:t>
            </w:r>
            <w:r w:rsidRPr="00C00114">
              <w:rPr>
                <w:sz w:val="18"/>
                <w:lang w:val="ru-RU"/>
              </w:rPr>
              <w:t xml:space="preserve"> 4020</w:t>
            </w:r>
          </w:p>
        </w:tc>
        <w:tc>
          <w:tcPr>
            <w:tcW w:w="1020" w:type="dxa"/>
            <w:vAlign w:val="center"/>
          </w:tcPr>
          <w:p w14:paraId="5D82286F" w14:textId="77777777" w:rsidR="006A5C30" w:rsidRDefault="002234F7">
            <w:r>
              <w:rPr>
                <w:sz w:val="18"/>
              </w:rPr>
              <w:t>2026</w:t>
            </w:r>
          </w:p>
        </w:tc>
        <w:tc>
          <w:tcPr>
            <w:tcW w:w="1247" w:type="dxa"/>
            <w:vAlign w:val="center"/>
          </w:tcPr>
          <w:p w14:paraId="65560283" w14:textId="77777777" w:rsidR="006A5C30" w:rsidRDefault="002234F7">
            <w:r>
              <w:rPr>
                <w:sz w:val="18"/>
              </w:rPr>
              <w:t>Грузовая</w:t>
            </w:r>
          </w:p>
        </w:tc>
        <w:tc>
          <w:tcPr>
            <w:tcW w:w="794" w:type="dxa"/>
            <w:vAlign w:val="center"/>
          </w:tcPr>
          <w:p w14:paraId="2FAB53C7" w14:textId="77777777" w:rsidR="006A5C30" w:rsidRDefault="002234F7">
            <w:r>
              <w:rPr>
                <w:sz w:val="18"/>
              </w:rPr>
              <w:t>1</w:t>
            </w:r>
          </w:p>
        </w:tc>
      </w:tr>
      <w:tr w:rsidR="006A5C30" w14:paraId="2D45134A" w14:textId="77777777">
        <w:trPr>
          <w:jc w:val="center"/>
        </w:trPr>
        <w:tc>
          <w:tcPr>
            <w:tcW w:w="454" w:type="dxa"/>
            <w:vAlign w:val="center"/>
          </w:tcPr>
          <w:p w14:paraId="222B3BF6" w14:textId="77777777" w:rsidR="006A5C30" w:rsidRDefault="002234F7">
            <w:r>
              <w:rPr>
                <w:sz w:val="18"/>
              </w:rPr>
              <w:t>9</w:t>
            </w:r>
          </w:p>
        </w:tc>
        <w:tc>
          <w:tcPr>
            <w:tcW w:w="4649" w:type="dxa"/>
            <w:vAlign w:val="center"/>
          </w:tcPr>
          <w:p w14:paraId="6FA818DE" w14:textId="77777777" w:rsidR="006A5C30" w:rsidRPr="00C00114" w:rsidRDefault="002234F7">
            <w:pPr>
              <w:rPr>
                <w:lang w:val="ru-RU"/>
              </w:rPr>
            </w:pPr>
            <w:r w:rsidRPr="00C00114">
              <w:rPr>
                <w:sz w:val="18"/>
                <w:lang w:val="ru-RU"/>
              </w:rPr>
              <w:t xml:space="preserve">Компактная подметально-уборочная машина </w:t>
            </w:r>
            <w:r>
              <w:rPr>
                <w:sz w:val="18"/>
              </w:rPr>
              <w:t>ERDEMLI</w:t>
            </w:r>
            <w:r w:rsidRPr="00C00114">
              <w:rPr>
                <w:sz w:val="18"/>
                <w:lang w:val="ru-RU"/>
              </w:rPr>
              <w:t xml:space="preserve"> </w:t>
            </w:r>
            <w:r>
              <w:rPr>
                <w:sz w:val="18"/>
              </w:rPr>
              <w:t>HIVAC</w:t>
            </w:r>
            <w:r w:rsidRPr="00C00114">
              <w:rPr>
                <w:sz w:val="18"/>
                <w:lang w:val="ru-RU"/>
              </w:rPr>
              <w:t xml:space="preserve"> 4020</w:t>
            </w:r>
          </w:p>
        </w:tc>
        <w:tc>
          <w:tcPr>
            <w:tcW w:w="1020" w:type="dxa"/>
            <w:vAlign w:val="center"/>
          </w:tcPr>
          <w:p w14:paraId="1ECEE7F3" w14:textId="77777777" w:rsidR="006A5C30" w:rsidRDefault="002234F7">
            <w:r>
              <w:rPr>
                <w:sz w:val="18"/>
              </w:rPr>
              <w:t>2026</w:t>
            </w:r>
          </w:p>
        </w:tc>
        <w:tc>
          <w:tcPr>
            <w:tcW w:w="1247" w:type="dxa"/>
            <w:vAlign w:val="center"/>
          </w:tcPr>
          <w:p w14:paraId="02A50CF4" w14:textId="77777777" w:rsidR="006A5C30" w:rsidRDefault="002234F7">
            <w:r>
              <w:rPr>
                <w:sz w:val="18"/>
              </w:rPr>
              <w:t>Грузовая</w:t>
            </w:r>
          </w:p>
        </w:tc>
        <w:tc>
          <w:tcPr>
            <w:tcW w:w="794" w:type="dxa"/>
            <w:vAlign w:val="center"/>
          </w:tcPr>
          <w:p w14:paraId="10EE9E8C" w14:textId="77777777" w:rsidR="006A5C30" w:rsidRDefault="002234F7">
            <w:r>
              <w:rPr>
                <w:sz w:val="18"/>
              </w:rPr>
              <w:t>1</w:t>
            </w:r>
          </w:p>
        </w:tc>
      </w:tr>
      <w:tr w:rsidR="006A5C30" w14:paraId="68459EC2" w14:textId="77777777">
        <w:trPr>
          <w:jc w:val="center"/>
        </w:trPr>
        <w:tc>
          <w:tcPr>
            <w:tcW w:w="454" w:type="dxa"/>
            <w:vAlign w:val="center"/>
          </w:tcPr>
          <w:p w14:paraId="4E01D1BA" w14:textId="77777777" w:rsidR="006A5C30" w:rsidRDefault="002234F7">
            <w:r>
              <w:rPr>
                <w:sz w:val="18"/>
              </w:rPr>
              <w:t>10</w:t>
            </w:r>
          </w:p>
        </w:tc>
        <w:tc>
          <w:tcPr>
            <w:tcW w:w="4649" w:type="dxa"/>
            <w:vAlign w:val="center"/>
          </w:tcPr>
          <w:p w14:paraId="36D7B03A" w14:textId="77777777" w:rsidR="006A5C30" w:rsidRPr="00C00114" w:rsidRDefault="002234F7">
            <w:pPr>
              <w:rPr>
                <w:lang w:val="ru-RU"/>
              </w:rPr>
            </w:pPr>
            <w:r w:rsidRPr="00C00114">
              <w:rPr>
                <w:sz w:val="18"/>
                <w:lang w:val="ru-RU"/>
              </w:rPr>
              <w:t xml:space="preserve">Компактная подметально-уборочная машина </w:t>
            </w:r>
            <w:r>
              <w:rPr>
                <w:sz w:val="18"/>
              </w:rPr>
              <w:t>ERDEMLI</w:t>
            </w:r>
            <w:r w:rsidRPr="00C00114">
              <w:rPr>
                <w:sz w:val="18"/>
                <w:lang w:val="ru-RU"/>
              </w:rPr>
              <w:t xml:space="preserve"> </w:t>
            </w:r>
            <w:r>
              <w:rPr>
                <w:sz w:val="18"/>
              </w:rPr>
              <w:t>HIVAC</w:t>
            </w:r>
            <w:r w:rsidRPr="00C00114">
              <w:rPr>
                <w:sz w:val="18"/>
                <w:lang w:val="ru-RU"/>
              </w:rPr>
              <w:t xml:space="preserve"> 4020</w:t>
            </w:r>
          </w:p>
        </w:tc>
        <w:tc>
          <w:tcPr>
            <w:tcW w:w="1020" w:type="dxa"/>
            <w:vAlign w:val="center"/>
          </w:tcPr>
          <w:p w14:paraId="0B906AE1" w14:textId="77777777" w:rsidR="006A5C30" w:rsidRDefault="002234F7">
            <w:r>
              <w:rPr>
                <w:sz w:val="18"/>
              </w:rPr>
              <w:t>2026</w:t>
            </w:r>
          </w:p>
        </w:tc>
        <w:tc>
          <w:tcPr>
            <w:tcW w:w="1247" w:type="dxa"/>
            <w:vAlign w:val="center"/>
          </w:tcPr>
          <w:p w14:paraId="3E60E9FE" w14:textId="77777777" w:rsidR="006A5C30" w:rsidRDefault="002234F7">
            <w:r>
              <w:rPr>
                <w:sz w:val="18"/>
              </w:rPr>
              <w:t>Грузовая</w:t>
            </w:r>
          </w:p>
        </w:tc>
        <w:tc>
          <w:tcPr>
            <w:tcW w:w="794" w:type="dxa"/>
            <w:vAlign w:val="center"/>
          </w:tcPr>
          <w:p w14:paraId="26FD8E37" w14:textId="77777777" w:rsidR="006A5C30" w:rsidRDefault="002234F7">
            <w:r>
              <w:rPr>
                <w:sz w:val="18"/>
              </w:rPr>
              <w:t>1</w:t>
            </w:r>
          </w:p>
        </w:tc>
      </w:tr>
    </w:tbl>
    <w:p w14:paraId="51E85CF4" w14:textId="77777777" w:rsidR="006A5C30" w:rsidRDefault="002234F7">
      <w:r>
        <w:rPr>
          <w:b/>
        </w:rPr>
        <w:t xml:space="preserve">3. </w:t>
      </w:r>
      <w:r>
        <w:rPr>
          <w:b/>
        </w:rPr>
        <w:t>Требования к оказанию услуг</w:t>
      </w:r>
    </w:p>
    <w:p w14:paraId="5A42ECBB" w14:textId="77777777" w:rsidR="006A5C30" w:rsidRPr="00C00114" w:rsidRDefault="002234F7">
      <w:pPr>
        <w:pStyle w:val="a"/>
        <w:rPr>
          <w:lang w:val="ru-RU"/>
        </w:rPr>
      </w:pPr>
      <w:r w:rsidRPr="00C00114">
        <w:rPr>
          <w:lang w:val="ru-RU"/>
        </w:rPr>
        <w:t>Оформить отдельный страховой полис обязательного страхования гражданско-правовой ответственности на каждое транспортное средство, указанное в настоящей технической спецификации.</w:t>
      </w:r>
    </w:p>
    <w:p w14:paraId="5480B7F2" w14:textId="77777777" w:rsidR="006A5C30" w:rsidRPr="00C00114" w:rsidRDefault="002234F7">
      <w:pPr>
        <w:pStyle w:val="a"/>
        <w:rPr>
          <w:lang w:val="ru-RU"/>
        </w:rPr>
      </w:pPr>
      <w:r w:rsidRPr="00C00114">
        <w:rPr>
          <w:lang w:val="ru-RU"/>
        </w:rPr>
        <w:t>Обеспечить соответствие страховых полисов требован</w:t>
      </w:r>
      <w:r w:rsidRPr="00C00114">
        <w:rPr>
          <w:lang w:val="ru-RU"/>
        </w:rPr>
        <w:t>иям законодательства Республики Казахстан и сведениям о соответствующих транспортных средствах, предоставленным Заказчиком.</w:t>
      </w:r>
    </w:p>
    <w:p w14:paraId="691D9BF9" w14:textId="77777777" w:rsidR="006A5C30" w:rsidRPr="00C00114" w:rsidRDefault="002234F7">
      <w:pPr>
        <w:pStyle w:val="a"/>
        <w:rPr>
          <w:lang w:val="ru-RU"/>
        </w:rPr>
      </w:pPr>
      <w:r w:rsidRPr="00C00114">
        <w:rPr>
          <w:lang w:val="ru-RU"/>
        </w:rPr>
        <w:t>Обеспечить внесение необходимых сведений в информационные системы и оформление страховых документов в порядке, установленном законод</w:t>
      </w:r>
      <w:r w:rsidRPr="00C00114">
        <w:rPr>
          <w:lang w:val="ru-RU"/>
        </w:rPr>
        <w:t>ательством Республики Казахстан.</w:t>
      </w:r>
    </w:p>
    <w:p w14:paraId="2FF5903A" w14:textId="77777777" w:rsidR="006A5C30" w:rsidRPr="00C00114" w:rsidRDefault="002234F7">
      <w:pPr>
        <w:pStyle w:val="a"/>
        <w:rPr>
          <w:lang w:val="ru-RU"/>
        </w:rPr>
      </w:pPr>
      <w:r w:rsidRPr="00C00114">
        <w:rPr>
          <w:lang w:val="ru-RU"/>
        </w:rPr>
        <w:t>Передать Заказчику оформленные страховые полисы и подтверждающие документы в электронном и (или) бумажном виде в соответствии с установленным порядком.</w:t>
      </w:r>
    </w:p>
    <w:p w14:paraId="7AAAC2B4" w14:textId="48320C04" w:rsidR="006A5C30" w:rsidRDefault="002234F7">
      <w:pPr>
        <w:pStyle w:val="a"/>
        <w:rPr>
          <w:lang w:val="ru-RU"/>
        </w:rPr>
      </w:pPr>
      <w:r w:rsidRPr="00C00114">
        <w:rPr>
          <w:lang w:val="ru-RU"/>
        </w:rPr>
        <w:t>При выявлении ошибок или несоответствий в оформленных документах устран</w:t>
      </w:r>
      <w:r w:rsidRPr="00C00114">
        <w:rPr>
          <w:lang w:val="ru-RU"/>
        </w:rPr>
        <w:t>ить их в порядке и сроки, согласованные с Заказчиком и допускаемые законодательством Республики Казахстан.</w:t>
      </w:r>
    </w:p>
    <w:p w14:paraId="4303DC2E" w14:textId="77777777" w:rsidR="00C00114" w:rsidRPr="00C00114" w:rsidRDefault="00C00114" w:rsidP="00C00114">
      <w:pPr>
        <w:pStyle w:val="a"/>
        <w:numPr>
          <w:ilvl w:val="0"/>
          <w:numId w:val="0"/>
        </w:numPr>
        <w:ind w:left="360"/>
        <w:rPr>
          <w:lang w:val="ru-RU"/>
        </w:rPr>
      </w:pPr>
    </w:p>
    <w:p w14:paraId="03FC7818" w14:textId="77777777" w:rsidR="006A5C30" w:rsidRPr="00C00114" w:rsidRDefault="002234F7">
      <w:pPr>
        <w:rPr>
          <w:lang w:val="ru-RU"/>
        </w:rPr>
      </w:pPr>
      <w:r w:rsidRPr="00C00114">
        <w:rPr>
          <w:b/>
          <w:lang w:val="ru-RU"/>
        </w:rPr>
        <w:lastRenderedPageBreak/>
        <w:t>4. Срок оказания услуг</w:t>
      </w:r>
    </w:p>
    <w:p w14:paraId="0797D836" w14:textId="77777777" w:rsidR="006A5C30" w:rsidRPr="00C00114" w:rsidRDefault="002234F7">
      <w:pPr>
        <w:rPr>
          <w:lang w:val="ru-RU"/>
        </w:rPr>
      </w:pPr>
      <w:r w:rsidRPr="00C00114">
        <w:rPr>
          <w:lang w:val="ru-RU"/>
        </w:rPr>
        <w:t>Страхование осуществляется сроком на 12 (двенадцать) месяцев по каждому транспортному средству. Начало и окончание срока страх</w:t>
      </w:r>
      <w:r w:rsidRPr="00C00114">
        <w:rPr>
          <w:lang w:val="ru-RU"/>
        </w:rPr>
        <w:t>ования определяются соответствующим страховым полисом и условиями договора.</w:t>
      </w:r>
    </w:p>
    <w:p w14:paraId="674E3887" w14:textId="77777777" w:rsidR="006A5C30" w:rsidRPr="00C00114" w:rsidRDefault="002234F7">
      <w:pPr>
        <w:rPr>
          <w:lang w:val="ru-RU"/>
        </w:rPr>
      </w:pPr>
      <w:r w:rsidRPr="00C00114">
        <w:rPr>
          <w:b/>
          <w:lang w:val="ru-RU"/>
        </w:rPr>
        <w:t>5. Место оказания услуг</w:t>
      </w:r>
    </w:p>
    <w:p w14:paraId="3EDB73A0" w14:textId="77566372" w:rsidR="006A5C30" w:rsidRPr="00C00114" w:rsidRDefault="002234F7">
      <w:pPr>
        <w:rPr>
          <w:lang w:val="ru-RU"/>
        </w:rPr>
      </w:pPr>
      <w:r w:rsidRPr="00C00114">
        <w:rPr>
          <w:lang w:val="ru-RU"/>
        </w:rPr>
        <w:t>Республика Казахстан</w:t>
      </w:r>
      <w:r w:rsidR="00C00114">
        <w:rPr>
          <w:lang w:val="ru-RU"/>
        </w:rPr>
        <w:t>, город Шымкент</w:t>
      </w:r>
    </w:p>
    <w:p w14:paraId="03EFA023" w14:textId="77777777" w:rsidR="006A5C30" w:rsidRPr="00C00114" w:rsidRDefault="002234F7">
      <w:pPr>
        <w:rPr>
          <w:lang w:val="ru-RU"/>
        </w:rPr>
      </w:pPr>
      <w:r w:rsidRPr="00C00114">
        <w:rPr>
          <w:b/>
          <w:lang w:val="ru-RU"/>
        </w:rPr>
        <w:t>6. Результат оказания услуг и порядок подтверждения</w:t>
      </w:r>
    </w:p>
    <w:p w14:paraId="1ADF1E7B" w14:textId="77777777" w:rsidR="006A5C30" w:rsidRPr="00C00114" w:rsidRDefault="002234F7">
      <w:pPr>
        <w:rPr>
          <w:lang w:val="ru-RU"/>
        </w:rPr>
      </w:pPr>
      <w:r w:rsidRPr="00C00114">
        <w:rPr>
          <w:lang w:val="ru-RU"/>
        </w:rPr>
        <w:t>Результатом оказания услуг является оформление и предоставл</w:t>
      </w:r>
      <w:r w:rsidRPr="00C00114">
        <w:rPr>
          <w:lang w:val="ru-RU"/>
        </w:rPr>
        <w:t>ение Заказчику действующих страховых полисов обязательного страхования гражданско-правовой ответственности владельцев транспортных средств на все 10 (десять) единиц транспортных средств, перечисленных в разделе 2 настоящей технической спецификации.</w:t>
      </w:r>
    </w:p>
    <w:p w14:paraId="7CA11E43" w14:textId="77777777" w:rsidR="006A5C30" w:rsidRPr="00C00114" w:rsidRDefault="002234F7">
      <w:pPr>
        <w:rPr>
          <w:lang w:val="ru-RU"/>
        </w:rPr>
      </w:pPr>
      <w:r w:rsidRPr="00C00114">
        <w:rPr>
          <w:lang w:val="ru-RU"/>
        </w:rPr>
        <w:t>Факт ок</w:t>
      </w:r>
      <w:r w:rsidRPr="00C00114">
        <w:rPr>
          <w:lang w:val="ru-RU"/>
        </w:rPr>
        <w:t>азания услуг подтверждается предоставлением страховых полисов и иных документов, предусмотренных законодательством Республики Казахстан и договором.</w:t>
      </w:r>
    </w:p>
    <w:p w14:paraId="4C12D86A" w14:textId="77777777" w:rsidR="006A5C30" w:rsidRPr="00C00114" w:rsidRDefault="002234F7">
      <w:pPr>
        <w:rPr>
          <w:lang w:val="ru-RU"/>
        </w:rPr>
      </w:pPr>
      <w:r w:rsidRPr="00C00114">
        <w:rPr>
          <w:b/>
          <w:lang w:val="ru-RU"/>
        </w:rPr>
        <w:t>7. Требования к исполнителю</w:t>
      </w:r>
    </w:p>
    <w:p w14:paraId="0A053FE4" w14:textId="07C2A1AF" w:rsidR="006A5C30" w:rsidRDefault="002234F7">
      <w:pPr>
        <w:rPr>
          <w:lang w:val="ru-RU"/>
        </w:rPr>
      </w:pPr>
      <w:r w:rsidRPr="00C00114">
        <w:rPr>
          <w:lang w:val="ru-RU"/>
        </w:rPr>
        <w:t xml:space="preserve">Исполнитель должен иметь право на осуществление деятельности по </w:t>
      </w:r>
      <w:r w:rsidRPr="00C00114">
        <w:rPr>
          <w:lang w:val="ru-RU"/>
        </w:rPr>
        <w:t>обязательному страхованию гражданско-правовой ответственности владельцев транспортных средств в соответствии с законодательством Республики Казахстан.</w:t>
      </w:r>
    </w:p>
    <w:p w14:paraId="50C16494" w14:textId="263C6FD6" w:rsidR="00C00114" w:rsidRDefault="00C00114">
      <w:pPr>
        <w:rPr>
          <w:lang w:val="ru-RU"/>
        </w:rPr>
      </w:pPr>
    </w:p>
    <w:p w14:paraId="779B380F" w14:textId="18C2970E" w:rsidR="00C00114" w:rsidRDefault="00C00114">
      <w:pPr>
        <w:rPr>
          <w:lang w:val="ru-RU"/>
        </w:rPr>
      </w:pPr>
    </w:p>
    <w:p w14:paraId="7C29B472" w14:textId="66FC7ABD" w:rsidR="00C00114" w:rsidRDefault="00C00114">
      <w:pPr>
        <w:rPr>
          <w:lang w:val="ru-RU"/>
        </w:rPr>
      </w:pPr>
    </w:p>
    <w:p w14:paraId="7EFD9247" w14:textId="60E1A407" w:rsidR="00C00114" w:rsidRDefault="00C00114">
      <w:pPr>
        <w:rPr>
          <w:lang w:val="ru-RU"/>
        </w:rPr>
      </w:pPr>
    </w:p>
    <w:p w14:paraId="4B5E92A9" w14:textId="062D2960" w:rsidR="00C00114" w:rsidRDefault="00C00114">
      <w:pPr>
        <w:rPr>
          <w:lang w:val="ru-RU"/>
        </w:rPr>
      </w:pPr>
    </w:p>
    <w:p w14:paraId="0D990266" w14:textId="41FDB136" w:rsidR="00C00114" w:rsidRDefault="00C00114">
      <w:pPr>
        <w:rPr>
          <w:lang w:val="ru-RU"/>
        </w:rPr>
      </w:pPr>
    </w:p>
    <w:p w14:paraId="3C843A43" w14:textId="37BBE76B" w:rsidR="00C00114" w:rsidRDefault="00C00114">
      <w:pPr>
        <w:rPr>
          <w:lang w:val="ru-RU"/>
        </w:rPr>
      </w:pPr>
    </w:p>
    <w:p w14:paraId="3EA9CDDC" w14:textId="134B5089" w:rsidR="00C00114" w:rsidRDefault="00C00114">
      <w:pPr>
        <w:rPr>
          <w:lang w:val="ru-RU"/>
        </w:rPr>
      </w:pPr>
    </w:p>
    <w:p w14:paraId="4B5D428E" w14:textId="53CF108F" w:rsidR="00C00114" w:rsidRDefault="00C00114">
      <w:pPr>
        <w:rPr>
          <w:lang w:val="ru-RU"/>
        </w:rPr>
      </w:pPr>
    </w:p>
    <w:p w14:paraId="49BB2905" w14:textId="2C219450" w:rsidR="00C00114" w:rsidRDefault="00C00114">
      <w:pPr>
        <w:rPr>
          <w:lang w:val="ru-RU"/>
        </w:rPr>
      </w:pPr>
    </w:p>
    <w:p w14:paraId="1F437F55" w14:textId="7B78912E" w:rsidR="00C00114" w:rsidRDefault="00C00114">
      <w:pPr>
        <w:rPr>
          <w:lang w:val="ru-RU"/>
        </w:rPr>
      </w:pPr>
    </w:p>
    <w:p w14:paraId="5B667F7B" w14:textId="06356F93" w:rsidR="00C00114" w:rsidRDefault="00C00114">
      <w:pPr>
        <w:rPr>
          <w:lang w:val="ru-RU"/>
        </w:rPr>
      </w:pPr>
    </w:p>
    <w:p w14:paraId="4B05FE5E" w14:textId="3FFC3D2E" w:rsidR="00C00114" w:rsidRDefault="00C00114">
      <w:pPr>
        <w:rPr>
          <w:lang w:val="ru-RU"/>
        </w:rPr>
      </w:pPr>
    </w:p>
    <w:p w14:paraId="4AC3F02B" w14:textId="59E16F05" w:rsidR="00C00114" w:rsidRDefault="00C00114">
      <w:pPr>
        <w:rPr>
          <w:lang w:val="ru-RU"/>
        </w:rPr>
      </w:pPr>
    </w:p>
    <w:p w14:paraId="278AECC8" w14:textId="77777777" w:rsidR="00C00114" w:rsidRPr="00C00114" w:rsidRDefault="00C00114" w:rsidP="00C00114">
      <w:pPr>
        <w:jc w:val="center"/>
        <w:rPr>
          <w:lang w:val="ru-RU"/>
        </w:rPr>
      </w:pPr>
      <w:r w:rsidRPr="00C00114">
        <w:rPr>
          <w:b/>
          <w:sz w:val="28"/>
          <w:lang w:val="ru-RU"/>
        </w:rPr>
        <w:lastRenderedPageBreak/>
        <w:t>ТЕХНИКАЛЫҚ ЕРЕКШЕЛІК</w:t>
      </w:r>
    </w:p>
    <w:p w14:paraId="17AA86C8" w14:textId="77777777" w:rsidR="00C00114" w:rsidRPr="00C00114" w:rsidRDefault="00C00114" w:rsidP="00C00114">
      <w:pPr>
        <w:rPr>
          <w:lang w:val="ru-RU"/>
        </w:rPr>
      </w:pPr>
      <w:r w:rsidRPr="00C00114">
        <w:rPr>
          <w:b/>
          <w:lang w:val="ru-RU"/>
        </w:rPr>
        <w:t xml:space="preserve">Қызметтің атауы: </w:t>
      </w:r>
      <w:r w:rsidRPr="00C00114">
        <w:rPr>
          <w:lang w:val="ru-RU"/>
        </w:rPr>
        <w:t>Көлік құралдары иелерінің азаматтық-құқықтық жауапкершілігін міндетті сақтандыру (КҚИ АҚЖ МС) бойынша қызметтер.</w:t>
      </w:r>
    </w:p>
    <w:p w14:paraId="04015D22" w14:textId="77777777" w:rsidR="00C00114" w:rsidRPr="00C00114" w:rsidRDefault="00C00114" w:rsidP="00C00114">
      <w:pPr>
        <w:rPr>
          <w:lang w:val="ru-RU"/>
        </w:rPr>
      </w:pPr>
      <w:r w:rsidRPr="00C00114">
        <w:rPr>
          <w:b/>
          <w:lang w:val="ru-RU"/>
        </w:rPr>
        <w:t>1. Жалпы талаптар</w:t>
      </w:r>
    </w:p>
    <w:p w14:paraId="435E96DA" w14:textId="77777777" w:rsidR="00C00114" w:rsidRPr="00C00114" w:rsidRDefault="00C00114" w:rsidP="00C00114">
      <w:pPr>
        <w:rPr>
          <w:lang w:val="ru-RU"/>
        </w:rPr>
      </w:pPr>
      <w:r w:rsidRPr="00C00114">
        <w:rPr>
          <w:lang w:val="ru-RU"/>
        </w:rPr>
        <w:t>Көлік құралдары иелерінің азаматтық-құқықтық жауапкершілігін міндетті сақтандыру саласындағы қатынастарды реттейтін Қазақстан Республикасының заңнамасына сәйкес көлік құралдары иелерінің азаматтық-құқықтық жауапкершілігін міндетті сақтандыру бойынша қызметтер көрсету.</w:t>
      </w:r>
    </w:p>
    <w:p w14:paraId="1ECDF733" w14:textId="77777777" w:rsidR="00C00114" w:rsidRPr="00C00114" w:rsidRDefault="00C00114" w:rsidP="00C00114">
      <w:pPr>
        <w:rPr>
          <w:lang w:val="ru-RU"/>
        </w:rPr>
      </w:pPr>
      <w:r w:rsidRPr="00C00114">
        <w:rPr>
          <w:lang w:val="ru-RU"/>
        </w:rPr>
        <w:t>Сақтандыру сақтандырылған көлік құралдарын пайдалану нәтижесінде үшінші тұлғалардың өміріне, денсаулығына және (немесе) мүлкіне келтірілген зиянды өтеу міндетіне байланысты сақтандырылған тұлғалардың мүліктік мүдделерін Қазақстан Республикасының заңнамасында көзделген шектерде және талаптарда қорғауды қамтамасыз етуге тиіс.</w:t>
      </w:r>
    </w:p>
    <w:p w14:paraId="5E911660" w14:textId="77777777" w:rsidR="00C00114" w:rsidRDefault="00C00114" w:rsidP="00C00114">
      <w:r>
        <w:rPr>
          <w:b/>
        </w:rPr>
        <w:t>2. Сақтандырылуға жататын көлік құралдарының тізбесі</w:t>
      </w:r>
    </w:p>
    <w:tbl>
      <w:tblPr>
        <w:tblStyle w:val="aff0"/>
        <w:tblW w:w="0" w:type="auto"/>
        <w:jc w:val="center"/>
        <w:tblLook w:val="04A0" w:firstRow="1" w:lastRow="0" w:firstColumn="1" w:lastColumn="0" w:noHBand="0" w:noVBand="1"/>
      </w:tblPr>
      <w:tblGrid>
        <w:gridCol w:w="454"/>
        <w:gridCol w:w="4649"/>
        <w:gridCol w:w="1344"/>
        <w:gridCol w:w="1247"/>
        <w:gridCol w:w="794"/>
      </w:tblGrid>
      <w:tr w:rsidR="00C00114" w14:paraId="1C321AB4" w14:textId="77777777" w:rsidTr="00774C89">
        <w:trPr>
          <w:jc w:val="center"/>
        </w:trPr>
        <w:tc>
          <w:tcPr>
            <w:tcW w:w="454" w:type="dxa"/>
            <w:vAlign w:val="center"/>
          </w:tcPr>
          <w:p w14:paraId="7F143936" w14:textId="77777777" w:rsidR="00C00114" w:rsidRDefault="00C00114" w:rsidP="00774C89">
            <w:r>
              <w:rPr>
                <w:b/>
                <w:sz w:val="18"/>
              </w:rPr>
              <w:t>№</w:t>
            </w:r>
          </w:p>
        </w:tc>
        <w:tc>
          <w:tcPr>
            <w:tcW w:w="4649" w:type="dxa"/>
            <w:vAlign w:val="center"/>
          </w:tcPr>
          <w:p w14:paraId="45E3D2BD" w14:textId="77777777" w:rsidR="00C00114" w:rsidRDefault="00C00114" w:rsidP="00774C89">
            <w:r>
              <w:rPr>
                <w:b/>
                <w:sz w:val="18"/>
              </w:rPr>
              <w:t>Көлік құралының атауы</w:t>
            </w:r>
          </w:p>
        </w:tc>
        <w:tc>
          <w:tcPr>
            <w:tcW w:w="1020" w:type="dxa"/>
            <w:vAlign w:val="center"/>
          </w:tcPr>
          <w:p w14:paraId="50187BE5" w14:textId="77777777" w:rsidR="00C00114" w:rsidRDefault="00C00114" w:rsidP="00774C89">
            <w:r>
              <w:rPr>
                <w:b/>
                <w:sz w:val="18"/>
              </w:rPr>
              <w:t>Шығарылған жылы</w:t>
            </w:r>
          </w:p>
        </w:tc>
        <w:tc>
          <w:tcPr>
            <w:tcW w:w="1247" w:type="dxa"/>
            <w:vAlign w:val="center"/>
          </w:tcPr>
          <w:p w14:paraId="5655D4DC" w14:textId="77777777" w:rsidR="00C00114" w:rsidRDefault="00C00114" w:rsidP="00774C89">
            <w:r>
              <w:rPr>
                <w:b/>
                <w:sz w:val="18"/>
              </w:rPr>
              <w:t>Санаты</w:t>
            </w:r>
          </w:p>
        </w:tc>
        <w:tc>
          <w:tcPr>
            <w:tcW w:w="794" w:type="dxa"/>
            <w:vAlign w:val="center"/>
          </w:tcPr>
          <w:p w14:paraId="35D3DF81" w14:textId="77777777" w:rsidR="00C00114" w:rsidRDefault="00C00114" w:rsidP="00774C89">
            <w:r>
              <w:rPr>
                <w:b/>
                <w:sz w:val="18"/>
              </w:rPr>
              <w:t>Саны</w:t>
            </w:r>
          </w:p>
        </w:tc>
      </w:tr>
      <w:tr w:rsidR="00C00114" w14:paraId="5DBDB367" w14:textId="77777777" w:rsidTr="00774C89">
        <w:trPr>
          <w:jc w:val="center"/>
        </w:trPr>
        <w:tc>
          <w:tcPr>
            <w:tcW w:w="454" w:type="dxa"/>
            <w:vAlign w:val="center"/>
          </w:tcPr>
          <w:p w14:paraId="49371FC4" w14:textId="77777777" w:rsidR="00C00114" w:rsidRDefault="00C00114" w:rsidP="00774C89">
            <w:r>
              <w:rPr>
                <w:sz w:val="18"/>
              </w:rPr>
              <w:t>1</w:t>
            </w:r>
          </w:p>
        </w:tc>
        <w:tc>
          <w:tcPr>
            <w:tcW w:w="4649" w:type="dxa"/>
            <w:vAlign w:val="center"/>
          </w:tcPr>
          <w:p w14:paraId="62CA7AC4" w14:textId="77777777" w:rsidR="00C00114" w:rsidRDefault="00C00114" w:rsidP="00774C89">
            <w:r>
              <w:rPr>
                <w:sz w:val="18"/>
              </w:rPr>
              <w:t>Шассидегі сыпыру-вакуумдық машина (шаңсорғыш) КАМАЗ-53605 (4×2)</w:t>
            </w:r>
          </w:p>
        </w:tc>
        <w:tc>
          <w:tcPr>
            <w:tcW w:w="1020" w:type="dxa"/>
            <w:vAlign w:val="center"/>
          </w:tcPr>
          <w:p w14:paraId="0CD4A5DF" w14:textId="77777777" w:rsidR="00C00114" w:rsidRDefault="00C00114" w:rsidP="00774C89">
            <w:r>
              <w:rPr>
                <w:sz w:val="18"/>
              </w:rPr>
              <w:t>2026</w:t>
            </w:r>
          </w:p>
        </w:tc>
        <w:tc>
          <w:tcPr>
            <w:tcW w:w="1247" w:type="dxa"/>
            <w:vAlign w:val="center"/>
          </w:tcPr>
          <w:p w14:paraId="54EC085E" w14:textId="77777777" w:rsidR="00C00114" w:rsidRDefault="00C00114" w:rsidP="00774C89">
            <w:r>
              <w:rPr>
                <w:sz w:val="18"/>
              </w:rPr>
              <w:t>Жүк көлігі</w:t>
            </w:r>
          </w:p>
        </w:tc>
        <w:tc>
          <w:tcPr>
            <w:tcW w:w="794" w:type="dxa"/>
            <w:vAlign w:val="center"/>
          </w:tcPr>
          <w:p w14:paraId="7E09EC5D" w14:textId="77777777" w:rsidR="00C00114" w:rsidRDefault="00C00114" w:rsidP="00774C89">
            <w:r>
              <w:rPr>
                <w:sz w:val="18"/>
              </w:rPr>
              <w:t>1</w:t>
            </w:r>
          </w:p>
        </w:tc>
      </w:tr>
      <w:tr w:rsidR="00C00114" w14:paraId="0F5A390F" w14:textId="77777777" w:rsidTr="00774C89">
        <w:trPr>
          <w:jc w:val="center"/>
        </w:trPr>
        <w:tc>
          <w:tcPr>
            <w:tcW w:w="454" w:type="dxa"/>
            <w:vAlign w:val="center"/>
          </w:tcPr>
          <w:p w14:paraId="51986DEE" w14:textId="77777777" w:rsidR="00C00114" w:rsidRDefault="00C00114" w:rsidP="00774C89">
            <w:r>
              <w:rPr>
                <w:sz w:val="18"/>
              </w:rPr>
              <w:t>2</w:t>
            </w:r>
          </w:p>
        </w:tc>
        <w:tc>
          <w:tcPr>
            <w:tcW w:w="4649" w:type="dxa"/>
            <w:vAlign w:val="center"/>
          </w:tcPr>
          <w:p w14:paraId="5FBE126F" w14:textId="77777777" w:rsidR="00C00114" w:rsidRDefault="00C00114" w:rsidP="00774C89">
            <w:r>
              <w:rPr>
                <w:sz w:val="18"/>
              </w:rPr>
              <w:t>Шассидегі сыпыру-вакуумдық машина (шаңсорғыш) КАМАЗ-53605 (4×2)</w:t>
            </w:r>
          </w:p>
        </w:tc>
        <w:tc>
          <w:tcPr>
            <w:tcW w:w="1020" w:type="dxa"/>
            <w:vAlign w:val="center"/>
          </w:tcPr>
          <w:p w14:paraId="19D61766" w14:textId="77777777" w:rsidR="00C00114" w:rsidRDefault="00C00114" w:rsidP="00774C89">
            <w:r>
              <w:rPr>
                <w:sz w:val="18"/>
              </w:rPr>
              <w:t>2026</w:t>
            </w:r>
          </w:p>
        </w:tc>
        <w:tc>
          <w:tcPr>
            <w:tcW w:w="1247" w:type="dxa"/>
            <w:vAlign w:val="center"/>
          </w:tcPr>
          <w:p w14:paraId="454C6D2F" w14:textId="77777777" w:rsidR="00C00114" w:rsidRDefault="00C00114" w:rsidP="00774C89">
            <w:r>
              <w:rPr>
                <w:sz w:val="18"/>
              </w:rPr>
              <w:t>Жүк көлігі</w:t>
            </w:r>
          </w:p>
        </w:tc>
        <w:tc>
          <w:tcPr>
            <w:tcW w:w="794" w:type="dxa"/>
            <w:vAlign w:val="center"/>
          </w:tcPr>
          <w:p w14:paraId="200588B5" w14:textId="77777777" w:rsidR="00C00114" w:rsidRDefault="00C00114" w:rsidP="00774C89">
            <w:r>
              <w:rPr>
                <w:sz w:val="18"/>
              </w:rPr>
              <w:t>1</w:t>
            </w:r>
          </w:p>
        </w:tc>
      </w:tr>
      <w:tr w:rsidR="00C00114" w14:paraId="540FFC87" w14:textId="77777777" w:rsidTr="00774C89">
        <w:trPr>
          <w:jc w:val="center"/>
        </w:trPr>
        <w:tc>
          <w:tcPr>
            <w:tcW w:w="454" w:type="dxa"/>
            <w:vAlign w:val="center"/>
          </w:tcPr>
          <w:p w14:paraId="134BBBDC" w14:textId="77777777" w:rsidR="00C00114" w:rsidRDefault="00C00114" w:rsidP="00774C89">
            <w:r>
              <w:rPr>
                <w:sz w:val="18"/>
              </w:rPr>
              <w:t>3</w:t>
            </w:r>
          </w:p>
        </w:tc>
        <w:tc>
          <w:tcPr>
            <w:tcW w:w="4649" w:type="dxa"/>
            <w:vAlign w:val="center"/>
          </w:tcPr>
          <w:p w14:paraId="5B729E5E" w14:textId="77777777" w:rsidR="00C00114" w:rsidRDefault="00C00114" w:rsidP="00774C89">
            <w:r>
              <w:rPr>
                <w:sz w:val="18"/>
              </w:rPr>
              <w:t>Шассидегі сыпыру-вакуумдық машина (шаңсорғыш) КАМАЗ-53605 (4×2)</w:t>
            </w:r>
          </w:p>
        </w:tc>
        <w:tc>
          <w:tcPr>
            <w:tcW w:w="1020" w:type="dxa"/>
            <w:vAlign w:val="center"/>
          </w:tcPr>
          <w:p w14:paraId="573265DF" w14:textId="77777777" w:rsidR="00C00114" w:rsidRDefault="00C00114" w:rsidP="00774C89">
            <w:r>
              <w:rPr>
                <w:sz w:val="18"/>
              </w:rPr>
              <w:t>2026</w:t>
            </w:r>
          </w:p>
        </w:tc>
        <w:tc>
          <w:tcPr>
            <w:tcW w:w="1247" w:type="dxa"/>
            <w:vAlign w:val="center"/>
          </w:tcPr>
          <w:p w14:paraId="437B012A" w14:textId="77777777" w:rsidR="00C00114" w:rsidRDefault="00C00114" w:rsidP="00774C89">
            <w:r>
              <w:rPr>
                <w:sz w:val="18"/>
              </w:rPr>
              <w:t>Жүк көлігі</w:t>
            </w:r>
          </w:p>
        </w:tc>
        <w:tc>
          <w:tcPr>
            <w:tcW w:w="794" w:type="dxa"/>
            <w:vAlign w:val="center"/>
          </w:tcPr>
          <w:p w14:paraId="60E88A56" w14:textId="77777777" w:rsidR="00C00114" w:rsidRDefault="00C00114" w:rsidP="00774C89">
            <w:r>
              <w:rPr>
                <w:sz w:val="18"/>
              </w:rPr>
              <w:t>1</w:t>
            </w:r>
          </w:p>
        </w:tc>
      </w:tr>
      <w:tr w:rsidR="00C00114" w14:paraId="5B64DDFF" w14:textId="77777777" w:rsidTr="00774C89">
        <w:trPr>
          <w:jc w:val="center"/>
        </w:trPr>
        <w:tc>
          <w:tcPr>
            <w:tcW w:w="454" w:type="dxa"/>
            <w:vAlign w:val="center"/>
          </w:tcPr>
          <w:p w14:paraId="0457A77B" w14:textId="77777777" w:rsidR="00C00114" w:rsidRDefault="00C00114" w:rsidP="00774C89">
            <w:r>
              <w:rPr>
                <w:sz w:val="18"/>
              </w:rPr>
              <w:t>4</w:t>
            </w:r>
          </w:p>
        </w:tc>
        <w:tc>
          <w:tcPr>
            <w:tcW w:w="4649" w:type="dxa"/>
            <w:vAlign w:val="center"/>
          </w:tcPr>
          <w:p w14:paraId="31C0C465" w14:textId="77777777" w:rsidR="00C00114" w:rsidRDefault="00C00114" w:rsidP="00774C89">
            <w:r>
              <w:rPr>
                <w:sz w:val="18"/>
              </w:rPr>
              <w:t>Шассидегі сыпыру-вакуумдық машина (шаңсорғыш) КАМАЗ-53605 (4×2)</w:t>
            </w:r>
          </w:p>
        </w:tc>
        <w:tc>
          <w:tcPr>
            <w:tcW w:w="1020" w:type="dxa"/>
            <w:vAlign w:val="center"/>
          </w:tcPr>
          <w:p w14:paraId="4B3B1EB2" w14:textId="77777777" w:rsidR="00C00114" w:rsidRDefault="00C00114" w:rsidP="00774C89">
            <w:r>
              <w:rPr>
                <w:sz w:val="18"/>
              </w:rPr>
              <w:t>2026</w:t>
            </w:r>
          </w:p>
        </w:tc>
        <w:tc>
          <w:tcPr>
            <w:tcW w:w="1247" w:type="dxa"/>
            <w:vAlign w:val="center"/>
          </w:tcPr>
          <w:p w14:paraId="361581DC" w14:textId="77777777" w:rsidR="00C00114" w:rsidRDefault="00C00114" w:rsidP="00774C89">
            <w:r>
              <w:rPr>
                <w:sz w:val="18"/>
              </w:rPr>
              <w:t>Жүк көлігі</w:t>
            </w:r>
          </w:p>
        </w:tc>
        <w:tc>
          <w:tcPr>
            <w:tcW w:w="794" w:type="dxa"/>
            <w:vAlign w:val="center"/>
          </w:tcPr>
          <w:p w14:paraId="72239DAD" w14:textId="77777777" w:rsidR="00C00114" w:rsidRDefault="00C00114" w:rsidP="00774C89">
            <w:r>
              <w:rPr>
                <w:sz w:val="18"/>
              </w:rPr>
              <w:t>1</w:t>
            </w:r>
          </w:p>
        </w:tc>
      </w:tr>
      <w:tr w:rsidR="00C00114" w14:paraId="0D2233C0" w14:textId="77777777" w:rsidTr="00774C89">
        <w:trPr>
          <w:jc w:val="center"/>
        </w:trPr>
        <w:tc>
          <w:tcPr>
            <w:tcW w:w="454" w:type="dxa"/>
            <w:vAlign w:val="center"/>
          </w:tcPr>
          <w:p w14:paraId="47A56C0F" w14:textId="77777777" w:rsidR="00C00114" w:rsidRDefault="00C00114" w:rsidP="00774C89">
            <w:r>
              <w:rPr>
                <w:sz w:val="18"/>
              </w:rPr>
              <w:t>5</w:t>
            </w:r>
          </w:p>
        </w:tc>
        <w:tc>
          <w:tcPr>
            <w:tcW w:w="4649" w:type="dxa"/>
            <w:vAlign w:val="center"/>
          </w:tcPr>
          <w:p w14:paraId="302F4EEC" w14:textId="77777777" w:rsidR="00C00114" w:rsidRDefault="00C00114" w:rsidP="00774C89">
            <w:r>
              <w:rPr>
                <w:sz w:val="18"/>
              </w:rPr>
              <w:t>Шассидегі сыпыру-вакуумдық машина (шаңсорғыш) КАМАЗ-53605 (4×2)</w:t>
            </w:r>
          </w:p>
        </w:tc>
        <w:tc>
          <w:tcPr>
            <w:tcW w:w="1020" w:type="dxa"/>
            <w:vAlign w:val="center"/>
          </w:tcPr>
          <w:p w14:paraId="21F3748D" w14:textId="77777777" w:rsidR="00C00114" w:rsidRDefault="00C00114" w:rsidP="00774C89">
            <w:r>
              <w:rPr>
                <w:sz w:val="18"/>
              </w:rPr>
              <w:t>2026</w:t>
            </w:r>
          </w:p>
        </w:tc>
        <w:tc>
          <w:tcPr>
            <w:tcW w:w="1247" w:type="dxa"/>
            <w:vAlign w:val="center"/>
          </w:tcPr>
          <w:p w14:paraId="13CAFD46" w14:textId="77777777" w:rsidR="00C00114" w:rsidRDefault="00C00114" w:rsidP="00774C89">
            <w:r>
              <w:rPr>
                <w:sz w:val="18"/>
              </w:rPr>
              <w:t>Жүк көлігі</w:t>
            </w:r>
          </w:p>
        </w:tc>
        <w:tc>
          <w:tcPr>
            <w:tcW w:w="794" w:type="dxa"/>
            <w:vAlign w:val="center"/>
          </w:tcPr>
          <w:p w14:paraId="6D6314CF" w14:textId="77777777" w:rsidR="00C00114" w:rsidRDefault="00C00114" w:rsidP="00774C89">
            <w:r>
              <w:rPr>
                <w:sz w:val="18"/>
              </w:rPr>
              <w:t>1</w:t>
            </w:r>
          </w:p>
        </w:tc>
      </w:tr>
      <w:tr w:rsidR="00C00114" w14:paraId="2B4B1CE3" w14:textId="77777777" w:rsidTr="00774C89">
        <w:trPr>
          <w:jc w:val="center"/>
        </w:trPr>
        <w:tc>
          <w:tcPr>
            <w:tcW w:w="454" w:type="dxa"/>
            <w:vAlign w:val="center"/>
          </w:tcPr>
          <w:p w14:paraId="74280B9D" w14:textId="77777777" w:rsidR="00C00114" w:rsidRDefault="00C00114" w:rsidP="00774C89">
            <w:r>
              <w:rPr>
                <w:sz w:val="18"/>
              </w:rPr>
              <w:t>6</w:t>
            </w:r>
          </w:p>
        </w:tc>
        <w:tc>
          <w:tcPr>
            <w:tcW w:w="4649" w:type="dxa"/>
            <w:vAlign w:val="center"/>
          </w:tcPr>
          <w:p w14:paraId="3F526F16" w14:textId="77777777" w:rsidR="00C00114" w:rsidRDefault="00C00114" w:rsidP="00774C89">
            <w:r>
              <w:rPr>
                <w:sz w:val="18"/>
              </w:rPr>
              <w:t>ERDEMLI HIVAC 4020 ықшам сыпыру-жинау машинасы</w:t>
            </w:r>
          </w:p>
        </w:tc>
        <w:tc>
          <w:tcPr>
            <w:tcW w:w="1020" w:type="dxa"/>
            <w:vAlign w:val="center"/>
          </w:tcPr>
          <w:p w14:paraId="587C6BF1" w14:textId="77777777" w:rsidR="00C00114" w:rsidRDefault="00C00114" w:rsidP="00774C89">
            <w:r>
              <w:rPr>
                <w:sz w:val="18"/>
              </w:rPr>
              <w:t>2026</w:t>
            </w:r>
          </w:p>
        </w:tc>
        <w:tc>
          <w:tcPr>
            <w:tcW w:w="1247" w:type="dxa"/>
            <w:vAlign w:val="center"/>
          </w:tcPr>
          <w:p w14:paraId="3845EB4C" w14:textId="77777777" w:rsidR="00C00114" w:rsidRDefault="00C00114" w:rsidP="00774C89">
            <w:r>
              <w:rPr>
                <w:sz w:val="18"/>
              </w:rPr>
              <w:t>Жүк көлігі</w:t>
            </w:r>
          </w:p>
        </w:tc>
        <w:tc>
          <w:tcPr>
            <w:tcW w:w="794" w:type="dxa"/>
            <w:vAlign w:val="center"/>
          </w:tcPr>
          <w:p w14:paraId="6D6087EA" w14:textId="77777777" w:rsidR="00C00114" w:rsidRDefault="00C00114" w:rsidP="00774C89">
            <w:r>
              <w:rPr>
                <w:sz w:val="18"/>
              </w:rPr>
              <w:t>1</w:t>
            </w:r>
          </w:p>
        </w:tc>
      </w:tr>
      <w:tr w:rsidR="00C00114" w14:paraId="77760B50" w14:textId="77777777" w:rsidTr="00774C89">
        <w:trPr>
          <w:jc w:val="center"/>
        </w:trPr>
        <w:tc>
          <w:tcPr>
            <w:tcW w:w="454" w:type="dxa"/>
            <w:vAlign w:val="center"/>
          </w:tcPr>
          <w:p w14:paraId="7B9FF41F" w14:textId="77777777" w:rsidR="00C00114" w:rsidRDefault="00C00114" w:rsidP="00774C89">
            <w:r>
              <w:rPr>
                <w:sz w:val="18"/>
              </w:rPr>
              <w:t>7</w:t>
            </w:r>
          </w:p>
        </w:tc>
        <w:tc>
          <w:tcPr>
            <w:tcW w:w="4649" w:type="dxa"/>
            <w:vAlign w:val="center"/>
          </w:tcPr>
          <w:p w14:paraId="42654A4A" w14:textId="77777777" w:rsidR="00C00114" w:rsidRDefault="00C00114" w:rsidP="00774C89">
            <w:r>
              <w:rPr>
                <w:sz w:val="18"/>
              </w:rPr>
              <w:t>ERDEMLI HIVAC 4020 ықшам сыпыру-жинау машинасы</w:t>
            </w:r>
          </w:p>
        </w:tc>
        <w:tc>
          <w:tcPr>
            <w:tcW w:w="1020" w:type="dxa"/>
            <w:vAlign w:val="center"/>
          </w:tcPr>
          <w:p w14:paraId="42DFCAA1" w14:textId="77777777" w:rsidR="00C00114" w:rsidRDefault="00C00114" w:rsidP="00774C89">
            <w:r>
              <w:rPr>
                <w:sz w:val="18"/>
              </w:rPr>
              <w:t>2026</w:t>
            </w:r>
          </w:p>
        </w:tc>
        <w:tc>
          <w:tcPr>
            <w:tcW w:w="1247" w:type="dxa"/>
            <w:vAlign w:val="center"/>
          </w:tcPr>
          <w:p w14:paraId="1E6D62D9" w14:textId="77777777" w:rsidR="00C00114" w:rsidRDefault="00C00114" w:rsidP="00774C89">
            <w:r>
              <w:rPr>
                <w:sz w:val="18"/>
              </w:rPr>
              <w:t>Жүк көлігі</w:t>
            </w:r>
          </w:p>
        </w:tc>
        <w:tc>
          <w:tcPr>
            <w:tcW w:w="794" w:type="dxa"/>
            <w:vAlign w:val="center"/>
          </w:tcPr>
          <w:p w14:paraId="6575E8EF" w14:textId="77777777" w:rsidR="00C00114" w:rsidRDefault="00C00114" w:rsidP="00774C89">
            <w:r>
              <w:rPr>
                <w:sz w:val="18"/>
              </w:rPr>
              <w:t>1</w:t>
            </w:r>
          </w:p>
        </w:tc>
      </w:tr>
      <w:tr w:rsidR="00C00114" w14:paraId="6A1FA508" w14:textId="77777777" w:rsidTr="00774C89">
        <w:trPr>
          <w:jc w:val="center"/>
        </w:trPr>
        <w:tc>
          <w:tcPr>
            <w:tcW w:w="454" w:type="dxa"/>
            <w:vAlign w:val="center"/>
          </w:tcPr>
          <w:p w14:paraId="069CEAE3" w14:textId="77777777" w:rsidR="00C00114" w:rsidRDefault="00C00114" w:rsidP="00774C89">
            <w:r>
              <w:rPr>
                <w:sz w:val="18"/>
              </w:rPr>
              <w:t>8</w:t>
            </w:r>
          </w:p>
        </w:tc>
        <w:tc>
          <w:tcPr>
            <w:tcW w:w="4649" w:type="dxa"/>
            <w:vAlign w:val="center"/>
          </w:tcPr>
          <w:p w14:paraId="4CEBAC74" w14:textId="77777777" w:rsidR="00C00114" w:rsidRDefault="00C00114" w:rsidP="00774C89">
            <w:r>
              <w:rPr>
                <w:sz w:val="18"/>
              </w:rPr>
              <w:t>ERDEMLI HIVAC 4020 ықшам сыпыру-жинау машинасы</w:t>
            </w:r>
          </w:p>
        </w:tc>
        <w:tc>
          <w:tcPr>
            <w:tcW w:w="1020" w:type="dxa"/>
            <w:vAlign w:val="center"/>
          </w:tcPr>
          <w:p w14:paraId="0843BB81" w14:textId="77777777" w:rsidR="00C00114" w:rsidRDefault="00C00114" w:rsidP="00774C89">
            <w:r>
              <w:rPr>
                <w:sz w:val="18"/>
              </w:rPr>
              <w:t>2026</w:t>
            </w:r>
          </w:p>
        </w:tc>
        <w:tc>
          <w:tcPr>
            <w:tcW w:w="1247" w:type="dxa"/>
            <w:vAlign w:val="center"/>
          </w:tcPr>
          <w:p w14:paraId="297D03C7" w14:textId="77777777" w:rsidR="00C00114" w:rsidRDefault="00C00114" w:rsidP="00774C89">
            <w:r>
              <w:rPr>
                <w:sz w:val="18"/>
              </w:rPr>
              <w:t>Жүк көлігі</w:t>
            </w:r>
          </w:p>
        </w:tc>
        <w:tc>
          <w:tcPr>
            <w:tcW w:w="794" w:type="dxa"/>
            <w:vAlign w:val="center"/>
          </w:tcPr>
          <w:p w14:paraId="3C06C0CF" w14:textId="77777777" w:rsidR="00C00114" w:rsidRDefault="00C00114" w:rsidP="00774C89">
            <w:r>
              <w:rPr>
                <w:sz w:val="18"/>
              </w:rPr>
              <w:t>1</w:t>
            </w:r>
          </w:p>
        </w:tc>
      </w:tr>
      <w:tr w:rsidR="00C00114" w14:paraId="48CFBC94" w14:textId="77777777" w:rsidTr="00774C89">
        <w:trPr>
          <w:jc w:val="center"/>
        </w:trPr>
        <w:tc>
          <w:tcPr>
            <w:tcW w:w="454" w:type="dxa"/>
            <w:vAlign w:val="center"/>
          </w:tcPr>
          <w:p w14:paraId="5B0B09F5" w14:textId="77777777" w:rsidR="00C00114" w:rsidRDefault="00C00114" w:rsidP="00774C89">
            <w:r>
              <w:rPr>
                <w:sz w:val="18"/>
              </w:rPr>
              <w:t>9</w:t>
            </w:r>
          </w:p>
        </w:tc>
        <w:tc>
          <w:tcPr>
            <w:tcW w:w="4649" w:type="dxa"/>
            <w:vAlign w:val="center"/>
          </w:tcPr>
          <w:p w14:paraId="5189E4FA" w14:textId="77777777" w:rsidR="00C00114" w:rsidRDefault="00C00114" w:rsidP="00774C89">
            <w:r>
              <w:rPr>
                <w:sz w:val="18"/>
              </w:rPr>
              <w:t>ERDEMLI HIVAC 4020 ықшам сыпыру-жинау машинасы</w:t>
            </w:r>
          </w:p>
        </w:tc>
        <w:tc>
          <w:tcPr>
            <w:tcW w:w="1020" w:type="dxa"/>
            <w:vAlign w:val="center"/>
          </w:tcPr>
          <w:p w14:paraId="32223705" w14:textId="77777777" w:rsidR="00C00114" w:rsidRDefault="00C00114" w:rsidP="00774C89">
            <w:r>
              <w:rPr>
                <w:sz w:val="18"/>
              </w:rPr>
              <w:t>2026</w:t>
            </w:r>
          </w:p>
        </w:tc>
        <w:tc>
          <w:tcPr>
            <w:tcW w:w="1247" w:type="dxa"/>
            <w:vAlign w:val="center"/>
          </w:tcPr>
          <w:p w14:paraId="65A57961" w14:textId="77777777" w:rsidR="00C00114" w:rsidRDefault="00C00114" w:rsidP="00774C89">
            <w:r>
              <w:rPr>
                <w:sz w:val="18"/>
              </w:rPr>
              <w:t>Жүк көлігі</w:t>
            </w:r>
          </w:p>
        </w:tc>
        <w:tc>
          <w:tcPr>
            <w:tcW w:w="794" w:type="dxa"/>
            <w:vAlign w:val="center"/>
          </w:tcPr>
          <w:p w14:paraId="182E71C8" w14:textId="77777777" w:rsidR="00C00114" w:rsidRDefault="00C00114" w:rsidP="00774C89">
            <w:r>
              <w:rPr>
                <w:sz w:val="18"/>
              </w:rPr>
              <w:t>1</w:t>
            </w:r>
          </w:p>
        </w:tc>
      </w:tr>
      <w:tr w:rsidR="00C00114" w14:paraId="4F791774" w14:textId="77777777" w:rsidTr="00774C89">
        <w:trPr>
          <w:jc w:val="center"/>
        </w:trPr>
        <w:tc>
          <w:tcPr>
            <w:tcW w:w="454" w:type="dxa"/>
            <w:vAlign w:val="center"/>
          </w:tcPr>
          <w:p w14:paraId="64825913" w14:textId="77777777" w:rsidR="00C00114" w:rsidRDefault="00C00114" w:rsidP="00774C89">
            <w:r>
              <w:rPr>
                <w:sz w:val="18"/>
              </w:rPr>
              <w:t>10</w:t>
            </w:r>
          </w:p>
        </w:tc>
        <w:tc>
          <w:tcPr>
            <w:tcW w:w="4649" w:type="dxa"/>
            <w:vAlign w:val="center"/>
          </w:tcPr>
          <w:p w14:paraId="77A00989" w14:textId="77777777" w:rsidR="00C00114" w:rsidRDefault="00C00114" w:rsidP="00774C89">
            <w:r>
              <w:rPr>
                <w:sz w:val="18"/>
              </w:rPr>
              <w:t>ERDEMLI HIVAC 4020 ықшам сыпыру-жинау машинасы</w:t>
            </w:r>
          </w:p>
        </w:tc>
        <w:tc>
          <w:tcPr>
            <w:tcW w:w="1020" w:type="dxa"/>
            <w:vAlign w:val="center"/>
          </w:tcPr>
          <w:p w14:paraId="519AD297" w14:textId="77777777" w:rsidR="00C00114" w:rsidRDefault="00C00114" w:rsidP="00774C89">
            <w:r>
              <w:rPr>
                <w:sz w:val="18"/>
              </w:rPr>
              <w:t>2026</w:t>
            </w:r>
          </w:p>
        </w:tc>
        <w:tc>
          <w:tcPr>
            <w:tcW w:w="1247" w:type="dxa"/>
            <w:vAlign w:val="center"/>
          </w:tcPr>
          <w:p w14:paraId="3B8DD494" w14:textId="77777777" w:rsidR="00C00114" w:rsidRDefault="00C00114" w:rsidP="00774C89">
            <w:r>
              <w:rPr>
                <w:sz w:val="18"/>
              </w:rPr>
              <w:t>Жүк көлігі</w:t>
            </w:r>
          </w:p>
        </w:tc>
        <w:tc>
          <w:tcPr>
            <w:tcW w:w="794" w:type="dxa"/>
            <w:vAlign w:val="center"/>
          </w:tcPr>
          <w:p w14:paraId="4B2116EB" w14:textId="77777777" w:rsidR="00C00114" w:rsidRDefault="00C00114" w:rsidP="00774C89">
            <w:r>
              <w:rPr>
                <w:sz w:val="18"/>
              </w:rPr>
              <w:t>1</w:t>
            </w:r>
          </w:p>
        </w:tc>
      </w:tr>
    </w:tbl>
    <w:p w14:paraId="73858E0F" w14:textId="77777777" w:rsidR="00C00114" w:rsidRDefault="00C00114" w:rsidP="00C00114">
      <w:r>
        <w:rPr>
          <w:b/>
        </w:rPr>
        <w:t>3. Қызмет көрсетуге қойылатын талаптар</w:t>
      </w:r>
    </w:p>
    <w:p w14:paraId="65A7DC3E" w14:textId="77777777" w:rsidR="00C00114" w:rsidRDefault="00C00114" w:rsidP="00C00114">
      <w:pPr>
        <w:pStyle w:val="a"/>
      </w:pPr>
      <w:r>
        <w:t>Осы техникалық ерекшеліктің 2-бөлімінде көрсетілген әрбір көлік құралына көлік құралдары иелерінің азаматтық-құқықтық жауапкершілігін міндетті сақтандырудың жеке сақтандыру полисін рәсімдеу.</w:t>
      </w:r>
    </w:p>
    <w:p w14:paraId="73B92E08" w14:textId="77777777" w:rsidR="00C00114" w:rsidRDefault="00C00114" w:rsidP="00C00114">
      <w:pPr>
        <w:pStyle w:val="a"/>
      </w:pPr>
      <w:r>
        <w:t>Сақтандыру полистерінің Қазақстан Республикасы заңнамасының талаптарына және Тапсырыс беруші ұсынған тиісті көлік құралдары туралы мәліметтерге сәйкестігін қамтамасыз ету.</w:t>
      </w:r>
    </w:p>
    <w:p w14:paraId="2227DE3F" w14:textId="77777777" w:rsidR="00C00114" w:rsidRDefault="00C00114" w:rsidP="00C00114">
      <w:pPr>
        <w:pStyle w:val="a"/>
      </w:pPr>
      <w:r>
        <w:t>Қазақстан Республикасының заңнамасында белгіленген тәртіппен қажетті мәліметтерді ақпараттық жүйелерге енгізуді және сақтандыру құжаттарын рәсімдеуді қамтамасыз ету.</w:t>
      </w:r>
    </w:p>
    <w:p w14:paraId="6E85DBBE" w14:textId="77777777" w:rsidR="00C00114" w:rsidRDefault="00C00114" w:rsidP="00C00114">
      <w:pPr>
        <w:pStyle w:val="a"/>
      </w:pPr>
      <w:r>
        <w:t>Рәсімделген сақтандыру полистерін және растаушы құжаттарды белгіленген тәртіпке сәйкес Тапсырыс берушіге электрондық және (немесе) қағаз түрінде ұсыну.</w:t>
      </w:r>
    </w:p>
    <w:p w14:paraId="204C0575" w14:textId="77777777" w:rsidR="00C00114" w:rsidRDefault="00C00114" w:rsidP="00C00114">
      <w:pPr>
        <w:pStyle w:val="a"/>
      </w:pPr>
      <w:r>
        <w:t>Рәсімделген құжаттарда қателер немесе сәйкессіздіктер анықталған жағдайда, оларды Тапсырыс берушімен келісілген және Қазақстан Республикасының заңнамасына қайшы келмейтін тәртіп пен мерзімде түзету.</w:t>
      </w:r>
    </w:p>
    <w:p w14:paraId="1F7A0FAE" w14:textId="77777777" w:rsidR="00C00114" w:rsidRDefault="00C00114" w:rsidP="00C00114">
      <w:r>
        <w:rPr>
          <w:b/>
        </w:rPr>
        <w:lastRenderedPageBreak/>
        <w:t>4. Қызмет көрсету мерзімі</w:t>
      </w:r>
    </w:p>
    <w:p w14:paraId="28B84634" w14:textId="77777777" w:rsidR="00C00114" w:rsidRDefault="00C00114" w:rsidP="00C00114">
      <w:r>
        <w:t>Әрбір көлік құралы бойынша сақтандыру мерзімі 12 (он екі) айды құрайды. Сақтандырудың басталу және аяқталу күндері тиісті сақтандыру полисімен және шарт талаптарымен айқындалады.</w:t>
      </w:r>
    </w:p>
    <w:p w14:paraId="4069F103" w14:textId="77777777" w:rsidR="00C00114" w:rsidRPr="00C00114" w:rsidRDefault="00C00114" w:rsidP="00C00114">
      <w:pPr>
        <w:rPr>
          <w:lang w:val="ru-RU"/>
        </w:rPr>
      </w:pPr>
      <w:r w:rsidRPr="00C00114">
        <w:rPr>
          <w:b/>
          <w:lang w:val="ru-RU"/>
        </w:rPr>
        <w:t>5. Қызмет көрсету орны</w:t>
      </w:r>
    </w:p>
    <w:p w14:paraId="3B4FDBCD" w14:textId="7619006E" w:rsidR="00C00114" w:rsidRPr="00C00114" w:rsidRDefault="00C00114" w:rsidP="00C00114">
      <w:pPr>
        <w:rPr>
          <w:lang w:val="ru-RU"/>
        </w:rPr>
      </w:pPr>
      <w:r w:rsidRPr="00C00114">
        <w:rPr>
          <w:lang w:val="ru-RU"/>
        </w:rPr>
        <w:t xml:space="preserve">Қазақстан Республикасы, </w:t>
      </w:r>
      <w:r w:rsidR="002234F7">
        <w:rPr>
          <w:lang w:val="ru-RU"/>
        </w:rPr>
        <w:t xml:space="preserve">Шымкент </w:t>
      </w:r>
      <w:r w:rsidR="002234F7">
        <w:rPr>
          <w:lang w:val="kk-KZ"/>
        </w:rPr>
        <w:t>қаласы</w:t>
      </w:r>
      <w:r w:rsidRPr="00C00114">
        <w:rPr>
          <w:lang w:val="ru-RU"/>
        </w:rPr>
        <w:t>.</w:t>
      </w:r>
    </w:p>
    <w:p w14:paraId="01B02DE7" w14:textId="77777777" w:rsidR="00C00114" w:rsidRPr="00C00114" w:rsidRDefault="00C00114" w:rsidP="00C00114">
      <w:pPr>
        <w:rPr>
          <w:lang w:val="ru-RU"/>
        </w:rPr>
      </w:pPr>
      <w:r w:rsidRPr="00C00114">
        <w:rPr>
          <w:b/>
          <w:lang w:val="ru-RU"/>
        </w:rPr>
        <w:t>6. Қызмет көрсету нәтижесі және оны растау тәртібі</w:t>
      </w:r>
    </w:p>
    <w:p w14:paraId="5EDDB602" w14:textId="77777777" w:rsidR="00C00114" w:rsidRPr="00C00114" w:rsidRDefault="00C00114" w:rsidP="00C00114">
      <w:pPr>
        <w:rPr>
          <w:lang w:val="ru-RU"/>
        </w:rPr>
      </w:pPr>
      <w:r w:rsidRPr="00C00114">
        <w:rPr>
          <w:lang w:val="ru-RU"/>
        </w:rPr>
        <w:t>Қызмет көрсету нәтижесі осы техникалық ерекшеліктің 2-бөлімінде көрсетілген 10 (он) бірлік көлік құралының барлығына көлік құралдары иелерінің азаматтық-құқықтық жауапкершілігін міндетті сақтандырудың қолданыстағы сақтандыру полистерін рәсімдеу және Тапсырыс берушіге ұсыну болып табылады.</w:t>
      </w:r>
    </w:p>
    <w:p w14:paraId="7A9C4251" w14:textId="77777777" w:rsidR="00C00114" w:rsidRPr="00C00114" w:rsidRDefault="00C00114" w:rsidP="00C00114">
      <w:pPr>
        <w:rPr>
          <w:lang w:val="ru-RU"/>
        </w:rPr>
      </w:pPr>
      <w:r w:rsidRPr="00C00114">
        <w:rPr>
          <w:lang w:val="ru-RU"/>
        </w:rPr>
        <w:t>Қызметтің көрсетілгені сақтандыру полистерін және Қазақстан Республикасының заңнамасында және шартта көзделген өзге де құжаттарды ұсыну арқылы расталады.</w:t>
      </w:r>
    </w:p>
    <w:p w14:paraId="57A91B3B" w14:textId="77777777" w:rsidR="00C00114" w:rsidRPr="00C00114" w:rsidRDefault="00C00114" w:rsidP="00C00114">
      <w:pPr>
        <w:rPr>
          <w:lang w:val="ru-RU"/>
        </w:rPr>
      </w:pPr>
      <w:r w:rsidRPr="00C00114">
        <w:rPr>
          <w:b/>
          <w:lang w:val="ru-RU"/>
        </w:rPr>
        <w:t>7. Орындаушыға қойылатын талаптар</w:t>
      </w:r>
    </w:p>
    <w:p w14:paraId="0D867F60" w14:textId="77777777" w:rsidR="00C00114" w:rsidRPr="00C00114" w:rsidRDefault="00C00114" w:rsidP="00C00114">
      <w:pPr>
        <w:rPr>
          <w:lang w:val="ru-RU"/>
        </w:rPr>
      </w:pPr>
      <w:r w:rsidRPr="00C00114">
        <w:rPr>
          <w:lang w:val="ru-RU"/>
        </w:rPr>
        <w:t>Орындаушы Қазақстан Республикасының заңнамасына сәйкес көлік құралдары иелерінің азаматтық-құқықтық жауапкершілігін міндетті сақтандыру қызметін жүзеге асыру құқығына ие болуға тиіс.</w:t>
      </w:r>
    </w:p>
    <w:p w14:paraId="386D0502" w14:textId="4965F0AC" w:rsidR="00C00114" w:rsidRDefault="00C00114">
      <w:pPr>
        <w:rPr>
          <w:lang w:val="ru-RU"/>
        </w:rPr>
      </w:pPr>
    </w:p>
    <w:p w14:paraId="66CED33E" w14:textId="77777777" w:rsidR="00C00114" w:rsidRPr="00C00114" w:rsidRDefault="00C00114">
      <w:pPr>
        <w:rPr>
          <w:lang w:val="ru-RU"/>
        </w:rPr>
      </w:pPr>
    </w:p>
    <w:sectPr w:rsidR="00C00114" w:rsidRPr="00C00114"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234F7"/>
    <w:rsid w:val="0029639D"/>
    <w:rsid w:val="00326F90"/>
    <w:rsid w:val="006A5C30"/>
    <w:rsid w:val="00AA1D8D"/>
    <w:rsid w:val="00B47730"/>
    <w:rsid w:val="00C0011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530EEB"/>
  <w14:defaultImageDpi w14:val="300"/>
  <w15:docId w15:val="{46C212C3-FCBA-4C4F-971C-2568A879F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1074</Words>
  <Characters>6127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7187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Bob</cp:lastModifiedBy>
  <cp:revision>3</cp:revision>
  <dcterms:created xsi:type="dcterms:W3CDTF">2026-10-14T07:07:00Z</dcterms:created>
  <dcterms:modified xsi:type="dcterms:W3CDTF">2026-10-14T07:07:00Z</dcterms:modified>
  <cp:category/>
</cp:coreProperties>
</file>