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C78" w:rsidRDefault="00BC5C78" w:rsidP="00BC5C78">
      <w:pPr>
        <w:pStyle w:val="a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C5C78" w:rsidRPr="00BC5C78" w:rsidRDefault="00BC5C78" w:rsidP="00BC5C78">
      <w:pPr>
        <w:pStyle w:val="a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C5C78">
        <w:rPr>
          <w:rFonts w:ascii="Times New Roman" w:hAnsi="Times New Roman" w:cs="Times New Roman"/>
          <w:b/>
          <w:sz w:val="28"/>
          <w:szCs w:val="28"/>
          <w:lang w:val="ru-RU"/>
        </w:rPr>
        <w:t>ТЕХНИКАЛЫҚ СИПАТТАМА</w:t>
      </w:r>
    </w:p>
    <w:p w:rsidR="00BC5C78" w:rsidRDefault="00BC5C78" w:rsidP="00BC5C78">
      <w:pPr>
        <w:pStyle w:val="a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BC5C78">
        <w:rPr>
          <w:rFonts w:ascii="Times New Roman" w:hAnsi="Times New Roman" w:cs="Times New Roman"/>
          <w:b/>
          <w:sz w:val="28"/>
          <w:szCs w:val="28"/>
          <w:lang w:val="ru-RU"/>
        </w:rPr>
        <w:t>жылжымалы</w:t>
      </w:r>
      <w:proofErr w:type="spellEnd"/>
      <w:r w:rsidRPr="00BC5C7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мүлікті бағалау қызметі</w:t>
      </w:r>
      <w:proofErr w:type="gramStart"/>
      <w:r w:rsidRPr="00BC5C78">
        <w:rPr>
          <w:rFonts w:ascii="Times New Roman" w:hAnsi="Times New Roman" w:cs="Times New Roman"/>
          <w:b/>
          <w:sz w:val="28"/>
          <w:szCs w:val="28"/>
          <w:lang w:val="ru-RU"/>
        </w:rPr>
        <w:t>н</w:t>
      </w:r>
      <w:proofErr w:type="gramEnd"/>
      <w:r w:rsidRPr="00BC5C7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көрсетуге</w:t>
      </w:r>
    </w:p>
    <w:p w:rsidR="00BC5C78" w:rsidRPr="00BC5C78" w:rsidRDefault="00BC5C78" w:rsidP="00BC5C78">
      <w:pPr>
        <w:pStyle w:val="a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C5C78" w:rsidRPr="00BC5C78" w:rsidRDefault="00BC5C78" w:rsidP="00BC5C78">
      <w:pPr>
        <w:pStyle w:val="a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C5C78" w:rsidRPr="00BC5C78" w:rsidRDefault="00BC5C78" w:rsidP="00BC5C78">
      <w:pPr>
        <w:pStyle w:val="a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C5C78">
        <w:rPr>
          <w:rFonts w:ascii="Times New Roman" w:hAnsi="Times New Roman" w:cs="Times New Roman"/>
          <w:b/>
          <w:sz w:val="28"/>
          <w:szCs w:val="28"/>
          <w:lang w:val="ru-RU"/>
        </w:rPr>
        <w:t xml:space="preserve">1. Қызметтің </w:t>
      </w:r>
      <w:proofErr w:type="spellStart"/>
      <w:r w:rsidRPr="00BC5C78">
        <w:rPr>
          <w:rFonts w:ascii="Times New Roman" w:hAnsi="Times New Roman" w:cs="Times New Roman"/>
          <w:b/>
          <w:sz w:val="28"/>
          <w:szCs w:val="28"/>
          <w:lang w:val="ru-RU"/>
        </w:rPr>
        <w:t>атауы</w:t>
      </w:r>
      <w:proofErr w:type="spellEnd"/>
      <w:r w:rsidRPr="00BC5C78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</w:p>
    <w:p w:rsidR="00BC5C78" w:rsidRPr="00BC5C78" w:rsidRDefault="00BC5C78" w:rsidP="00BC5C78">
      <w:pPr>
        <w:pStyle w:val="a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BC5C78">
        <w:rPr>
          <w:rFonts w:ascii="Times New Roman" w:hAnsi="Times New Roman" w:cs="Times New Roman"/>
          <w:sz w:val="28"/>
          <w:szCs w:val="28"/>
          <w:lang w:val="ru-RU"/>
        </w:rPr>
        <w:t>Жылжымалы</w:t>
      </w:r>
      <w:proofErr w:type="spellEnd"/>
      <w:r w:rsidRPr="00BC5C78">
        <w:rPr>
          <w:rFonts w:ascii="Times New Roman" w:hAnsi="Times New Roman" w:cs="Times New Roman"/>
          <w:sz w:val="28"/>
          <w:szCs w:val="28"/>
          <w:lang w:val="ru-RU"/>
        </w:rPr>
        <w:t xml:space="preserve"> мүліктің (қызметтік автокөлік құралының) нарықтық құнын бағалау қызметі.</w:t>
      </w:r>
    </w:p>
    <w:p w:rsidR="00BC5C78" w:rsidRPr="00BC5C78" w:rsidRDefault="00BC5C78" w:rsidP="00BC5C78">
      <w:pPr>
        <w:pStyle w:val="a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C5C78" w:rsidRPr="00BC5C78" w:rsidRDefault="00BC5C78" w:rsidP="00BC5C78">
      <w:pPr>
        <w:pStyle w:val="a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C5C78">
        <w:rPr>
          <w:rFonts w:ascii="Times New Roman" w:hAnsi="Times New Roman" w:cs="Times New Roman"/>
          <w:b/>
          <w:sz w:val="28"/>
          <w:szCs w:val="28"/>
          <w:lang w:val="ru-RU"/>
        </w:rPr>
        <w:t xml:space="preserve">2. </w:t>
      </w:r>
      <w:proofErr w:type="spellStart"/>
      <w:r w:rsidRPr="00BC5C78">
        <w:rPr>
          <w:rFonts w:ascii="Times New Roman" w:hAnsi="Times New Roman" w:cs="Times New Roman"/>
          <w:b/>
          <w:sz w:val="28"/>
          <w:szCs w:val="28"/>
          <w:lang w:val="ru-RU"/>
        </w:rPr>
        <w:t>Тапсырыс</w:t>
      </w:r>
      <w:proofErr w:type="spellEnd"/>
      <w:r w:rsidRPr="00BC5C7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BC5C78">
        <w:rPr>
          <w:rFonts w:ascii="Times New Roman" w:hAnsi="Times New Roman" w:cs="Times New Roman"/>
          <w:b/>
          <w:sz w:val="28"/>
          <w:szCs w:val="28"/>
          <w:lang w:val="ru-RU"/>
        </w:rPr>
        <w:t>беруші</w:t>
      </w:r>
      <w:proofErr w:type="spellEnd"/>
      <w:r w:rsidRPr="00BC5C78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</w:p>
    <w:p w:rsidR="00BC5C78" w:rsidRPr="00BC5C78" w:rsidRDefault="00BC5C78" w:rsidP="00BC5C78">
      <w:pPr>
        <w:pStyle w:val="a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«Саяқ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кенті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әкі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м</w:t>
      </w:r>
      <w:proofErr w:type="gramEnd"/>
      <w:r w:rsidRPr="00BC5C78">
        <w:rPr>
          <w:rFonts w:ascii="Times New Roman" w:hAnsi="Times New Roman" w:cs="Times New Roman"/>
          <w:sz w:val="28"/>
          <w:szCs w:val="28"/>
          <w:lang w:val="ru-RU"/>
        </w:rPr>
        <w:t xml:space="preserve"> аппараты» </w:t>
      </w:r>
      <w:proofErr w:type="spellStart"/>
      <w:r w:rsidRPr="00BC5C78">
        <w:rPr>
          <w:rFonts w:ascii="Times New Roman" w:hAnsi="Times New Roman" w:cs="Times New Roman"/>
          <w:sz w:val="28"/>
          <w:szCs w:val="28"/>
          <w:lang w:val="ru-RU"/>
        </w:rPr>
        <w:t>мемлекеттік</w:t>
      </w:r>
      <w:proofErr w:type="spellEnd"/>
      <w:r w:rsidRPr="00BC5C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5C78">
        <w:rPr>
          <w:rFonts w:ascii="Times New Roman" w:hAnsi="Times New Roman" w:cs="Times New Roman"/>
          <w:sz w:val="28"/>
          <w:szCs w:val="28"/>
          <w:lang w:val="ru-RU"/>
        </w:rPr>
        <w:t>мекемесі</w:t>
      </w:r>
      <w:proofErr w:type="spellEnd"/>
    </w:p>
    <w:p w:rsidR="00BC5C78" w:rsidRPr="00BC5C78" w:rsidRDefault="00BC5C78" w:rsidP="00BC5C78">
      <w:pPr>
        <w:pStyle w:val="a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C5C78" w:rsidRPr="00BC5C78" w:rsidRDefault="00BC5C78" w:rsidP="00BC5C78">
      <w:pPr>
        <w:pStyle w:val="a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C5C78">
        <w:rPr>
          <w:rFonts w:ascii="Times New Roman" w:hAnsi="Times New Roman" w:cs="Times New Roman"/>
          <w:b/>
          <w:sz w:val="28"/>
          <w:szCs w:val="28"/>
          <w:lang w:val="ru-RU"/>
        </w:rPr>
        <w:t xml:space="preserve">3. Бағалау </w:t>
      </w:r>
      <w:proofErr w:type="spellStart"/>
      <w:r w:rsidRPr="00BC5C78">
        <w:rPr>
          <w:rFonts w:ascii="Times New Roman" w:hAnsi="Times New Roman" w:cs="Times New Roman"/>
          <w:b/>
          <w:sz w:val="28"/>
          <w:szCs w:val="28"/>
          <w:lang w:val="ru-RU"/>
        </w:rPr>
        <w:t>объекті</w:t>
      </w:r>
      <w:proofErr w:type="gramStart"/>
      <w:r w:rsidRPr="00BC5C78">
        <w:rPr>
          <w:rFonts w:ascii="Times New Roman" w:hAnsi="Times New Roman" w:cs="Times New Roman"/>
          <w:b/>
          <w:sz w:val="28"/>
          <w:szCs w:val="28"/>
          <w:lang w:val="ru-RU"/>
        </w:rPr>
        <w:t>с</w:t>
      </w:r>
      <w:proofErr w:type="gramEnd"/>
      <w:r w:rsidRPr="00BC5C78">
        <w:rPr>
          <w:rFonts w:ascii="Times New Roman" w:hAnsi="Times New Roman" w:cs="Times New Roman"/>
          <w:b/>
          <w:sz w:val="28"/>
          <w:szCs w:val="28"/>
          <w:lang w:val="ru-RU"/>
        </w:rPr>
        <w:t>і</w:t>
      </w:r>
      <w:proofErr w:type="spellEnd"/>
      <w:r w:rsidRPr="00BC5C78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</w:p>
    <w:p w:rsidR="00BC5C78" w:rsidRPr="00BC5C78" w:rsidRDefault="00BC5C78" w:rsidP="00BC5C78">
      <w:pPr>
        <w:pStyle w:val="a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C5C78">
        <w:rPr>
          <w:rFonts w:ascii="Times New Roman" w:hAnsi="Times New Roman" w:cs="Times New Roman"/>
          <w:sz w:val="28"/>
          <w:szCs w:val="28"/>
          <w:lang w:val="ru-RU"/>
        </w:rPr>
        <w:t>Қызметтік автокөлік:</w:t>
      </w:r>
    </w:p>
    <w:p w:rsidR="00C65964" w:rsidRDefault="00BC5C78" w:rsidP="00BC5C78">
      <w:pPr>
        <w:pStyle w:val="a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C5C78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BC5C78">
        <w:rPr>
          <w:rFonts w:ascii="Times New Roman" w:hAnsi="Times New Roman" w:cs="Times New Roman"/>
          <w:sz w:val="28"/>
          <w:szCs w:val="28"/>
          <w:lang w:val="ru-RU"/>
        </w:rPr>
        <w:t>Маркасы</w:t>
      </w:r>
      <w:proofErr w:type="spellEnd"/>
      <w:r w:rsidRPr="00BC5C7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C5C78">
        <w:rPr>
          <w:rFonts w:ascii="Times New Roman" w:hAnsi="Times New Roman" w:cs="Times New Roman"/>
          <w:sz w:val="28"/>
          <w:szCs w:val="28"/>
          <w:lang w:val="ru-RU"/>
        </w:rPr>
        <w:t>моделі</w:t>
      </w:r>
      <w:proofErr w:type="spellEnd"/>
      <w:r w:rsidRPr="00BC5C78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="00C65964" w:rsidRPr="00C65964">
        <w:rPr>
          <w:rFonts w:ascii="Times New Roman" w:hAnsi="Times New Roman" w:cs="Times New Roman"/>
          <w:sz w:val="28"/>
          <w:szCs w:val="28"/>
          <w:lang w:val="ru-RU"/>
        </w:rPr>
        <w:t>Lada</w:t>
      </w:r>
      <w:proofErr w:type="spellEnd"/>
      <w:r w:rsidR="00C65964" w:rsidRPr="00C65964">
        <w:rPr>
          <w:rFonts w:ascii="Times New Roman" w:hAnsi="Times New Roman" w:cs="Times New Roman"/>
          <w:sz w:val="28"/>
          <w:szCs w:val="28"/>
          <w:lang w:val="ru-RU"/>
        </w:rPr>
        <w:t xml:space="preserve"> 4х4 33drs LUXE</w:t>
      </w:r>
    </w:p>
    <w:p w:rsidR="00BC5C78" w:rsidRPr="00BC5C78" w:rsidRDefault="00BC5C78" w:rsidP="00BC5C78">
      <w:pPr>
        <w:pStyle w:val="a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C5C78">
        <w:rPr>
          <w:rFonts w:ascii="Times New Roman" w:hAnsi="Times New Roman" w:cs="Times New Roman"/>
          <w:sz w:val="28"/>
          <w:szCs w:val="28"/>
          <w:lang w:val="ru-RU"/>
        </w:rPr>
        <w:t xml:space="preserve">- Шығарылған </w:t>
      </w:r>
      <w:proofErr w:type="spellStart"/>
      <w:r w:rsidRPr="00BC5C78">
        <w:rPr>
          <w:rFonts w:ascii="Times New Roman" w:hAnsi="Times New Roman" w:cs="Times New Roman"/>
          <w:sz w:val="28"/>
          <w:szCs w:val="28"/>
          <w:lang w:val="ru-RU"/>
        </w:rPr>
        <w:t>жылы</w:t>
      </w:r>
      <w:proofErr w:type="spellEnd"/>
      <w:r w:rsidRPr="00BC5C78">
        <w:rPr>
          <w:rFonts w:ascii="Times New Roman" w:hAnsi="Times New Roman" w:cs="Times New Roman"/>
          <w:sz w:val="28"/>
          <w:szCs w:val="28"/>
          <w:lang w:val="ru-RU"/>
        </w:rPr>
        <w:t>: 2019</w:t>
      </w:r>
    </w:p>
    <w:p w:rsidR="00BC5C78" w:rsidRPr="00BC5C78" w:rsidRDefault="00BC5C78" w:rsidP="00BC5C78">
      <w:pPr>
        <w:pStyle w:val="a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C5C78">
        <w:rPr>
          <w:rFonts w:ascii="Times New Roman" w:hAnsi="Times New Roman" w:cs="Times New Roman"/>
          <w:sz w:val="28"/>
          <w:szCs w:val="28"/>
          <w:lang w:val="ru-RU"/>
        </w:rPr>
        <w:t>- Көлік тү</w:t>
      </w:r>
      <w:proofErr w:type="gramStart"/>
      <w:r w:rsidRPr="00BC5C78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Pr="00BC5C78">
        <w:rPr>
          <w:rFonts w:ascii="Times New Roman" w:hAnsi="Times New Roman" w:cs="Times New Roman"/>
          <w:sz w:val="28"/>
          <w:szCs w:val="28"/>
          <w:lang w:val="ru-RU"/>
        </w:rPr>
        <w:t xml:space="preserve">і: </w:t>
      </w:r>
      <w:proofErr w:type="spellStart"/>
      <w:r w:rsidRPr="00BC5C78">
        <w:rPr>
          <w:rFonts w:ascii="Times New Roman" w:hAnsi="Times New Roman" w:cs="Times New Roman"/>
          <w:sz w:val="28"/>
          <w:szCs w:val="28"/>
          <w:lang w:val="ru-RU"/>
        </w:rPr>
        <w:t>жол</w:t>
      </w:r>
      <w:proofErr w:type="spellEnd"/>
      <w:r w:rsidRPr="00BC5C78">
        <w:rPr>
          <w:rFonts w:ascii="Times New Roman" w:hAnsi="Times New Roman" w:cs="Times New Roman"/>
          <w:sz w:val="28"/>
          <w:szCs w:val="28"/>
          <w:lang w:val="ru-RU"/>
        </w:rPr>
        <w:t xml:space="preserve"> талғамайтын жеңіл автокөлік</w:t>
      </w:r>
    </w:p>
    <w:p w:rsidR="00C65964" w:rsidRDefault="00BC5C78" w:rsidP="00BC5C78">
      <w:pPr>
        <w:pStyle w:val="a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C5C78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BC5C78">
        <w:rPr>
          <w:rFonts w:ascii="Times New Roman" w:hAnsi="Times New Roman" w:cs="Times New Roman"/>
          <w:sz w:val="28"/>
          <w:szCs w:val="28"/>
          <w:lang w:val="ru-RU"/>
        </w:rPr>
        <w:t>Мемлекеттік</w:t>
      </w:r>
      <w:proofErr w:type="spellEnd"/>
      <w:r w:rsidRPr="00BC5C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5C78">
        <w:rPr>
          <w:rFonts w:ascii="Times New Roman" w:hAnsi="Times New Roman" w:cs="Times New Roman"/>
          <w:sz w:val="28"/>
          <w:szCs w:val="28"/>
          <w:lang w:val="ru-RU"/>
        </w:rPr>
        <w:t>тіркеу</w:t>
      </w:r>
      <w:proofErr w:type="spellEnd"/>
      <w:r w:rsidRPr="00BC5C78">
        <w:rPr>
          <w:rFonts w:ascii="Times New Roman" w:hAnsi="Times New Roman" w:cs="Times New Roman"/>
          <w:sz w:val="28"/>
          <w:szCs w:val="28"/>
          <w:lang w:val="ru-RU"/>
        </w:rPr>
        <w:t xml:space="preserve"> нөмі</w:t>
      </w:r>
      <w:proofErr w:type="gramStart"/>
      <w:r w:rsidRPr="00BC5C78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Pr="00BC5C78">
        <w:rPr>
          <w:rFonts w:ascii="Times New Roman" w:hAnsi="Times New Roman" w:cs="Times New Roman"/>
          <w:sz w:val="28"/>
          <w:szCs w:val="28"/>
          <w:lang w:val="ru-RU"/>
        </w:rPr>
        <w:t xml:space="preserve">і: </w:t>
      </w:r>
      <w:r w:rsidR="00C65964" w:rsidRPr="00C65964">
        <w:rPr>
          <w:rFonts w:ascii="Times New Roman" w:hAnsi="Times New Roman" w:cs="Times New Roman"/>
          <w:sz w:val="28"/>
          <w:szCs w:val="28"/>
          <w:lang w:val="ru-RU"/>
        </w:rPr>
        <w:t>KZ050AS06</w:t>
      </w:r>
    </w:p>
    <w:p w:rsidR="00BC5C78" w:rsidRPr="00BC5C78" w:rsidRDefault="00BC5C78" w:rsidP="00BC5C78">
      <w:pPr>
        <w:pStyle w:val="a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C5C78">
        <w:rPr>
          <w:rFonts w:ascii="Times New Roman" w:hAnsi="Times New Roman" w:cs="Times New Roman"/>
          <w:sz w:val="28"/>
          <w:szCs w:val="28"/>
          <w:lang w:val="ru-RU"/>
        </w:rPr>
        <w:t>- Техникалық жағдайы: қанағаттанарлық</w:t>
      </w:r>
    </w:p>
    <w:p w:rsidR="00BC5C78" w:rsidRPr="00BC5C78" w:rsidRDefault="00BC5C78" w:rsidP="00BC5C78">
      <w:pPr>
        <w:pStyle w:val="a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C5C78" w:rsidRPr="00BC5C78" w:rsidRDefault="00BC5C78" w:rsidP="00BC5C78">
      <w:pPr>
        <w:pStyle w:val="a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C5C78">
        <w:rPr>
          <w:rFonts w:ascii="Times New Roman" w:hAnsi="Times New Roman" w:cs="Times New Roman"/>
          <w:b/>
          <w:sz w:val="28"/>
          <w:szCs w:val="28"/>
          <w:lang w:val="ru-RU"/>
        </w:rPr>
        <w:t>4. Бағалау мақсаты:</w:t>
      </w:r>
    </w:p>
    <w:p w:rsidR="00BC5C78" w:rsidRPr="00BC5C78" w:rsidRDefault="00BC5C78" w:rsidP="00BC5C78">
      <w:pPr>
        <w:pStyle w:val="a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C5C78">
        <w:rPr>
          <w:rFonts w:ascii="Times New Roman" w:hAnsi="Times New Roman" w:cs="Times New Roman"/>
          <w:sz w:val="28"/>
          <w:szCs w:val="28"/>
          <w:lang w:val="ru-RU"/>
        </w:rPr>
        <w:t xml:space="preserve">Объектінің нарықтық құнын анықтау, </w:t>
      </w:r>
      <w:proofErr w:type="spellStart"/>
      <w:r w:rsidRPr="00BC5C78">
        <w:rPr>
          <w:rFonts w:ascii="Times New Roman" w:hAnsi="Times New Roman" w:cs="Times New Roman"/>
          <w:sz w:val="28"/>
          <w:szCs w:val="28"/>
          <w:lang w:val="ru-RU"/>
        </w:rPr>
        <w:t>кейіннен</w:t>
      </w:r>
      <w:proofErr w:type="spellEnd"/>
      <w:r w:rsidRPr="00BC5C78">
        <w:rPr>
          <w:rFonts w:ascii="Times New Roman" w:hAnsi="Times New Roman" w:cs="Times New Roman"/>
          <w:sz w:val="28"/>
          <w:szCs w:val="28"/>
          <w:lang w:val="ru-RU"/>
        </w:rPr>
        <w:t xml:space="preserve"> электрондық аукцион арқылы </w:t>
      </w:r>
      <w:proofErr w:type="spellStart"/>
      <w:r w:rsidRPr="00BC5C78">
        <w:rPr>
          <w:rFonts w:ascii="Times New Roman" w:hAnsi="Times New Roman" w:cs="Times New Roman"/>
          <w:sz w:val="28"/>
          <w:szCs w:val="28"/>
          <w:lang w:val="ru-RU"/>
        </w:rPr>
        <w:t>сату</w:t>
      </w:r>
      <w:proofErr w:type="spellEnd"/>
      <w:r w:rsidRPr="00BC5C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5C78">
        <w:rPr>
          <w:rFonts w:ascii="Times New Roman" w:hAnsi="Times New Roman" w:cs="Times New Roman"/>
          <w:sz w:val="28"/>
          <w:szCs w:val="28"/>
          <w:lang w:val="ru-RU"/>
        </w:rPr>
        <w:t>немесе</w:t>
      </w:r>
      <w:proofErr w:type="spellEnd"/>
      <w:r w:rsidRPr="00BC5C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5C78">
        <w:rPr>
          <w:rFonts w:ascii="Times New Roman" w:hAnsi="Times New Roman" w:cs="Times New Roman"/>
          <w:sz w:val="28"/>
          <w:szCs w:val="28"/>
          <w:lang w:val="ru-RU"/>
        </w:rPr>
        <w:t>белгіленген</w:t>
      </w:r>
      <w:proofErr w:type="spellEnd"/>
      <w:r w:rsidRPr="00BC5C78">
        <w:rPr>
          <w:rFonts w:ascii="Times New Roman" w:hAnsi="Times New Roman" w:cs="Times New Roman"/>
          <w:sz w:val="28"/>
          <w:szCs w:val="28"/>
          <w:lang w:val="ru-RU"/>
        </w:rPr>
        <w:t xml:space="preserve"> тәртіппен беру үшін.</w:t>
      </w:r>
    </w:p>
    <w:p w:rsidR="00BC5C78" w:rsidRPr="00BC5C78" w:rsidRDefault="00BC5C78" w:rsidP="00BC5C78">
      <w:pPr>
        <w:pStyle w:val="a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C5C78" w:rsidRPr="00BC5C78" w:rsidRDefault="00BC5C78" w:rsidP="00BC5C78">
      <w:pPr>
        <w:pStyle w:val="a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C5C78">
        <w:rPr>
          <w:rFonts w:ascii="Times New Roman" w:hAnsi="Times New Roman" w:cs="Times New Roman"/>
          <w:b/>
          <w:sz w:val="28"/>
          <w:szCs w:val="28"/>
          <w:lang w:val="ru-RU"/>
        </w:rPr>
        <w:t>5. Құн тү</w:t>
      </w:r>
      <w:proofErr w:type="gramStart"/>
      <w:r w:rsidRPr="00BC5C78">
        <w:rPr>
          <w:rFonts w:ascii="Times New Roman" w:hAnsi="Times New Roman" w:cs="Times New Roman"/>
          <w:b/>
          <w:sz w:val="28"/>
          <w:szCs w:val="28"/>
          <w:lang w:val="ru-RU"/>
        </w:rPr>
        <w:t>р</w:t>
      </w:r>
      <w:proofErr w:type="gramEnd"/>
      <w:r w:rsidRPr="00BC5C78">
        <w:rPr>
          <w:rFonts w:ascii="Times New Roman" w:hAnsi="Times New Roman" w:cs="Times New Roman"/>
          <w:b/>
          <w:sz w:val="28"/>
          <w:szCs w:val="28"/>
          <w:lang w:val="ru-RU"/>
        </w:rPr>
        <w:t>і:</w:t>
      </w:r>
    </w:p>
    <w:p w:rsidR="00BC5C78" w:rsidRPr="00BC5C78" w:rsidRDefault="00BC5C78" w:rsidP="00BC5C78">
      <w:pPr>
        <w:pStyle w:val="a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C5C78">
        <w:rPr>
          <w:rFonts w:ascii="Times New Roman" w:hAnsi="Times New Roman" w:cs="Times New Roman"/>
          <w:sz w:val="28"/>
          <w:szCs w:val="28"/>
          <w:lang w:val="ru-RU"/>
        </w:rPr>
        <w:t>Нарықтық құн.</w:t>
      </w:r>
    </w:p>
    <w:p w:rsidR="00BC5C78" w:rsidRPr="00BC5C78" w:rsidRDefault="00BC5C78" w:rsidP="00BC5C78">
      <w:pPr>
        <w:pStyle w:val="a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C5C78" w:rsidRPr="00BC5C78" w:rsidRDefault="00BC5C78" w:rsidP="00BC5C78">
      <w:pPr>
        <w:pStyle w:val="a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C5C78">
        <w:rPr>
          <w:rFonts w:ascii="Times New Roman" w:hAnsi="Times New Roman" w:cs="Times New Roman"/>
          <w:b/>
          <w:sz w:val="28"/>
          <w:szCs w:val="28"/>
          <w:lang w:val="ru-RU"/>
        </w:rPr>
        <w:t xml:space="preserve">6. Қызмет көрсетушіге қойылатын </w:t>
      </w:r>
      <w:proofErr w:type="spellStart"/>
      <w:r w:rsidRPr="00BC5C78">
        <w:rPr>
          <w:rFonts w:ascii="Times New Roman" w:hAnsi="Times New Roman" w:cs="Times New Roman"/>
          <w:b/>
          <w:sz w:val="28"/>
          <w:szCs w:val="28"/>
          <w:lang w:val="ru-RU"/>
        </w:rPr>
        <w:t>талаптар</w:t>
      </w:r>
      <w:proofErr w:type="spellEnd"/>
      <w:r w:rsidRPr="00BC5C78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</w:p>
    <w:p w:rsidR="00BC5C78" w:rsidRPr="00BC5C78" w:rsidRDefault="00BC5C78" w:rsidP="00BC5C78">
      <w:pPr>
        <w:pStyle w:val="a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C5C78">
        <w:rPr>
          <w:rFonts w:ascii="Times New Roman" w:hAnsi="Times New Roman" w:cs="Times New Roman"/>
          <w:sz w:val="28"/>
          <w:szCs w:val="28"/>
          <w:lang w:val="ru-RU"/>
        </w:rPr>
        <w:t xml:space="preserve">- Қазақстан </w:t>
      </w:r>
      <w:proofErr w:type="spellStart"/>
      <w:r w:rsidRPr="00BC5C78">
        <w:rPr>
          <w:rFonts w:ascii="Times New Roman" w:hAnsi="Times New Roman" w:cs="Times New Roman"/>
          <w:sz w:val="28"/>
          <w:szCs w:val="28"/>
          <w:lang w:val="ru-RU"/>
        </w:rPr>
        <w:t>Республикасында</w:t>
      </w:r>
      <w:proofErr w:type="spellEnd"/>
      <w:r w:rsidRPr="00BC5C78">
        <w:rPr>
          <w:rFonts w:ascii="Times New Roman" w:hAnsi="Times New Roman" w:cs="Times New Roman"/>
          <w:sz w:val="28"/>
          <w:szCs w:val="28"/>
          <w:lang w:val="ru-RU"/>
        </w:rPr>
        <w:t xml:space="preserve"> бағалау қызметін жүзеге асыруға лицензиясының </w:t>
      </w:r>
      <w:proofErr w:type="spellStart"/>
      <w:r w:rsidRPr="00BC5C78">
        <w:rPr>
          <w:rFonts w:ascii="Times New Roman" w:hAnsi="Times New Roman" w:cs="Times New Roman"/>
          <w:sz w:val="28"/>
          <w:szCs w:val="28"/>
          <w:lang w:val="ru-RU"/>
        </w:rPr>
        <w:t>болуы</w:t>
      </w:r>
      <w:proofErr w:type="spellEnd"/>
      <w:r w:rsidRPr="00BC5C78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BC5C78" w:rsidRPr="009B462F" w:rsidRDefault="00BC5C78" w:rsidP="00BC5C78">
      <w:pPr>
        <w:pStyle w:val="a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462F">
        <w:rPr>
          <w:rFonts w:ascii="Times New Roman" w:hAnsi="Times New Roman" w:cs="Times New Roman"/>
          <w:sz w:val="28"/>
          <w:szCs w:val="28"/>
          <w:lang w:val="ru-RU"/>
        </w:rPr>
        <w:t xml:space="preserve">- Бағалаушылар </w:t>
      </w:r>
      <w:proofErr w:type="spellStart"/>
      <w:r w:rsidRPr="009B462F">
        <w:rPr>
          <w:rFonts w:ascii="Times New Roman" w:hAnsi="Times New Roman" w:cs="Times New Roman"/>
          <w:sz w:val="28"/>
          <w:szCs w:val="28"/>
          <w:lang w:val="ru-RU"/>
        </w:rPr>
        <w:t>палатасына</w:t>
      </w:r>
      <w:proofErr w:type="spellEnd"/>
      <w:r w:rsidRPr="009B462F">
        <w:rPr>
          <w:rFonts w:ascii="Times New Roman" w:hAnsi="Times New Roman" w:cs="Times New Roman"/>
          <w:sz w:val="28"/>
          <w:szCs w:val="28"/>
          <w:lang w:val="ru-RU"/>
        </w:rPr>
        <w:t xml:space="preserve"> мүшелігі </w:t>
      </w:r>
      <w:proofErr w:type="spellStart"/>
      <w:r w:rsidRPr="009B462F">
        <w:rPr>
          <w:rFonts w:ascii="Times New Roman" w:hAnsi="Times New Roman" w:cs="Times New Roman"/>
          <w:sz w:val="28"/>
          <w:szCs w:val="28"/>
          <w:lang w:val="ru-RU"/>
        </w:rPr>
        <w:t>болуы</w:t>
      </w:r>
      <w:proofErr w:type="spellEnd"/>
      <w:r w:rsidRPr="009B462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BC5C78" w:rsidRPr="009B462F" w:rsidRDefault="00BC5C78" w:rsidP="00BC5C78">
      <w:pPr>
        <w:pStyle w:val="a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462F">
        <w:rPr>
          <w:rFonts w:ascii="Times New Roman" w:hAnsi="Times New Roman" w:cs="Times New Roman"/>
          <w:sz w:val="28"/>
          <w:szCs w:val="28"/>
          <w:lang w:val="ru-RU"/>
        </w:rPr>
        <w:t xml:space="preserve">- Бағалаушының </w:t>
      </w:r>
      <w:proofErr w:type="spellStart"/>
      <w:r w:rsidRPr="009B462F">
        <w:rPr>
          <w:rFonts w:ascii="Times New Roman" w:hAnsi="Times New Roman" w:cs="Times New Roman"/>
          <w:sz w:val="28"/>
          <w:szCs w:val="28"/>
          <w:lang w:val="ru-RU"/>
        </w:rPr>
        <w:t>бі</w:t>
      </w:r>
      <w:proofErr w:type="gramStart"/>
      <w:r w:rsidRPr="009B462F">
        <w:rPr>
          <w:rFonts w:ascii="Times New Roman" w:hAnsi="Times New Roman" w:cs="Times New Roman"/>
          <w:sz w:val="28"/>
          <w:szCs w:val="28"/>
          <w:lang w:val="ru-RU"/>
        </w:rPr>
        <w:t>л</w:t>
      </w:r>
      <w:proofErr w:type="gramEnd"/>
      <w:r w:rsidRPr="009B462F">
        <w:rPr>
          <w:rFonts w:ascii="Times New Roman" w:hAnsi="Times New Roman" w:cs="Times New Roman"/>
          <w:sz w:val="28"/>
          <w:szCs w:val="28"/>
          <w:lang w:val="ru-RU"/>
        </w:rPr>
        <w:t>іктілік</w:t>
      </w:r>
      <w:proofErr w:type="spellEnd"/>
      <w:r w:rsidRPr="009B462F">
        <w:rPr>
          <w:rFonts w:ascii="Times New Roman" w:hAnsi="Times New Roman" w:cs="Times New Roman"/>
          <w:sz w:val="28"/>
          <w:szCs w:val="28"/>
          <w:lang w:val="ru-RU"/>
        </w:rPr>
        <w:t xml:space="preserve"> куәлігі </w:t>
      </w:r>
      <w:proofErr w:type="spellStart"/>
      <w:r w:rsidRPr="009B462F">
        <w:rPr>
          <w:rFonts w:ascii="Times New Roman" w:hAnsi="Times New Roman" w:cs="Times New Roman"/>
          <w:sz w:val="28"/>
          <w:szCs w:val="28"/>
          <w:lang w:val="ru-RU"/>
        </w:rPr>
        <w:t>болуы</w:t>
      </w:r>
      <w:proofErr w:type="spellEnd"/>
      <w:r w:rsidRPr="009B462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BC5C78" w:rsidRPr="00C65964" w:rsidRDefault="00BC5C78" w:rsidP="00BC5C78">
      <w:pPr>
        <w:pStyle w:val="a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65964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C65964">
        <w:rPr>
          <w:rFonts w:ascii="Times New Roman" w:hAnsi="Times New Roman" w:cs="Times New Roman"/>
          <w:sz w:val="28"/>
          <w:szCs w:val="28"/>
          <w:lang w:val="ru-RU"/>
        </w:rPr>
        <w:t>Кемінде</w:t>
      </w:r>
      <w:proofErr w:type="spellEnd"/>
      <w:r w:rsidRPr="00C65964">
        <w:rPr>
          <w:rFonts w:ascii="Times New Roman" w:hAnsi="Times New Roman" w:cs="Times New Roman"/>
          <w:sz w:val="28"/>
          <w:szCs w:val="28"/>
          <w:lang w:val="ru-RU"/>
        </w:rPr>
        <w:t xml:space="preserve"> 1 </w:t>
      </w:r>
      <w:proofErr w:type="spellStart"/>
      <w:r w:rsidRPr="00C65964">
        <w:rPr>
          <w:rFonts w:ascii="Times New Roman" w:hAnsi="Times New Roman" w:cs="Times New Roman"/>
          <w:sz w:val="28"/>
          <w:szCs w:val="28"/>
          <w:lang w:val="ru-RU"/>
        </w:rPr>
        <w:t>жыл</w:t>
      </w:r>
      <w:proofErr w:type="spellEnd"/>
      <w:r w:rsidRPr="00C65964">
        <w:rPr>
          <w:rFonts w:ascii="Times New Roman" w:hAnsi="Times New Roman" w:cs="Times New Roman"/>
          <w:sz w:val="28"/>
          <w:szCs w:val="28"/>
          <w:lang w:val="ru-RU"/>
        </w:rPr>
        <w:t xml:space="preserve"> жұмыс </w:t>
      </w:r>
      <w:proofErr w:type="gramStart"/>
      <w:r w:rsidRPr="00C65964">
        <w:rPr>
          <w:rFonts w:ascii="Times New Roman" w:hAnsi="Times New Roman" w:cs="Times New Roman"/>
          <w:sz w:val="28"/>
          <w:szCs w:val="28"/>
          <w:lang w:val="ru-RU"/>
        </w:rPr>
        <w:t>тәж</w:t>
      </w:r>
      <w:proofErr w:type="gramEnd"/>
      <w:r w:rsidRPr="00C65964">
        <w:rPr>
          <w:rFonts w:ascii="Times New Roman" w:hAnsi="Times New Roman" w:cs="Times New Roman"/>
          <w:sz w:val="28"/>
          <w:szCs w:val="28"/>
          <w:lang w:val="ru-RU"/>
        </w:rPr>
        <w:t xml:space="preserve">ірибесі </w:t>
      </w:r>
      <w:proofErr w:type="spellStart"/>
      <w:r w:rsidRPr="00C65964">
        <w:rPr>
          <w:rFonts w:ascii="Times New Roman" w:hAnsi="Times New Roman" w:cs="Times New Roman"/>
          <w:sz w:val="28"/>
          <w:szCs w:val="28"/>
          <w:lang w:val="ru-RU"/>
        </w:rPr>
        <w:t>болуы</w:t>
      </w:r>
      <w:proofErr w:type="spellEnd"/>
      <w:r w:rsidRPr="00C6596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C5C78" w:rsidRPr="00C65964" w:rsidRDefault="00BC5C78" w:rsidP="00BC5C78">
      <w:pPr>
        <w:pStyle w:val="a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C5C78" w:rsidRPr="00C65964" w:rsidRDefault="00BC5C78" w:rsidP="00BC5C78">
      <w:pPr>
        <w:pStyle w:val="a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65964">
        <w:rPr>
          <w:rFonts w:ascii="Times New Roman" w:hAnsi="Times New Roman" w:cs="Times New Roman"/>
          <w:b/>
          <w:sz w:val="28"/>
          <w:szCs w:val="28"/>
          <w:lang w:val="ru-RU"/>
        </w:rPr>
        <w:t>7. Қызмет көлемі мен мазмұны:</w:t>
      </w:r>
    </w:p>
    <w:p w:rsidR="00BC5C78" w:rsidRPr="00C65964" w:rsidRDefault="00BC5C78" w:rsidP="00BC5C78">
      <w:pPr>
        <w:pStyle w:val="a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65964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C65964">
        <w:rPr>
          <w:rFonts w:ascii="Times New Roman" w:hAnsi="Times New Roman" w:cs="Times New Roman"/>
          <w:sz w:val="28"/>
          <w:szCs w:val="28"/>
          <w:lang w:val="ru-RU"/>
        </w:rPr>
        <w:t>Объектіні</w:t>
      </w:r>
      <w:proofErr w:type="spellEnd"/>
      <w:r w:rsidRPr="00C6596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65964">
        <w:rPr>
          <w:rFonts w:ascii="Times New Roman" w:hAnsi="Times New Roman" w:cs="Times New Roman"/>
          <w:sz w:val="28"/>
          <w:szCs w:val="28"/>
          <w:lang w:val="ru-RU"/>
        </w:rPr>
        <w:t>барып</w:t>
      </w:r>
      <w:proofErr w:type="spellEnd"/>
      <w:r w:rsidRPr="00C65964">
        <w:rPr>
          <w:rFonts w:ascii="Times New Roman" w:hAnsi="Times New Roman" w:cs="Times New Roman"/>
          <w:sz w:val="28"/>
          <w:szCs w:val="28"/>
          <w:lang w:val="ru-RU"/>
        </w:rPr>
        <w:t xml:space="preserve"> қарау;</w:t>
      </w:r>
    </w:p>
    <w:p w:rsidR="00BC5C78" w:rsidRPr="00BC5C78" w:rsidRDefault="00BC5C78" w:rsidP="00BC5C78">
      <w:pPr>
        <w:pStyle w:val="a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C5C78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BC5C78">
        <w:rPr>
          <w:rFonts w:ascii="Times New Roman" w:hAnsi="Times New Roman" w:cs="Times New Roman"/>
          <w:sz w:val="28"/>
          <w:szCs w:val="28"/>
          <w:lang w:val="ru-RU"/>
        </w:rPr>
        <w:t>Фотофиксация</w:t>
      </w:r>
      <w:proofErr w:type="spellEnd"/>
      <w:r w:rsidRPr="00BC5C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5C78">
        <w:rPr>
          <w:rFonts w:ascii="Times New Roman" w:hAnsi="Times New Roman" w:cs="Times New Roman"/>
          <w:sz w:val="28"/>
          <w:szCs w:val="28"/>
          <w:lang w:val="ru-RU"/>
        </w:rPr>
        <w:t>жасау</w:t>
      </w:r>
      <w:proofErr w:type="spellEnd"/>
      <w:r w:rsidRPr="00BC5C78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BC5C78" w:rsidRPr="00BC5C78" w:rsidRDefault="00BC5C78" w:rsidP="00BC5C78">
      <w:pPr>
        <w:pStyle w:val="a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C5C78">
        <w:rPr>
          <w:rFonts w:ascii="Times New Roman" w:hAnsi="Times New Roman" w:cs="Times New Roman"/>
          <w:sz w:val="28"/>
          <w:szCs w:val="28"/>
          <w:lang w:val="ru-RU"/>
        </w:rPr>
        <w:t xml:space="preserve">- Техникалық жағдайын </w:t>
      </w:r>
      <w:proofErr w:type="spellStart"/>
      <w:r w:rsidRPr="00BC5C78">
        <w:rPr>
          <w:rFonts w:ascii="Times New Roman" w:hAnsi="Times New Roman" w:cs="Times New Roman"/>
          <w:sz w:val="28"/>
          <w:szCs w:val="28"/>
          <w:lang w:val="ru-RU"/>
        </w:rPr>
        <w:t>талдау</w:t>
      </w:r>
      <w:proofErr w:type="spellEnd"/>
      <w:r w:rsidRPr="00BC5C78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BC5C78" w:rsidRPr="00BC5C78" w:rsidRDefault="00BC5C78" w:rsidP="00BC5C78">
      <w:pPr>
        <w:pStyle w:val="a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C5C78">
        <w:rPr>
          <w:rFonts w:ascii="Times New Roman" w:hAnsi="Times New Roman" w:cs="Times New Roman"/>
          <w:sz w:val="28"/>
          <w:szCs w:val="28"/>
          <w:lang w:val="ru-RU"/>
        </w:rPr>
        <w:t xml:space="preserve">- Ұқсас </w:t>
      </w:r>
      <w:proofErr w:type="spellStart"/>
      <w:r w:rsidRPr="00BC5C78">
        <w:rPr>
          <w:rFonts w:ascii="Times New Roman" w:hAnsi="Times New Roman" w:cs="Times New Roman"/>
          <w:sz w:val="28"/>
          <w:szCs w:val="28"/>
          <w:lang w:val="ru-RU"/>
        </w:rPr>
        <w:t>объектілер</w:t>
      </w:r>
      <w:proofErr w:type="spellEnd"/>
      <w:r w:rsidRPr="00BC5C78">
        <w:rPr>
          <w:rFonts w:ascii="Times New Roman" w:hAnsi="Times New Roman" w:cs="Times New Roman"/>
          <w:sz w:val="28"/>
          <w:szCs w:val="28"/>
          <w:lang w:val="ru-RU"/>
        </w:rPr>
        <w:t xml:space="preserve"> нарығын </w:t>
      </w:r>
      <w:proofErr w:type="spellStart"/>
      <w:r w:rsidRPr="00BC5C78">
        <w:rPr>
          <w:rFonts w:ascii="Times New Roman" w:hAnsi="Times New Roman" w:cs="Times New Roman"/>
          <w:sz w:val="28"/>
          <w:szCs w:val="28"/>
          <w:lang w:val="ru-RU"/>
        </w:rPr>
        <w:t>талдау</w:t>
      </w:r>
      <w:proofErr w:type="spellEnd"/>
      <w:r w:rsidRPr="00BC5C78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BC5C78" w:rsidRPr="00BC5C78" w:rsidRDefault="00BC5C78" w:rsidP="00BC5C78">
      <w:pPr>
        <w:pStyle w:val="a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C5C78">
        <w:rPr>
          <w:rFonts w:ascii="Times New Roman" w:hAnsi="Times New Roman" w:cs="Times New Roman"/>
          <w:sz w:val="28"/>
          <w:szCs w:val="28"/>
          <w:lang w:val="ru-RU"/>
        </w:rPr>
        <w:t>- Бағалау тәсілдерін қолдану;</w:t>
      </w:r>
    </w:p>
    <w:p w:rsidR="00BC5C78" w:rsidRPr="00BC5C78" w:rsidRDefault="00BC5C78" w:rsidP="00BC5C78">
      <w:pPr>
        <w:pStyle w:val="a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C5C78">
        <w:rPr>
          <w:rFonts w:ascii="Times New Roman" w:hAnsi="Times New Roman" w:cs="Times New Roman"/>
          <w:sz w:val="28"/>
          <w:szCs w:val="28"/>
          <w:lang w:val="ru-RU"/>
        </w:rPr>
        <w:t>- Нарықтық құнын анықтау;</w:t>
      </w:r>
    </w:p>
    <w:p w:rsidR="00BC5C78" w:rsidRPr="00BC5C78" w:rsidRDefault="00BC5C78" w:rsidP="00BC5C78">
      <w:pPr>
        <w:pStyle w:val="a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C5C78">
        <w:rPr>
          <w:rFonts w:ascii="Times New Roman" w:hAnsi="Times New Roman" w:cs="Times New Roman"/>
          <w:sz w:val="28"/>
          <w:szCs w:val="28"/>
          <w:lang w:val="ru-RU"/>
        </w:rPr>
        <w:t xml:space="preserve">- Бағалау </w:t>
      </w:r>
      <w:proofErr w:type="spellStart"/>
      <w:r w:rsidRPr="00BC5C78">
        <w:rPr>
          <w:rFonts w:ascii="Times New Roman" w:hAnsi="Times New Roman" w:cs="Times New Roman"/>
          <w:sz w:val="28"/>
          <w:szCs w:val="28"/>
          <w:lang w:val="ru-RU"/>
        </w:rPr>
        <w:t>есебін</w:t>
      </w:r>
      <w:proofErr w:type="spellEnd"/>
      <w:r w:rsidRPr="00BC5C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5C78">
        <w:rPr>
          <w:rFonts w:ascii="Times New Roman" w:hAnsi="Times New Roman" w:cs="Times New Roman"/>
          <w:sz w:val="28"/>
          <w:szCs w:val="28"/>
          <w:lang w:val="ru-RU"/>
        </w:rPr>
        <w:t>дайындау</w:t>
      </w:r>
      <w:proofErr w:type="spellEnd"/>
      <w:r w:rsidRPr="00BC5C7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C5C78" w:rsidRPr="00BC5C78" w:rsidRDefault="00BC5C78" w:rsidP="00BC5C78">
      <w:pPr>
        <w:pStyle w:val="a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C5C78" w:rsidRPr="00BC5C78" w:rsidRDefault="00BC5C78" w:rsidP="00BC5C78">
      <w:pPr>
        <w:pStyle w:val="a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C5C78">
        <w:rPr>
          <w:rFonts w:ascii="Times New Roman" w:hAnsi="Times New Roman" w:cs="Times New Roman"/>
          <w:b/>
          <w:sz w:val="28"/>
          <w:szCs w:val="28"/>
          <w:lang w:val="ru-RU"/>
        </w:rPr>
        <w:t xml:space="preserve">8. Бағалау </w:t>
      </w:r>
      <w:proofErr w:type="spellStart"/>
      <w:r w:rsidRPr="00BC5C78">
        <w:rPr>
          <w:rFonts w:ascii="Times New Roman" w:hAnsi="Times New Roman" w:cs="Times New Roman"/>
          <w:b/>
          <w:sz w:val="28"/>
          <w:szCs w:val="28"/>
          <w:lang w:val="ru-RU"/>
        </w:rPr>
        <w:t>есебіне</w:t>
      </w:r>
      <w:proofErr w:type="spellEnd"/>
      <w:r w:rsidRPr="00BC5C7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қойылатын </w:t>
      </w:r>
      <w:proofErr w:type="spellStart"/>
      <w:r w:rsidRPr="00BC5C78">
        <w:rPr>
          <w:rFonts w:ascii="Times New Roman" w:hAnsi="Times New Roman" w:cs="Times New Roman"/>
          <w:b/>
          <w:sz w:val="28"/>
          <w:szCs w:val="28"/>
          <w:lang w:val="ru-RU"/>
        </w:rPr>
        <w:t>талаптар</w:t>
      </w:r>
      <w:proofErr w:type="spellEnd"/>
      <w:r w:rsidRPr="00BC5C78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</w:p>
    <w:p w:rsidR="00BC5C78" w:rsidRPr="00BC5C78" w:rsidRDefault="00BC5C78" w:rsidP="00BC5C78">
      <w:pPr>
        <w:pStyle w:val="a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C5C78">
        <w:rPr>
          <w:rFonts w:ascii="Times New Roman" w:hAnsi="Times New Roman" w:cs="Times New Roman"/>
          <w:sz w:val="28"/>
          <w:szCs w:val="28"/>
          <w:lang w:val="ru-RU"/>
        </w:rPr>
        <w:t>- Қ</w:t>
      </w:r>
      <w:proofErr w:type="gramStart"/>
      <w:r w:rsidRPr="00BC5C78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Pr="00BC5C78">
        <w:rPr>
          <w:rFonts w:ascii="Times New Roman" w:hAnsi="Times New Roman" w:cs="Times New Roman"/>
          <w:sz w:val="28"/>
          <w:szCs w:val="28"/>
          <w:lang w:val="ru-RU"/>
        </w:rPr>
        <w:t xml:space="preserve"> заңнамасына сәйкестігі;</w:t>
      </w:r>
    </w:p>
    <w:p w:rsidR="00BC5C78" w:rsidRPr="00BC5C78" w:rsidRDefault="00BC5C78" w:rsidP="00BC5C78">
      <w:pPr>
        <w:pStyle w:val="a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C5C78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- Объектінің </w:t>
      </w:r>
      <w:proofErr w:type="spellStart"/>
      <w:r w:rsidRPr="00BC5C78">
        <w:rPr>
          <w:rFonts w:ascii="Times New Roman" w:hAnsi="Times New Roman" w:cs="Times New Roman"/>
          <w:sz w:val="28"/>
          <w:szCs w:val="28"/>
          <w:lang w:val="ru-RU"/>
        </w:rPr>
        <w:t>сипаттамасы</w:t>
      </w:r>
      <w:proofErr w:type="spellEnd"/>
      <w:r w:rsidRPr="00BC5C78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BC5C78" w:rsidRPr="00BC5C78" w:rsidRDefault="00BC5C78" w:rsidP="00BC5C78">
      <w:pPr>
        <w:pStyle w:val="a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C5C78">
        <w:rPr>
          <w:rFonts w:ascii="Times New Roman" w:hAnsi="Times New Roman" w:cs="Times New Roman"/>
          <w:sz w:val="28"/>
          <w:szCs w:val="28"/>
          <w:lang w:val="ru-RU"/>
        </w:rPr>
        <w:t xml:space="preserve">- Құнды </w:t>
      </w:r>
      <w:proofErr w:type="spellStart"/>
      <w:r w:rsidRPr="00BC5C78">
        <w:rPr>
          <w:rFonts w:ascii="Times New Roman" w:hAnsi="Times New Roman" w:cs="Times New Roman"/>
          <w:sz w:val="28"/>
          <w:szCs w:val="28"/>
          <w:lang w:val="ru-RU"/>
        </w:rPr>
        <w:t>есептеу</w:t>
      </w:r>
      <w:proofErr w:type="spellEnd"/>
      <w:r w:rsidRPr="00BC5C78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BC5C78" w:rsidRPr="00BC5C78" w:rsidRDefault="00BC5C78" w:rsidP="00BC5C78">
      <w:pPr>
        <w:pStyle w:val="a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C5C78">
        <w:rPr>
          <w:rFonts w:ascii="Times New Roman" w:hAnsi="Times New Roman" w:cs="Times New Roman"/>
          <w:sz w:val="28"/>
          <w:szCs w:val="28"/>
          <w:lang w:val="ru-RU"/>
        </w:rPr>
        <w:t>- Фотоқұжаттар;</w:t>
      </w:r>
    </w:p>
    <w:p w:rsidR="00BC5C78" w:rsidRPr="00BC5C78" w:rsidRDefault="00BC5C78" w:rsidP="00BC5C78">
      <w:pPr>
        <w:pStyle w:val="a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C5C78">
        <w:rPr>
          <w:rFonts w:ascii="Times New Roman" w:hAnsi="Times New Roman" w:cs="Times New Roman"/>
          <w:sz w:val="28"/>
          <w:szCs w:val="28"/>
          <w:lang w:val="ru-RU"/>
        </w:rPr>
        <w:t>- Бағалаушының қолы;</w:t>
      </w:r>
    </w:p>
    <w:p w:rsidR="00BC5C78" w:rsidRPr="00BC5C78" w:rsidRDefault="00BC5C78" w:rsidP="00BC5C78">
      <w:pPr>
        <w:pStyle w:val="a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C5C78">
        <w:rPr>
          <w:rFonts w:ascii="Times New Roman" w:hAnsi="Times New Roman" w:cs="Times New Roman"/>
          <w:sz w:val="28"/>
          <w:szCs w:val="28"/>
          <w:lang w:val="ru-RU"/>
        </w:rPr>
        <w:t>- Қағ</w:t>
      </w:r>
      <w:proofErr w:type="gramStart"/>
      <w:r w:rsidRPr="00BC5C78">
        <w:rPr>
          <w:rFonts w:ascii="Times New Roman" w:hAnsi="Times New Roman" w:cs="Times New Roman"/>
          <w:sz w:val="28"/>
          <w:szCs w:val="28"/>
          <w:lang w:val="ru-RU"/>
        </w:rPr>
        <w:t>аз ж</w:t>
      </w:r>
      <w:proofErr w:type="gramEnd"/>
      <w:r w:rsidRPr="00BC5C78">
        <w:rPr>
          <w:rFonts w:ascii="Times New Roman" w:hAnsi="Times New Roman" w:cs="Times New Roman"/>
          <w:sz w:val="28"/>
          <w:szCs w:val="28"/>
          <w:lang w:val="ru-RU"/>
        </w:rPr>
        <w:t xml:space="preserve">әне </w:t>
      </w:r>
      <w:r w:rsidRPr="00BC5C78">
        <w:rPr>
          <w:rFonts w:ascii="Times New Roman" w:hAnsi="Times New Roman" w:cs="Times New Roman"/>
          <w:sz w:val="28"/>
          <w:szCs w:val="28"/>
        </w:rPr>
        <w:t>PDF</w:t>
      </w:r>
      <w:r w:rsidRPr="00BC5C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5C78">
        <w:rPr>
          <w:rFonts w:ascii="Times New Roman" w:hAnsi="Times New Roman" w:cs="Times New Roman"/>
          <w:sz w:val="28"/>
          <w:szCs w:val="28"/>
          <w:lang w:val="ru-RU"/>
        </w:rPr>
        <w:t>форматында</w:t>
      </w:r>
      <w:proofErr w:type="spellEnd"/>
      <w:r w:rsidRPr="00BC5C78">
        <w:rPr>
          <w:rFonts w:ascii="Times New Roman" w:hAnsi="Times New Roman" w:cs="Times New Roman"/>
          <w:sz w:val="28"/>
          <w:szCs w:val="28"/>
          <w:lang w:val="ru-RU"/>
        </w:rPr>
        <w:t xml:space="preserve"> ұсынылуы.</w:t>
      </w:r>
    </w:p>
    <w:p w:rsidR="00BC5C78" w:rsidRPr="00BC5C78" w:rsidRDefault="00BC5C78" w:rsidP="00BC5C78">
      <w:pPr>
        <w:pStyle w:val="a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C5C78" w:rsidRPr="0054396D" w:rsidRDefault="00BC5C78" w:rsidP="00BC5C78">
      <w:pPr>
        <w:pStyle w:val="a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C5C78">
        <w:rPr>
          <w:rFonts w:ascii="Times New Roman" w:hAnsi="Times New Roman" w:cs="Times New Roman"/>
          <w:b/>
          <w:sz w:val="28"/>
          <w:szCs w:val="28"/>
          <w:lang w:val="ru-RU"/>
        </w:rPr>
        <w:t xml:space="preserve">9. Қызмет көрсету </w:t>
      </w:r>
      <w:proofErr w:type="spellStart"/>
      <w:r w:rsidRPr="00BC5C78">
        <w:rPr>
          <w:rFonts w:ascii="Times New Roman" w:hAnsi="Times New Roman" w:cs="Times New Roman"/>
          <w:b/>
          <w:sz w:val="28"/>
          <w:szCs w:val="28"/>
          <w:lang w:val="ru-RU"/>
        </w:rPr>
        <w:t>мерзім</w:t>
      </w:r>
      <w:proofErr w:type="spellEnd"/>
      <w:r w:rsidR="0054396D">
        <w:rPr>
          <w:rFonts w:ascii="Times New Roman" w:hAnsi="Times New Roman" w:cs="Times New Roman"/>
          <w:b/>
          <w:sz w:val="28"/>
          <w:szCs w:val="28"/>
          <w:lang w:val="kk-KZ"/>
        </w:rPr>
        <w:t>і</w:t>
      </w:r>
      <w:r w:rsidR="0054396D" w:rsidRPr="0054396D">
        <w:rPr>
          <w:rFonts w:ascii="Times New Roman" w:hAnsi="Times New Roman" w:cs="Times New Roman"/>
          <w:b/>
          <w:sz w:val="28"/>
          <w:szCs w:val="28"/>
          <w:lang w:val="ru-RU"/>
        </w:rPr>
        <w:t xml:space="preserve">: </w:t>
      </w:r>
      <w:r w:rsidR="0054396D" w:rsidRPr="0054396D">
        <w:rPr>
          <w:rFonts w:ascii="Times New Roman" w:hAnsi="Times New Roman" w:cs="Times New Roman"/>
          <w:sz w:val="28"/>
          <w:szCs w:val="28"/>
          <w:lang w:val="kk-KZ"/>
        </w:rPr>
        <w:t xml:space="preserve">Келісім </w:t>
      </w:r>
      <w:proofErr w:type="gramStart"/>
      <w:r w:rsidR="0054396D" w:rsidRPr="0054396D">
        <w:rPr>
          <w:rFonts w:ascii="Times New Roman" w:hAnsi="Times New Roman" w:cs="Times New Roman"/>
          <w:sz w:val="28"/>
          <w:szCs w:val="28"/>
          <w:lang w:val="kk-KZ"/>
        </w:rPr>
        <w:t>шарт</w:t>
      </w:r>
      <w:proofErr w:type="gramEnd"/>
      <w:r w:rsidR="0054396D" w:rsidRPr="0054396D">
        <w:rPr>
          <w:rFonts w:ascii="Times New Roman" w:hAnsi="Times New Roman" w:cs="Times New Roman"/>
          <w:sz w:val="28"/>
          <w:szCs w:val="28"/>
          <w:lang w:val="kk-KZ"/>
        </w:rPr>
        <w:t>қа отырғаннан кейін 16</w:t>
      </w:r>
      <w:r w:rsidR="0054396D">
        <w:rPr>
          <w:rFonts w:ascii="Times New Roman" w:hAnsi="Times New Roman" w:cs="Times New Roman"/>
          <w:sz w:val="28"/>
          <w:szCs w:val="28"/>
          <w:lang w:val="kk-KZ"/>
        </w:rPr>
        <w:t>(он алты)</w:t>
      </w:r>
      <w:r w:rsidR="0054396D" w:rsidRPr="0054396D">
        <w:rPr>
          <w:rFonts w:ascii="Times New Roman" w:hAnsi="Times New Roman" w:cs="Times New Roman"/>
          <w:sz w:val="28"/>
          <w:szCs w:val="28"/>
          <w:lang w:val="kk-KZ"/>
        </w:rPr>
        <w:t xml:space="preserve"> күн ішінде</w:t>
      </w:r>
      <w:r w:rsidRPr="00BC5C7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C5C78" w:rsidRPr="00BC5C78" w:rsidRDefault="00BC5C78" w:rsidP="00BC5C78">
      <w:pPr>
        <w:pStyle w:val="a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C5C78" w:rsidRPr="00BC5C78" w:rsidRDefault="00BC5C78" w:rsidP="00BC5C78">
      <w:pPr>
        <w:pStyle w:val="a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C5C78">
        <w:rPr>
          <w:rFonts w:ascii="Times New Roman" w:hAnsi="Times New Roman" w:cs="Times New Roman"/>
          <w:b/>
          <w:sz w:val="28"/>
          <w:szCs w:val="28"/>
          <w:lang w:val="ru-RU"/>
        </w:rPr>
        <w:t xml:space="preserve">10. Қызмет көрсету </w:t>
      </w:r>
      <w:proofErr w:type="spellStart"/>
      <w:r w:rsidRPr="00BC5C78">
        <w:rPr>
          <w:rFonts w:ascii="Times New Roman" w:hAnsi="Times New Roman" w:cs="Times New Roman"/>
          <w:b/>
          <w:sz w:val="28"/>
          <w:szCs w:val="28"/>
          <w:lang w:val="ru-RU"/>
        </w:rPr>
        <w:t>орны</w:t>
      </w:r>
      <w:proofErr w:type="spellEnd"/>
      <w:r w:rsidRPr="00BC5C78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</w:p>
    <w:p w:rsidR="00BC5C78" w:rsidRPr="00BC5C78" w:rsidRDefault="00C65964" w:rsidP="00BC5C78">
      <w:pPr>
        <w:pStyle w:val="a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Атырау</w:t>
      </w:r>
      <w:r w:rsidR="00BC5C78" w:rsidRPr="00BC5C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C5C78" w:rsidRPr="00BC5C78">
        <w:rPr>
          <w:rFonts w:ascii="Times New Roman" w:hAnsi="Times New Roman" w:cs="Times New Roman"/>
          <w:sz w:val="28"/>
          <w:szCs w:val="28"/>
          <w:lang w:val="ru-RU"/>
        </w:rPr>
        <w:t>облысы</w:t>
      </w:r>
      <w:proofErr w:type="spellEnd"/>
      <w:r w:rsidR="00BC5C78" w:rsidRPr="00BC5C7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ru-RU"/>
        </w:rPr>
        <w:t>Махамбет ауданы</w:t>
      </w:r>
      <w:proofErr w:type="gramStart"/>
      <w:r w:rsidR="00BC5C78" w:rsidRPr="00BC5C78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лға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ауылы</w:t>
      </w:r>
      <w:proofErr w:type="spellEnd"/>
      <w:r w:rsidR="00BC5C78" w:rsidRPr="00BC5C7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Орталық көшесі,35 </w:t>
      </w:r>
      <w:r w:rsidR="00BC5C78" w:rsidRPr="00BC5C78">
        <w:rPr>
          <w:rFonts w:ascii="Times New Roman" w:hAnsi="Times New Roman" w:cs="Times New Roman"/>
          <w:sz w:val="28"/>
          <w:szCs w:val="28"/>
          <w:lang w:val="ru-RU"/>
        </w:rPr>
        <w:t>(</w:t>
      </w:r>
      <w:r>
        <w:rPr>
          <w:rFonts w:ascii="Times New Roman" w:hAnsi="Times New Roman" w:cs="Times New Roman"/>
          <w:sz w:val="28"/>
          <w:szCs w:val="28"/>
          <w:lang w:val="ru-RU"/>
        </w:rPr>
        <w:t>Атырау</w:t>
      </w:r>
      <w:r w:rsidR="00BC5C78" w:rsidRPr="00BC5C78">
        <w:rPr>
          <w:rFonts w:ascii="Times New Roman" w:hAnsi="Times New Roman" w:cs="Times New Roman"/>
          <w:sz w:val="28"/>
          <w:szCs w:val="28"/>
          <w:lang w:val="ru-RU"/>
        </w:rPr>
        <w:t xml:space="preserve"> қаласынан </w:t>
      </w:r>
      <w:r>
        <w:rPr>
          <w:rFonts w:ascii="Times New Roman" w:hAnsi="Times New Roman" w:cs="Times New Roman"/>
          <w:sz w:val="28"/>
          <w:szCs w:val="28"/>
          <w:lang w:val="ru-RU"/>
        </w:rPr>
        <w:t>35</w:t>
      </w:r>
      <w:r w:rsidR="00BC5C78" w:rsidRPr="00BC5C78">
        <w:rPr>
          <w:rFonts w:ascii="Times New Roman" w:hAnsi="Times New Roman" w:cs="Times New Roman"/>
          <w:sz w:val="28"/>
          <w:szCs w:val="28"/>
          <w:lang w:val="ru-RU"/>
        </w:rPr>
        <w:t xml:space="preserve"> км)</w:t>
      </w:r>
    </w:p>
    <w:p w:rsidR="00BC5C78" w:rsidRPr="00BC5C78" w:rsidRDefault="00BC5C78" w:rsidP="00BC5C78">
      <w:pPr>
        <w:pStyle w:val="a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C5C78" w:rsidRPr="00BC5C78" w:rsidRDefault="00BC5C78" w:rsidP="00BC5C78">
      <w:pPr>
        <w:pStyle w:val="a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5C78">
        <w:rPr>
          <w:rFonts w:ascii="Times New Roman" w:hAnsi="Times New Roman" w:cs="Times New Roman"/>
          <w:b/>
          <w:sz w:val="28"/>
          <w:szCs w:val="28"/>
        </w:rPr>
        <w:t xml:space="preserve">11. </w:t>
      </w:r>
      <w:proofErr w:type="spellStart"/>
      <w:r w:rsidRPr="00BC5C78">
        <w:rPr>
          <w:rFonts w:ascii="Times New Roman" w:hAnsi="Times New Roman" w:cs="Times New Roman"/>
          <w:b/>
          <w:sz w:val="28"/>
          <w:szCs w:val="28"/>
        </w:rPr>
        <w:t>Нәтиже</w:t>
      </w:r>
      <w:proofErr w:type="spellEnd"/>
      <w:r w:rsidRPr="00BC5C78">
        <w:rPr>
          <w:rFonts w:ascii="Times New Roman" w:hAnsi="Times New Roman" w:cs="Times New Roman"/>
          <w:b/>
          <w:sz w:val="28"/>
          <w:szCs w:val="28"/>
        </w:rPr>
        <w:t>:</w:t>
      </w:r>
    </w:p>
    <w:p w:rsidR="00BC5C78" w:rsidRPr="00BC5C78" w:rsidRDefault="00BC5C78" w:rsidP="00BC5C78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BC5C78">
        <w:rPr>
          <w:rFonts w:ascii="Times New Roman" w:hAnsi="Times New Roman" w:cs="Times New Roman"/>
          <w:sz w:val="28"/>
          <w:szCs w:val="28"/>
        </w:rPr>
        <w:t>Жылжымалы</w:t>
      </w:r>
      <w:proofErr w:type="spellEnd"/>
      <w:r w:rsidRPr="00BC5C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5C78">
        <w:rPr>
          <w:rFonts w:ascii="Times New Roman" w:hAnsi="Times New Roman" w:cs="Times New Roman"/>
          <w:sz w:val="28"/>
          <w:szCs w:val="28"/>
        </w:rPr>
        <w:t>мүліктің</w:t>
      </w:r>
      <w:proofErr w:type="spellEnd"/>
      <w:r w:rsidRPr="00BC5C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5C78">
        <w:rPr>
          <w:rFonts w:ascii="Times New Roman" w:hAnsi="Times New Roman" w:cs="Times New Roman"/>
          <w:sz w:val="28"/>
          <w:szCs w:val="28"/>
        </w:rPr>
        <w:t>нарықтық</w:t>
      </w:r>
      <w:proofErr w:type="spellEnd"/>
      <w:r w:rsidRPr="00BC5C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5C78">
        <w:rPr>
          <w:rFonts w:ascii="Times New Roman" w:hAnsi="Times New Roman" w:cs="Times New Roman"/>
          <w:sz w:val="28"/>
          <w:szCs w:val="28"/>
        </w:rPr>
        <w:t>құны</w:t>
      </w:r>
      <w:proofErr w:type="spellEnd"/>
      <w:r w:rsidRPr="00BC5C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5C78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BC5C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5C78">
        <w:rPr>
          <w:rFonts w:ascii="Times New Roman" w:hAnsi="Times New Roman" w:cs="Times New Roman"/>
          <w:sz w:val="28"/>
          <w:szCs w:val="28"/>
        </w:rPr>
        <w:t>бағалау</w:t>
      </w:r>
      <w:proofErr w:type="spellEnd"/>
      <w:r w:rsidRPr="00BC5C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5C78">
        <w:rPr>
          <w:rFonts w:ascii="Times New Roman" w:hAnsi="Times New Roman" w:cs="Times New Roman"/>
          <w:sz w:val="28"/>
          <w:szCs w:val="28"/>
        </w:rPr>
        <w:t>есебі</w:t>
      </w:r>
      <w:proofErr w:type="spellEnd"/>
      <w:r w:rsidRPr="00BC5C7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C5C78" w:rsidRPr="00BC5C78" w:rsidRDefault="00BC5C78" w:rsidP="00BC5C78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5C78" w:rsidRPr="00BC5C78" w:rsidRDefault="00BC5C78" w:rsidP="00BC5C78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5C78" w:rsidRPr="00BC5C78" w:rsidRDefault="00BC5C78" w:rsidP="00BC5C78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5C78" w:rsidRPr="00BC5C78" w:rsidRDefault="00BC5C78" w:rsidP="00BC5C78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5C78" w:rsidRPr="00BC5C78" w:rsidRDefault="00BC5C78" w:rsidP="00BC5C78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5C78" w:rsidRPr="00BC5C78" w:rsidRDefault="00BC5C78" w:rsidP="00BC5C78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5C78" w:rsidRPr="00BC5C78" w:rsidRDefault="00BC5C78" w:rsidP="00BC5C78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5C78" w:rsidRPr="00BC5C78" w:rsidRDefault="00BC5C78" w:rsidP="00BC5C78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5C78" w:rsidRPr="00BC5C78" w:rsidRDefault="00BC5C78" w:rsidP="00BC5C78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5C78" w:rsidRPr="00BC5C78" w:rsidRDefault="00BC5C78" w:rsidP="00BC5C78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5C78" w:rsidRPr="00BC5C78" w:rsidRDefault="00BC5C78" w:rsidP="00BC5C78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5C78" w:rsidRPr="00BC5C78" w:rsidRDefault="00BC5C78" w:rsidP="00BC5C78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5C78" w:rsidRPr="00BC5C78" w:rsidRDefault="00BC5C78" w:rsidP="00BC5C78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5C78" w:rsidRPr="00BC5C78" w:rsidRDefault="00BC5C78" w:rsidP="00BC5C78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5C78" w:rsidRPr="00BC5C78" w:rsidRDefault="00BC5C78" w:rsidP="00BC5C78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5C78" w:rsidRPr="00BC5C78" w:rsidRDefault="00BC5C78" w:rsidP="00BC5C78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5C78" w:rsidRPr="00BC5C78" w:rsidRDefault="00BC5C78" w:rsidP="00BC5C78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5C78" w:rsidRPr="00BC5C78" w:rsidRDefault="00BC5C78" w:rsidP="00BC5C78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5C78" w:rsidRPr="00BC5C78" w:rsidRDefault="00BC5C78" w:rsidP="00BC5C78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5C78" w:rsidRPr="00BC5C78" w:rsidRDefault="00BC5C78" w:rsidP="00BC5C78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5C78" w:rsidRPr="00BC5C78" w:rsidRDefault="00BC5C78" w:rsidP="00BC5C78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5C78" w:rsidRPr="00BC5C78" w:rsidRDefault="00BC5C78" w:rsidP="00BC5C78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5C78" w:rsidRPr="00BC5C78" w:rsidRDefault="00BC5C78" w:rsidP="00BC5C78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5C78" w:rsidRPr="00BC5C78" w:rsidRDefault="00BC5C78" w:rsidP="00BC5C78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5C78" w:rsidRPr="00BC5C78" w:rsidRDefault="00BC5C78" w:rsidP="00BC5C78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5C78" w:rsidRPr="00BC5C78" w:rsidRDefault="00BC5C78" w:rsidP="00BC5C78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5C78" w:rsidRPr="009B462F" w:rsidRDefault="00BC5C78" w:rsidP="00BC5C78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BC5C78" w:rsidRDefault="00BC5C78" w:rsidP="00BC5C78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462F" w:rsidRDefault="009B462F" w:rsidP="00BC5C78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462F" w:rsidRDefault="009B462F" w:rsidP="00BC5C78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462F" w:rsidRDefault="009B462F" w:rsidP="00BC5C78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462F" w:rsidRPr="00BC5C78" w:rsidRDefault="009B462F" w:rsidP="00BC5C78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037A" w:rsidRPr="00BC5C78" w:rsidRDefault="00BC5C78" w:rsidP="00BC5C78">
      <w:pPr>
        <w:pStyle w:val="a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C5C78">
        <w:rPr>
          <w:rFonts w:ascii="Times New Roman" w:hAnsi="Times New Roman" w:cs="Times New Roman"/>
          <w:b/>
          <w:sz w:val="28"/>
          <w:szCs w:val="28"/>
          <w:lang w:val="ru-RU"/>
        </w:rPr>
        <w:t>ТЕХНИЧЕСКАЯ СПЕЦИФИКАЦИЯ</w:t>
      </w:r>
    </w:p>
    <w:p w:rsidR="00BC5C78" w:rsidRDefault="00BC5C78" w:rsidP="00BC5C78">
      <w:pPr>
        <w:pStyle w:val="a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C5C78">
        <w:rPr>
          <w:rFonts w:ascii="Times New Roman" w:hAnsi="Times New Roman" w:cs="Times New Roman"/>
          <w:b/>
          <w:sz w:val="28"/>
          <w:szCs w:val="28"/>
          <w:lang w:val="ru-RU"/>
        </w:rPr>
        <w:t>на оказание услуг по оценке движимого имущества</w:t>
      </w:r>
    </w:p>
    <w:p w:rsidR="0009037A" w:rsidRPr="00BC5C78" w:rsidRDefault="00BC5C78" w:rsidP="00BC5C78">
      <w:pPr>
        <w:pStyle w:val="a9"/>
        <w:rPr>
          <w:rFonts w:ascii="Times New Roman" w:hAnsi="Times New Roman" w:cs="Times New Roman"/>
          <w:sz w:val="28"/>
          <w:szCs w:val="28"/>
          <w:lang w:val="ru-RU"/>
        </w:rPr>
      </w:pPr>
      <w:r w:rsidRPr="00BC5C78">
        <w:rPr>
          <w:lang w:val="ru-RU"/>
        </w:rPr>
        <w:br/>
      </w:r>
    </w:p>
    <w:p w:rsidR="0009037A" w:rsidRPr="00BC5C78" w:rsidRDefault="00BC5C78" w:rsidP="00BC5C78">
      <w:pPr>
        <w:pStyle w:val="a9"/>
        <w:rPr>
          <w:rFonts w:ascii="Times New Roman" w:hAnsi="Times New Roman" w:cs="Times New Roman"/>
          <w:sz w:val="28"/>
          <w:szCs w:val="28"/>
          <w:lang w:val="ru-RU"/>
        </w:rPr>
      </w:pPr>
      <w:r w:rsidRPr="00BC5C78">
        <w:rPr>
          <w:rFonts w:ascii="Times New Roman" w:hAnsi="Times New Roman" w:cs="Times New Roman"/>
          <w:b/>
          <w:sz w:val="28"/>
          <w:szCs w:val="28"/>
          <w:lang w:val="ru-RU"/>
        </w:rPr>
        <w:t>1. Наименование услуги:</w:t>
      </w:r>
      <w:r w:rsidRPr="00BC5C78">
        <w:rPr>
          <w:rFonts w:ascii="Times New Roman" w:hAnsi="Times New Roman" w:cs="Times New Roman"/>
          <w:sz w:val="28"/>
          <w:szCs w:val="28"/>
          <w:lang w:val="ru-RU"/>
        </w:rPr>
        <w:br/>
        <w:t>Услуги по проведению оценки рыночной стоимости движимого имущества (служебного автотранспортного средства).</w:t>
      </w:r>
      <w:r w:rsidRPr="00BC5C78">
        <w:rPr>
          <w:rFonts w:ascii="Times New Roman" w:hAnsi="Times New Roman" w:cs="Times New Roman"/>
          <w:sz w:val="28"/>
          <w:szCs w:val="28"/>
          <w:lang w:val="ru-RU"/>
        </w:rPr>
        <w:br/>
      </w:r>
    </w:p>
    <w:p w:rsidR="0009037A" w:rsidRPr="00BC5C78" w:rsidRDefault="00BC5C78" w:rsidP="00BC5C78">
      <w:pPr>
        <w:pStyle w:val="a9"/>
        <w:rPr>
          <w:rFonts w:ascii="Times New Roman" w:hAnsi="Times New Roman" w:cs="Times New Roman"/>
          <w:sz w:val="28"/>
          <w:szCs w:val="28"/>
          <w:lang w:val="ru-RU"/>
        </w:rPr>
      </w:pPr>
      <w:r w:rsidRPr="00BC5C78">
        <w:rPr>
          <w:rFonts w:ascii="Times New Roman" w:hAnsi="Times New Roman" w:cs="Times New Roman"/>
          <w:b/>
          <w:sz w:val="28"/>
          <w:szCs w:val="28"/>
          <w:lang w:val="ru-RU"/>
        </w:rPr>
        <w:t>2. Заказчик:</w:t>
      </w:r>
      <w:r w:rsidRPr="00BC5C78">
        <w:rPr>
          <w:rFonts w:ascii="Times New Roman" w:hAnsi="Times New Roman" w:cs="Times New Roman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Государственное учреждение «Аппарат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акима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поселка Саяк»</w:t>
      </w:r>
      <w:r w:rsidRPr="00BC5C78">
        <w:rPr>
          <w:rFonts w:ascii="Times New Roman" w:hAnsi="Times New Roman" w:cs="Times New Roman"/>
          <w:sz w:val="28"/>
          <w:szCs w:val="28"/>
          <w:lang w:val="ru-RU"/>
        </w:rPr>
        <w:br/>
      </w:r>
    </w:p>
    <w:p w:rsidR="0009037A" w:rsidRPr="00BC5C78" w:rsidRDefault="00BC5C78" w:rsidP="00BC5C78">
      <w:pPr>
        <w:pStyle w:val="a9"/>
        <w:rPr>
          <w:rFonts w:ascii="Times New Roman" w:hAnsi="Times New Roman" w:cs="Times New Roman"/>
          <w:sz w:val="28"/>
          <w:szCs w:val="28"/>
          <w:lang w:val="ru-RU"/>
        </w:rPr>
      </w:pPr>
      <w:r w:rsidRPr="00BC5C78">
        <w:rPr>
          <w:rFonts w:ascii="Times New Roman" w:hAnsi="Times New Roman" w:cs="Times New Roman"/>
          <w:b/>
          <w:sz w:val="28"/>
          <w:szCs w:val="28"/>
          <w:lang w:val="ru-RU"/>
        </w:rPr>
        <w:t>3. Объект оценки:</w:t>
      </w:r>
      <w:r w:rsidRPr="00BC5C78">
        <w:rPr>
          <w:rFonts w:ascii="Times New Roman" w:hAnsi="Times New Roman" w:cs="Times New Roman"/>
          <w:sz w:val="28"/>
          <w:szCs w:val="28"/>
          <w:lang w:val="ru-RU"/>
        </w:rPr>
        <w:br/>
        <w:t>Служебный автомобиль:</w:t>
      </w:r>
      <w:r w:rsidRPr="00BC5C78">
        <w:rPr>
          <w:rFonts w:ascii="Times New Roman" w:hAnsi="Times New Roman" w:cs="Times New Roman"/>
          <w:sz w:val="28"/>
          <w:szCs w:val="28"/>
          <w:lang w:val="ru-RU"/>
        </w:rPr>
        <w:br/>
        <w:t xml:space="preserve">- Марка, модель: </w:t>
      </w:r>
      <w:proofErr w:type="spellStart"/>
      <w:r w:rsidR="00C65964" w:rsidRPr="00C65964">
        <w:rPr>
          <w:rFonts w:ascii="Times New Roman" w:hAnsi="Times New Roman" w:cs="Times New Roman"/>
          <w:sz w:val="28"/>
          <w:szCs w:val="28"/>
          <w:lang w:val="ru-RU"/>
        </w:rPr>
        <w:t>Lada</w:t>
      </w:r>
      <w:proofErr w:type="spellEnd"/>
      <w:r w:rsidR="00C65964" w:rsidRPr="00C65964">
        <w:rPr>
          <w:rFonts w:ascii="Times New Roman" w:hAnsi="Times New Roman" w:cs="Times New Roman"/>
          <w:sz w:val="28"/>
          <w:szCs w:val="28"/>
          <w:lang w:val="ru-RU"/>
        </w:rPr>
        <w:t xml:space="preserve"> 4х4 33drs LUXE</w:t>
      </w:r>
      <w:r w:rsidRPr="00BC5C78">
        <w:rPr>
          <w:rFonts w:ascii="Times New Roman" w:hAnsi="Times New Roman" w:cs="Times New Roman"/>
          <w:sz w:val="28"/>
          <w:szCs w:val="28"/>
          <w:lang w:val="ru-RU"/>
        </w:rPr>
        <w:br/>
        <w:t>- Год выпуска: 2019</w:t>
      </w:r>
      <w:r w:rsidRPr="00BC5C78">
        <w:rPr>
          <w:rFonts w:ascii="Times New Roman" w:hAnsi="Times New Roman" w:cs="Times New Roman"/>
          <w:sz w:val="28"/>
          <w:szCs w:val="28"/>
          <w:lang w:val="ru-RU"/>
        </w:rPr>
        <w:br/>
        <w:t>- Тип транспортного средства: легковой автомобиль повышенной проходимости</w:t>
      </w:r>
      <w:r w:rsidRPr="00BC5C78">
        <w:rPr>
          <w:rFonts w:ascii="Times New Roman" w:hAnsi="Times New Roman" w:cs="Times New Roman"/>
          <w:sz w:val="28"/>
          <w:szCs w:val="28"/>
          <w:lang w:val="ru-RU"/>
        </w:rPr>
        <w:br/>
        <w:t xml:space="preserve">- Государственный регистрационный номер: </w:t>
      </w:r>
      <w:r w:rsidR="00C65964" w:rsidRPr="00C65964">
        <w:rPr>
          <w:rFonts w:ascii="Times New Roman" w:hAnsi="Times New Roman" w:cs="Times New Roman"/>
          <w:sz w:val="28"/>
          <w:szCs w:val="28"/>
          <w:lang w:val="ru-RU"/>
        </w:rPr>
        <w:t>KZ050AS06</w:t>
      </w:r>
      <w:r w:rsidRPr="00BC5C78">
        <w:rPr>
          <w:rFonts w:ascii="Times New Roman" w:hAnsi="Times New Roman" w:cs="Times New Roman"/>
          <w:sz w:val="28"/>
          <w:szCs w:val="28"/>
          <w:lang w:val="ru-RU"/>
        </w:rPr>
        <w:br/>
        <w:t xml:space="preserve">- Техническое состояние: </w:t>
      </w:r>
      <w:r>
        <w:rPr>
          <w:rFonts w:ascii="Times New Roman" w:hAnsi="Times New Roman" w:cs="Times New Roman"/>
          <w:sz w:val="28"/>
          <w:szCs w:val="28"/>
          <w:lang w:val="ru-RU"/>
        </w:rPr>
        <w:t>удовлетворительное</w:t>
      </w:r>
      <w:r w:rsidRPr="00BC5C78">
        <w:rPr>
          <w:rFonts w:ascii="Times New Roman" w:hAnsi="Times New Roman" w:cs="Times New Roman"/>
          <w:sz w:val="28"/>
          <w:szCs w:val="28"/>
          <w:lang w:val="ru-RU"/>
        </w:rPr>
        <w:br/>
      </w:r>
    </w:p>
    <w:p w:rsidR="0009037A" w:rsidRPr="00BC5C78" w:rsidRDefault="00BC5C78" w:rsidP="00BC5C78">
      <w:pPr>
        <w:pStyle w:val="a9"/>
        <w:rPr>
          <w:rFonts w:ascii="Times New Roman" w:hAnsi="Times New Roman" w:cs="Times New Roman"/>
          <w:sz w:val="28"/>
          <w:szCs w:val="28"/>
          <w:lang w:val="ru-RU"/>
        </w:rPr>
      </w:pPr>
      <w:r w:rsidRPr="00BC5C78">
        <w:rPr>
          <w:rFonts w:ascii="Times New Roman" w:hAnsi="Times New Roman" w:cs="Times New Roman"/>
          <w:b/>
          <w:sz w:val="28"/>
          <w:szCs w:val="28"/>
          <w:lang w:val="ru-RU"/>
        </w:rPr>
        <w:t>4. Цель оценки:</w:t>
      </w:r>
      <w:r w:rsidRPr="00BC5C78">
        <w:rPr>
          <w:rFonts w:ascii="Times New Roman" w:hAnsi="Times New Roman" w:cs="Times New Roman"/>
          <w:sz w:val="28"/>
          <w:szCs w:val="28"/>
          <w:lang w:val="ru-RU"/>
        </w:rPr>
        <w:br/>
        <w:t>Определение рыночной стоимости объекта оценки для последующей реализации через электронный аукцион либо передачи.</w:t>
      </w:r>
      <w:r w:rsidRPr="00BC5C78">
        <w:rPr>
          <w:rFonts w:ascii="Times New Roman" w:hAnsi="Times New Roman" w:cs="Times New Roman"/>
          <w:sz w:val="28"/>
          <w:szCs w:val="28"/>
          <w:lang w:val="ru-RU"/>
        </w:rPr>
        <w:br/>
      </w:r>
    </w:p>
    <w:p w:rsidR="0009037A" w:rsidRPr="00BC5C78" w:rsidRDefault="00BC5C78" w:rsidP="00BC5C78">
      <w:pPr>
        <w:pStyle w:val="a9"/>
        <w:rPr>
          <w:rFonts w:ascii="Times New Roman" w:hAnsi="Times New Roman" w:cs="Times New Roman"/>
          <w:sz w:val="28"/>
          <w:szCs w:val="28"/>
          <w:lang w:val="ru-RU"/>
        </w:rPr>
      </w:pPr>
      <w:r w:rsidRPr="00BC5C78">
        <w:rPr>
          <w:rFonts w:ascii="Times New Roman" w:hAnsi="Times New Roman" w:cs="Times New Roman"/>
          <w:b/>
          <w:sz w:val="28"/>
          <w:szCs w:val="28"/>
          <w:lang w:val="ru-RU"/>
        </w:rPr>
        <w:t>5. Вид стоимости:</w:t>
      </w:r>
      <w:r w:rsidRPr="00BC5C78">
        <w:rPr>
          <w:rFonts w:ascii="Times New Roman" w:hAnsi="Times New Roman" w:cs="Times New Roman"/>
          <w:sz w:val="28"/>
          <w:szCs w:val="28"/>
          <w:lang w:val="ru-RU"/>
        </w:rPr>
        <w:br/>
        <w:t>Рыночная стоимость.</w:t>
      </w:r>
      <w:r w:rsidRPr="00BC5C78">
        <w:rPr>
          <w:rFonts w:ascii="Times New Roman" w:hAnsi="Times New Roman" w:cs="Times New Roman"/>
          <w:sz w:val="28"/>
          <w:szCs w:val="28"/>
          <w:lang w:val="ru-RU"/>
        </w:rPr>
        <w:br/>
      </w:r>
    </w:p>
    <w:p w:rsidR="0009037A" w:rsidRPr="00BC5C78" w:rsidRDefault="00BC5C78" w:rsidP="00BC5C78">
      <w:pPr>
        <w:pStyle w:val="a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6</w:t>
      </w:r>
      <w:r w:rsidRPr="00BC5C78">
        <w:rPr>
          <w:rFonts w:ascii="Times New Roman" w:hAnsi="Times New Roman" w:cs="Times New Roman"/>
          <w:b/>
          <w:sz w:val="28"/>
          <w:szCs w:val="28"/>
          <w:lang w:val="ru-RU"/>
        </w:rPr>
        <w:t>. Требования к поставщику услуг:</w:t>
      </w:r>
      <w:r w:rsidRPr="00BC5C78">
        <w:rPr>
          <w:rFonts w:ascii="Times New Roman" w:hAnsi="Times New Roman" w:cs="Times New Roman"/>
          <w:sz w:val="28"/>
          <w:szCs w:val="28"/>
          <w:lang w:val="ru-RU"/>
        </w:rPr>
        <w:br/>
        <w:t>- Наличие лицензии на осуществление оценочной деятельности в РК;</w:t>
      </w:r>
      <w:r w:rsidRPr="00BC5C78">
        <w:rPr>
          <w:rFonts w:ascii="Times New Roman" w:hAnsi="Times New Roman" w:cs="Times New Roman"/>
          <w:sz w:val="28"/>
          <w:szCs w:val="28"/>
          <w:lang w:val="ru-RU"/>
        </w:rPr>
        <w:br/>
        <w:t>- Членство в палате оценщиков;</w:t>
      </w:r>
      <w:r w:rsidRPr="00BC5C78">
        <w:rPr>
          <w:rFonts w:ascii="Times New Roman" w:hAnsi="Times New Roman" w:cs="Times New Roman"/>
          <w:sz w:val="28"/>
          <w:szCs w:val="28"/>
          <w:lang w:val="ru-RU"/>
        </w:rPr>
        <w:br/>
        <w:t>- Наличие квалификационного свидетельства оценщика;</w:t>
      </w:r>
      <w:r w:rsidRPr="00BC5C78">
        <w:rPr>
          <w:rFonts w:ascii="Times New Roman" w:hAnsi="Times New Roman" w:cs="Times New Roman"/>
          <w:sz w:val="28"/>
          <w:szCs w:val="28"/>
          <w:lang w:val="ru-RU"/>
        </w:rPr>
        <w:br/>
        <w:t>- Опыт работы не менее 1 года.</w:t>
      </w:r>
      <w:r w:rsidRPr="00BC5C78">
        <w:rPr>
          <w:rFonts w:ascii="Times New Roman" w:hAnsi="Times New Roman" w:cs="Times New Roman"/>
          <w:sz w:val="28"/>
          <w:szCs w:val="28"/>
          <w:lang w:val="ru-RU"/>
        </w:rPr>
        <w:br/>
      </w:r>
    </w:p>
    <w:p w:rsidR="0009037A" w:rsidRPr="00BC5C78" w:rsidRDefault="00BC5C78" w:rsidP="00BC5C78">
      <w:pPr>
        <w:pStyle w:val="a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7</w:t>
      </w:r>
      <w:r w:rsidRPr="00BC5C78">
        <w:rPr>
          <w:rFonts w:ascii="Times New Roman" w:hAnsi="Times New Roman" w:cs="Times New Roman"/>
          <w:b/>
          <w:sz w:val="28"/>
          <w:szCs w:val="28"/>
          <w:lang w:val="ru-RU"/>
        </w:rPr>
        <w:t>. Объем и содержание услуг:</w:t>
      </w:r>
      <w:r w:rsidRPr="00BC5C78">
        <w:rPr>
          <w:rFonts w:ascii="Times New Roman" w:hAnsi="Times New Roman" w:cs="Times New Roman"/>
          <w:sz w:val="28"/>
          <w:szCs w:val="28"/>
          <w:lang w:val="ru-RU"/>
        </w:rPr>
        <w:br/>
        <w:t>- Осмотр объекта с выездом;</w:t>
      </w:r>
      <w:r w:rsidRPr="00BC5C78">
        <w:rPr>
          <w:rFonts w:ascii="Times New Roman" w:hAnsi="Times New Roman" w:cs="Times New Roman"/>
          <w:sz w:val="28"/>
          <w:szCs w:val="28"/>
          <w:lang w:val="ru-RU"/>
        </w:rPr>
        <w:br/>
        <w:t xml:space="preserve">- </w:t>
      </w:r>
      <w:proofErr w:type="spellStart"/>
      <w:r w:rsidRPr="00BC5C78">
        <w:rPr>
          <w:rFonts w:ascii="Times New Roman" w:hAnsi="Times New Roman" w:cs="Times New Roman"/>
          <w:sz w:val="28"/>
          <w:szCs w:val="28"/>
          <w:lang w:val="ru-RU"/>
        </w:rPr>
        <w:t>Фотофиксация</w:t>
      </w:r>
      <w:proofErr w:type="spellEnd"/>
      <w:r w:rsidRPr="00BC5C78">
        <w:rPr>
          <w:rFonts w:ascii="Times New Roman" w:hAnsi="Times New Roman" w:cs="Times New Roman"/>
          <w:sz w:val="28"/>
          <w:szCs w:val="28"/>
          <w:lang w:val="ru-RU"/>
        </w:rPr>
        <w:t>;</w:t>
      </w:r>
      <w:r w:rsidRPr="00BC5C78">
        <w:rPr>
          <w:rFonts w:ascii="Times New Roman" w:hAnsi="Times New Roman" w:cs="Times New Roman"/>
          <w:sz w:val="28"/>
          <w:szCs w:val="28"/>
          <w:lang w:val="ru-RU"/>
        </w:rPr>
        <w:br/>
        <w:t>- Анализ технического состояния;</w:t>
      </w:r>
      <w:r w:rsidRPr="00BC5C78">
        <w:rPr>
          <w:rFonts w:ascii="Times New Roman" w:hAnsi="Times New Roman" w:cs="Times New Roman"/>
          <w:sz w:val="28"/>
          <w:szCs w:val="28"/>
          <w:lang w:val="ru-RU"/>
        </w:rPr>
        <w:br/>
        <w:t>- Анализ рынка аналогов;</w:t>
      </w:r>
      <w:r w:rsidRPr="00BC5C78">
        <w:rPr>
          <w:rFonts w:ascii="Times New Roman" w:hAnsi="Times New Roman" w:cs="Times New Roman"/>
          <w:sz w:val="28"/>
          <w:szCs w:val="28"/>
          <w:lang w:val="ru-RU"/>
        </w:rPr>
        <w:br/>
        <w:t>- Применение подходов оценки;</w:t>
      </w:r>
      <w:r w:rsidRPr="00BC5C78">
        <w:rPr>
          <w:rFonts w:ascii="Times New Roman" w:hAnsi="Times New Roman" w:cs="Times New Roman"/>
          <w:sz w:val="28"/>
          <w:szCs w:val="28"/>
          <w:lang w:val="ru-RU"/>
        </w:rPr>
        <w:br/>
        <w:t>- Определение рыночной стоимости;</w:t>
      </w:r>
      <w:r w:rsidRPr="00BC5C78">
        <w:rPr>
          <w:rFonts w:ascii="Times New Roman" w:hAnsi="Times New Roman" w:cs="Times New Roman"/>
          <w:sz w:val="28"/>
          <w:szCs w:val="28"/>
          <w:lang w:val="ru-RU"/>
        </w:rPr>
        <w:br/>
        <w:t>- Подготовка отчета.</w:t>
      </w:r>
      <w:r w:rsidRPr="00BC5C78">
        <w:rPr>
          <w:rFonts w:ascii="Times New Roman" w:hAnsi="Times New Roman" w:cs="Times New Roman"/>
          <w:sz w:val="28"/>
          <w:szCs w:val="28"/>
          <w:lang w:val="ru-RU"/>
        </w:rPr>
        <w:br/>
      </w:r>
    </w:p>
    <w:p w:rsidR="0009037A" w:rsidRPr="00BC5C78" w:rsidRDefault="00BC5C78" w:rsidP="00BC5C78">
      <w:pPr>
        <w:pStyle w:val="a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8</w:t>
      </w:r>
      <w:r w:rsidRPr="00BC5C78">
        <w:rPr>
          <w:rFonts w:ascii="Times New Roman" w:hAnsi="Times New Roman" w:cs="Times New Roman"/>
          <w:b/>
          <w:sz w:val="28"/>
          <w:szCs w:val="28"/>
          <w:lang w:val="ru-RU"/>
        </w:rPr>
        <w:t>. Требования к отчету:</w:t>
      </w:r>
      <w:r w:rsidRPr="00BC5C78">
        <w:rPr>
          <w:rFonts w:ascii="Times New Roman" w:hAnsi="Times New Roman" w:cs="Times New Roman"/>
          <w:sz w:val="28"/>
          <w:szCs w:val="28"/>
          <w:lang w:val="ru-RU"/>
        </w:rPr>
        <w:br/>
        <w:t>- Соответствие законодательству РК;</w:t>
      </w:r>
      <w:r w:rsidRPr="00BC5C7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BC5C78">
        <w:rPr>
          <w:rFonts w:ascii="Times New Roman" w:hAnsi="Times New Roman" w:cs="Times New Roman"/>
          <w:sz w:val="28"/>
          <w:szCs w:val="28"/>
          <w:lang w:val="ru-RU"/>
        </w:rPr>
        <w:lastRenderedPageBreak/>
        <w:t>- Описание объекта;</w:t>
      </w:r>
      <w:r w:rsidRPr="00BC5C78">
        <w:rPr>
          <w:rFonts w:ascii="Times New Roman" w:hAnsi="Times New Roman" w:cs="Times New Roman"/>
          <w:sz w:val="28"/>
          <w:szCs w:val="28"/>
          <w:lang w:val="ru-RU"/>
        </w:rPr>
        <w:br/>
        <w:t>- Расчет стоимости;</w:t>
      </w:r>
      <w:r w:rsidRPr="00BC5C78">
        <w:rPr>
          <w:rFonts w:ascii="Times New Roman" w:hAnsi="Times New Roman" w:cs="Times New Roman"/>
          <w:sz w:val="28"/>
          <w:szCs w:val="28"/>
          <w:lang w:val="ru-RU"/>
        </w:rPr>
        <w:br/>
        <w:t>- Фото;</w:t>
      </w:r>
      <w:r w:rsidRPr="00BC5C78">
        <w:rPr>
          <w:rFonts w:ascii="Times New Roman" w:hAnsi="Times New Roman" w:cs="Times New Roman"/>
          <w:sz w:val="28"/>
          <w:szCs w:val="28"/>
          <w:lang w:val="ru-RU"/>
        </w:rPr>
        <w:br/>
        <w:t>- Подпись оценщика;</w:t>
      </w:r>
      <w:r w:rsidRPr="00BC5C78">
        <w:rPr>
          <w:rFonts w:ascii="Times New Roman" w:hAnsi="Times New Roman" w:cs="Times New Roman"/>
          <w:sz w:val="28"/>
          <w:szCs w:val="28"/>
          <w:lang w:val="ru-RU"/>
        </w:rPr>
        <w:br/>
        <w:t xml:space="preserve">- Формат: бумажный и </w:t>
      </w:r>
      <w:r w:rsidRPr="00BC5C78">
        <w:rPr>
          <w:rFonts w:ascii="Times New Roman" w:hAnsi="Times New Roman" w:cs="Times New Roman"/>
          <w:sz w:val="28"/>
          <w:szCs w:val="28"/>
        </w:rPr>
        <w:t>PDF</w:t>
      </w:r>
      <w:r w:rsidRPr="00BC5C78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BC5C78">
        <w:rPr>
          <w:rFonts w:ascii="Times New Roman" w:hAnsi="Times New Roman" w:cs="Times New Roman"/>
          <w:sz w:val="28"/>
          <w:szCs w:val="28"/>
          <w:lang w:val="ru-RU"/>
        </w:rPr>
        <w:br/>
      </w:r>
    </w:p>
    <w:p w:rsidR="0009037A" w:rsidRPr="00BC5C78" w:rsidRDefault="00BC5C78" w:rsidP="00BC5C78">
      <w:pPr>
        <w:pStyle w:val="a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9</w:t>
      </w:r>
      <w:r w:rsidRPr="00BC5C78">
        <w:rPr>
          <w:rFonts w:ascii="Times New Roman" w:hAnsi="Times New Roman" w:cs="Times New Roman"/>
          <w:b/>
          <w:sz w:val="28"/>
          <w:szCs w:val="28"/>
          <w:lang w:val="ru-RU"/>
        </w:rPr>
        <w:t>. Срок оказания услуги:</w:t>
      </w:r>
      <w:r w:rsidRPr="00BC5C78">
        <w:rPr>
          <w:rFonts w:ascii="Times New Roman" w:hAnsi="Times New Roman" w:cs="Times New Roman"/>
          <w:sz w:val="28"/>
          <w:szCs w:val="28"/>
          <w:lang w:val="ru-RU"/>
        </w:rPr>
        <w:br/>
      </w:r>
      <w:r w:rsidR="00F51914">
        <w:rPr>
          <w:rFonts w:ascii="Times New Roman" w:hAnsi="Times New Roman" w:cs="Times New Roman"/>
          <w:sz w:val="28"/>
          <w:szCs w:val="28"/>
          <w:lang w:val="ru-RU"/>
        </w:rPr>
        <w:t>В течение 16 (</w:t>
      </w:r>
      <w:proofErr w:type="spellStart"/>
      <w:r w:rsidR="00F51914">
        <w:rPr>
          <w:rFonts w:ascii="Times New Roman" w:hAnsi="Times New Roman" w:cs="Times New Roman"/>
          <w:sz w:val="28"/>
          <w:szCs w:val="28"/>
          <w:lang w:val="ru-RU"/>
        </w:rPr>
        <w:t>шестьнадцать</w:t>
      </w:r>
      <w:proofErr w:type="spellEnd"/>
      <w:r w:rsidR="00F51914">
        <w:rPr>
          <w:rFonts w:ascii="Times New Roman" w:hAnsi="Times New Roman" w:cs="Times New Roman"/>
          <w:sz w:val="28"/>
          <w:szCs w:val="28"/>
          <w:lang w:val="ru-RU"/>
        </w:rPr>
        <w:t>) дней с момента вступления договора в силу.</w:t>
      </w:r>
      <w:r w:rsidRPr="00BC5C78">
        <w:rPr>
          <w:rFonts w:ascii="Times New Roman" w:hAnsi="Times New Roman" w:cs="Times New Roman"/>
          <w:sz w:val="28"/>
          <w:szCs w:val="28"/>
          <w:lang w:val="ru-RU"/>
        </w:rPr>
        <w:br/>
      </w:r>
    </w:p>
    <w:p w:rsidR="0009037A" w:rsidRPr="00BC5C78" w:rsidRDefault="00BC5C78" w:rsidP="00BC5C78">
      <w:pPr>
        <w:pStyle w:val="a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10</w:t>
      </w:r>
      <w:r w:rsidRPr="00BC5C78">
        <w:rPr>
          <w:rFonts w:ascii="Times New Roman" w:hAnsi="Times New Roman" w:cs="Times New Roman"/>
          <w:b/>
          <w:sz w:val="28"/>
          <w:szCs w:val="28"/>
          <w:lang w:val="ru-RU"/>
        </w:rPr>
        <w:t>. Место оказания услуги:</w:t>
      </w:r>
      <w:r w:rsidRPr="00BC5C78"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 w:rsidR="00C65964">
        <w:rPr>
          <w:rFonts w:ascii="Times New Roman" w:hAnsi="Times New Roman" w:cs="Times New Roman"/>
          <w:sz w:val="28"/>
          <w:szCs w:val="28"/>
          <w:lang w:val="ru-RU"/>
        </w:rPr>
        <w:t>Атырауская</w:t>
      </w:r>
      <w:proofErr w:type="spellEnd"/>
      <w:r w:rsidR="00C65964">
        <w:rPr>
          <w:rFonts w:ascii="Times New Roman" w:hAnsi="Times New Roman" w:cs="Times New Roman"/>
          <w:sz w:val="28"/>
          <w:szCs w:val="28"/>
          <w:lang w:val="ru-RU"/>
        </w:rPr>
        <w:t xml:space="preserve"> область, </w:t>
      </w:r>
      <w:proofErr w:type="spellStart"/>
      <w:r w:rsidR="00C65964">
        <w:rPr>
          <w:rFonts w:ascii="Times New Roman" w:hAnsi="Times New Roman" w:cs="Times New Roman"/>
          <w:sz w:val="28"/>
          <w:szCs w:val="28"/>
          <w:lang w:val="ru-RU"/>
        </w:rPr>
        <w:t>Махамбетский</w:t>
      </w:r>
      <w:proofErr w:type="spellEnd"/>
      <w:r w:rsidR="00C65964">
        <w:rPr>
          <w:rFonts w:ascii="Times New Roman" w:hAnsi="Times New Roman" w:cs="Times New Roman"/>
          <w:sz w:val="28"/>
          <w:szCs w:val="28"/>
          <w:lang w:val="ru-RU"/>
        </w:rPr>
        <w:t xml:space="preserve"> район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C65964">
        <w:rPr>
          <w:rFonts w:ascii="Times New Roman" w:hAnsi="Times New Roman" w:cs="Times New Roman"/>
          <w:sz w:val="28"/>
          <w:szCs w:val="28"/>
          <w:lang w:val="ru-RU"/>
        </w:rPr>
        <w:t>село Алга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, улица </w:t>
      </w:r>
      <w:proofErr w:type="spellStart"/>
      <w:r w:rsidR="00C65964">
        <w:rPr>
          <w:rFonts w:ascii="Times New Roman" w:hAnsi="Times New Roman" w:cs="Times New Roman"/>
          <w:sz w:val="28"/>
          <w:szCs w:val="28"/>
          <w:lang w:val="ru-RU"/>
        </w:rPr>
        <w:t>Орталык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C65964">
        <w:rPr>
          <w:rFonts w:ascii="Times New Roman" w:hAnsi="Times New Roman" w:cs="Times New Roman"/>
          <w:sz w:val="28"/>
          <w:szCs w:val="28"/>
          <w:lang w:val="ru-RU"/>
        </w:rPr>
        <w:t>3</w:t>
      </w:r>
      <w:r>
        <w:rPr>
          <w:rFonts w:ascii="Times New Roman" w:hAnsi="Times New Roman" w:cs="Times New Roman"/>
          <w:sz w:val="28"/>
          <w:szCs w:val="28"/>
          <w:lang w:val="ru-RU"/>
        </w:rPr>
        <w:t>5 (</w:t>
      </w:r>
      <w:r w:rsidR="00C65964">
        <w:rPr>
          <w:rFonts w:ascii="Times New Roman" w:hAnsi="Times New Roman" w:cs="Times New Roman"/>
          <w:sz w:val="28"/>
          <w:szCs w:val="28"/>
          <w:lang w:val="ru-RU"/>
        </w:rPr>
        <w:t>35</w:t>
      </w:r>
      <w:r w:rsidRPr="00BC5C78">
        <w:rPr>
          <w:rFonts w:ascii="Times New Roman" w:hAnsi="Times New Roman" w:cs="Times New Roman"/>
          <w:sz w:val="28"/>
          <w:szCs w:val="28"/>
          <w:lang w:val="ru-RU"/>
        </w:rPr>
        <w:t xml:space="preserve"> км от города </w:t>
      </w:r>
      <w:r w:rsidR="00C65964">
        <w:rPr>
          <w:rFonts w:ascii="Times New Roman" w:hAnsi="Times New Roman" w:cs="Times New Roman"/>
          <w:sz w:val="28"/>
          <w:szCs w:val="28"/>
          <w:lang w:val="ru-RU"/>
        </w:rPr>
        <w:t>Атырау</w:t>
      </w:r>
      <w:bookmarkStart w:id="0" w:name="_GoBack"/>
      <w:bookmarkEnd w:id="0"/>
      <w:r w:rsidRPr="00BC5C78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09037A" w:rsidRPr="00BC5C78" w:rsidRDefault="00BC5C78" w:rsidP="00BC5C78">
      <w:pPr>
        <w:pStyle w:val="a9"/>
        <w:rPr>
          <w:rFonts w:ascii="Times New Roman" w:hAnsi="Times New Roman" w:cs="Times New Roman"/>
          <w:sz w:val="28"/>
          <w:szCs w:val="28"/>
          <w:lang w:val="ru-RU"/>
        </w:rPr>
      </w:pPr>
      <w:r w:rsidRPr="00BC5C78">
        <w:rPr>
          <w:rFonts w:ascii="Times New Roman" w:hAnsi="Times New Roman" w:cs="Times New Roman"/>
          <w:b/>
          <w:sz w:val="28"/>
          <w:szCs w:val="28"/>
          <w:lang w:val="ru-RU"/>
        </w:rPr>
        <w:t>11. Результат:</w:t>
      </w:r>
      <w:r w:rsidRPr="00BC5C78">
        <w:rPr>
          <w:rFonts w:ascii="Times New Roman" w:hAnsi="Times New Roman" w:cs="Times New Roman"/>
          <w:sz w:val="28"/>
          <w:szCs w:val="28"/>
          <w:lang w:val="ru-RU"/>
        </w:rPr>
        <w:br/>
        <w:t>Отчет об оценке рыночной стоимости.</w:t>
      </w:r>
      <w:r w:rsidRPr="00BC5C78">
        <w:rPr>
          <w:rFonts w:ascii="Times New Roman" w:hAnsi="Times New Roman" w:cs="Times New Roman"/>
          <w:sz w:val="28"/>
          <w:szCs w:val="28"/>
          <w:lang w:val="ru-RU"/>
        </w:rPr>
        <w:br/>
      </w:r>
    </w:p>
    <w:p w:rsidR="0009037A" w:rsidRPr="00BC5C78" w:rsidRDefault="0009037A" w:rsidP="00BC5C78">
      <w:pPr>
        <w:pStyle w:val="a9"/>
        <w:rPr>
          <w:rFonts w:ascii="Times New Roman" w:hAnsi="Times New Roman" w:cs="Times New Roman"/>
          <w:sz w:val="28"/>
          <w:szCs w:val="28"/>
          <w:lang w:val="ru-RU"/>
        </w:rPr>
      </w:pPr>
    </w:p>
    <w:sectPr w:rsidR="0009037A" w:rsidRPr="00BC5C78" w:rsidSect="00BC5C78">
      <w:pgSz w:w="12240" w:h="15840"/>
      <w:pgMar w:top="567" w:right="567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>
    <w:useFELayout/>
  </w:compat>
  <w:rsids>
    <w:rsidRoot w:val="00B47730"/>
    <w:rsid w:val="00034616"/>
    <w:rsid w:val="0004352A"/>
    <w:rsid w:val="0006063C"/>
    <w:rsid w:val="0009037A"/>
    <w:rsid w:val="00117708"/>
    <w:rsid w:val="0015074B"/>
    <w:rsid w:val="0029639D"/>
    <w:rsid w:val="002B4E50"/>
    <w:rsid w:val="00326F90"/>
    <w:rsid w:val="004A0F7D"/>
    <w:rsid w:val="0054396D"/>
    <w:rsid w:val="005517B0"/>
    <w:rsid w:val="008435DA"/>
    <w:rsid w:val="009B462F"/>
    <w:rsid w:val="009C5A07"/>
    <w:rsid w:val="00AA1D8D"/>
    <w:rsid w:val="00B47730"/>
    <w:rsid w:val="00BC5C78"/>
    <w:rsid w:val="00C65964"/>
    <w:rsid w:val="00CB0664"/>
    <w:rsid w:val="00F51914"/>
    <w:rsid w:val="00FC69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ветлая заливка1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-11">
    <w:name w:val="Светлая заливка - Акцент 1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customStyle="1" w:styleId="12">
    <w:name w:val="Светлый список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-110">
    <w:name w:val="Светлый список - Акцент 1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13">
    <w:name w:val="Светлая сетка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-111">
    <w:name w:val="Светлая сетка - Акцент 1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110">
    <w:name w:val="Средняя заливка 1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-11">
    <w:name w:val="Средняя заливка 1 - Акцент 1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210">
    <w:name w:val="Средняя заливка 2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-11">
    <w:name w:val="Средняя заливка 2 - Акцент 1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111">
    <w:name w:val="Средний список 1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1-110">
    <w:name w:val="Средний список 1 - Акцент 1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211">
    <w:name w:val="Средний список 2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112">
    <w:name w:val="Средняя сетка 1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212">
    <w:name w:val="Средняя сетка 2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0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310">
    <w:name w:val="Средняя сетка 3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14">
    <w:name w:val="Темный список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15">
    <w:name w:val="Цветная заливка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0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16">
    <w:name w:val="Цветной список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2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17">
    <w:name w:val="Цветная сетка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3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a6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a7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a8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af3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af4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27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28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No Spacing"/>
    <w:uiPriority w:val="1"/>
    <w:qFormat/>
    <w:rsid w:val="00FC693F"/>
    <w:pPr>
      <w:spacing w:after="0" w:line="240" w:lineRule="auto"/>
    </w:pPr>
  </w:style>
  <w:style w:type="character" w:customStyle="1" w:styleId="a6">
    <w:name w:val="Heading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7">
    <w:name w:val="Heading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8">
    <w:name w:val="Heading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9">
    <w:name w:val="Title"/>
    <w:basedOn w:val="a1"/>
    <w:next w:val="a1"/>
    <w:link w:val="10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Title Char"/>
    <w:basedOn w:val="a2"/>
    <w:link w:val="a9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22">
    <w:name w:val="Subtitle"/>
    <w:basedOn w:val="a1"/>
    <w:next w:val="a1"/>
    <w:link w:val="3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32">
    <w:name w:val="Subtitle Char"/>
    <w:basedOn w:val="a2"/>
    <w:link w:val="22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ac"/>
    <w:uiPriority w:val="99"/>
    <w:unhideWhenUsed/>
    <w:rsid w:val="00AA1D8D"/>
    <w:pPr>
      <w:spacing w:after="120"/>
    </w:pPr>
  </w:style>
  <w:style w:type="character" w:customStyle="1" w:styleId="ac">
    <w:name w:val="Body Text Char"/>
    <w:basedOn w:val="a2"/>
    <w:link w:val="ab"/>
    <w:uiPriority w:val="99"/>
    <w:rsid w:val="00AA1D8D"/>
  </w:style>
  <w:style w:type="paragraph" w:styleId="ad">
    <w:name w:val="Body Text 2"/>
    <w:basedOn w:val="a1"/>
    <w:link w:val="ae"/>
    <w:uiPriority w:val="99"/>
    <w:unhideWhenUsed/>
    <w:rsid w:val="00AA1D8D"/>
    <w:pPr>
      <w:spacing w:after="120" w:line="480" w:lineRule="auto"/>
    </w:pPr>
  </w:style>
  <w:style w:type="character" w:customStyle="1" w:styleId="ae">
    <w:name w:val="Body Text 2 Char"/>
    <w:basedOn w:val="a2"/>
    <w:link w:val="ad"/>
    <w:uiPriority w:val="99"/>
    <w:rsid w:val="00AA1D8D"/>
  </w:style>
  <w:style w:type="paragraph" w:styleId="af">
    <w:name w:val="Body Text 3"/>
    <w:basedOn w:val="a1"/>
    <w:link w:val="af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af0">
    <w:name w:val="Body Text 3 Char"/>
    <w:basedOn w:val="a2"/>
    <w:link w:val="af"/>
    <w:uiPriority w:val="99"/>
    <w:rsid w:val="00AA1D8D"/>
    <w:rPr>
      <w:sz w:val="16"/>
      <w:szCs w:val="16"/>
    </w:rPr>
  </w:style>
  <w:style w:type="paragraph" w:styleId="23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4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34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af1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25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35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a0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20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30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a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2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3">
    <w:name w:val="macro"/>
    <w:link w:val="af2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2">
    <w:name w:val="Macro Text Char"/>
    <w:basedOn w:val="a2"/>
    <w:link w:val="3"/>
    <w:uiPriority w:val="99"/>
    <w:rsid w:val="0029639D"/>
    <w:rPr>
      <w:rFonts w:ascii="Courier" w:hAnsi="Courier"/>
      <w:sz w:val="20"/>
      <w:szCs w:val="20"/>
    </w:rPr>
  </w:style>
  <w:style w:type="paragraph" w:styleId="26">
    <w:name w:val="Quote"/>
    <w:basedOn w:val="a1"/>
    <w:next w:val="a1"/>
    <w:link w:val="36"/>
    <w:uiPriority w:val="29"/>
    <w:qFormat/>
    <w:rsid w:val="00FC693F"/>
    <w:rPr>
      <w:i/>
      <w:iCs/>
      <w:color w:val="000000" w:themeColor="text1"/>
    </w:rPr>
  </w:style>
  <w:style w:type="character" w:customStyle="1" w:styleId="36">
    <w:name w:val="Quote Char"/>
    <w:basedOn w:val="a2"/>
    <w:link w:val="26"/>
    <w:uiPriority w:val="29"/>
    <w:rsid w:val="00FC693F"/>
    <w:rPr>
      <w:i/>
      <w:iCs/>
      <w:color w:val="000000" w:themeColor="text1"/>
    </w:rPr>
  </w:style>
  <w:style w:type="character" w:customStyle="1" w:styleId="af3">
    <w:name w:val="Heading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f4">
    <w:name w:val="Heading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27">
    <w:name w:val="Heading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28">
    <w:name w:val="Heading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40">
    <w:name w:val="Heading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50">
    <w:name w:val="Heading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6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70">
    <w:name w:val="Strong"/>
    <w:basedOn w:val="a2"/>
    <w:uiPriority w:val="22"/>
    <w:qFormat/>
    <w:rsid w:val="00FC693F"/>
    <w:rPr>
      <w:b/>
      <w:bCs/>
    </w:rPr>
  </w:style>
  <w:style w:type="character" w:styleId="80">
    <w:name w:val="Emphasis"/>
    <w:basedOn w:val="a2"/>
    <w:uiPriority w:val="20"/>
    <w:qFormat/>
    <w:rsid w:val="00FC693F"/>
    <w:rPr>
      <w:i/>
      <w:iCs/>
    </w:rPr>
  </w:style>
  <w:style w:type="paragraph" w:styleId="90">
    <w:name w:val="Intense Quote"/>
    <w:basedOn w:val="a1"/>
    <w:next w:val="a1"/>
    <w:link w:val="af5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5">
    <w:name w:val="Intense Quote Char"/>
    <w:basedOn w:val="a2"/>
    <w:link w:val="90"/>
    <w:uiPriority w:val="30"/>
    <w:rsid w:val="00FC693F"/>
    <w:rPr>
      <w:b/>
      <w:bCs/>
      <w:i/>
      <w:iCs/>
      <w:color w:val="4F81BD" w:themeColor="accent1"/>
    </w:rPr>
  </w:style>
  <w:style w:type="character" w:styleId="af6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7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8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9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a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b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c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fe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ff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ff0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11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11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2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-3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4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5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6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12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11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2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-30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40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50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60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13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11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2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-3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-4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-51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-61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10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1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4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5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6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10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1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2-4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2-5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2-6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11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11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2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1-30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-4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-5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-6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11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2-40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2-50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2-60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2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2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1-31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-4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-5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-6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12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0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2-4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2-51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2-61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10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1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2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3-3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3-4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3-5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3-6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4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1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2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-32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42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2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2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5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0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43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53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63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6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12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2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-34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44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54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64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7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13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2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37343A7-1376-4CFB-8089-4AB3D4588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472</Words>
  <Characters>2692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3158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Avalon</cp:lastModifiedBy>
  <cp:revision>12</cp:revision>
  <dcterms:created xsi:type="dcterms:W3CDTF">2013-12-23T23:15:00Z</dcterms:created>
  <dcterms:modified xsi:type="dcterms:W3CDTF">2026-10-14T05:02:00Z</dcterms:modified>
  <cp:category/>
</cp:coreProperties>
</file>