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6215A" w14:textId="77777777" w:rsidR="00271355" w:rsidRPr="00A81AE9" w:rsidRDefault="002B7AA2">
      <w:pPr>
        <w:pStyle w:val="1"/>
        <w:rPr>
          <w:lang w:val="ru-RU"/>
        </w:rPr>
      </w:pPr>
      <w:r w:rsidRPr="00A81AE9">
        <w:rPr>
          <w:lang w:val="ru-RU"/>
        </w:rPr>
        <w:t>Техническая спецификация</w:t>
      </w:r>
    </w:p>
    <w:p w14:paraId="656A32C0" w14:textId="77777777" w:rsidR="00271355" w:rsidRPr="00A81AE9" w:rsidRDefault="002B7AA2">
      <w:pPr>
        <w:rPr>
          <w:lang w:val="ru-RU"/>
        </w:rPr>
      </w:pPr>
      <w:r w:rsidRPr="00A81AE9">
        <w:rPr>
          <w:lang w:val="ru-RU"/>
        </w:rPr>
        <w:t>Наименование закупки:</w:t>
      </w:r>
    </w:p>
    <w:p w14:paraId="3629E906" w14:textId="30A0AE29" w:rsidR="00271355" w:rsidRPr="00A81AE9" w:rsidRDefault="002B7AA2">
      <w:pPr>
        <w:rPr>
          <w:lang w:val="ru-RU"/>
        </w:rPr>
      </w:pPr>
      <w:r w:rsidRPr="00A81AE9">
        <w:rPr>
          <w:lang w:val="ru-RU"/>
        </w:rPr>
        <w:t xml:space="preserve">Оказание услуг по техническому обслуживанию и замене фильтров питьевых фонтанчиков </w:t>
      </w:r>
      <w:r w:rsidR="009A552B" w:rsidRPr="009A552B">
        <w:rPr>
          <w:lang w:val="ru-RU"/>
        </w:rPr>
        <w:t>-</w:t>
      </w:r>
      <w:r w:rsidRPr="00A81AE9">
        <w:rPr>
          <w:lang w:val="ru-RU"/>
        </w:rPr>
        <w:t xml:space="preserve"> (6 шт.)</w:t>
      </w:r>
    </w:p>
    <w:p w14:paraId="00DD5151" w14:textId="77777777" w:rsidR="00271355" w:rsidRPr="00A81AE9" w:rsidRDefault="002B7AA2">
      <w:pPr>
        <w:rPr>
          <w:lang w:val="ru-RU"/>
        </w:rPr>
      </w:pPr>
      <w:r w:rsidRPr="00A81AE9">
        <w:rPr>
          <w:lang w:val="ru-RU"/>
        </w:rPr>
        <w:t>Место оказания услуг:</w:t>
      </w:r>
    </w:p>
    <w:p w14:paraId="45854480" w14:textId="068CF7A0" w:rsidR="00271355" w:rsidRPr="00A81AE9" w:rsidRDefault="002B7AA2">
      <w:pPr>
        <w:rPr>
          <w:lang w:val="ru-RU"/>
        </w:rPr>
      </w:pPr>
      <w:r w:rsidRPr="00A81AE9">
        <w:rPr>
          <w:lang w:val="ru-RU"/>
        </w:rPr>
        <w:t>г. Алматы, [</w:t>
      </w:r>
      <w:r w:rsidR="009A552B">
        <w:rPr>
          <w:lang w:val="ru-RU"/>
        </w:rPr>
        <w:t xml:space="preserve">микрорайон </w:t>
      </w:r>
      <w:proofErr w:type="spellStart"/>
      <w:r w:rsidR="009A319E">
        <w:rPr>
          <w:lang w:val="ru-RU"/>
        </w:rPr>
        <w:t>Айнабулак</w:t>
      </w:r>
      <w:proofErr w:type="spellEnd"/>
      <w:r w:rsidR="009A319E">
        <w:rPr>
          <w:lang w:val="ru-RU"/>
        </w:rPr>
        <w:t xml:space="preserve"> 2, 65</w:t>
      </w:r>
      <w:r w:rsidRPr="00A81AE9">
        <w:rPr>
          <w:lang w:val="ru-RU"/>
        </w:rPr>
        <w:t>]</w:t>
      </w:r>
    </w:p>
    <w:p w14:paraId="24A1C58F" w14:textId="77777777" w:rsidR="00271355" w:rsidRPr="00A81AE9" w:rsidRDefault="002B7AA2">
      <w:pPr>
        <w:rPr>
          <w:lang w:val="ru-RU"/>
        </w:rPr>
      </w:pPr>
      <w:r w:rsidRPr="00A81AE9">
        <w:rPr>
          <w:lang w:val="ru-RU"/>
        </w:rPr>
        <w:t>Срок оказания услуг:</w:t>
      </w:r>
    </w:p>
    <w:p w14:paraId="1E3C1D25" w14:textId="3184016D" w:rsidR="009A552B" w:rsidRPr="009A552B" w:rsidRDefault="009A552B">
      <w:pPr>
        <w:rPr>
          <w:lang w:val="ru-RU"/>
        </w:rPr>
      </w:pPr>
      <w:r w:rsidRPr="009A552B">
        <w:rPr>
          <w:lang w:val="ru-RU"/>
        </w:rPr>
        <w:t xml:space="preserve">в течении </w:t>
      </w:r>
      <w:r w:rsidR="00B33C93">
        <w:rPr>
          <w:lang w:val="ru-RU"/>
        </w:rPr>
        <w:t xml:space="preserve">года, по заявкам заказчика. </w:t>
      </w:r>
    </w:p>
    <w:p w14:paraId="365354F3" w14:textId="1B6F7730" w:rsidR="00271355" w:rsidRPr="00B33C93" w:rsidRDefault="002B7AA2">
      <w:pPr>
        <w:rPr>
          <w:lang w:val="ru-RU"/>
        </w:rPr>
      </w:pPr>
      <w:r w:rsidRPr="00B33C93">
        <w:rPr>
          <w:lang w:val="ru-RU"/>
        </w:rPr>
        <w:t>Технические требования:</w:t>
      </w:r>
    </w:p>
    <w:p w14:paraId="35EEB396" w14:textId="63940C43" w:rsidR="00271355" w:rsidRPr="00A81AE9" w:rsidRDefault="002B7AA2">
      <w:pPr>
        <w:pStyle w:val="a0"/>
        <w:rPr>
          <w:lang w:val="ru-RU"/>
        </w:rPr>
      </w:pPr>
      <w:r w:rsidRPr="00A81AE9">
        <w:rPr>
          <w:lang w:val="ru-RU"/>
        </w:rPr>
        <w:t>Проведение планового технического обслуживания 6 (шести) питьевых фонтанчиков марки</w:t>
      </w:r>
      <w:r w:rsidR="009A552B">
        <w:rPr>
          <w:lang w:val="ru-RU"/>
        </w:rPr>
        <w:t>-</w:t>
      </w:r>
      <w:r w:rsidRPr="00A81AE9">
        <w:rPr>
          <w:lang w:val="ru-RU"/>
        </w:rPr>
        <w:t xml:space="preserve"> «</w:t>
      </w:r>
      <w:proofErr w:type="spellStart"/>
      <w:r w:rsidR="00162EF7">
        <w:t>Fonteco</w:t>
      </w:r>
      <w:proofErr w:type="spellEnd"/>
      <w:r w:rsidR="00162EF7" w:rsidRPr="00162EF7">
        <w:rPr>
          <w:lang w:val="ru-RU"/>
        </w:rPr>
        <w:t xml:space="preserve"> </w:t>
      </w:r>
      <w:r w:rsidR="00162EF7">
        <w:t>DF</w:t>
      </w:r>
      <w:r w:rsidR="00162EF7" w:rsidRPr="00162EF7">
        <w:rPr>
          <w:lang w:val="ru-RU"/>
        </w:rPr>
        <w:t>13</w:t>
      </w:r>
      <w:r w:rsidR="00162EF7">
        <w:t>W</w:t>
      </w:r>
      <w:r w:rsidRPr="00A81AE9">
        <w:rPr>
          <w:lang w:val="ru-RU"/>
        </w:rPr>
        <w:t>».</w:t>
      </w:r>
    </w:p>
    <w:p w14:paraId="216C5C02" w14:textId="77777777" w:rsidR="00271355" w:rsidRPr="00A81AE9" w:rsidRDefault="002B7AA2">
      <w:pPr>
        <w:pStyle w:val="a0"/>
        <w:rPr>
          <w:lang w:val="ru-RU"/>
        </w:rPr>
      </w:pPr>
      <w:r w:rsidRPr="00A81AE9">
        <w:rPr>
          <w:lang w:val="ru-RU"/>
        </w:rPr>
        <w:t>Проверка работоспособности оборудования, состояния фильтрующих систем и подключения к водопроводу.</w:t>
      </w:r>
    </w:p>
    <w:p w14:paraId="55127C63" w14:textId="177F0752" w:rsidR="00271355" w:rsidRDefault="002B7AA2">
      <w:pPr>
        <w:pStyle w:val="a0"/>
        <w:rPr>
          <w:lang w:val="ru-RU"/>
        </w:rPr>
      </w:pPr>
      <w:r w:rsidRPr="00A81AE9">
        <w:rPr>
          <w:lang w:val="ru-RU"/>
        </w:rPr>
        <w:t xml:space="preserve">Замена фильтров на новые оригинальные фильтрующие элементы производителя </w:t>
      </w:r>
      <w:r w:rsidR="009A552B">
        <w:rPr>
          <w:lang w:val="ru-RU"/>
        </w:rPr>
        <w:t xml:space="preserve">- </w:t>
      </w:r>
      <w:r w:rsidR="00162EF7" w:rsidRPr="00A81AE9">
        <w:rPr>
          <w:lang w:val="ru-RU"/>
        </w:rPr>
        <w:t>«</w:t>
      </w:r>
      <w:proofErr w:type="spellStart"/>
      <w:r w:rsidR="00162EF7">
        <w:t>Fonteco</w:t>
      </w:r>
      <w:proofErr w:type="spellEnd"/>
      <w:r w:rsidR="00162EF7" w:rsidRPr="00162EF7">
        <w:rPr>
          <w:lang w:val="ru-RU"/>
        </w:rPr>
        <w:t xml:space="preserve"> </w:t>
      </w:r>
      <w:r w:rsidR="00162EF7">
        <w:t>DF</w:t>
      </w:r>
      <w:r w:rsidR="00162EF7" w:rsidRPr="00162EF7">
        <w:rPr>
          <w:lang w:val="ru-RU"/>
        </w:rPr>
        <w:t>13</w:t>
      </w:r>
      <w:r w:rsidR="00162EF7">
        <w:t>W</w:t>
      </w:r>
      <w:r w:rsidR="00162EF7" w:rsidRPr="00A81AE9">
        <w:rPr>
          <w:lang w:val="ru-RU"/>
        </w:rPr>
        <w:t>».</w:t>
      </w:r>
    </w:p>
    <w:p w14:paraId="039AD6CA" w14:textId="20FE9812" w:rsidR="00A81AE9" w:rsidRPr="00A81AE9" w:rsidRDefault="00A81AE9">
      <w:pPr>
        <w:pStyle w:val="a0"/>
        <w:rPr>
          <w:lang w:val="ru-RU"/>
        </w:rPr>
      </w:pPr>
      <w:r>
        <w:rPr>
          <w:lang w:val="ru-RU"/>
        </w:rPr>
        <w:t>Замена запчастей по фонтанам (лейки, внутренние комплектующие детали , сами по</w:t>
      </w:r>
      <w:r w:rsidR="00162EF7">
        <w:rPr>
          <w:lang w:val="ru-RU"/>
        </w:rPr>
        <w:t>и</w:t>
      </w:r>
      <w:r>
        <w:rPr>
          <w:lang w:val="ru-RU"/>
        </w:rPr>
        <w:t>льники)</w:t>
      </w:r>
      <w:r w:rsidR="009A552B">
        <w:rPr>
          <w:lang w:val="ru-RU"/>
        </w:rPr>
        <w:t xml:space="preserve"> на каждом питьевом фонтанчике.</w:t>
      </w:r>
    </w:p>
    <w:p w14:paraId="413ABCA1" w14:textId="77777777" w:rsidR="00271355" w:rsidRPr="00A81AE9" w:rsidRDefault="002B7AA2">
      <w:pPr>
        <w:pStyle w:val="a0"/>
        <w:rPr>
          <w:lang w:val="ru-RU"/>
        </w:rPr>
      </w:pPr>
      <w:r w:rsidRPr="00A81AE9">
        <w:rPr>
          <w:lang w:val="ru-RU"/>
        </w:rPr>
        <w:t>Гарантия на установленные фильтры и выполненные работы не менее 6 месяцев.</w:t>
      </w:r>
    </w:p>
    <w:p w14:paraId="4B51A46A" w14:textId="77777777" w:rsidR="00271355" w:rsidRPr="00A81AE9" w:rsidRDefault="002B7AA2">
      <w:pPr>
        <w:pStyle w:val="a0"/>
        <w:rPr>
          <w:lang w:val="ru-RU"/>
        </w:rPr>
      </w:pPr>
      <w:r w:rsidRPr="00A81AE9">
        <w:rPr>
          <w:lang w:val="ru-RU"/>
        </w:rPr>
        <w:t>Работы должны выполняться квалифицированным персоналом с опытом обслуживания питьевых фонтанчиков.</w:t>
      </w:r>
    </w:p>
    <w:p w14:paraId="161D48DB" w14:textId="77777777" w:rsidR="00271355" w:rsidRPr="00A81AE9" w:rsidRDefault="002B7AA2">
      <w:pPr>
        <w:pStyle w:val="a0"/>
        <w:rPr>
          <w:lang w:val="ru-RU"/>
        </w:rPr>
      </w:pPr>
      <w:r w:rsidRPr="00A81AE9">
        <w:rPr>
          <w:lang w:val="ru-RU"/>
        </w:rPr>
        <w:t>По завершению работ – предоставление акта выполненных работ с указанием заменённых фильтров и технического состояния оборудования.</w:t>
      </w:r>
    </w:p>
    <w:p w14:paraId="2DACDB96" w14:textId="36AB3B55" w:rsidR="00271355" w:rsidRPr="009A552B" w:rsidRDefault="002B7AA2">
      <w:pPr>
        <w:rPr>
          <w:lang w:val="ru-RU"/>
        </w:rPr>
      </w:pPr>
      <w:r w:rsidRPr="009A552B">
        <w:rPr>
          <w:lang w:val="ru-RU"/>
        </w:rPr>
        <w:t>Количество:</w:t>
      </w:r>
      <w:r w:rsidR="00742159">
        <w:rPr>
          <w:lang w:val="ru-RU"/>
        </w:rPr>
        <w:t xml:space="preserve"> </w:t>
      </w:r>
      <w:r w:rsidRPr="009A552B">
        <w:rPr>
          <w:lang w:val="ru-RU"/>
        </w:rPr>
        <w:t>6 (шесть) единиц оборудования.</w:t>
      </w:r>
    </w:p>
    <w:p w14:paraId="66274744" w14:textId="13E7E950" w:rsidR="00A81AE9" w:rsidRDefault="00A81AE9">
      <w:pPr>
        <w:rPr>
          <w:b/>
          <w:bCs/>
          <w:lang w:val="ru-RU"/>
        </w:rPr>
      </w:pPr>
      <w:r>
        <w:rPr>
          <w:lang w:val="ru-RU"/>
        </w:rPr>
        <w:t xml:space="preserve">ПРИМЕЧАНИЕ : </w:t>
      </w:r>
      <w:r w:rsidRPr="00A81AE9">
        <w:rPr>
          <w:b/>
          <w:bCs/>
          <w:lang w:val="ru-RU"/>
        </w:rPr>
        <w:t>Все работы согласовывать с заказчиком</w:t>
      </w:r>
      <w:r w:rsidR="009A552B">
        <w:rPr>
          <w:b/>
          <w:bCs/>
          <w:lang w:val="ru-RU"/>
        </w:rPr>
        <w:t>.</w:t>
      </w:r>
    </w:p>
    <w:p w14:paraId="42EE58D6" w14:textId="4CD2DB1D" w:rsidR="008A47A0" w:rsidRDefault="008A47A0">
      <w:pPr>
        <w:rPr>
          <w:b/>
          <w:bCs/>
          <w:lang w:val="ru-RU"/>
        </w:rPr>
      </w:pPr>
    </w:p>
    <w:p w14:paraId="67732C66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Техникалық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сипаттама</w:t>
      </w:r>
      <w:proofErr w:type="spellEnd"/>
    </w:p>
    <w:p w14:paraId="487B37D8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Сатып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алу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атауы</w:t>
      </w:r>
      <w:proofErr w:type="spellEnd"/>
      <w:r w:rsidRPr="00162EF7">
        <w:rPr>
          <w:lang w:val="ru-RU"/>
        </w:rPr>
        <w:t>:</w:t>
      </w:r>
    </w:p>
    <w:p w14:paraId="3A1A3DCC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Ауыз</w:t>
      </w:r>
      <w:proofErr w:type="spellEnd"/>
      <w:r w:rsidRPr="00162EF7">
        <w:rPr>
          <w:lang w:val="ru-RU"/>
        </w:rPr>
        <w:t xml:space="preserve"> су </w:t>
      </w:r>
      <w:proofErr w:type="spellStart"/>
      <w:r w:rsidRPr="00162EF7">
        <w:rPr>
          <w:lang w:val="ru-RU"/>
        </w:rPr>
        <w:t>бұрқақтарының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сүзгілеріне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техникалық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қызмет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және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ауыстыру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бойынша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қызметтер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</w:t>
      </w:r>
      <w:proofErr w:type="spellEnd"/>
      <w:r w:rsidRPr="00162EF7">
        <w:rPr>
          <w:lang w:val="ru-RU"/>
        </w:rPr>
        <w:t xml:space="preserve"> - (6 дана)</w:t>
      </w:r>
    </w:p>
    <w:p w14:paraId="1BC19D45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Қызмет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орны</w:t>
      </w:r>
      <w:proofErr w:type="spellEnd"/>
      <w:r w:rsidRPr="00162EF7">
        <w:rPr>
          <w:lang w:val="ru-RU"/>
        </w:rPr>
        <w:t>:</w:t>
      </w:r>
    </w:p>
    <w:p w14:paraId="6DBB1197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>Алматы қ., [</w:t>
      </w:r>
      <w:proofErr w:type="spellStart"/>
      <w:r w:rsidRPr="00162EF7">
        <w:rPr>
          <w:lang w:val="ru-RU"/>
        </w:rPr>
        <w:t>Айнабұлақ</w:t>
      </w:r>
      <w:proofErr w:type="spellEnd"/>
      <w:r w:rsidRPr="00162EF7">
        <w:rPr>
          <w:lang w:val="ru-RU"/>
        </w:rPr>
        <w:t xml:space="preserve"> 2 </w:t>
      </w:r>
      <w:proofErr w:type="spellStart"/>
      <w:r w:rsidRPr="00162EF7">
        <w:rPr>
          <w:lang w:val="ru-RU"/>
        </w:rPr>
        <w:t>шағынауданы</w:t>
      </w:r>
      <w:proofErr w:type="spellEnd"/>
      <w:r w:rsidRPr="00162EF7">
        <w:rPr>
          <w:lang w:val="ru-RU"/>
        </w:rPr>
        <w:t>, 65]</w:t>
      </w:r>
    </w:p>
    <w:p w14:paraId="3C9ED088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lastRenderedPageBreak/>
        <w:t>Қызмет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мерзімі</w:t>
      </w:r>
      <w:proofErr w:type="spellEnd"/>
      <w:r w:rsidRPr="00162EF7">
        <w:rPr>
          <w:lang w:val="ru-RU"/>
        </w:rPr>
        <w:t>:</w:t>
      </w:r>
    </w:p>
    <w:p w14:paraId="33B2C2DB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бір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жыл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ішінде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Тапсырыс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берушінің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өтінімдері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бойынша</w:t>
      </w:r>
      <w:proofErr w:type="spellEnd"/>
      <w:r w:rsidRPr="00162EF7">
        <w:rPr>
          <w:lang w:val="ru-RU"/>
        </w:rPr>
        <w:t xml:space="preserve">. </w:t>
      </w:r>
    </w:p>
    <w:p w14:paraId="6BEA100A" w14:textId="77777777" w:rsidR="00162EF7" w:rsidRPr="00162EF7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Техникалық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талаптар</w:t>
      </w:r>
      <w:proofErr w:type="spellEnd"/>
      <w:r w:rsidRPr="00162EF7">
        <w:rPr>
          <w:lang w:val="ru-RU"/>
        </w:rPr>
        <w:t>:</w:t>
      </w:r>
    </w:p>
    <w:p w14:paraId="0D765096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>* "</w:t>
      </w:r>
      <w:proofErr w:type="spellStart"/>
      <w:r w:rsidRPr="00162EF7">
        <w:rPr>
          <w:lang w:val="ru-RU"/>
        </w:rPr>
        <w:t>Fonteco</w:t>
      </w:r>
      <w:proofErr w:type="spellEnd"/>
      <w:r w:rsidRPr="00162EF7">
        <w:rPr>
          <w:lang w:val="ru-RU"/>
        </w:rPr>
        <w:t xml:space="preserve"> DF13W"маркалы 6 (</w:t>
      </w:r>
      <w:proofErr w:type="spellStart"/>
      <w:r w:rsidRPr="00162EF7">
        <w:rPr>
          <w:lang w:val="ru-RU"/>
        </w:rPr>
        <w:t>алты</w:t>
      </w:r>
      <w:proofErr w:type="spellEnd"/>
      <w:r w:rsidRPr="00162EF7">
        <w:rPr>
          <w:lang w:val="ru-RU"/>
        </w:rPr>
        <w:t xml:space="preserve">) </w:t>
      </w:r>
      <w:proofErr w:type="spellStart"/>
      <w:r w:rsidRPr="00162EF7">
        <w:rPr>
          <w:lang w:val="ru-RU"/>
        </w:rPr>
        <w:t>ауыз</w:t>
      </w:r>
      <w:proofErr w:type="spellEnd"/>
      <w:r w:rsidRPr="00162EF7">
        <w:rPr>
          <w:lang w:val="ru-RU"/>
        </w:rPr>
        <w:t xml:space="preserve"> су </w:t>
      </w:r>
      <w:proofErr w:type="spellStart"/>
      <w:r w:rsidRPr="00162EF7">
        <w:rPr>
          <w:lang w:val="ru-RU"/>
        </w:rPr>
        <w:t>бұрқақтарына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жоспарлы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техникалық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қызмет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көрсетуді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жүргізу</w:t>
      </w:r>
      <w:proofErr w:type="spellEnd"/>
      <w:r w:rsidRPr="00162EF7">
        <w:rPr>
          <w:lang w:val="ru-RU"/>
        </w:rPr>
        <w:t>.</w:t>
      </w:r>
    </w:p>
    <w:p w14:paraId="0EFE5533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Жабдықтың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жұмысын</w:t>
      </w:r>
      <w:proofErr w:type="spellEnd"/>
      <w:r w:rsidRPr="00162EF7">
        <w:rPr>
          <w:lang w:val="ru-RU"/>
        </w:rPr>
        <w:t xml:space="preserve">, </w:t>
      </w:r>
      <w:proofErr w:type="spellStart"/>
      <w:r w:rsidRPr="00162EF7">
        <w:rPr>
          <w:lang w:val="ru-RU"/>
        </w:rPr>
        <w:t>сүзгі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жүйелерінің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күйін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және</w:t>
      </w:r>
      <w:proofErr w:type="spellEnd"/>
      <w:r w:rsidRPr="00162EF7">
        <w:rPr>
          <w:lang w:val="ru-RU"/>
        </w:rPr>
        <w:t xml:space="preserve"> су </w:t>
      </w:r>
      <w:proofErr w:type="spellStart"/>
      <w:r w:rsidRPr="00162EF7">
        <w:rPr>
          <w:lang w:val="ru-RU"/>
        </w:rPr>
        <w:t>құбырына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қосылуын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тексеру</w:t>
      </w:r>
      <w:proofErr w:type="spellEnd"/>
      <w:r w:rsidRPr="00162EF7">
        <w:rPr>
          <w:lang w:val="ru-RU"/>
        </w:rPr>
        <w:t>.</w:t>
      </w:r>
    </w:p>
    <w:p w14:paraId="4E173CAD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Сүзгілерді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өндірушінің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жаңа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түпнұсқа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сүзгі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элементтерімен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ауыстыру</w:t>
      </w:r>
      <w:proofErr w:type="spellEnd"/>
      <w:r w:rsidRPr="00162EF7">
        <w:rPr>
          <w:lang w:val="ru-RU"/>
        </w:rPr>
        <w:t xml:space="preserve"> - "</w:t>
      </w:r>
      <w:proofErr w:type="spellStart"/>
      <w:r w:rsidRPr="00162EF7">
        <w:rPr>
          <w:lang w:val="ru-RU"/>
        </w:rPr>
        <w:t>Fonteco</w:t>
      </w:r>
      <w:proofErr w:type="spellEnd"/>
      <w:r w:rsidRPr="00162EF7">
        <w:rPr>
          <w:lang w:val="ru-RU"/>
        </w:rPr>
        <w:t xml:space="preserve"> DF13W".</w:t>
      </w:r>
    </w:p>
    <w:p w14:paraId="6C7F86B2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Субұрқақтар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бойынша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қосалқы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бөлшектерді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ауыстыру</w:t>
      </w:r>
      <w:proofErr w:type="spellEnd"/>
      <w:r w:rsidRPr="00162EF7">
        <w:rPr>
          <w:lang w:val="ru-RU"/>
        </w:rPr>
        <w:t xml:space="preserve"> (</w:t>
      </w:r>
      <w:proofErr w:type="spellStart"/>
      <w:r w:rsidRPr="00162EF7">
        <w:rPr>
          <w:lang w:val="ru-RU"/>
        </w:rPr>
        <w:t>суару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ыдыстары</w:t>
      </w:r>
      <w:proofErr w:type="spellEnd"/>
      <w:r w:rsidRPr="00162EF7">
        <w:rPr>
          <w:lang w:val="ru-RU"/>
        </w:rPr>
        <w:t xml:space="preserve">, </w:t>
      </w:r>
      <w:proofErr w:type="spellStart"/>
      <w:r w:rsidRPr="00162EF7">
        <w:rPr>
          <w:lang w:val="ru-RU"/>
        </w:rPr>
        <w:t>ішкі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құрамдас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бөліктер</w:t>
      </w:r>
      <w:proofErr w:type="spellEnd"/>
      <w:r w:rsidRPr="00162EF7">
        <w:rPr>
          <w:lang w:val="ru-RU"/>
        </w:rPr>
        <w:t xml:space="preserve"> , </w:t>
      </w:r>
      <w:proofErr w:type="spellStart"/>
      <w:r w:rsidRPr="00162EF7">
        <w:rPr>
          <w:lang w:val="ru-RU"/>
        </w:rPr>
        <w:t>ішетін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ыдыстардың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өзі</w:t>
      </w:r>
      <w:proofErr w:type="spellEnd"/>
      <w:r w:rsidRPr="00162EF7">
        <w:rPr>
          <w:lang w:val="ru-RU"/>
        </w:rPr>
        <w:t xml:space="preserve">) </w:t>
      </w:r>
      <w:proofErr w:type="spellStart"/>
      <w:r w:rsidRPr="00162EF7">
        <w:rPr>
          <w:lang w:val="ru-RU"/>
        </w:rPr>
        <w:t>әрбір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ішетін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субұрқақта</w:t>
      </w:r>
      <w:proofErr w:type="spellEnd"/>
      <w:r w:rsidRPr="00162EF7">
        <w:rPr>
          <w:lang w:val="ru-RU"/>
        </w:rPr>
        <w:t>.</w:t>
      </w:r>
    </w:p>
    <w:p w14:paraId="735F504C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Орнатылған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сүзгілерге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және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орындалған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жұмыстарға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кемінде</w:t>
      </w:r>
      <w:proofErr w:type="spellEnd"/>
      <w:r w:rsidRPr="00162EF7">
        <w:rPr>
          <w:lang w:val="ru-RU"/>
        </w:rPr>
        <w:t xml:space="preserve"> 6 ай </w:t>
      </w:r>
      <w:proofErr w:type="spellStart"/>
      <w:r w:rsidRPr="00162EF7">
        <w:rPr>
          <w:lang w:val="ru-RU"/>
        </w:rPr>
        <w:t>кепілдік</w:t>
      </w:r>
      <w:proofErr w:type="spellEnd"/>
      <w:r w:rsidRPr="00162EF7">
        <w:rPr>
          <w:lang w:val="ru-RU"/>
        </w:rPr>
        <w:t>.</w:t>
      </w:r>
    </w:p>
    <w:p w14:paraId="2A987AB5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Жұмысты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ауыз</w:t>
      </w:r>
      <w:proofErr w:type="spellEnd"/>
      <w:r w:rsidRPr="00162EF7">
        <w:rPr>
          <w:lang w:val="ru-RU"/>
        </w:rPr>
        <w:t xml:space="preserve"> су </w:t>
      </w:r>
      <w:proofErr w:type="spellStart"/>
      <w:r w:rsidRPr="00162EF7">
        <w:rPr>
          <w:lang w:val="ru-RU"/>
        </w:rPr>
        <w:t>бұрқақтарына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қызмет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көрсету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тәжірибесі</w:t>
      </w:r>
      <w:proofErr w:type="spellEnd"/>
      <w:r w:rsidRPr="00162EF7">
        <w:rPr>
          <w:lang w:val="ru-RU"/>
        </w:rPr>
        <w:t xml:space="preserve"> бар </w:t>
      </w:r>
      <w:proofErr w:type="spellStart"/>
      <w:r w:rsidRPr="00162EF7">
        <w:rPr>
          <w:lang w:val="ru-RU"/>
        </w:rPr>
        <w:t>білікті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қызметкерлер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орындауы</w:t>
      </w:r>
      <w:proofErr w:type="spellEnd"/>
      <w:r w:rsidRPr="00162EF7">
        <w:rPr>
          <w:lang w:val="ru-RU"/>
        </w:rPr>
        <w:t xml:space="preserve"> керек.</w:t>
      </w:r>
    </w:p>
    <w:p w14:paraId="36A8386A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 xml:space="preserve">* </w:t>
      </w:r>
      <w:proofErr w:type="spellStart"/>
      <w:r w:rsidRPr="00162EF7">
        <w:rPr>
          <w:lang w:val="ru-RU"/>
        </w:rPr>
        <w:t>Жұмыстар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аяқталғаннан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кейін-ауыстырылған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сүзгілерді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және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жабдықтың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техникалық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жай-күйін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көрсете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отырып</w:t>
      </w:r>
      <w:proofErr w:type="spellEnd"/>
      <w:r w:rsidRPr="00162EF7">
        <w:rPr>
          <w:lang w:val="ru-RU"/>
        </w:rPr>
        <w:t xml:space="preserve">, </w:t>
      </w:r>
      <w:proofErr w:type="spellStart"/>
      <w:r w:rsidRPr="00162EF7">
        <w:rPr>
          <w:lang w:val="ru-RU"/>
        </w:rPr>
        <w:t>орындалған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жұмыстар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актісін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ұсыну</w:t>
      </w:r>
      <w:proofErr w:type="spellEnd"/>
      <w:r w:rsidRPr="00162EF7">
        <w:rPr>
          <w:lang w:val="ru-RU"/>
        </w:rPr>
        <w:t>.</w:t>
      </w:r>
    </w:p>
    <w:p w14:paraId="6E88F8FF" w14:textId="77777777" w:rsidR="00162EF7" w:rsidRPr="00162EF7" w:rsidRDefault="00162EF7" w:rsidP="00162EF7">
      <w:pPr>
        <w:rPr>
          <w:lang w:val="ru-RU"/>
        </w:rPr>
      </w:pPr>
      <w:r w:rsidRPr="00162EF7">
        <w:rPr>
          <w:lang w:val="ru-RU"/>
        </w:rPr>
        <w:t>Саны: 6 (</w:t>
      </w:r>
      <w:proofErr w:type="spellStart"/>
      <w:r w:rsidRPr="00162EF7">
        <w:rPr>
          <w:lang w:val="ru-RU"/>
        </w:rPr>
        <w:t>алты</w:t>
      </w:r>
      <w:proofErr w:type="spellEnd"/>
      <w:r w:rsidRPr="00162EF7">
        <w:rPr>
          <w:lang w:val="ru-RU"/>
        </w:rPr>
        <w:t xml:space="preserve">) </w:t>
      </w:r>
      <w:proofErr w:type="spellStart"/>
      <w:r w:rsidRPr="00162EF7">
        <w:rPr>
          <w:lang w:val="ru-RU"/>
        </w:rPr>
        <w:t>бірлік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жабдық</w:t>
      </w:r>
      <w:proofErr w:type="spellEnd"/>
      <w:r w:rsidRPr="00162EF7">
        <w:rPr>
          <w:lang w:val="ru-RU"/>
        </w:rPr>
        <w:t>.</w:t>
      </w:r>
    </w:p>
    <w:p w14:paraId="502CCB6A" w14:textId="17C53B36" w:rsidR="008A47A0" w:rsidRPr="00B33C93" w:rsidRDefault="00162EF7" w:rsidP="00162EF7">
      <w:pPr>
        <w:rPr>
          <w:lang w:val="ru-RU"/>
        </w:rPr>
      </w:pPr>
      <w:proofErr w:type="spellStart"/>
      <w:r w:rsidRPr="00162EF7">
        <w:rPr>
          <w:lang w:val="ru-RU"/>
        </w:rPr>
        <w:t>Ескерту</w:t>
      </w:r>
      <w:proofErr w:type="spellEnd"/>
      <w:r w:rsidRPr="00162EF7">
        <w:rPr>
          <w:lang w:val="ru-RU"/>
        </w:rPr>
        <w:t xml:space="preserve">: </w:t>
      </w:r>
      <w:proofErr w:type="spellStart"/>
      <w:r w:rsidRPr="00162EF7">
        <w:rPr>
          <w:lang w:val="ru-RU"/>
        </w:rPr>
        <w:t>барлық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жұмыстарды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Тапсырыс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берушімен</w:t>
      </w:r>
      <w:proofErr w:type="spellEnd"/>
      <w:r w:rsidRPr="00162EF7">
        <w:rPr>
          <w:lang w:val="ru-RU"/>
        </w:rPr>
        <w:t xml:space="preserve"> </w:t>
      </w:r>
      <w:proofErr w:type="spellStart"/>
      <w:r w:rsidRPr="00162EF7">
        <w:rPr>
          <w:lang w:val="ru-RU"/>
        </w:rPr>
        <w:t>келісу</w:t>
      </w:r>
      <w:proofErr w:type="spellEnd"/>
      <w:r w:rsidRPr="00162EF7">
        <w:rPr>
          <w:lang w:val="ru-RU"/>
        </w:rPr>
        <w:t>.</w:t>
      </w:r>
    </w:p>
    <w:sectPr w:rsidR="008A47A0" w:rsidRPr="00B33C9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2EF7"/>
    <w:rsid w:val="00271355"/>
    <w:rsid w:val="0029639D"/>
    <w:rsid w:val="002B7AA2"/>
    <w:rsid w:val="00326F90"/>
    <w:rsid w:val="005F255D"/>
    <w:rsid w:val="00742159"/>
    <w:rsid w:val="008A47A0"/>
    <w:rsid w:val="009A319E"/>
    <w:rsid w:val="009A552B"/>
    <w:rsid w:val="00A701CB"/>
    <w:rsid w:val="00A81AE9"/>
    <w:rsid w:val="00AA1D8D"/>
    <w:rsid w:val="00B33C93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DB62CF"/>
  <w14:defaultImageDpi w14:val="300"/>
  <w15:docId w15:val="{423EBBDC-4C6B-4B3B-AD6A-C6FD9019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B33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3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Дарья</cp:lastModifiedBy>
  <cp:revision>6</cp:revision>
  <dcterms:created xsi:type="dcterms:W3CDTF">2025-10-21T09:37:00Z</dcterms:created>
  <dcterms:modified xsi:type="dcterms:W3CDTF">2026-10-13T05:23:00Z</dcterms:modified>
  <cp:category/>
</cp:coreProperties>
</file>