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20B" w:rsidRPr="0027320B" w:rsidRDefault="0027320B" w:rsidP="0027320B">
      <w:pPr>
        <w:spacing w:after="80"/>
        <w:jc w:val="center"/>
        <w:rPr>
          <w:b/>
          <w:sz w:val="28"/>
          <w:szCs w:val="28"/>
          <w:lang w:val="ru-RU"/>
        </w:rPr>
      </w:pPr>
      <w:r w:rsidRPr="0027320B">
        <w:rPr>
          <w:b/>
          <w:sz w:val="28"/>
          <w:szCs w:val="28"/>
          <w:lang w:val="ru-RU"/>
        </w:rPr>
        <w:t>ТЕХНИЧЕСКАЯ СПЕЦИФИКАЦИЯ</w:t>
      </w:r>
    </w:p>
    <w:p w:rsidR="0027320B" w:rsidRPr="0027320B" w:rsidRDefault="0027320B" w:rsidP="0027320B">
      <w:pPr>
        <w:spacing w:after="80"/>
        <w:jc w:val="center"/>
        <w:rPr>
          <w:b/>
          <w:sz w:val="28"/>
          <w:szCs w:val="28"/>
          <w:lang w:val="ru-RU"/>
        </w:rPr>
      </w:pPr>
      <w:r w:rsidRPr="0027320B">
        <w:rPr>
          <w:b/>
          <w:sz w:val="28"/>
          <w:szCs w:val="28"/>
          <w:lang w:val="ru-RU"/>
        </w:rPr>
        <w:t>На оказание услуг по вывозу бытовых и строительных отходов</w:t>
      </w:r>
    </w:p>
    <w:p w:rsidR="0027320B" w:rsidRPr="0027320B" w:rsidRDefault="0027320B" w:rsidP="0027320B">
      <w:pPr>
        <w:spacing w:after="80"/>
        <w:jc w:val="center"/>
        <w:rPr>
          <w:sz w:val="28"/>
          <w:szCs w:val="28"/>
          <w:lang w:val="ru-RU"/>
        </w:rPr>
      </w:pPr>
    </w:p>
    <w:p w:rsidR="0027320B" w:rsidRPr="0027320B" w:rsidRDefault="0027320B" w:rsidP="0027320B">
      <w:pPr>
        <w:spacing w:after="80"/>
        <w:jc w:val="both"/>
        <w:rPr>
          <w:sz w:val="28"/>
          <w:szCs w:val="28"/>
          <w:lang w:val="ru-RU"/>
        </w:rPr>
      </w:pPr>
      <w:r w:rsidRPr="0027320B">
        <w:rPr>
          <w:sz w:val="28"/>
          <w:szCs w:val="28"/>
          <w:lang w:val="ru-RU"/>
        </w:rPr>
        <w:t xml:space="preserve">1. Место оказания услуги:  Республика Казахстан, </w:t>
      </w:r>
      <w:proofErr w:type="spellStart"/>
      <w:r w:rsidRPr="0027320B">
        <w:rPr>
          <w:sz w:val="28"/>
          <w:szCs w:val="28"/>
          <w:lang w:val="ru-RU"/>
        </w:rPr>
        <w:t>Акмолинская</w:t>
      </w:r>
      <w:proofErr w:type="spellEnd"/>
      <w:r w:rsidRPr="0027320B">
        <w:rPr>
          <w:sz w:val="28"/>
          <w:szCs w:val="28"/>
          <w:lang w:val="ru-RU"/>
        </w:rPr>
        <w:t xml:space="preserve"> область, </w:t>
      </w:r>
      <w:proofErr w:type="spellStart"/>
      <w:r w:rsidRPr="0027320B">
        <w:rPr>
          <w:sz w:val="28"/>
          <w:szCs w:val="28"/>
          <w:lang w:val="ru-RU"/>
        </w:rPr>
        <w:t>Бурабайский</w:t>
      </w:r>
      <w:proofErr w:type="spellEnd"/>
      <w:r w:rsidRPr="0027320B">
        <w:rPr>
          <w:sz w:val="28"/>
          <w:szCs w:val="28"/>
          <w:lang w:val="ru-RU"/>
        </w:rPr>
        <w:t xml:space="preserve"> район, город Щучинск, улица </w:t>
      </w:r>
      <w:proofErr w:type="spellStart"/>
      <w:r w:rsidRPr="0027320B">
        <w:rPr>
          <w:sz w:val="28"/>
          <w:szCs w:val="28"/>
          <w:lang w:val="ru-RU"/>
        </w:rPr>
        <w:t>Лучанского</w:t>
      </w:r>
      <w:proofErr w:type="spellEnd"/>
      <w:r w:rsidRPr="0027320B">
        <w:rPr>
          <w:sz w:val="28"/>
          <w:szCs w:val="28"/>
          <w:lang w:val="ru-RU"/>
        </w:rPr>
        <w:t>, 90 (подстанция).</w:t>
      </w:r>
    </w:p>
    <w:p w:rsidR="0027320B" w:rsidRPr="0027320B" w:rsidRDefault="0027320B" w:rsidP="0027320B">
      <w:pPr>
        <w:spacing w:after="80"/>
        <w:jc w:val="both"/>
        <w:rPr>
          <w:sz w:val="28"/>
          <w:szCs w:val="28"/>
          <w:lang w:val="ru-RU"/>
        </w:rPr>
      </w:pPr>
      <w:r w:rsidRPr="0027320B">
        <w:rPr>
          <w:sz w:val="28"/>
          <w:szCs w:val="28"/>
          <w:lang w:val="ru-RU"/>
        </w:rPr>
        <w:t>2. Объём услуги:  1 услуга.</w:t>
      </w:r>
    </w:p>
    <w:p w:rsidR="0027320B" w:rsidRPr="0027320B" w:rsidRDefault="0027320B" w:rsidP="0027320B">
      <w:pPr>
        <w:spacing w:after="80"/>
        <w:jc w:val="both"/>
        <w:rPr>
          <w:sz w:val="28"/>
          <w:szCs w:val="28"/>
          <w:lang w:val="ru-RU"/>
        </w:rPr>
      </w:pPr>
      <w:r w:rsidRPr="0027320B">
        <w:rPr>
          <w:sz w:val="28"/>
          <w:szCs w:val="28"/>
          <w:lang w:val="ru-RU"/>
        </w:rPr>
        <w:t>3. Срок оказания услуги:  В течение 16 (шестнадцати) календарных дней с момента подписания договора.</w:t>
      </w:r>
    </w:p>
    <w:p w:rsidR="0027320B" w:rsidRPr="0027320B" w:rsidRDefault="0027320B" w:rsidP="0027320B">
      <w:pPr>
        <w:spacing w:after="80"/>
        <w:jc w:val="both"/>
        <w:rPr>
          <w:sz w:val="28"/>
          <w:szCs w:val="28"/>
          <w:lang w:val="ru-RU"/>
        </w:rPr>
      </w:pPr>
      <w:r w:rsidRPr="0027320B">
        <w:rPr>
          <w:sz w:val="28"/>
          <w:szCs w:val="28"/>
          <w:lang w:val="ru-RU"/>
        </w:rPr>
        <w:t>4. Требования к оказанию услуги:</w:t>
      </w:r>
    </w:p>
    <w:p w:rsidR="0027320B" w:rsidRPr="0027320B" w:rsidRDefault="0027320B" w:rsidP="0027320B">
      <w:pPr>
        <w:spacing w:after="80"/>
        <w:jc w:val="both"/>
        <w:rPr>
          <w:sz w:val="28"/>
          <w:szCs w:val="28"/>
          <w:lang w:val="ru-RU"/>
        </w:rPr>
      </w:pPr>
      <w:r w:rsidRPr="0027320B">
        <w:rPr>
          <w:sz w:val="28"/>
          <w:szCs w:val="28"/>
          <w:lang w:val="ru-RU"/>
        </w:rPr>
        <w:t>4.1. Исполнитель обязан обеспечить сбор, погрузку, вывоз и доставку бытовых и строительных отходов, находящихся на территории подстанции по указанному адресу.</w:t>
      </w:r>
    </w:p>
    <w:p w:rsidR="0027320B" w:rsidRPr="0027320B" w:rsidRDefault="0027320B" w:rsidP="0027320B">
      <w:pPr>
        <w:spacing w:after="80"/>
        <w:jc w:val="both"/>
        <w:rPr>
          <w:sz w:val="28"/>
          <w:szCs w:val="28"/>
          <w:lang w:val="ru-RU"/>
        </w:rPr>
      </w:pPr>
      <w:r w:rsidRPr="0027320B">
        <w:rPr>
          <w:sz w:val="28"/>
          <w:szCs w:val="28"/>
          <w:lang w:val="ru-RU"/>
        </w:rPr>
        <w:t>4.2. Для оказания услуги Исполнитель должен предоставить грузовой автомобиль грузоподъёмностью до 10 тонн, а также погрузчик, необходимые для выполнения погрузочно-разгрузочных работ.</w:t>
      </w:r>
    </w:p>
    <w:p w:rsidR="0027320B" w:rsidRPr="0027320B" w:rsidRDefault="0027320B" w:rsidP="0027320B">
      <w:pPr>
        <w:spacing w:after="80"/>
        <w:jc w:val="both"/>
        <w:rPr>
          <w:sz w:val="28"/>
          <w:szCs w:val="28"/>
          <w:lang w:val="ru-RU"/>
        </w:rPr>
      </w:pPr>
      <w:r w:rsidRPr="0027320B">
        <w:rPr>
          <w:sz w:val="28"/>
          <w:szCs w:val="28"/>
          <w:lang w:val="ru-RU"/>
        </w:rPr>
        <w:t>4.3. В стоимость услуги должны входить работа грузового автомобиля, погрузчика, услуги рабочих по сбору и погрузке отходов, транспортировка отходов и расходы, связанные с их приёмом и размещением на полигоне.</w:t>
      </w:r>
    </w:p>
    <w:p w:rsidR="0027320B" w:rsidRPr="0027320B" w:rsidRDefault="0027320B" w:rsidP="0027320B">
      <w:pPr>
        <w:spacing w:after="80"/>
        <w:jc w:val="both"/>
        <w:rPr>
          <w:sz w:val="28"/>
          <w:szCs w:val="28"/>
          <w:lang w:val="ru-RU"/>
        </w:rPr>
      </w:pPr>
      <w:r w:rsidRPr="0027320B">
        <w:rPr>
          <w:sz w:val="28"/>
          <w:szCs w:val="28"/>
          <w:lang w:val="ru-RU"/>
        </w:rPr>
        <w:t>4.4. Исполнитель обязан обеспечить вывоз отходов на соответствующий полигон, имеющий право принимать отходы данного вида, с соблюдением требований законодательства Республики Казахстан.</w:t>
      </w:r>
    </w:p>
    <w:p w:rsidR="0027320B" w:rsidRPr="0027320B" w:rsidRDefault="0027320B" w:rsidP="0027320B">
      <w:pPr>
        <w:spacing w:after="80"/>
        <w:jc w:val="both"/>
        <w:rPr>
          <w:sz w:val="28"/>
          <w:szCs w:val="28"/>
          <w:lang w:val="ru-RU"/>
        </w:rPr>
      </w:pPr>
      <w:r w:rsidRPr="0027320B">
        <w:rPr>
          <w:sz w:val="28"/>
          <w:szCs w:val="28"/>
          <w:lang w:val="ru-RU"/>
        </w:rPr>
        <w:t>4.5. После завершения работ территория, на которой проводились работы по сбору и погрузке отходов, должна быть освобождена от вывезенных отходов и мусора, оставшегося после выполнения работ.</w:t>
      </w:r>
    </w:p>
    <w:p w:rsidR="0027320B" w:rsidRPr="0027320B" w:rsidRDefault="0027320B" w:rsidP="0027320B">
      <w:pPr>
        <w:spacing w:after="80"/>
        <w:jc w:val="both"/>
        <w:rPr>
          <w:sz w:val="28"/>
          <w:szCs w:val="28"/>
          <w:lang w:val="ru-RU"/>
        </w:rPr>
      </w:pPr>
      <w:r w:rsidRPr="0027320B">
        <w:rPr>
          <w:sz w:val="28"/>
          <w:szCs w:val="28"/>
          <w:lang w:val="ru-RU"/>
        </w:rPr>
        <w:t>4.6. Все расходы, необходимые для полного и надлежащего оказания услуги, должны быть включены в стоимость услуги. Дополнительная оплата за предоставление техники, привлечение рабочих, погрузку, транспортировку и приём отходов на полигоне не допускается.</w:t>
      </w:r>
    </w:p>
    <w:p w:rsidR="0027320B" w:rsidRPr="0027320B" w:rsidRDefault="0027320B" w:rsidP="0027320B">
      <w:pPr>
        <w:spacing w:after="80"/>
        <w:jc w:val="both"/>
        <w:rPr>
          <w:sz w:val="28"/>
          <w:szCs w:val="28"/>
          <w:lang w:val="ru-RU"/>
        </w:rPr>
      </w:pPr>
      <w:r w:rsidRPr="0027320B">
        <w:rPr>
          <w:sz w:val="28"/>
          <w:szCs w:val="28"/>
          <w:lang w:val="ru-RU"/>
        </w:rPr>
        <w:t xml:space="preserve">5. Результат оказания услуги:  Бытовые и строительные отходы вывезены с территории подстанции по адресу: </w:t>
      </w:r>
      <w:proofErr w:type="spellStart"/>
      <w:r w:rsidRPr="0027320B">
        <w:rPr>
          <w:sz w:val="28"/>
          <w:szCs w:val="28"/>
          <w:lang w:val="ru-RU"/>
        </w:rPr>
        <w:t>Акмолинская</w:t>
      </w:r>
      <w:proofErr w:type="spellEnd"/>
      <w:r w:rsidRPr="0027320B">
        <w:rPr>
          <w:sz w:val="28"/>
          <w:szCs w:val="28"/>
          <w:lang w:val="ru-RU"/>
        </w:rPr>
        <w:t xml:space="preserve"> область, </w:t>
      </w:r>
      <w:proofErr w:type="spellStart"/>
      <w:r w:rsidRPr="0027320B">
        <w:rPr>
          <w:sz w:val="28"/>
          <w:szCs w:val="28"/>
          <w:lang w:val="ru-RU"/>
        </w:rPr>
        <w:t>Бурабайский</w:t>
      </w:r>
      <w:proofErr w:type="spellEnd"/>
      <w:r w:rsidRPr="0027320B">
        <w:rPr>
          <w:sz w:val="28"/>
          <w:szCs w:val="28"/>
          <w:lang w:val="ru-RU"/>
        </w:rPr>
        <w:t xml:space="preserve"> район, город Щучинск, улица </w:t>
      </w:r>
      <w:proofErr w:type="spellStart"/>
      <w:r w:rsidRPr="0027320B">
        <w:rPr>
          <w:sz w:val="28"/>
          <w:szCs w:val="28"/>
          <w:lang w:val="ru-RU"/>
        </w:rPr>
        <w:t>Лучанского</w:t>
      </w:r>
      <w:proofErr w:type="spellEnd"/>
      <w:r w:rsidRPr="0027320B">
        <w:rPr>
          <w:sz w:val="28"/>
          <w:szCs w:val="28"/>
          <w:lang w:val="ru-RU"/>
        </w:rPr>
        <w:t>, 90, и доставлены на соответствующий полигон.</w:t>
      </w:r>
    </w:p>
    <w:p w:rsidR="0027320B" w:rsidRPr="0027320B" w:rsidRDefault="0027320B" w:rsidP="0027320B">
      <w:pPr>
        <w:spacing w:after="80"/>
        <w:jc w:val="both"/>
        <w:rPr>
          <w:sz w:val="28"/>
          <w:szCs w:val="28"/>
          <w:lang w:val="ru-RU"/>
        </w:rPr>
      </w:pPr>
    </w:p>
    <w:p w:rsidR="0027320B" w:rsidRPr="0027320B" w:rsidRDefault="0027320B" w:rsidP="0027320B">
      <w:pPr>
        <w:spacing w:after="80"/>
        <w:jc w:val="both"/>
        <w:rPr>
          <w:sz w:val="28"/>
          <w:szCs w:val="28"/>
          <w:lang w:val="ru-RU"/>
        </w:rPr>
      </w:pPr>
    </w:p>
    <w:p w:rsidR="0027320B" w:rsidRPr="0027320B" w:rsidRDefault="0027320B" w:rsidP="0027320B">
      <w:pPr>
        <w:spacing w:after="80"/>
        <w:jc w:val="center"/>
        <w:rPr>
          <w:b/>
          <w:sz w:val="28"/>
          <w:szCs w:val="28"/>
          <w:lang w:val="ru-RU"/>
        </w:rPr>
      </w:pPr>
      <w:r w:rsidRPr="0027320B">
        <w:rPr>
          <w:b/>
          <w:sz w:val="28"/>
          <w:szCs w:val="28"/>
          <w:lang w:val="ru-RU"/>
        </w:rPr>
        <w:lastRenderedPageBreak/>
        <w:t>ТЕХНИКАЛЫҚ ЕРЕКШЕЛІК</w:t>
      </w:r>
    </w:p>
    <w:p w:rsidR="0027320B" w:rsidRPr="0027320B" w:rsidRDefault="0027320B" w:rsidP="0027320B">
      <w:pPr>
        <w:spacing w:after="80"/>
        <w:jc w:val="center"/>
        <w:rPr>
          <w:b/>
          <w:sz w:val="28"/>
          <w:szCs w:val="28"/>
          <w:lang w:val="ru-RU"/>
        </w:rPr>
      </w:pPr>
      <w:r w:rsidRPr="0027320B">
        <w:rPr>
          <w:b/>
          <w:sz w:val="28"/>
          <w:szCs w:val="28"/>
          <w:lang w:val="ru-RU"/>
        </w:rPr>
        <w:t>Тұрмыстық және құрылыс қалдықтарын шығару қызметтерін көрсетуге арналған</w:t>
      </w:r>
    </w:p>
    <w:p w:rsidR="0027320B" w:rsidRPr="0027320B" w:rsidRDefault="0027320B" w:rsidP="0027320B">
      <w:pPr>
        <w:spacing w:after="80"/>
        <w:jc w:val="both"/>
        <w:rPr>
          <w:sz w:val="28"/>
          <w:szCs w:val="28"/>
          <w:lang w:val="ru-RU"/>
        </w:rPr>
      </w:pPr>
    </w:p>
    <w:p w:rsidR="0027320B" w:rsidRPr="0027320B" w:rsidRDefault="0027320B" w:rsidP="0027320B">
      <w:pPr>
        <w:spacing w:after="80"/>
        <w:jc w:val="both"/>
        <w:rPr>
          <w:sz w:val="28"/>
          <w:szCs w:val="28"/>
          <w:lang w:val="ru-RU"/>
        </w:rPr>
      </w:pPr>
      <w:r w:rsidRPr="0027320B">
        <w:rPr>
          <w:sz w:val="28"/>
          <w:szCs w:val="28"/>
          <w:lang w:val="ru-RU"/>
        </w:rPr>
        <w:t xml:space="preserve">1. Қызмет көрсету </w:t>
      </w:r>
      <w:proofErr w:type="spellStart"/>
      <w:r w:rsidRPr="0027320B">
        <w:rPr>
          <w:sz w:val="28"/>
          <w:szCs w:val="28"/>
          <w:lang w:val="ru-RU"/>
        </w:rPr>
        <w:t>орны</w:t>
      </w:r>
      <w:proofErr w:type="spellEnd"/>
      <w:r w:rsidRPr="0027320B">
        <w:rPr>
          <w:sz w:val="28"/>
          <w:szCs w:val="28"/>
          <w:lang w:val="ru-RU"/>
        </w:rPr>
        <w:t xml:space="preserve">:  Қазақстан </w:t>
      </w:r>
      <w:proofErr w:type="spellStart"/>
      <w:r w:rsidRPr="0027320B">
        <w:rPr>
          <w:sz w:val="28"/>
          <w:szCs w:val="28"/>
          <w:lang w:val="ru-RU"/>
        </w:rPr>
        <w:t>Республикасы</w:t>
      </w:r>
      <w:proofErr w:type="spellEnd"/>
      <w:r w:rsidRPr="0027320B">
        <w:rPr>
          <w:sz w:val="28"/>
          <w:szCs w:val="28"/>
          <w:lang w:val="ru-RU"/>
        </w:rPr>
        <w:t xml:space="preserve">, Ақмола </w:t>
      </w:r>
      <w:proofErr w:type="spellStart"/>
      <w:r w:rsidRPr="0027320B">
        <w:rPr>
          <w:sz w:val="28"/>
          <w:szCs w:val="28"/>
          <w:lang w:val="ru-RU"/>
        </w:rPr>
        <w:t>облысы</w:t>
      </w:r>
      <w:proofErr w:type="spellEnd"/>
      <w:r w:rsidRPr="0027320B">
        <w:rPr>
          <w:sz w:val="28"/>
          <w:szCs w:val="28"/>
          <w:lang w:val="ru-RU"/>
        </w:rPr>
        <w:t xml:space="preserve">, </w:t>
      </w:r>
      <w:proofErr w:type="spellStart"/>
      <w:r w:rsidRPr="0027320B">
        <w:rPr>
          <w:sz w:val="28"/>
          <w:szCs w:val="28"/>
          <w:lang w:val="ru-RU"/>
        </w:rPr>
        <w:t>Бурабай</w:t>
      </w:r>
      <w:proofErr w:type="spellEnd"/>
      <w:r w:rsidRPr="0027320B">
        <w:rPr>
          <w:sz w:val="28"/>
          <w:szCs w:val="28"/>
          <w:lang w:val="ru-RU"/>
        </w:rPr>
        <w:t xml:space="preserve"> </w:t>
      </w:r>
      <w:proofErr w:type="spellStart"/>
      <w:r w:rsidRPr="0027320B">
        <w:rPr>
          <w:sz w:val="28"/>
          <w:szCs w:val="28"/>
          <w:lang w:val="ru-RU"/>
        </w:rPr>
        <w:t>ауданы</w:t>
      </w:r>
      <w:proofErr w:type="spellEnd"/>
      <w:r w:rsidRPr="0027320B">
        <w:rPr>
          <w:sz w:val="28"/>
          <w:szCs w:val="28"/>
          <w:lang w:val="ru-RU"/>
        </w:rPr>
        <w:t xml:space="preserve">, Щучинск қаласы, </w:t>
      </w:r>
      <w:proofErr w:type="spellStart"/>
      <w:r w:rsidRPr="0027320B">
        <w:rPr>
          <w:sz w:val="28"/>
          <w:szCs w:val="28"/>
          <w:lang w:val="ru-RU"/>
        </w:rPr>
        <w:t>Лучанский</w:t>
      </w:r>
      <w:proofErr w:type="spellEnd"/>
      <w:r w:rsidRPr="0027320B">
        <w:rPr>
          <w:sz w:val="28"/>
          <w:szCs w:val="28"/>
          <w:lang w:val="ru-RU"/>
        </w:rPr>
        <w:t xml:space="preserve"> көшесі, 90 (қосалқы станция).</w:t>
      </w:r>
    </w:p>
    <w:p w:rsidR="0027320B" w:rsidRPr="0027320B" w:rsidRDefault="0027320B" w:rsidP="0027320B">
      <w:pPr>
        <w:spacing w:after="80"/>
        <w:jc w:val="both"/>
        <w:rPr>
          <w:sz w:val="28"/>
          <w:szCs w:val="28"/>
          <w:lang w:val="ru-RU"/>
        </w:rPr>
      </w:pPr>
      <w:r w:rsidRPr="0027320B">
        <w:rPr>
          <w:sz w:val="28"/>
          <w:szCs w:val="28"/>
          <w:lang w:val="ru-RU"/>
        </w:rPr>
        <w:t>2. Қызмет көлемі: 1 қызмет.</w:t>
      </w:r>
    </w:p>
    <w:p w:rsidR="0027320B" w:rsidRPr="0027320B" w:rsidRDefault="0027320B" w:rsidP="0027320B">
      <w:pPr>
        <w:spacing w:after="80"/>
        <w:jc w:val="both"/>
        <w:rPr>
          <w:sz w:val="28"/>
          <w:szCs w:val="28"/>
          <w:lang w:val="ru-RU"/>
        </w:rPr>
      </w:pPr>
      <w:r w:rsidRPr="0027320B">
        <w:rPr>
          <w:sz w:val="28"/>
          <w:szCs w:val="28"/>
          <w:lang w:val="ru-RU"/>
        </w:rPr>
        <w:t xml:space="preserve">3. Қызмет көрсету </w:t>
      </w:r>
      <w:proofErr w:type="spellStart"/>
      <w:r w:rsidRPr="0027320B">
        <w:rPr>
          <w:sz w:val="28"/>
          <w:szCs w:val="28"/>
          <w:lang w:val="ru-RU"/>
        </w:rPr>
        <w:t>мерзімі</w:t>
      </w:r>
      <w:proofErr w:type="spellEnd"/>
      <w:r w:rsidRPr="0027320B">
        <w:rPr>
          <w:sz w:val="28"/>
          <w:szCs w:val="28"/>
          <w:lang w:val="ru-RU"/>
        </w:rPr>
        <w:t xml:space="preserve">:  Шартқа қол қойылған сәттен </w:t>
      </w:r>
      <w:proofErr w:type="spellStart"/>
      <w:r w:rsidRPr="0027320B">
        <w:rPr>
          <w:sz w:val="28"/>
          <w:szCs w:val="28"/>
          <w:lang w:val="ru-RU"/>
        </w:rPr>
        <w:t>бастап</w:t>
      </w:r>
      <w:proofErr w:type="spellEnd"/>
      <w:r w:rsidRPr="0027320B">
        <w:rPr>
          <w:sz w:val="28"/>
          <w:szCs w:val="28"/>
          <w:lang w:val="ru-RU"/>
        </w:rPr>
        <w:t xml:space="preserve"> 16 (он </w:t>
      </w:r>
      <w:proofErr w:type="spellStart"/>
      <w:r w:rsidRPr="0027320B">
        <w:rPr>
          <w:sz w:val="28"/>
          <w:szCs w:val="28"/>
          <w:lang w:val="ru-RU"/>
        </w:rPr>
        <w:t>алты</w:t>
      </w:r>
      <w:proofErr w:type="spellEnd"/>
      <w:r w:rsidRPr="0027320B">
        <w:rPr>
          <w:sz w:val="28"/>
          <w:szCs w:val="28"/>
          <w:lang w:val="ru-RU"/>
        </w:rPr>
        <w:t xml:space="preserve">) күнтізбелік күн </w:t>
      </w:r>
      <w:proofErr w:type="spellStart"/>
      <w:r w:rsidRPr="0027320B">
        <w:rPr>
          <w:sz w:val="28"/>
          <w:szCs w:val="28"/>
          <w:lang w:val="ru-RU"/>
        </w:rPr>
        <w:t>ішінде</w:t>
      </w:r>
      <w:proofErr w:type="spellEnd"/>
      <w:r w:rsidRPr="0027320B">
        <w:rPr>
          <w:sz w:val="28"/>
          <w:szCs w:val="28"/>
          <w:lang w:val="ru-RU"/>
        </w:rPr>
        <w:t>.</w:t>
      </w:r>
    </w:p>
    <w:p w:rsidR="0027320B" w:rsidRPr="0027320B" w:rsidRDefault="0027320B" w:rsidP="0027320B">
      <w:pPr>
        <w:spacing w:after="80"/>
        <w:jc w:val="both"/>
        <w:rPr>
          <w:sz w:val="28"/>
          <w:szCs w:val="28"/>
          <w:lang w:val="ru-RU"/>
        </w:rPr>
      </w:pPr>
      <w:r w:rsidRPr="0027320B">
        <w:rPr>
          <w:sz w:val="28"/>
          <w:szCs w:val="28"/>
          <w:lang w:val="ru-RU"/>
        </w:rPr>
        <w:t xml:space="preserve">4. Қызмет көрсетуге қойылатын </w:t>
      </w:r>
      <w:proofErr w:type="spellStart"/>
      <w:r w:rsidRPr="0027320B">
        <w:rPr>
          <w:sz w:val="28"/>
          <w:szCs w:val="28"/>
          <w:lang w:val="ru-RU"/>
        </w:rPr>
        <w:t>талаптар</w:t>
      </w:r>
      <w:proofErr w:type="spellEnd"/>
      <w:r w:rsidRPr="0027320B">
        <w:rPr>
          <w:sz w:val="28"/>
          <w:szCs w:val="28"/>
          <w:lang w:val="ru-RU"/>
        </w:rPr>
        <w:t>:</w:t>
      </w:r>
    </w:p>
    <w:p w:rsidR="0027320B" w:rsidRPr="0027320B" w:rsidRDefault="0027320B" w:rsidP="0027320B">
      <w:pPr>
        <w:spacing w:after="80"/>
        <w:jc w:val="both"/>
        <w:rPr>
          <w:sz w:val="28"/>
          <w:szCs w:val="28"/>
          <w:lang w:val="ru-RU"/>
        </w:rPr>
      </w:pPr>
      <w:r w:rsidRPr="0027320B">
        <w:rPr>
          <w:sz w:val="28"/>
          <w:szCs w:val="28"/>
          <w:lang w:val="ru-RU"/>
        </w:rPr>
        <w:t xml:space="preserve">4.1. </w:t>
      </w:r>
      <w:proofErr w:type="spellStart"/>
      <w:r w:rsidRPr="0027320B">
        <w:rPr>
          <w:sz w:val="28"/>
          <w:szCs w:val="28"/>
          <w:lang w:val="ru-RU"/>
        </w:rPr>
        <w:t>Орындаушы</w:t>
      </w:r>
      <w:proofErr w:type="spellEnd"/>
      <w:r w:rsidRPr="0027320B">
        <w:rPr>
          <w:sz w:val="28"/>
          <w:szCs w:val="28"/>
          <w:lang w:val="ru-RU"/>
        </w:rPr>
        <w:t xml:space="preserve"> көрсетілген мекенжайдағы қосалқы станция аумағында орналасқан тұрмыстық және құрылыс қалдықтарын </w:t>
      </w:r>
      <w:proofErr w:type="spellStart"/>
      <w:r w:rsidRPr="0027320B">
        <w:rPr>
          <w:sz w:val="28"/>
          <w:szCs w:val="28"/>
          <w:lang w:val="ru-RU"/>
        </w:rPr>
        <w:t>жинауды</w:t>
      </w:r>
      <w:proofErr w:type="spellEnd"/>
      <w:r w:rsidRPr="0027320B">
        <w:rPr>
          <w:sz w:val="28"/>
          <w:szCs w:val="28"/>
          <w:lang w:val="ru-RU"/>
        </w:rPr>
        <w:t xml:space="preserve">, </w:t>
      </w:r>
      <w:proofErr w:type="spellStart"/>
      <w:r w:rsidRPr="0027320B">
        <w:rPr>
          <w:sz w:val="28"/>
          <w:szCs w:val="28"/>
          <w:lang w:val="ru-RU"/>
        </w:rPr>
        <w:t>тиеуді</w:t>
      </w:r>
      <w:proofErr w:type="spellEnd"/>
      <w:r w:rsidRPr="0027320B">
        <w:rPr>
          <w:sz w:val="28"/>
          <w:szCs w:val="28"/>
          <w:lang w:val="ru-RU"/>
        </w:rPr>
        <w:t xml:space="preserve">, </w:t>
      </w:r>
      <w:proofErr w:type="spellStart"/>
      <w:r w:rsidRPr="0027320B">
        <w:rPr>
          <w:sz w:val="28"/>
          <w:szCs w:val="28"/>
          <w:lang w:val="ru-RU"/>
        </w:rPr>
        <w:t>тасымалдауды</w:t>
      </w:r>
      <w:proofErr w:type="spellEnd"/>
      <w:r w:rsidRPr="0027320B">
        <w:rPr>
          <w:sz w:val="28"/>
          <w:szCs w:val="28"/>
          <w:lang w:val="ru-RU"/>
        </w:rPr>
        <w:t xml:space="preserve"> және шығаруды қамтамасыз </w:t>
      </w:r>
      <w:proofErr w:type="spellStart"/>
      <w:r w:rsidRPr="0027320B">
        <w:rPr>
          <w:sz w:val="28"/>
          <w:szCs w:val="28"/>
          <w:lang w:val="ru-RU"/>
        </w:rPr>
        <w:t>етуге</w:t>
      </w:r>
      <w:proofErr w:type="spellEnd"/>
      <w:r w:rsidRPr="0027320B">
        <w:rPr>
          <w:sz w:val="28"/>
          <w:szCs w:val="28"/>
          <w:lang w:val="ru-RU"/>
        </w:rPr>
        <w:t xml:space="preserve"> </w:t>
      </w:r>
      <w:proofErr w:type="spellStart"/>
      <w:r w:rsidRPr="0027320B">
        <w:rPr>
          <w:sz w:val="28"/>
          <w:szCs w:val="28"/>
          <w:lang w:val="ru-RU"/>
        </w:rPr>
        <w:t>міндетті</w:t>
      </w:r>
      <w:proofErr w:type="spellEnd"/>
      <w:r w:rsidRPr="0027320B">
        <w:rPr>
          <w:sz w:val="28"/>
          <w:szCs w:val="28"/>
          <w:lang w:val="ru-RU"/>
        </w:rPr>
        <w:t>.</w:t>
      </w:r>
    </w:p>
    <w:p w:rsidR="0027320B" w:rsidRPr="0027320B" w:rsidRDefault="0027320B" w:rsidP="0027320B">
      <w:pPr>
        <w:spacing w:after="80"/>
        <w:jc w:val="both"/>
        <w:rPr>
          <w:sz w:val="28"/>
          <w:szCs w:val="28"/>
          <w:lang w:val="ru-RU"/>
        </w:rPr>
      </w:pPr>
    </w:p>
    <w:p w:rsidR="0027320B" w:rsidRPr="0027320B" w:rsidRDefault="0027320B" w:rsidP="0027320B">
      <w:pPr>
        <w:spacing w:after="80"/>
        <w:jc w:val="both"/>
        <w:rPr>
          <w:sz w:val="28"/>
          <w:szCs w:val="28"/>
          <w:lang w:val="ru-RU"/>
        </w:rPr>
      </w:pPr>
      <w:r w:rsidRPr="0027320B">
        <w:rPr>
          <w:sz w:val="28"/>
          <w:szCs w:val="28"/>
          <w:lang w:val="ru-RU"/>
        </w:rPr>
        <w:t xml:space="preserve">4.2. Қызмет көрсету үшін </w:t>
      </w:r>
      <w:proofErr w:type="spellStart"/>
      <w:r w:rsidRPr="0027320B">
        <w:rPr>
          <w:sz w:val="28"/>
          <w:szCs w:val="28"/>
          <w:lang w:val="ru-RU"/>
        </w:rPr>
        <w:t>Орындаушы</w:t>
      </w:r>
      <w:proofErr w:type="spellEnd"/>
      <w:r w:rsidRPr="0027320B">
        <w:rPr>
          <w:sz w:val="28"/>
          <w:szCs w:val="28"/>
          <w:lang w:val="ru-RU"/>
        </w:rPr>
        <w:t xml:space="preserve"> жүк көтергіштігі 10 тоннаға </w:t>
      </w:r>
      <w:proofErr w:type="spellStart"/>
      <w:r w:rsidRPr="0027320B">
        <w:rPr>
          <w:sz w:val="28"/>
          <w:szCs w:val="28"/>
          <w:lang w:val="ru-RU"/>
        </w:rPr>
        <w:t>дейінгі</w:t>
      </w:r>
      <w:proofErr w:type="spellEnd"/>
      <w:r w:rsidRPr="0027320B">
        <w:rPr>
          <w:sz w:val="28"/>
          <w:szCs w:val="28"/>
          <w:lang w:val="ru-RU"/>
        </w:rPr>
        <w:t xml:space="preserve"> жүк </w:t>
      </w:r>
      <w:proofErr w:type="spellStart"/>
      <w:r w:rsidRPr="0027320B">
        <w:rPr>
          <w:sz w:val="28"/>
          <w:szCs w:val="28"/>
          <w:lang w:val="ru-RU"/>
        </w:rPr>
        <w:t>автомобилін</w:t>
      </w:r>
      <w:proofErr w:type="spellEnd"/>
      <w:r w:rsidRPr="0027320B">
        <w:rPr>
          <w:sz w:val="28"/>
          <w:szCs w:val="28"/>
          <w:lang w:val="ru-RU"/>
        </w:rPr>
        <w:t xml:space="preserve">, сондай-ақ тиеу-түсіру жұмыстарын орындауға қажетті </w:t>
      </w:r>
      <w:proofErr w:type="spellStart"/>
      <w:r w:rsidRPr="0027320B">
        <w:rPr>
          <w:sz w:val="28"/>
          <w:szCs w:val="28"/>
          <w:lang w:val="ru-RU"/>
        </w:rPr>
        <w:t>тиегішті</w:t>
      </w:r>
      <w:proofErr w:type="spellEnd"/>
      <w:r w:rsidRPr="0027320B">
        <w:rPr>
          <w:sz w:val="28"/>
          <w:szCs w:val="28"/>
          <w:lang w:val="ru-RU"/>
        </w:rPr>
        <w:t xml:space="preserve"> ұсынуы </w:t>
      </w:r>
      <w:proofErr w:type="spellStart"/>
      <w:r w:rsidRPr="0027320B">
        <w:rPr>
          <w:sz w:val="28"/>
          <w:szCs w:val="28"/>
          <w:lang w:val="ru-RU"/>
        </w:rPr>
        <w:t>тиіс</w:t>
      </w:r>
      <w:proofErr w:type="spellEnd"/>
      <w:r w:rsidRPr="0027320B">
        <w:rPr>
          <w:sz w:val="28"/>
          <w:szCs w:val="28"/>
          <w:lang w:val="ru-RU"/>
        </w:rPr>
        <w:t>.</w:t>
      </w:r>
    </w:p>
    <w:p w:rsidR="0027320B" w:rsidRPr="0027320B" w:rsidRDefault="0027320B" w:rsidP="0027320B">
      <w:pPr>
        <w:spacing w:after="80"/>
        <w:jc w:val="both"/>
        <w:rPr>
          <w:sz w:val="28"/>
          <w:szCs w:val="28"/>
          <w:lang w:val="ru-RU"/>
        </w:rPr>
      </w:pPr>
      <w:r w:rsidRPr="0027320B">
        <w:rPr>
          <w:sz w:val="28"/>
          <w:szCs w:val="28"/>
          <w:lang w:val="ru-RU"/>
        </w:rPr>
        <w:t xml:space="preserve">4.3. Қызмет құнына жүк автомобилінің жұмысы, </w:t>
      </w:r>
      <w:proofErr w:type="spellStart"/>
      <w:r w:rsidRPr="0027320B">
        <w:rPr>
          <w:sz w:val="28"/>
          <w:szCs w:val="28"/>
          <w:lang w:val="ru-RU"/>
        </w:rPr>
        <w:t>тиегішті</w:t>
      </w:r>
      <w:proofErr w:type="spellEnd"/>
      <w:r w:rsidRPr="0027320B">
        <w:rPr>
          <w:sz w:val="28"/>
          <w:szCs w:val="28"/>
          <w:lang w:val="ru-RU"/>
        </w:rPr>
        <w:t xml:space="preserve"> </w:t>
      </w:r>
      <w:proofErr w:type="spellStart"/>
      <w:r w:rsidRPr="0027320B">
        <w:rPr>
          <w:sz w:val="28"/>
          <w:szCs w:val="28"/>
          <w:lang w:val="ru-RU"/>
        </w:rPr>
        <w:t>пайдалану</w:t>
      </w:r>
      <w:proofErr w:type="spellEnd"/>
      <w:r w:rsidRPr="0027320B">
        <w:rPr>
          <w:sz w:val="28"/>
          <w:szCs w:val="28"/>
          <w:lang w:val="ru-RU"/>
        </w:rPr>
        <w:t xml:space="preserve">, қалдықтарды </w:t>
      </w:r>
      <w:proofErr w:type="spellStart"/>
      <w:r w:rsidRPr="0027320B">
        <w:rPr>
          <w:sz w:val="28"/>
          <w:szCs w:val="28"/>
          <w:lang w:val="ru-RU"/>
        </w:rPr>
        <w:t>жинау</w:t>
      </w:r>
      <w:proofErr w:type="spellEnd"/>
      <w:r w:rsidRPr="0027320B">
        <w:rPr>
          <w:sz w:val="28"/>
          <w:szCs w:val="28"/>
          <w:lang w:val="ru-RU"/>
        </w:rPr>
        <w:t xml:space="preserve"> және </w:t>
      </w:r>
      <w:proofErr w:type="spellStart"/>
      <w:r w:rsidRPr="0027320B">
        <w:rPr>
          <w:sz w:val="28"/>
          <w:szCs w:val="28"/>
          <w:lang w:val="ru-RU"/>
        </w:rPr>
        <w:t>тиеу</w:t>
      </w:r>
      <w:proofErr w:type="spellEnd"/>
      <w:r w:rsidRPr="0027320B">
        <w:rPr>
          <w:sz w:val="28"/>
          <w:szCs w:val="28"/>
          <w:lang w:val="ru-RU"/>
        </w:rPr>
        <w:t xml:space="preserve"> </w:t>
      </w:r>
      <w:proofErr w:type="spellStart"/>
      <w:r w:rsidRPr="0027320B">
        <w:rPr>
          <w:sz w:val="28"/>
          <w:szCs w:val="28"/>
          <w:lang w:val="ru-RU"/>
        </w:rPr>
        <w:t>бойынша</w:t>
      </w:r>
      <w:proofErr w:type="spellEnd"/>
      <w:r w:rsidRPr="0027320B">
        <w:rPr>
          <w:sz w:val="28"/>
          <w:szCs w:val="28"/>
          <w:lang w:val="ru-RU"/>
        </w:rPr>
        <w:t xml:space="preserve"> жұмысшылардың қызметтері, қалдықтарды </w:t>
      </w:r>
      <w:proofErr w:type="spellStart"/>
      <w:r w:rsidRPr="0027320B">
        <w:rPr>
          <w:sz w:val="28"/>
          <w:szCs w:val="28"/>
          <w:lang w:val="ru-RU"/>
        </w:rPr>
        <w:t>тасымалдау</w:t>
      </w:r>
      <w:proofErr w:type="spellEnd"/>
      <w:r w:rsidRPr="0027320B">
        <w:rPr>
          <w:sz w:val="28"/>
          <w:szCs w:val="28"/>
          <w:lang w:val="ru-RU"/>
        </w:rPr>
        <w:t xml:space="preserve">, сондай-ақ </w:t>
      </w:r>
      <w:proofErr w:type="spellStart"/>
      <w:r w:rsidRPr="0027320B">
        <w:rPr>
          <w:sz w:val="28"/>
          <w:szCs w:val="28"/>
          <w:lang w:val="ru-RU"/>
        </w:rPr>
        <w:t>оларды</w:t>
      </w:r>
      <w:proofErr w:type="spellEnd"/>
      <w:r w:rsidRPr="0027320B">
        <w:rPr>
          <w:sz w:val="28"/>
          <w:szCs w:val="28"/>
          <w:lang w:val="ru-RU"/>
        </w:rPr>
        <w:t xml:space="preserve"> полигонға қабылдауға және орналастыруға </w:t>
      </w:r>
      <w:proofErr w:type="spellStart"/>
      <w:r w:rsidRPr="0027320B">
        <w:rPr>
          <w:sz w:val="28"/>
          <w:szCs w:val="28"/>
          <w:lang w:val="ru-RU"/>
        </w:rPr>
        <w:t>байланысты</w:t>
      </w:r>
      <w:proofErr w:type="spellEnd"/>
      <w:r w:rsidRPr="0027320B">
        <w:rPr>
          <w:sz w:val="28"/>
          <w:szCs w:val="28"/>
          <w:lang w:val="ru-RU"/>
        </w:rPr>
        <w:t xml:space="preserve"> шығындар </w:t>
      </w:r>
      <w:proofErr w:type="spellStart"/>
      <w:r w:rsidRPr="0027320B">
        <w:rPr>
          <w:sz w:val="28"/>
          <w:szCs w:val="28"/>
          <w:lang w:val="ru-RU"/>
        </w:rPr>
        <w:t>енгізілуі</w:t>
      </w:r>
      <w:proofErr w:type="spellEnd"/>
      <w:r w:rsidRPr="0027320B">
        <w:rPr>
          <w:sz w:val="28"/>
          <w:szCs w:val="28"/>
          <w:lang w:val="ru-RU"/>
        </w:rPr>
        <w:t xml:space="preserve"> </w:t>
      </w:r>
      <w:proofErr w:type="spellStart"/>
      <w:r w:rsidRPr="0027320B">
        <w:rPr>
          <w:sz w:val="28"/>
          <w:szCs w:val="28"/>
          <w:lang w:val="ru-RU"/>
        </w:rPr>
        <w:t>тиіс</w:t>
      </w:r>
      <w:proofErr w:type="spellEnd"/>
      <w:r w:rsidRPr="0027320B">
        <w:rPr>
          <w:sz w:val="28"/>
          <w:szCs w:val="28"/>
          <w:lang w:val="ru-RU"/>
        </w:rPr>
        <w:t>.</w:t>
      </w:r>
    </w:p>
    <w:p w:rsidR="0027320B" w:rsidRPr="0027320B" w:rsidRDefault="0027320B" w:rsidP="0027320B">
      <w:pPr>
        <w:spacing w:after="80"/>
        <w:jc w:val="both"/>
        <w:rPr>
          <w:sz w:val="28"/>
          <w:szCs w:val="28"/>
          <w:lang w:val="ru-RU"/>
        </w:rPr>
      </w:pPr>
      <w:r w:rsidRPr="0027320B">
        <w:rPr>
          <w:sz w:val="28"/>
          <w:szCs w:val="28"/>
          <w:lang w:val="ru-RU"/>
        </w:rPr>
        <w:t xml:space="preserve">4.4. </w:t>
      </w:r>
      <w:proofErr w:type="spellStart"/>
      <w:r w:rsidRPr="0027320B">
        <w:rPr>
          <w:sz w:val="28"/>
          <w:szCs w:val="28"/>
          <w:lang w:val="ru-RU"/>
        </w:rPr>
        <w:t>Орындаушы</w:t>
      </w:r>
      <w:proofErr w:type="spellEnd"/>
      <w:r w:rsidRPr="0027320B">
        <w:rPr>
          <w:sz w:val="28"/>
          <w:szCs w:val="28"/>
          <w:lang w:val="ru-RU"/>
        </w:rPr>
        <w:t xml:space="preserve"> Қазақстан Республикасының заңнамасы </w:t>
      </w:r>
      <w:proofErr w:type="spellStart"/>
      <w:r w:rsidRPr="0027320B">
        <w:rPr>
          <w:sz w:val="28"/>
          <w:szCs w:val="28"/>
          <w:lang w:val="ru-RU"/>
        </w:rPr>
        <w:t>талаптарын</w:t>
      </w:r>
      <w:proofErr w:type="spellEnd"/>
      <w:r w:rsidRPr="0027320B">
        <w:rPr>
          <w:sz w:val="28"/>
          <w:szCs w:val="28"/>
          <w:lang w:val="ru-RU"/>
        </w:rPr>
        <w:t xml:space="preserve"> сақтай </w:t>
      </w:r>
      <w:proofErr w:type="spellStart"/>
      <w:r w:rsidRPr="0027320B">
        <w:rPr>
          <w:sz w:val="28"/>
          <w:szCs w:val="28"/>
          <w:lang w:val="ru-RU"/>
        </w:rPr>
        <w:t>отырып</w:t>
      </w:r>
      <w:proofErr w:type="spellEnd"/>
      <w:r w:rsidRPr="0027320B">
        <w:rPr>
          <w:sz w:val="28"/>
          <w:szCs w:val="28"/>
          <w:lang w:val="ru-RU"/>
        </w:rPr>
        <w:t xml:space="preserve">, қалдықтардың </w:t>
      </w:r>
      <w:proofErr w:type="spellStart"/>
      <w:r w:rsidRPr="0027320B">
        <w:rPr>
          <w:sz w:val="28"/>
          <w:szCs w:val="28"/>
          <w:lang w:val="ru-RU"/>
        </w:rPr>
        <w:t>тиісті</w:t>
      </w:r>
      <w:proofErr w:type="spellEnd"/>
      <w:r w:rsidRPr="0027320B">
        <w:rPr>
          <w:sz w:val="28"/>
          <w:szCs w:val="28"/>
          <w:lang w:val="ru-RU"/>
        </w:rPr>
        <w:t xml:space="preserve"> түрін қабылдауға құқығы бар полигонға қалдықтарды шығаруды қамтамасыз </w:t>
      </w:r>
      <w:proofErr w:type="spellStart"/>
      <w:r w:rsidRPr="0027320B">
        <w:rPr>
          <w:sz w:val="28"/>
          <w:szCs w:val="28"/>
          <w:lang w:val="ru-RU"/>
        </w:rPr>
        <w:t>етуге</w:t>
      </w:r>
      <w:proofErr w:type="spellEnd"/>
      <w:r w:rsidRPr="0027320B">
        <w:rPr>
          <w:sz w:val="28"/>
          <w:szCs w:val="28"/>
          <w:lang w:val="ru-RU"/>
        </w:rPr>
        <w:t xml:space="preserve"> </w:t>
      </w:r>
      <w:proofErr w:type="spellStart"/>
      <w:r w:rsidRPr="0027320B">
        <w:rPr>
          <w:sz w:val="28"/>
          <w:szCs w:val="28"/>
          <w:lang w:val="ru-RU"/>
        </w:rPr>
        <w:t>міндетті</w:t>
      </w:r>
      <w:proofErr w:type="spellEnd"/>
      <w:r w:rsidRPr="0027320B">
        <w:rPr>
          <w:sz w:val="28"/>
          <w:szCs w:val="28"/>
          <w:lang w:val="ru-RU"/>
        </w:rPr>
        <w:t>.</w:t>
      </w:r>
    </w:p>
    <w:p w:rsidR="0027320B" w:rsidRPr="0027320B" w:rsidRDefault="0027320B" w:rsidP="0027320B">
      <w:pPr>
        <w:spacing w:after="80"/>
        <w:jc w:val="both"/>
        <w:rPr>
          <w:sz w:val="28"/>
          <w:szCs w:val="28"/>
          <w:lang w:val="ru-RU"/>
        </w:rPr>
      </w:pPr>
      <w:r w:rsidRPr="0027320B">
        <w:rPr>
          <w:sz w:val="28"/>
          <w:szCs w:val="28"/>
          <w:lang w:val="ru-RU"/>
        </w:rPr>
        <w:t xml:space="preserve">4.5. Жұмыстар аяқталғаннан </w:t>
      </w:r>
      <w:proofErr w:type="spellStart"/>
      <w:r w:rsidRPr="0027320B">
        <w:rPr>
          <w:sz w:val="28"/>
          <w:szCs w:val="28"/>
          <w:lang w:val="ru-RU"/>
        </w:rPr>
        <w:t>кейін</w:t>
      </w:r>
      <w:proofErr w:type="spellEnd"/>
      <w:r w:rsidRPr="0027320B">
        <w:rPr>
          <w:sz w:val="28"/>
          <w:szCs w:val="28"/>
          <w:lang w:val="ru-RU"/>
        </w:rPr>
        <w:t xml:space="preserve"> қалдықтарды </w:t>
      </w:r>
      <w:proofErr w:type="spellStart"/>
      <w:r w:rsidRPr="0027320B">
        <w:rPr>
          <w:sz w:val="28"/>
          <w:szCs w:val="28"/>
          <w:lang w:val="ru-RU"/>
        </w:rPr>
        <w:t>жинау</w:t>
      </w:r>
      <w:proofErr w:type="spellEnd"/>
      <w:r w:rsidRPr="0027320B">
        <w:rPr>
          <w:sz w:val="28"/>
          <w:szCs w:val="28"/>
          <w:lang w:val="ru-RU"/>
        </w:rPr>
        <w:t xml:space="preserve"> және </w:t>
      </w:r>
      <w:proofErr w:type="spellStart"/>
      <w:r w:rsidRPr="0027320B">
        <w:rPr>
          <w:sz w:val="28"/>
          <w:szCs w:val="28"/>
          <w:lang w:val="ru-RU"/>
        </w:rPr>
        <w:t>тиеу</w:t>
      </w:r>
      <w:proofErr w:type="spellEnd"/>
      <w:r w:rsidRPr="0027320B">
        <w:rPr>
          <w:sz w:val="28"/>
          <w:szCs w:val="28"/>
          <w:lang w:val="ru-RU"/>
        </w:rPr>
        <w:t xml:space="preserve"> жүргізілген аумақ шығарылған қалдықтардан және жұмыстарды орындағаннан </w:t>
      </w:r>
      <w:proofErr w:type="spellStart"/>
      <w:r w:rsidRPr="0027320B">
        <w:rPr>
          <w:sz w:val="28"/>
          <w:szCs w:val="28"/>
          <w:lang w:val="ru-RU"/>
        </w:rPr>
        <w:t>кейін</w:t>
      </w:r>
      <w:proofErr w:type="spellEnd"/>
      <w:r w:rsidRPr="0027320B">
        <w:rPr>
          <w:sz w:val="28"/>
          <w:szCs w:val="28"/>
          <w:lang w:val="ru-RU"/>
        </w:rPr>
        <w:t xml:space="preserve"> қалған қоқыстан </w:t>
      </w:r>
      <w:proofErr w:type="spellStart"/>
      <w:r w:rsidRPr="0027320B">
        <w:rPr>
          <w:sz w:val="28"/>
          <w:szCs w:val="28"/>
          <w:lang w:val="ru-RU"/>
        </w:rPr>
        <w:t>тазартылуы</w:t>
      </w:r>
      <w:proofErr w:type="spellEnd"/>
      <w:r w:rsidRPr="0027320B">
        <w:rPr>
          <w:sz w:val="28"/>
          <w:szCs w:val="28"/>
          <w:lang w:val="ru-RU"/>
        </w:rPr>
        <w:t xml:space="preserve"> </w:t>
      </w:r>
      <w:proofErr w:type="spellStart"/>
      <w:r w:rsidRPr="0027320B">
        <w:rPr>
          <w:sz w:val="28"/>
          <w:szCs w:val="28"/>
          <w:lang w:val="ru-RU"/>
        </w:rPr>
        <w:t>тиіс</w:t>
      </w:r>
      <w:proofErr w:type="spellEnd"/>
      <w:r w:rsidRPr="0027320B">
        <w:rPr>
          <w:sz w:val="28"/>
          <w:szCs w:val="28"/>
          <w:lang w:val="ru-RU"/>
        </w:rPr>
        <w:t>.</w:t>
      </w:r>
    </w:p>
    <w:p w:rsidR="0027320B" w:rsidRPr="0027320B" w:rsidRDefault="0027320B" w:rsidP="0027320B">
      <w:pPr>
        <w:spacing w:after="80"/>
        <w:jc w:val="both"/>
        <w:rPr>
          <w:sz w:val="28"/>
          <w:szCs w:val="28"/>
          <w:lang w:val="ru-RU"/>
        </w:rPr>
      </w:pPr>
      <w:r w:rsidRPr="0027320B">
        <w:rPr>
          <w:sz w:val="28"/>
          <w:szCs w:val="28"/>
          <w:lang w:val="ru-RU"/>
        </w:rPr>
        <w:t xml:space="preserve">4.6. Қызметті толық әрі </w:t>
      </w:r>
      <w:proofErr w:type="spellStart"/>
      <w:r w:rsidRPr="0027320B">
        <w:rPr>
          <w:sz w:val="28"/>
          <w:szCs w:val="28"/>
          <w:lang w:val="ru-RU"/>
        </w:rPr>
        <w:t>тиісінше</w:t>
      </w:r>
      <w:proofErr w:type="spellEnd"/>
      <w:r w:rsidRPr="0027320B">
        <w:rPr>
          <w:sz w:val="28"/>
          <w:szCs w:val="28"/>
          <w:lang w:val="ru-RU"/>
        </w:rPr>
        <w:t xml:space="preserve"> көрсетуге қажетті барлық шығындар қызмет құнына </w:t>
      </w:r>
      <w:proofErr w:type="spellStart"/>
      <w:r w:rsidRPr="0027320B">
        <w:rPr>
          <w:sz w:val="28"/>
          <w:szCs w:val="28"/>
          <w:lang w:val="ru-RU"/>
        </w:rPr>
        <w:t>енгізілуі</w:t>
      </w:r>
      <w:proofErr w:type="spellEnd"/>
      <w:r w:rsidRPr="0027320B">
        <w:rPr>
          <w:sz w:val="28"/>
          <w:szCs w:val="28"/>
          <w:lang w:val="ru-RU"/>
        </w:rPr>
        <w:t xml:space="preserve"> </w:t>
      </w:r>
      <w:proofErr w:type="spellStart"/>
      <w:r w:rsidRPr="0027320B">
        <w:rPr>
          <w:sz w:val="28"/>
          <w:szCs w:val="28"/>
          <w:lang w:val="ru-RU"/>
        </w:rPr>
        <w:t>тиіс</w:t>
      </w:r>
      <w:proofErr w:type="spellEnd"/>
      <w:r w:rsidRPr="0027320B">
        <w:rPr>
          <w:sz w:val="28"/>
          <w:szCs w:val="28"/>
          <w:lang w:val="ru-RU"/>
        </w:rPr>
        <w:t xml:space="preserve">. </w:t>
      </w:r>
      <w:proofErr w:type="spellStart"/>
      <w:r w:rsidRPr="0027320B">
        <w:rPr>
          <w:sz w:val="28"/>
          <w:szCs w:val="28"/>
          <w:lang w:val="ru-RU"/>
        </w:rPr>
        <w:t>Техниканы</w:t>
      </w:r>
      <w:proofErr w:type="spellEnd"/>
      <w:r w:rsidRPr="0027320B">
        <w:rPr>
          <w:sz w:val="28"/>
          <w:szCs w:val="28"/>
          <w:lang w:val="ru-RU"/>
        </w:rPr>
        <w:t xml:space="preserve"> ұсыну, жұмысшыларды </w:t>
      </w:r>
      <w:proofErr w:type="spellStart"/>
      <w:r w:rsidRPr="0027320B">
        <w:rPr>
          <w:sz w:val="28"/>
          <w:szCs w:val="28"/>
          <w:lang w:val="ru-RU"/>
        </w:rPr>
        <w:t>тарту</w:t>
      </w:r>
      <w:proofErr w:type="spellEnd"/>
      <w:r w:rsidRPr="0027320B">
        <w:rPr>
          <w:sz w:val="28"/>
          <w:szCs w:val="28"/>
          <w:lang w:val="ru-RU"/>
        </w:rPr>
        <w:t xml:space="preserve">, </w:t>
      </w:r>
      <w:proofErr w:type="spellStart"/>
      <w:r w:rsidRPr="0027320B">
        <w:rPr>
          <w:sz w:val="28"/>
          <w:szCs w:val="28"/>
          <w:lang w:val="ru-RU"/>
        </w:rPr>
        <w:t>тиеу</w:t>
      </w:r>
      <w:proofErr w:type="spellEnd"/>
      <w:r w:rsidRPr="0027320B">
        <w:rPr>
          <w:sz w:val="28"/>
          <w:szCs w:val="28"/>
          <w:lang w:val="ru-RU"/>
        </w:rPr>
        <w:t xml:space="preserve">, </w:t>
      </w:r>
      <w:proofErr w:type="spellStart"/>
      <w:r w:rsidRPr="0027320B">
        <w:rPr>
          <w:sz w:val="28"/>
          <w:szCs w:val="28"/>
          <w:lang w:val="ru-RU"/>
        </w:rPr>
        <w:t>тасымалдау</w:t>
      </w:r>
      <w:proofErr w:type="spellEnd"/>
      <w:r w:rsidRPr="0027320B">
        <w:rPr>
          <w:sz w:val="28"/>
          <w:szCs w:val="28"/>
          <w:lang w:val="ru-RU"/>
        </w:rPr>
        <w:t xml:space="preserve"> және қалдықтарды полигонға </w:t>
      </w:r>
      <w:proofErr w:type="spellStart"/>
      <w:r w:rsidRPr="0027320B">
        <w:rPr>
          <w:sz w:val="28"/>
          <w:szCs w:val="28"/>
          <w:lang w:val="ru-RU"/>
        </w:rPr>
        <w:t>тапсыру</w:t>
      </w:r>
      <w:proofErr w:type="spellEnd"/>
      <w:r w:rsidRPr="0027320B">
        <w:rPr>
          <w:sz w:val="28"/>
          <w:szCs w:val="28"/>
          <w:lang w:val="ru-RU"/>
        </w:rPr>
        <w:t xml:space="preserve"> үшін қосымша ақы төлеуге </w:t>
      </w:r>
      <w:proofErr w:type="spellStart"/>
      <w:r w:rsidRPr="0027320B">
        <w:rPr>
          <w:sz w:val="28"/>
          <w:szCs w:val="28"/>
          <w:lang w:val="ru-RU"/>
        </w:rPr>
        <w:t>жол</w:t>
      </w:r>
      <w:proofErr w:type="spellEnd"/>
      <w:r w:rsidRPr="0027320B">
        <w:rPr>
          <w:sz w:val="28"/>
          <w:szCs w:val="28"/>
          <w:lang w:val="ru-RU"/>
        </w:rPr>
        <w:t xml:space="preserve"> </w:t>
      </w:r>
      <w:proofErr w:type="spellStart"/>
      <w:r w:rsidRPr="0027320B">
        <w:rPr>
          <w:sz w:val="28"/>
          <w:szCs w:val="28"/>
          <w:lang w:val="ru-RU"/>
        </w:rPr>
        <w:t>берілмейді</w:t>
      </w:r>
      <w:proofErr w:type="spellEnd"/>
      <w:r w:rsidRPr="0027320B">
        <w:rPr>
          <w:sz w:val="28"/>
          <w:szCs w:val="28"/>
          <w:lang w:val="ru-RU"/>
        </w:rPr>
        <w:t>.</w:t>
      </w:r>
    </w:p>
    <w:p w:rsidR="00655C24" w:rsidRPr="0027320B" w:rsidRDefault="0027320B" w:rsidP="0027320B">
      <w:pPr>
        <w:spacing w:after="80"/>
        <w:jc w:val="both"/>
        <w:rPr>
          <w:sz w:val="28"/>
          <w:szCs w:val="28"/>
          <w:lang w:val="ru-RU"/>
        </w:rPr>
      </w:pPr>
      <w:r w:rsidRPr="0027320B">
        <w:rPr>
          <w:sz w:val="28"/>
          <w:szCs w:val="28"/>
          <w:lang w:val="ru-RU"/>
        </w:rPr>
        <w:t xml:space="preserve">5. Қызмет көрсету нәтижесі:  Тұрмыстық және құрылыс қалдықтары Ақмола </w:t>
      </w:r>
      <w:proofErr w:type="spellStart"/>
      <w:r w:rsidRPr="0027320B">
        <w:rPr>
          <w:sz w:val="28"/>
          <w:szCs w:val="28"/>
          <w:lang w:val="ru-RU"/>
        </w:rPr>
        <w:t>облысы</w:t>
      </w:r>
      <w:proofErr w:type="spellEnd"/>
      <w:r w:rsidRPr="0027320B">
        <w:rPr>
          <w:sz w:val="28"/>
          <w:szCs w:val="28"/>
          <w:lang w:val="ru-RU"/>
        </w:rPr>
        <w:t xml:space="preserve">, </w:t>
      </w:r>
      <w:proofErr w:type="spellStart"/>
      <w:r w:rsidRPr="0027320B">
        <w:rPr>
          <w:sz w:val="28"/>
          <w:szCs w:val="28"/>
          <w:lang w:val="ru-RU"/>
        </w:rPr>
        <w:t>Бурабай</w:t>
      </w:r>
      <w:proofErr w:type="spellEnd"/>
      <w:r w:rsidRPr="0027320B">
        <w:rPr>
          <w:sz w:val="28"/>
          <w:szCs w:val="28"/>
          <w:lang w:val="ru-RU"/>
        </w:rPr>
        <w:t xml:space="preserve"> </w:t>
      </w:r>
      <w:proofErr w:type="spellStart"/>
      <w:r w:rsidRPr="0027320B">
        <w:rPr>
          <w:sz w:val="28"/>
          <w:szCs w:val="28"/>
          <w:lang w:val="ru-RU"/>
        </w:rPr>
        <w:t>ауданы</w:t>
      </w:r>
      <w:proofErr w:type="spellEnd"/>
      <w:r w:rsidRPr="0027320B">
        <w:rPr>
          <w:sz w:val="28"/>
          <w:szCs w:val="28"/>
          <w:lang w:val="ru-RU"/>
        </w:rPr>
        <w:t xml:space="preserve">, Щучинск қаласы, </w:t>
      </w:r>
      <w:proofErr w:type="spellStart"/>
      <w:r w:rsidRPr="0027320B">
        <w:rPr>
          <w:sz w:val="28"/>
          <w:szCs w:val="28"/>
          <w:lang w:val="ru-RU"/>
        </w:rPr>
        <w:t>Лучанский</w:t>
      </w:r>
      <w:proofErr w:type="spellEnd"/>
      <w:r w:rsidRPr="0027320B">
        <w:rPr>
          <w:sz w:val="28"/>
          <w:szCs w:val="28"/>
          <w:lang w:val="ru-RU"/>
        </w:rPr>
        <w:t xml:space="preserve"> көшесі, 90 мекенжайындағы қосалқы станция аумағынан шығарылып, </w:t>
      </w:r>
      <w:proofErr w:type="spellStart"/>
      <w:r w:rsidRPr="0027320B">
        <w:rPr>
          <w:sz w:val="28"/>
          <w:szCs w:val="28"/>
          <w:lang w:val="ru-RU"/>
        </w:rPr>
        <w:t>тиісті</w:t>
      </w:r>
      <w:proofErr w:type="spellEnd"/>
      <w:r w:rsidRPr="0027320B">
        <w:rPr>
          <w:sz w:val="28"/>
          <w:szCs w:val="28"/>
          <w:lang w:val="ru-RU"/>
        </w:rPr>
        <w:t xml:space="preserve"> полигонға </w:t>
      </w:r>
      <w:proofErr w:type="spellStart"/>
      <w:r w:rsidRPr="0027320B">
        <w:rPr>
          <w:sz w:val="28"/>
          <w:szCs w:val="28"/>
          <w:lang w:val="ru-RU"/>
        </w:rPr>
        <w:t>жеткізілуі</w:t>
      </w:r>
      <w:proofErr w:type="spellEnd"/>
      <w:r w:rsidRPr="0027320B">
        <w:rPr>
          <w:sz w:val="28"/>
          <w:szCs w:val="28"/>
          <w:lang w:val="ru-RU"/>
        </w:rPr>
        <w:t xml:space="preserve"> </w:t>
      </w:r>
      <w:proofErr w:type="spellStart"/>
      <w:r w:rsidRPr="0027320B">
        <w:rPr>
          <w:sz w:val="28"/>
          <w:szCs w:val="28"/>
          <w:lang w:val="ru-RU"/>
        </w:rPr>
        <w:t>тиіс</w:t>
      </w:r>
      <w:proofErr w:type="spellEnd"/>
      <w:r w:rsidRPr="0027320B">
        <w:rPr>
          <w:sz w:val="28"/>
          <w:szCs w:val="28"/>
          <w:lang w:val="ru-RU"/>
        </w:rPr>
        <w:t>.</w:t>
      </w:r>
    </w:p>
    <w:sectPr w:rsidR="00655C24" w:rsidRPr="0027320B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>
    <w:useFELayout/>
  </w:compat>
  <w:rsids>
    <w:rsidRoot w:val="00B47730"/>
    <w:rsid w:val="00034616"/>
    <w:rsid w:val="0006063C"/>
    <w:rsid w:val="0015074B"/>
    <w:rsid w:val="0027320B"/>
    <w:rsid w:val="0029639D"/>
    <w:rsid w:val="00326F90"/>
    <w:rsid w:val="003E5A5B"/>
    <w:rsid w:val="006501EB"/>
    <w:rsid w:val="00655C24"/>
    <w:rsid w:val="00AA1D8D"/>
    <w:rsid w:val="00B47730"/>
    <w:rsid w:val="00CB0664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eastAsia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3572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Гос Закуп2</cp:lastModifiedBy>
  <cp:revision>3</cp:revision>
  <dcterms:created xsi:type="dcterms:W3CDTF">2013-12-23T23:15:00Z</dcterms:created>
  <dcterms:modified xsi:type="dcterms:W3CDTF">2026-10-15T13:26:00Z</dcterms:modified>
  <cp:category/>
</cp:coreProperties>
</file>