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AA8A3" w14:textId="77777777" w:rsidR="00F45AAA" w:rsidRDefault="00F45AAA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ru-RU"/>
        </w:rPr>
      </w:pPr>
    </w:p>
    <w:p w14:paraId="78B3605F" w14:textId="77777777" w:rsidR="00F45AAA" w:rsidRPr="00F45AAA" w:rsidRDefault="00F45AAA" w:rsidP="00F45AAA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  <w:r w:rsidRPr="00F45AAA">
        <w:rPr>
          <w:rFonts w:eastAsia="Calibri" w:cs="Times New Roman"/>
          <w:b/>
          <w:sz w:val="18"/>
          <w:szCs w:val="18"/>
          <w:lang w:val="kk-KZ"/>
        </w:rPr>
        <w:t xml:space="preserve">№ 2 қосымша </w:t>
      </w:r>
    </w:p>
    <w:p w14:paraId="148510E1" w14:textId="77777777" w:rsidR="00F45AAA" w:rsidRPr="00F45AAA" w:rsidRDefault="00F45AAA" w:rsidP="00F45AAA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  <w:r w:rsidRPr="00F45AAA">
        <w:rPr>
          <w:rFonts w:eastAsia="Calibri" w:cs="Times New Roman"/>
          <w:b/>
          <w:sz w:val="18"/>
          <w:szCs w:val="18"/>
          <w:lang w:val="kk-KZ"/>
        </w:rPr>
        <w:t>үлгі шартқа</w:t>
      </w:r>
    </w:p>
    <w:p w14:paraId="4FE53EA9" w14:textId="70937A92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>ТЕХНИКАЛЫҚ СИПАТТАМА</w:t>
      </w:r>
    </w:p>
    <w:p w14:paraId="28A1B8B4" w14:textId="77777777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>профессор-оқытушылар құрамының біліктілікті арттыру курстарына қатысуы</w:t>
      </w:r>
    </w:p>
    <w:p w14:paraId="5F37AD07" w14:textId="64D230B1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 xml:space="preserve">Теміртау </w:t>
      </w:r>
      <w:bookmarkStart w:id="0" w:name="_Hlk242949193"/>
      <w:r w:rsidRPr="00F45AAA">
        <w:rPr>
          <w:rFonts w:eastAsia="Calibri" w:cs="Times New Roman"/>
          <w:b/>
          <w:sz w:val="24"/>
          <w:szCs w:val="24"/>
          <w:lang w:val="kk-KZ"/>
        </w:rPr>
        <w:t xml:space="preserve">қ. </w:t>
      </w:r>
      <w:bookmarkEnd w:id="0"/>
      <w:r w:rsidRPr="00F45AAA">
        <w:rPr>
          <w:rFonts w:eastAsia="Calibri" w:cs="Times New Roman"/>
          <w:b/>
          <w:sz w:val="24"/>
          <w:szCs w:val="24"/>
          <w:lang w:val="kk-KZ"/>
        </w:rPr>
        <w:t>"Қарағанды индустриялық университеті" КЕАҚ,</w:t>
      </w:r>
    </w:p>
    <w:p w14:paraId="2716556F" w14:textId="75F5C500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>Республика даңғылы 30</w:t>
      </w:r>
    </w:p>
    <w:p w14:paraId="27321D61" w14:textId="77777777" w:rsidR="00F45AAA" w:rsidRPr="00F45AAA" w:rsidRDefault="00F45AAA" w:rsidP="00F45AAA">
      <w:pPr>
        <w:numPr>
          <w:ilvl w:val="0"/>
          <w:numId w:val="10"/>
        </w:numPr>
        <w:spacing w:after="0" w:line="240" w:lineRule="auto"/>
        <w:contextualSpacing/>
        <w:jc w:val="both"/>
        <w:rPr>
          <w:b/>
          <w:sz w:val="24"/>
          <w:szCs w:val="24"/>
          <w:lang w:val="ru-RU"/>
        </w:rPr>
      </w:pPr>
      <w:proofErr w:type="spellStart"/>
      <w:r w:rsidRPr="00F45AAA">
        <w:rPr>
          <w:b/>
          <w:sz w:val="24"/>
          <w:szCs w:val="24"/>
          <w:lang w:val="ru-RU"/>
        </w:rPr>
        <w:t>Жалпы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шарттар</w:t>
      </w:r>
      <w:proofErr w:type="spellEnd"/>
    </w:p>
    <w:p w14:paraId="6CEC9325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sz w:val="24"/>
          <w:szCs w:val="24"/>
          <w:lang w:val="ru-RU"/>
        </w:rPr>
      </w:pPr>
      <w:r w:rsidRPr="00F45AAA">
        <w:rPr>
          <w:b/>
          <w:sz w:val="24"/>
          <w:szCs w:val="24"/>
          <w:lang w:val="ru-RU"/>
        </w:rPr>
        <w:t xml:space="preserve">1.1. </w:t>
      </w: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атауы</w:t>
      </w:r>
      <w:proofErr w:type="spellEnd"/>
      <w:r w:rsidRPr="00F45AAA">
        <w:rPr>
          <w:b/>
          <w:sz w:val="24"/>
          <w:szCs w:val="24"/>
          <w:lang w:val="ru-RU"/>
        </w:rPr>
        <w:t>:</w:t>
      </w:r>
    </w:p>
    <w:p w14:paraId="0B343445" w14:textId="02FA5AC1" w:rsid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  <w:proofErr w:type="spellStart"/>
      <w:r w:rsidRPr="00F45AAA">
        <w:rPr>
          <w:bCs/>
          <w:sz w:val="24"/>
          <w:szCs w:val="24"/>
          <w:lang w:val="ru-RU"/>
        </w:rPr>
        <w:t>Докторанттарға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ғылыми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жетекшілік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практикасын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нығайтуға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бағытталған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кәсіби</w:t>
      </w:r>
      <w:proofErr w:type="spellEnd"/>
      <w:r w:rsidRPr="00F45AAA">
        <w:rPr>
          <w:bCs/>
          <w:sz w:val="24"/>
          <w:szCs w:val="24"/>
          <w:lang w:val="ru-RU"/>
        </w:rPr>
        <w:t xml:space="preserve"> даму </w:t>
      </w:r>
      <w:proofErr w:type="spellStart"/>
      <w:r w:rsidRPr="00F45AAA">
        <w:rPr>
          <w:bCs/>
          <w:sz w:val="24"/>
          <w:szCs w:val="24"/>
          <w:lang w:val="ru-RU"/>
        </w:rPr>
        <w:t>бағдарламасын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докторанттарға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ғылыми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жетекшілік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практикасын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нығайтуға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бағытталған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біліктілікті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арттыру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курстарын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жөніндегі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қызметтер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597856E8" w14:textId="77777777" w:rsid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</w:p>
    <w:p w14:paraId="4AD5D1D3" w14:textId="5896E682" w:rsidR="00F45AAA" w:rsidRP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көрсету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орны</w:t>
      </w:r>
      <w:proofErr w:type="spellEnd"/>
      <w:r w:rsidRPr="00F45AAA">
        <w:rPr>
          <w:bCs/>
          <w:sz w:val="24"/>
          <w:szCs w:val="24"/>
          <w:lang w:val="ru-RU"/>
        </w:rPr>
        <w:t>: Астана</w:t>
      </w:r>
      <w:r w:rsidR="009C674C">
        <w:rPr>
          <w:bCs/>
          <w:sz w:val="24"/>
          <w:szCs w:val="24"/>
          <w:lang w:val="ru-RU"/>
        </w:rPr>
        <w:t xml:space="preserve"> </w:t>
      </w:r>
      <w:r w:rsidR="009C674C" w:rsidRPr="009C674C">
        <w:rPr>
          <w:rFonts w:eastAsia="Calibri" w:cs="Times New Roman"/>
          <w:bCs/>
          <w:sz w:val="24"/>
          <w:szCs w:val="24"/>
          <w:lang w:val="kk-KZ"/>
        </w:rPr>
        <w:t>қ.</w:t>
      </w:r>
    </w:p>
    <w:p w14:paraId="07DF6E56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</w:p>
    <w:p w14:paraId="21989530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1.2. </w:t>
      </w:r>
      <w:proofErr w:type="spellStart"/>
      <w:r w:rsidRPr="00F45AAA">
        <w:rPr>
          <w:b/>
          <w:bCs/>
          <w:sz w:val="24"/>
          <w:szCs w:val="24"/>
          <w:lang w:val="ru-RU"/>
        </w:rPr>
        <w:t>Қызмет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көрсету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мерзімі</w:t>
      </w:r>
      <w:proofErr w:type="spellEnd"/>
      <w:r w:rsidRPr="00F45AAA">
        <w:rPr>
          <w:b/>
          <w:bCs/>
          <w:sz w:val="24"/>
          <w:szCs w:val="24"/>
          <w:lang w:val="ru-RU"/>
        </w:rPr>
        <w:t>:</w:t>
      </w:r>
    </w:p>
    <w:p w14:paraId="51B98CAC" w14:textId="77777777" w:rsid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Келісімшарт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жасалған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күннен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бастап</w:t>
      </w:r>
      <w:proofErr w:type="spellEnd"/>
      <w:r w:rsidRPr="00F45AAA">
        <w:rPr>
          <w:sz w:val="24"/>
          <w:szCs w:val="24"/>
          <w:lang w:val="ru-RU"/>
        </w:rPr>
        <w:t xml:space="preserve"> 30 </w:t>
      </w:r>
      <w:proofErr w:type="spellStart"/>
      <w:r w:rsidRPr="00F45AAA">
        <w:rPr>
          <w:sz w:val="24"/>
          <w:szCs w:val="24"/>
          <w:lang w:val="ru-RU"/>
        </w:rPr>
        <w:t>күнтізбелік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күн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ішінде</w:t>
      </w:r>
      <w:proofErr w:type="spellEnd"/>
      <w:r w:rsidRPr="00F45AAA">
        <w:rPr>
          <w:sz w:val="24"/>
          <w:szCs w:val="24"/>
          <w:lang w:val="ru-RU"/>
        </w:rPr>
        <w:t xml:space="preserve">. </w:t>
      </w:r>
    </w:p>
    <w:p w14:paraId="75A011E6" w14:textId="78AAF658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Жеткізуші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бекітілген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бағдарламаға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оқу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кестесіне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келісімшарт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талаптарына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осы </w:t>
      </w:r>
      <w:proofErr w:type="spellStart"/>
      <w:r w:rsidRPr="00F45AAA">
        <w:rPr>
          <w:sz w:val="24"/>
          <w:szCs w:val="24"/>
          <w:lang w:val="ru-RU"/>
        </w:rPr>
        <w:t>техникалық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сипаттамаға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сәйкес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курстарды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ұйымдастырады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өткізеді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18DB9EFE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3C6F2242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1.3. </w:t>
      </w:r>
      <w:proofErr w:type="spellStart"/>
      <w:r w:rsidRPr="00F45AAA">
        <w:rPr>
          <w:b/>
          <w:bCs/>
          <w:sz w:val="24"/>
          <w:szCs w:val="24"/>
          <w:lang w:val="ru-RU"/>
        </w:rPr>
        <w:t>Бағдарламаны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жүзеге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асыру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форматы:</w:t>
      </w:r>
    </w:p>
    <w:p w14:paraId="0E82095C" w14:textId="0BC2B7AD" w:rsid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Курс </w:t>
      </w:r>
      <w:proofErr w:type="spellStart"/>
      <w:r w:rsidRPr="00F45AAA">
        <w:rPr>
          <w:sz w:val="24"/>
          <w:szCs w:val="24"/>
          <w:lang w:val="ru-RU"/>
        </w:rPr>
        <w:t>бағдарламасы</w:t>
      </w:r>
      <w:proofErr w:type="spellEnd"/>
      <w:r w:rsidRPr="00F45AAA">
        <w:rPr>
          <w:sz w:val="24"/>
          <w:szCs w:val="24"/>
          <w:lang w:val="ru-RU"/>
        </w:rPr>
        <w:t xml:space="preserve"> үш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өткізіледі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күндізгі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онлайн </w:t>
      </w:r>
      <w:proofErr w:type="spellStart"/>
      <w:r w:rsidRPr="00F45AAA">
        <w:rPr>
          <w:sz w:val="24"/>
          <w:szCs w:val="24"/>
          <w:lang w:val="ru-RU"/>
        </w:rPr>
        <w:t>оқытуды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қатысушылардың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өзіндік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жұмысын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университеттегі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зерттеулерді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практикалық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шешімдерді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топтық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әзірлеуді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қамтиды</w:t>
      </w:r>
      <w:proofErr w:type="spellEnd"/>
      <w:r w:rsidRPr="00F45AAA">
        <w:rPr>
          <w:sz w:val="24"/>
          <w:szCs w:val="24"/>
          <w:lang w:val="ru-RU"/>
        </w:rPr>
        <w:t xml:space="preserve">. </w:t>
      </w:r>
      <w:r w:rsidR="00E87609" w:rsidRPr="00E87609">
        <w:rPr>
          <w:sz w:val="24"/>
          <w:szCs w:val="24"/>
          <w:lang w:val="ru-RU"/>
        </w:rPr>
        <w:t xml:space="preserve">6 </w:t>
      </w:r>
      <w:proofErr w:type="spellStart"/>
      <w:r w:rsidR="00E87609" w:rsidRPr="00E87609">
        <w:rPr>
          <w:sz w:val="24"/>
          <w:szCs w:val="24"/>
          <w:lang w:val="ru-RU"/>
        </w:rPr>
        <w:t>жұмыс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күнінен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аспайтын</w:t>
      </w:r>
      <w:proofErr w:type="spellEnd"/>
      <w:r w:rsidR="00E87609" w:rsidRPr="00E87609">
        <w:rPr>
          <w:sz w:val="24"/>
          <w:szCs w:val="24"/>
          <w:lang w:val="ru-RU"/>
        </w:rPr>
        <w:t xml:space="preserve"> 3 </w:t>
      </w:r>
      <w:proofErr w:type="spellStart"/>
      <w:r w:rsidR="00E87609" w:rsidRPr="00E87609">
        <w:rPr>
          <w:sz w:val="24"/>
          <w:szCs w:val="24"/>
          <w:lang w:val="ru-RU"/>
        </w:rPr>
        <w:t>кезең</w:t>
      </w:r>
      <w:proofErr w:type="spellEnd"/>
      <w:r w:rsidR="00E87609" w:rsidRPr="00E87609">
        <w:rPr>
          <w:sz w:val="24"/>
          <w:szCs w:val="24"/>
          <w:lang w:val="ru-RU"/>
        </w:rPr>
        <w:t xml:space="preserve"> (фаза) </w:t>
      </w:r>
      <w:proofErr w:type="spellStart"/>
      <w:r w:rsidR="00E87609" w:rsidRPr="00E87609">
        <w:rPr>
          <w:sz w:val="24"/>
          <w:szCs w:val="24"/>
          <w:lang w:val="ru-RU"/>
        </w:rPr>
        <w:t>бойынша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күндізгі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оқу</w:t>
      </w:r>
      <w:proofErr w:type="spellEnd"/>
      <w:r w:rsidR="00E87609" w:rsidRPr="00E87609">
        <w:rPr>
          <w:sz w:val="24"/>
          <w:szCs w:val="24"/>
          <w:lang w:val="ru-RU"/>
        </w:rPr>
        <w:t>.</w:t>
      </w:r>
    </w:p>
    <w:p w14:paraId="480D11F5" w14:textId="77777777" w:rsidR="00E87609" w:rsidRPr="00F45AAA" w:rsidRDefault="00E87609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C67B812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1-кезең. </w:t>
      </w:r>
      <w:proofErr w:type="spellStart"/>
      <w:r w:rsidRPr="00F45AAA">
        <w:rPr>
          <w:b/>
          <w:bCs/>
          <w:sz w:val="24"/>
          <w:szCs w:val="24"/>
          <w:lang w:val="ru-RU"/>
        </w:rPr>
        <w:t>Заманауи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докторлық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білім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беру </w:t>
      </w:r>
      <w:proofErr w:type="spellStart"/>
      <w:r w:rsidRPr="00F45AAA">
        <w:rPr>
          <w:b/>
          <w:bCs/>
          <w:sz w:val="24"/>
          <w:szCs w:val="24"/>
          <w:lang w:val="ru-RU"/>
        </w:rPr>
        <w:t>және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жетекшілік</w:t>
      </w:r>
      <w:proofErr w:type="spellEnd"/>
    </w:p>
    <w:p w14:paraId="1E757C67" w14:textId="77777777" w:rsidR="00572180" w:rsidRDefault="00572180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572180">
        <w:rPr>
          <w:sz w:val="24"/>
          <w:szCs w:val="24"/>
          <w:lang w:val="ru-RU"/>
        </w:rPr>
        <w:t>Қызмет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көрсетуші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ұйымның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базасында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кемінде</w:t>
      </w:r>
      <w:proofErr w:type="spellEnd"/>
      <w:r w:rsidRPr="00572180">
        <w:rPr>
          <w:sz w:val="24"/>
          <w:szCs w:val="24"/>
          <w:lang w:val="ru-RU"/>
        </w:rPr>
        <w:t xml:space="preserve"> 3 </w:t>
      </w:r>
      <w:proofErr w:type="spellStart"/>
      <w:r w:rsidRPr="00572180">
        <w:rPr>
          <w:sz w:val="24"/>
          <w:szCs w:val="24"/>
          <w:lang w:val="ru-RU"/>
        </w:rPr>
        <w:t>жұмыс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күндізгі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оқыту</w:t>
      </w:r>
      <w:proofErr w:type="spellEnd"/>
      <w:r w:rsidRPr="00572180">
        <w:rPr>
          <w:sz w:val="24"/>
          <w:szCs w:val="24"/>
          <w:lang w:val="ru-RU"/>
        </w:rPr>
        <w:t>.</w:t>
      </w:r>
    </w:p>
    <w:p w14:paraId="4B7C792F" w14:textId="0669A898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Бірінші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докторлық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білім</w:t>
      </w:r>
      <w:proofErr w:type="spellEnd"/>
      <w:r w:rsidRPr="00F45AAA">
        <w:rPr>
          <w:sz w:val="24"/>
          <w:szCs w:val="24"/>
          <w:lang w:val="ru-RU"/>
        </w:rPr>
        <w:t xml:space="preserve"> беру мен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басшылықтың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заманауи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тәсілдерімен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танысады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саясат</w:t>
      </w:r>
      <w:proofErr w:type="spellEnd"/>
      <w:r w:rsidRPr="00F45AAA">
        <w:rPr>
          <w:sz w:val="24"/>
          <w:szCs w:val="24"/>
          <w:lang w:val="ru-RU"/>
        </w:rPr>
        <w:t xml:space="preserve"> пен университет </w:t>
      </w:r>
      <w:proofErr w:type="spellStart"/>
      <w:r w:rsidRPr="00F45AAA">
        <w:rPr>
          <w:sz w:val="24"/>
          <w:szCs w:val="24"/>
          <w:lang w:val="ru-RU"/>
        </w:rPr>
        <w:t>құрылымдарының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рөлін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талдайды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басшылық</w:t>
      </w:r>
      <w:proofErr w:type="spellEnd"/>
      <w:r w:rsidRPr="00F45AAA">
        <w:rPr>
          <w:sz w:val="24"/>
          <w:szCs w:val="24"/>
          <w:lang w:val="ru-RU"/>
        </w:rPr>
        <w:t xml:space="preserve"> пен </w:t>
      </w:r>
      <w:proofErr w:type="spellStart"/>
      <w:r w:rsidRPr="00F45AAA">
        <w:rPr>
          <w:sz w:val="24"/>
          <w:szCs w:val="24"/>
          <w:lang w:val="ru-RU"/>
        </w:rPr>
        <w:t>бірлескен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жетекшіліктің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заманауи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үлгілерін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зерттейді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дизайны, </w:t>
      </w:r>
      <w:proofErr w:type="spellStart"/>
      <w:r w:rsidRPr="00F45AAA">
        <w:rPr>
          <w:sz w:val="24"/>
          <w:szCs w:val="24"/>
          <w:lang w:val="ru-RU"/>
        </w:rPr>
        <w:t>әдіснамасы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жазу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мәселелерін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шешеді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5917B7BC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2-кезең. </w:t>
      </w:r>
      <w:proofErr w:type="spellStart"/>
      <w:r w:rsidRPr="00F45AAA">
        <w:rPr>
          <w:b/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зерттеулер</w:t>
      </w:r>
      <w:proofErr w:type="spellEnd"/>
    </w:p>
    <w:p w14:paraId="7DF09298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>Онлайн/</w:t>
      </w:r>
      <w:proofErr w:type="spellStart"/>
      <w:r w:rsidRPr="00F45AAA">
        <w:rPr>
          <w:sz w:val="24"/>
          <w:szCs w:val="24"/>
          <w:lang w:val="ru-RU"/>
        </w:rPr>
        <w:t>Өзіндік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жұмыс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1134BAB9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Екінші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өз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университеттерінде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зерттеулер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жүргізеді</w:t>
      </w:r>
      <w:proofErr w:type="spellEnd"/>
      <w:r w:rsidRPr="00F45AAA">
        <w:rPr>
          <w:sz w:val="24"/>
          <w:szCs w:val="24"/>
          <w:lang w:val="ru-RU"/>
        </w:rPr>
        <w:t xml:space="preserve">: </w:t>
      </w:r>
      <w:proofErr w:type="spellStart"/>
      <w:r w:rsidRPr="00F45AAA">
        <w:rPr>
          <w:sz w:val="24"/>
          <w:szCs w:val="24"/>
          <w:lang w:val="ru-RU"/>
        </w:rPr>
        <w:t>ішкі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құжаттар</w:t>
      </w:r>
      <w:proofErr w:type="spellEnd"/>
      <w:r w:rsidRPr="00F45AAA">
        <w:rPr>
          <w:sz w:val="24"/>
          <w:szCs w:val="24"/>
          <w:lang w:val="ru-RU"/>
        </w:rPr>
        <w:t xml:space="preserve"> мен </w:t>
      </w:r>
      <w:proofErr w:type="spellStart"/>
      <w:r w:rsidRPr="00F45AAA">
        <w:rPr>
          <w:sz w:val="24"/>
          <w:szCs w:val="24"/>
          <w:lang w:val="ru-RU"/>
        </w:rPr>
        <w:t>ережелерді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талдайды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ағымдағы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бақылау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процестерін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зерттейді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оқытушылармен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докторанттармен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</w:t>
      </w:r>
      <w:proofErr w:type="spellEnd"/>
      <w:r w:rsidRPr="00F45AAA">
        <w:rPr>
          <w:sz w:val="24"/>
          <w:szCs w:val="24"/>
          <w:lang w:val="ru-RU"/>
        </w:rPr>
        <w:t xml:space="preserve"> да </w:t>
      </w:r>
      <w:proofErr w:type="spellStart"/>
      <w:r w:rsidRPr="00F45AAA">
        <w:rPr>
          <w:sz w:val="24"/>
          <w:szCs w:val="24"/>
          <w:lang w:val="ru-RU"/>
        </w:rPr>
        <w:t>мүдделі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тараптармен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өзара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әрекеттеседі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сондай-ақ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деректер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жинайды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талдайды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2D2661CD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3-кезең. </w:t>
      </w:r>
      <w:proofErr w:type="spellStart"/>
      <w:r w:rsidRPr="00F45AAA">
        <w:rPr>
          <w:b/>
          <w:bCs/>
          <w:sz w:val="24"/>
          <w:szCs w:val="24"/>
          <w:lang w:val="ru-RU"/>
        </w:rPr>
        <w:t>Практикалық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шешімдерді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әзірлеу</w:t>
      </w:r>
      <w:proofErr w:type="spellEnd"/>
    </w:p>
    <w:p w14:paraId="3F66F656" w14:textId="77777777" w:rsidR="00572180" w:rsidRDefault="00572180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572180">
        <w:rPr>
          <w:sz w:val="24"/>
          <w:szCs w:val="24"/>
          <w:lang w:val="ru-RU"/>
        </w:rPr>
        <w:t>Қызмет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көрсетуші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ұйымның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базасында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кемінде</w:t>
      </w:r>
      <w:proofErr w:type="spellEnd"/>
      <w:r w:rsidRPr="00572180">
        <w:rPr>
          <w:sz w:val="24"/>
          <w:szCs w:val="24"/>
          <w:lang w:val="ru-RU"/>
        </w:rPr>
        <w:t xml:space="preserve"> 3 </w:t>
      </w:r>
      <w:proofErr w:type="spellStart"/>
      <w:r w:rsidRPr="00572180">
        <w:rPr>
          <w:sz w:val="24"/>
          <w:szCs w:val="24"/>
          <w:lang w:val="ru-RU"/>
        </w:rPr>
        <w:t>жұмыс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күндізгі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оқыту</w:t>
      </w:r>
      <w:proofErr w:type="spellEnd"/>
      <w:r w:rsidRPr="00572180">
        <w:rPr>
          <w:sz w:val="24"/>
          <w:szCs w:val="24"/>
          <w:lang w:val="ru-RU"/>
        </w:rPr>
        <w:t>.</w:t>
      </w:r>
    </w:p>
    <w:p w14:paraId="17D6D311" w14:textId="7E73E6B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Үшінші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зерттеулердің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нәтижелерін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ұсынады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әртүрлі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университеттердің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тәжірибелерін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салыстырады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бақылау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жүйесін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жетілдіру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бойынша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нақты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ұсыныстар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әзірлейді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276BF557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3AFCCFD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1.4. </w:t>
      </w:r>
      <w:proofErr w:type="spellStart"/>
      <w:r w:rsidRPr="00F45AAA">
        <w:rPr>
          <w:b/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жалпы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ұзақтығы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: 80 </w:t>
      </w:r>
      <w:proofErr w:type="spellStart"/>
      <w:r w:rsidRPr="00F45AAA">
        <w:rPr>
          <w:b/>
          <w:bCs/>
          <w:sz w:val="24"/>
          <w:szCs w:val="24"/>
          <w:lang w:val="ru-RU"/>
        </w:rPr>
        <w:t>сағат</w:t>
      </w:r>
      <w:proofErr w:type="spellEnd"/>
      <w:r w:rsidRPr="00F45AAA">
        <w:rPr>
          <w:b/>
          <w:bCs/>
          <w:sz w:val="24"/>
          <w:szCs w:val="24"/>
          <w:lang w:val="ru-RU"/>
        </w:rPr>
        <w:t>.</w:t>
      </w:r>
    </w:p>
    <w:p w14:paraId="3A580391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5D8D9CAD" w14:textId="77777777" w:rsidR="00F45AAA" w:rsidRPr="00F45AAA" w:rsidRDefault="00F45AAA" w:rsidP="00F45AAA">
      <w:pPr>
        <w:numPr>
          <w:ilvl w:val="1"/>
          <w:numId w:val="10"/>
        </w:numPr>
        <w:spacing w:after="0" w:line="240" w:lineRule="auto"/>
        <w:contextualSpacing/>
        <w:jc w:val="both"/>
        <w:rPr>
          <w:b/>
          <w:bCs/>
          <w:sz w:val="24"/>
          <w:szCs w:val="24"/>
          <w:lang w:val="ru-RU"/>
        </w:rPr>
      </w:pPr>
      <w:proofErr w:type="spellStart"/>
      <w:r w:rsidRPr="00F45AAA">
        <w:rPr>
          <w:b/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саны: 3</w:t>
      </w:r>
    </w:p>
    <w:p w14:paraId="58B6AD08" w14:textId="77777777" w:rsidR="00F45AAA" w:rsidRPr="00F45AAA" w:rsidRDefault="00F45AAA" w:rsidP="00F45AAA">
      <w:pPr>
        <w:spacing w:after="0" w:line="240" w:lineRule="auto"/>
        <w:ind w:left="987"/>
        <w:contextualSpacing/>
        <w:jc w:val="both"/>
        <w:rPr>
          <w:b/>
          <w:bCs/>
          <w:sz w:val="24"/>
          <w:szCs w:val="24"/>
          <w:lang w:val="ru-RU"/>
        </w:rPr>
      </w:pPr>
    </w:p>
    <w:p w14:paraId="7318DE66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2. </w:t>
      </w:r>
      <w:proofErr w:type="spellStart"/>
      <w:r w:rsidRPr="00F45AAA">
        <w:rPr>
          <w:b/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мазмұнына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қойылатын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талаптар</w:t>
      </w:r>
      <w:proofErr w:type="spellEnd"/>
    </w:p>
    <w:p w14:paraId="1C18EEBC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Бағдарлама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докторанттарды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басқарудың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заманауи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тәжірибелерін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дамытуға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Қазақстан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университеттерінде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басқарудың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жүйесін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жетілдіруге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бағытталған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038B698F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165D3C76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proofErr w:type="spellStart"/>
      <w:r w:rsidRPr="00F45AAA">
        <w:rPr>
          <w:b/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келесі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негізгі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тақырыптық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бағыттарды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қамтиды</w:t>
      </w:r>
      <w:proofErr w:type="spellEnd"/>
      <w:r w:rsidRPr="00F45AAA">
        <w:rPr>
          <w:b/>
          <w:bCs/>
          <w:sz w:val="24"/>
          <w:szCs w:val="24"/>
          <w:lang w:val="ru-RU"/>
        </w:rPr>
        <w:t>:</w:t>
      </w:r>
    </w:p>
    <w:p w14:paraId="11E54679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қазіргі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докторлық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білім</w:t>
      </w:r>
      <w:proofErr w:type="spellEnd"/>
      <w:r w:rsidRPr="00F45AAA">
        <w:rPr>
          <w:sz w:val="24"/>
          <w:szCs w:val="24"/>
          <w:lang w:val="ru-RU"/>
        </w:rPr>
        <w:t xml:space="preserve"> беру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жүйелері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23CD4E00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докторлық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бірлескен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тәжірибелері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163618C4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lastRenderedPageBreak/>
        <w:t xml:space="preserve">•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дизайны мен </w:t>
      </w:r>
      <w:proofErr w:type="spellStart"/>
      <w:r w:rsidRPr="00F45AAA">
        <w:rPr>
          <w:sz w:val="24"/>
          <w:szCs w:val="24"/>
          <w:lang w:val="ru-RU"/>
        </w:rPr>
        <w:t>әдіснамасы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3460C49C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этикасы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тұтастық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7F63715B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жетекшілерді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ұйымдастыру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қолдау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механизмдері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2500A459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докторанттардың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оқу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үлгеріміне</w:t>
      </w:r>
      <w:proofErr w:type="spellEnd"/>
      <w:r w:rsidRPr="00F45AAA">
        <w:rPr>
          <w:sz w:val="24"/>
          <w:szCs w:val="24"/>
          <w:lang w:val="ru-RU"/>
        </w:rPr>
        <w:t xml:space="preserve"> мониторинг;</w:t>
      </w:r>
    </w:p>
    <w:p w14:paraId="24ADC094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басқаруда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жасанды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интеллектті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пайдалану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38C1A3DD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7B834AA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Бағдарлама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кәсіби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дамуы</w:t>
      </w:r>
      <w:proofErr w:type="spellEnd"/>
      <w:r w:rsidRPr="00F45AAA">
        <w:rPr>
          <w:sz w:val="24"/>
          <w:szCs w:val="24"/>
          <w:lang w:val="ru-RU"/>
        </w:rPr>
        <w:t xml:space="preserve"> мен </w:t>
      </w:r>
      <w:proofErr w:type="spellStart"/>
      <w:r w:rsidRPr="00F45AAA">
        <w:rPr>
          <w:sz w:val="24"/>
          <w:szCs w:val="24"/>
          <w:lang w:val="ru-RU"/>
        </w:rPr>
        <w:t>университеттің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ортасын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жақсарту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арасындағы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практикалық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байланысты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қамтамасыз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етеді</w:t>
      </w:r>
      <w:proofErr w:type="spellEnd"/>
      <w:r w:rsidRPr="00F45AAA">
        <w:rPr>
          <w:sz w:val="24"/>
          <w:szCs w:val="24"/>
          <w:lang w:val="ru-RU"/>
        </w:rPr>
        <w:t xml:space="preserve">. </w:t>
      </w:r>
      <w:proofErr w:type="spellStart"/>
      <w:r w:rsidRPr="00F45AAA">
        <w:rPr>
          <w:sz w:val="24"/>
          <w:szCs w:val="24"/>
          <w:lang w:val="ru-RU"/>
        </w:rPr>
        <w:t>Оқыту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нәтижесінде</w:t>
      </w:r>
      <w:proofErr w:type="spellEnd"/>
      <w:r w:rsidRPr="00F45AAA">
        <w:rPr>
          <w:sz w:val="24"/>
          <w:szCs w:val="24"/>
          <w:lang w:val="ru-RU"/>
        </w:rPr>
        <w:t xml:space="preserve"> тек </w:t>
      </w:r>
      <w:proofErr w:type="spellStart"/>
      <w:r w:rsidRPr="00F45AAA">
        <w:rPr>
          <w:sz w:val="24"/>
          <w:szCs w:val="24"/>
          <w:lang w:val="ru-RU"/>
        </w:rPr>
        <w:t>жаңа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кәсіби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құзыреттер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жиынтығы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ғана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емес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сонымен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көшбасшылық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жүйесін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дамыту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бойынша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нақты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ұсыныстар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пайда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болады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70C966B9" w14:textId="77777777" w:rsidR="00F45AAA" w:rsidRPr="00F45AAA" w:rsidRDefault="00F45AAA" w:rsidP="00F45AAA">
      <w:pPr>
        <w:spacing w:after="0" w:line="240" w:lineRule="auto"/>
        <w:jc w:val="both"/>
        <w:rPr>
          <w:sz w:val="24"/>
          <w:szCs w:val="24"/>
          <w:lang w:val="ru-RU"/>
        </w:rPr>
      </w:pPr>
    </w:p>
    <w:p w14:paraId="7976C8E8" w14:textId="77777777" w:rsidR="00F45AAA" w:rsidRPr="00F45AAA" w:rsidRDefault="00F45AAA" w:rsidP="00F45AAA">
      <w:pPr>
        <w:spacing w:after="0"/>
        <w:ind w:firstLine="567"/>
        <w:rPr>
          <w:b/>
          <w:sz w:val="24"/>
          <w:szCs w:val="24"/>
          <w:lang w:val="ru-RU"/>
        </w:rPr>
      </w:pPr>
      <w:r w:rsidRPr="00F45AAA">
        <w:rPr>
          <w:b/>
          <w:sz w:val="24"/>
          <w:szCs w:val="24"/>
          <w:lang w:val="ru-RU"/>
        </w:rPr>
        <w:t xml:space="preserve">3. </w:t>
      </w: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көрсету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шарттары</w:t>
      </w:r>
      <w:proofErr w:type="spellEnd"/>
    </w:p>
    <w:p w14:paraId="5D06564E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3.1. </w:t>
      </w:r>
      <w:proofErr w:type="spellStart"/>
      <w:r w:rsidRPr="00F45AAA">
        <w:rPr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бекітілген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құрылымға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мазмұнға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кестеге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сәйкес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ұйымдастырылады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өткізіледі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5729C913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3.2. </w:t>
      </w:r>
      <w:proofErr w:type="spellStart"/>
      <w:r w:rsidRPr="00F45AAA">
        <w:rPr>
          <w:bCs/>
          <w:sz w:val="24"/>
          <w:szCs w:val="24"/>
          <w:lang w:val="ru-RU"/>
        </w:rPr>
        <w:t>Оқыту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теориялық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дайындықты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практикалық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жұмысты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қатысушылардың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өзіндік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жұмысын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зерттеулерді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командалық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шешімдерді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әзірлеуді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біріктіреді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7913B677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3.3.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кезеңдерінде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зерттеулер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жүргізу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соңғы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өнімді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дайындау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әдістемелік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044BE7E6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3.4. </w:t>
      </w:r>
      <w:proofErr w:type="spellStart"/>
      <w:r w:rsidRPr="00F45AAA">
        <w:rPr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әртүрлі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университеттер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өкілдерінің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өзара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әрекеттесуін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алмасуды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докторантура </w:t>
      </w:r>
      <w:proofErr w:type="spellStart"/>
      <w:r w:rsidRPr="00F45AAA">
        <w:rPr>
          <w:bCs/>
          <w:sz w:val="24"/>
          <w:szCs w:val="24"/>
          <w:lang w:val="ru-RU"/>
        </w:rPr>
        <w:t>білімін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ұйымдастырудағы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тәжірибелерді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талқылауды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жеңілдетеді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6F0C0EFC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3.5. </w:t>
      </w:r>
      <w:proofErr w:type="spellStart"/>
      <w:r w:rsidRPr="00F45AAA">
        <w:rPr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барысында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ішкі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құжаттарға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деректерге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мүдделі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тараптармен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өзара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әрекеттесуге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сүйене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отырып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өз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университеттеріндегі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қазіргі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академиялық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бақылау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зерттейді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3CA7CEBC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3.6.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нәтижелері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бойынша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академиялық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бақылау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жетілдіру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бойынша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нақты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ұсыныстар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әзірлейді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ұсынады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0CB2DF70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3.7. </w:t>
      </w:r>
      <w:proofErr w:type="spellStart"/>
      <w:r w:rsidRPr="00F45AAA">
        <w:rPr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соңғы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өнімі</w:t>
      </w:r>
      <w:proofErr w:type="spellEnd"/>
      <w:r w:rsidRPr="00F45AAA">
        <w:rPr>
          <w:bCs/>
          <w:sz w:val="24"/>
          <w:szCs w:val="24"/>
          <w:lang w:val="ru-RU"/>
        </w:rPr>
        <w:t xml:space="preserve"> - </w:t>
      </w:r>
      <w:proofErr w:type="spellStart"/>
      <w:r w:rsidRPr="00F45AAA">
        <w:rPr>
          <w:bCs/>
          <w:sz w:val="24"/>
          <w:szCs w:val="24"/>
          <w:lang w:val="ru-RU"/>
        </w:rPr>
        <w:t>университеттегі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академиялық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бақылау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дамытудың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жоспары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453276B2" w14:textId="2A4BB898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3.8. </w:t>
      </w:r>
      <w:proofErr w:type="spellStart"/>
      <w:r w:rsidR="00572180" w:rsidRPr="00572180">
        <w:rPr>
          <w:bCs/>
          <w:sz w:val="24"/>
          <w:szCs w:val="24"/>
          <w:lang w:val="ru-RU"/>
        </w:rPr>
        <w:t>Өнім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беруші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докторлық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білім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беру, </w:t>
      </w:r>
      <w:proofErr w:type="spellStart"/>
      <w:r w:rsidR="00572180" w:rsidRPr="00572180">
        <w:rPr>
          <w:bCs/>
          <w:sz w:val="24"/>
          <w:szCs w:val="24"/>
          <w:lang w:val="ru-RU"/>
        </w:rPr>
        <w:t>ғылыми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басшылық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және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жоғары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білім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беруді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дамыту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саласындағы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академиялық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және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практикалық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сараптамаға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сәйкес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курстар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өткізуді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қамтамасыз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етеді</w:t>
      </w:r>
      <w:proofErr w:type="spellEnd"/>
      <w:r w:rsidR="00572180" w:rsidRPr="00572180">
        <w:rPr>
          <w:bCs/>
          <w:sz w:val="24"/>
          <w:szCs w:val="24"/>
          <w:lang w:val="ru-RU"/>
        </w:rPr>
        <w:t>.</w:t>
      </w:r>
    </w:p>
    <w:p w14:paraId="25E9DE68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</w:p>
    <w:p w14:paraId="18060BBC" w14:textId="77777777" w:rsidR="00F45AAA" w:rsidRPr="00F45AAA" w:rsidRDefault="00F45AAA" w:rsidP="00F45AAA">
      <w:pPr>
        <w:spacing w:after="0"/>
        <w:ind w:firstLine="567"/>
        <w:jc w:val="both"/>
        <w:rPr>
          <w:b/>
          <w:sz w:val="24"/>
          <w:szCs w:val="24"/>
          <w:lang w:val="ru-RU"/>
        </w:rPr>
      </w:pPr>
      <w:r w:rsidRPr="00F45AAA">
        <w:rPr>
          <w:b/>
          <w:sz w:val="24"/>
          <w:szCs w:val="24"/>
          <w:lang w:val="ru-RU"/>
        </w:rPr>
        <w:t xml:space="preserve">4. </w:t>
      </w: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көрсетушіге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қойылатын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талаптар</w:t>
      </w:r>
      <w:proofErr w:type="spellEnd"/>
    </w:p>
    <w:p w14:paraId="3AFCD781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4.1. </w:t>
      </w:r>
      <w:proofErr w:type="spellStart"/>
      <w:r w:rsidRPr="00F45AAA">
        <w:rPr>
          <w:bCs/>
          <w:sz w:val="24"/>
          <w:szCs w:val="24"/>
          <w:lang w:val="ru-RU"/>
        </w:rPr>
        <w:t>Оқыту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аяқталғаннан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кейін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Тапсырыс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берушінің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қатысушыларына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тиісті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сертификаттар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береді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10E45026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4.2.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кезеңдерінде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жүргізу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соңғы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өнімді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дайындау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әдістемелік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21E384F1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4.3.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әртүрлі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университеттерді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білдіретін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арасындағы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өзара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әрекеттесуді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алмасуды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докторлық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білім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беруді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ұйымдастырудағы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тәжірибелерді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талқылауды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жеңілдетеді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306FE1CD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4.4.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жүргізу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үшін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қажетті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әдістемелік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материалдар</w:t>
      </w:r>
      <w:proofErr w:type="spellEnd"/>
      <w:r w:rsidRPr="00F45AAA">
        <w:rPr>
          <w:bCs/>
          <w:sz w:val="24"/>
          <w:szCs w:val="24"/>
          <w:lang w:val="ru-RU"/>
        </w:rPr>
        <w:t xml:space="preserve"> мен </w:t>
      </w:r>
      <w:proofErr w:type="spellStart"/>
      <w:r w:rsidRPr="00F45AAA">
        <w:rPr>
          <w:bCs/>
          <w:sz w:val="24"/>
          <w:szCs w:val="24"/>
          <w:lang w:val="ru-RU"/>
        </w:rPr>
        <w:t>құралдарды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интерактивті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білім</w:t>
      </w:r>
      <w:proofErr w:type="spellEnd"/>
      <w:r w:rsidRPr="00F45AAA">
        <w:rPr>
          <w:bCs/>
          <w:sz w:val="24"/>
          <w:szCs w:val="24"/>
          <w:lang w:val="ru-RU"/>
        </w:rPr>
        <w:t xml:space="preserve"> беру </w:t>
      </w:r>
      <w:proofErr w:type="spellStart"/>
      <w:r w:rsidRPr="00F45AAA">
        <w:rPr>
          <w:bCs/>
          <w:sz w:val="24"/>
          <w:szCs w:val="24"/>
          <w:lang w:val="ru-RU"/>
        </w:rPr>
        <w:t>материалдарының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толық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спектрін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қамтитын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оқуды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басқару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жеткізуді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қамтамасыз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4F363D8E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4.5.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курстарды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ағылшын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тілдерін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қолдана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отырып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аралас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тілдік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форматта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6EE44062" w14:textId="3FD605D3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4.6. </w:t>
      </w:r>
      <w:proofErr w:type="spellStart"/>
      <w:r w:rsidR="009C674C" w:rsidRPr="009C674C">
        <w:rPr>
          <w:bCs/>
          <w:sz w:val="24"/>
          <w:szCs w:val="24"/>
          <w:lang w:val="ru-RU"/>
        </w:rPr>
        <w:t>Өнім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беруші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курстың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бағыты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бойынша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кәсіби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құзыреттіліктерге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сәйкес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курстарды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өткізуді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қамтамасыз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етеді</w:t>
      </w:r>
      <w:proofErr w:type="spellEnd"/>
      <w:r w:rsidR="009C674C" w:rsidRPr="009C674C">
        <w:rPr>
          <w:bCs/>
          <w:sz w:val="24"/>
          <w:szCs w:val="24"/>
          <w:lang w:val="ru-RU"/>
        </w:rPr>
        <w:t>.</w:t>
      </w:r>
    </w:p>
    <w:p w14:paraId="4586DA99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4.7.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курс </w:t>
      </w:r>
      <w:proofErr w:type="spellStart"/>
      <w:r w:rsidRPr="00F45AAA">
        <w:rPr>
          <w:bCs/>
          <w:sz w:val="24"/>
          <w:szCs w:val="24"/>
          <w:lang w:val="ru-RU"/>
        </w:rPr>
        <w:t>бағдарламасында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көрсетілген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дәрістер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практикалық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сабақтар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талқылаулар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басқа</w:t>
      </w:r>
      <w:proofErr w:type="spellEnd"/>
      <w:r w:rsidRPr="00F45AAA">
        <w:rPr>
          <w:bCs/>
          <w:sz w:val="24"/>
          <w:szCs w:val="24"/>
          <w:lang w:val="ru-RU"/>
        </w:rPr>
        <w:t xml:space="preserve"> да </w:t>
      </w:r>
      <w:proofErr w:type="spellStart"/>
      <w:r w:rsidRPr="00F45AAA">
        <w:rPr>
          <w:bCs/>
          <w:sz w:val="24"/>
          <w:szCs w:val="24"/>
          <w:lang w:val="ru-RU"/>
        </w:rPr>
        <w:t>іс-шараларды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қоса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алғанда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оқытудың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кезеңдерінде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ағылшын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ағылшын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мезгілде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екі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жақты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аударма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жасайды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617D081B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4.8.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күн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сайынғы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күндізгі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сабақтар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арасында</w:t>
      </w:r>
      <w:proofErr w:type="spellEnd"/>
      <w:r w:rsidRPr="00F45AAA">
        <w:rPr>
          <w:bCs/>
          <w:sz w:val="24"/>
          <w:szCs w:val="24"/>
          <w:lang w:val="ru-RU"/>
        </w:rPr>
        <w:t xml:space="preserve"> кофе </w:t>
      </w:r>
      <w:proofErr w:type="spellStart"/>
      <w:r w:rsidRPr="00F45AAA">
        <w:rPr>
          <w:bCs/>
          <w:sz w:val="24"/>
          <w:szCs w:val="24"/>
          <w:lang w:val="ru-RU"/>
        </w:rPr>
        <w:t>үзілістерін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ұйымдастырады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14ACDC90" w14:textId="77777777" w:rsidR="00F45AAA" w:rsidRPr="00F45AAA" w:rsidRDefault="00F45AAA" w:rsidP="00F45AAA">
      <w:pPr>
        <w:spacing w:after="0"/>
        <w:ind w:firstLine="567"/>
        <w:rPr>
          <w:b/>
          <w:sz w:val="24"/>
          <w:szCs w:val="24"/>
          <w:lang w:val="kk-KZ"/>
        </w:rPr>
      </w:pPr>
    </w:p>
    <w:p w14:paraId="4696313E" w14:textId="77777777" w:rsidR="00F45AAA" w:rsidRPr="00F45AAA" w:rsidRDefault="00F45AAA" w:rsidP="00F45AAA">
      <w:pPr>
        <w:spacing w:after="0"/>
        <w:ind w:firstLine="567"/>
        <w:rPr>
          <w:b/>
          <w:sz w:val="24"/>
          <w:szCs w:val="24"/>
          <w:lang w:val="kk-KZ"/>
        </w:rPr>
      </w:pPr>
      <w:r w:rsidRPr="00F45AAA">
        <w:rPr>
          <w:b/>
          <w:sz w:val="24"/>
          <w:szCs w:val="24"/>
          <w:lang w:val="kk-KZ"/>
        </w:rPr>
        <w:t>5. Қызмет көрсету нәтижесі</w:t>
      </w:r>
    </w:p>
    <w:p w14:paraId="165B4832" w14:textId="14FACCA4" w:rsidR="00F45AAA" w:rsidRPr="00F45AAA" w:rsidRDefault="001E0A5F" w:rsidP="001E0A5F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 w:rsidRPr="001E0A5F">
        <w:rPr>
          <w:bCs/>
          <w:sz w:val="24"/>
          <w:szCs w:val="24"/>
          <w:lang w:val="kk-KZ"/>
        </w:rPr>
        <w:t>80 сағат көлемінде кәсіби даму бағдарламасын ұйымдастыру және өткізу бойынша қызмет көрсету қорытындысы қатысушыларға берілген сертификаттар болып табылады.</w:t>
      </w:r>
    </w:p>
    <w:p w14:paraId="7BF352DA" w14:textId="77777777" w:rsidR="00F45AAA" w:rsidRPr="00F45AAA" w:rsidRDefault="00F45AAA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3955E88C" w14:textId="1C4A98D4" w:rsidR="00F400EC" w:rsidRPr="00F400EC" w:rsidRDefault="00F400EC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ru-RU"/>
        </w:rPr>
      </w:pPr>
      <w:r w:rsidRPr="00F400EC">
        <w:rPr>
          <w:rFonts w:eastAsia="Calibri" w:cs="Times New Roman"/>
          <w:b/>
          <w:sz w:val="18"/>
          <w:szCs w:val="18"/>
          <w:lang w:val="ru-RU"/>
        </w:rPr>
        <w:t xml:space="preserve">Приложение № 2 </w:t>
      </w:r>
    </w:p>
    <w:p w14:paraId="2FC70AA4" w14:textId="77777777" w:rsidR="00F400EC" w:rsidRPr="00F400EC" w:rsidRDefault="00F400EC" w:rsidP="00F400EC">
      <w:pPr>
        <w:spacing w:after="0" w:line="259" w:lineRule="auto"/>
        <w:jc w:val="right"/>
        <w:rPr>
          <w:rFonts w:eastAsia="Calibri" w:cs="Times New Roman"/>
          <w:b/>
          <w:sz w:val="18"/>
          <w:szCs w:val="18"/>
          <w:lang w:val="ru-RU"/>
        </w:rPr>
      </w:pPr>
      <w:r w:rsidRPr="00F400EC">
        <w:rPr>
          <w:rFonts w:eastAsia="Calibri" w:cs="Times New Roman"/>
          <w:b/>
          <w:sz w:val="18"/>
          <w:szCs w:val="18"/>
          <w:lang w:val="ru-RU"/>
        </w:rPr>
        <w:t>к типовому договору</w:t>
      </w:r>
    </w:p>
    <w:p w14:paraId="01F00FDF" w14:textId="77777777" w:rsidR="00F400EC" w:rsidRPr="00F400EC" w:rsidRDefault="00F400EC" w:rsidP="00F400EC">
      <w:pPr>
        <w:spacing w:after="0" w:line="259" w:lineRule="auto"/>
        <w:jc w:val="center"/>
        <w:rPr>
          <w:rFonts w:eastAsia="Calibri" w:cs="Times New Roman"/>
          <w:b/>
          <w:sz w:val="24"/>
          <w:szCs w:val="24"/>
          <w:lang w:val="ru-RU"/>
        </w:rPr>
      </w:pPr>
      <w:r w:rsidRPr="00F400EC">
        <w:rPr>
          <w:rFonts w:eastAsia="Calibri" w:cs="Times New Roman"/>
          <w:b/>
          <w:sz w:val="24"/>
          <w:szCs w:val="24"/>
          <w:lang w:val="ru-RU"/>
        </w:rPr>
        <w:t xml:space="preserve">ТЕХНИЧЕСКАЯ СПЕЦИФИКАЦИЯ </w:t>
      </w:r>
    </w:p>
    <w:p w14:paraId="4E547910" w14:textId="77777777" w:rsidR="00F400EC" w:rsidRDefault="00F400EC" w:rsidP="00F400EC">
      <w:pPr>
        <w:spacing w:after="0" w:line="259" w:lineRule="auto"/>
        <w:jc w:val="center"/>
        <w:rPr>
          <w:rFonts w:eastAsia="Calibri" w:cs="Times New Roman"/>
          <w:b/>
          <w:sz w:val="24"/>
          <w:szCs w:val="24"/>
          <w:lang w:val="ru-RU"/>
        </w:rPr>
      </w:pPr>
      <w:r w:rsidRPr="00F400EC">
        <w:rPr>
          <w:rFonts w:eastAsia="Calibri" w:cs="Times New Roman"/>
          <w:b/>
          <w:sz w:val="24"/>
          <w:szCs w:val="24"/>
          <w:lang w:val="ru-RU"/>
        </w:rPr>
        <w:t xml:space="preserve">на услугу </w:t>
      </w:r>
      <w:r w:rsidRPr="00F400EC">
        <w:rPr>
          <w:rFonts w:eastAsia="Calibri" w:cs="Times New Roman"/>
          <w:b/>
          <w:sz w:val="24"/>
          <w:szCs w:val="24"/>
          <w:lang w:val="ru-RU"/>
        </w:rPr>
        <w:t>Участие профессорско-преподавательского состава в курсах повышения квалификации</w:t>
      </w:r>
    </w:p>
    <w:p w14:paraId="38E418E9" w14:textId="4A0F76FC" w:rsidR="00F400EC" w:rsidRPr="00F400EC" w:rsidRDefault="00F400EC" w:rsidP="00F400EC">
      <w:pPr>
        <w:spacing w:after="0" w:line="259" w:lineRule="auto"/>
        <w:jc w:val="center"/>
        <w:rPr>
          <w:rFonts w:eastAsia="Calibri" w:cs="Times New Roman"/>
          <w:b/>
          <w:sz w:val="24"/>
          <w:szCs w:val="24"/>
          <w:lang w:val="ru-RU"/>
        </w:rPr>
      </w:pPr>
      <w:r w:rsidRPr="00F400EC">
        <w:rPr>
          <w:rFonts w:eastAsia="Calibri" w:cs="Times New Roman"/>
          <w:b/>
          <w:sz w:val="24"/>
          <w:szCs w:val="24"/>
          <w:lang w:val="ru-RU"/>
        </w:rPr>
        <w:t xml:space="preserve">НАО «Карагандинский индустриальный университет» г. Темиртау, </w:t>
      </w:r>
    </w:p>
    <w:p w14:paraId="219C7691" w14:textId="77777777" w:rsidR="00F400EC" w:rsidRPr="00F400EC" w:rsidRDefault="00F400EC" w:rsidP="00F400EC">
      <w:pPr>
        <w:spacing w:after="0" w:line="259" w:lineRule="auto"/>
        <w:jc w:val="center"/>
        <w:rPr>
          <w:rFonts w:eastAsia="Calibri" w:cs="Times New Roman"/>
          <w:b/>
          <w:sz w:val="24"/>
          <w:szCs w:val="24"/>
          <w:lang w:val="ru-RU"/>
        </w:rPr>
      </w:pPr>
      <w:r w:rsidRPr="00F400EC">
        <w:rPr>
          <w:rFonts w:eastAsia="Calibri" w:cs="Times New Roman"/>
          <w:b/>
          <w:sz w:val="24"/>
          <w:szCs w:val="24"/>
          <w:lang w:val="ru-RU"/>
        </w:rPr>
        <w:t>пр. Республики 30</w:t>
      </w:r>
    </w:p>
    <w:p w14:paraId="5DB058A2" w14:textId="77777777" w:rsidR="001B5081" w:rsidRPr="0091344A" w:rsidRDefault="00C27271" w:rsidP="0091344A">
      <w:pPr>
        <w:spacing w:before="160"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1. Общие положения</w:t>
      </w:r>
    </w:p>
    <w:p w14:paraId="51451B9D" w14:textId="77777777" w:rsidR="001B5081" w:rsidRPr="0091344A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>1.1.</w:t>
      </w:r>
      <w:r w:rsidRPr="0091344A">
        <w:rPr>
          <w:b/>
          <w:bCs/>
          <w:sz w:val="24"/>
          <w:szCs w:val="24"/>
          <w:lang w:val="ru-RU"/>
        </w:rPr>
        <w:t xml:space="preserve"> Наименование услуги:</w:t>
      </w:r>
    </w:p>
    <w:p w14:paraId="364C1C48" w14:textId="77777777" w:rsidR="00F400EC" w:rsidRDefault="008C339B" w:rsidP="00F400EC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 xml:space="preserve">Услуги </w:t>
      </w:r>
      <w:bookmarkStart w:id="1" w:name="_Hlk242947214"/>
      <w:r w:rsidR="00F400EC" w:rsidRPr="00F400EC">
        <w:rPr>
          <w:sz w:val="24"/>
          <w:szCs w:val="24"/>
          <w:lang w:val="ru-RU"/>
        </w:rPr>
        <w:t>по организации и проведению программы профессионального развития</w:t>
      </w:r>
      <w:bookmarkEnd w:id="1"/>
      <w:r w:rsidR="00F400EC" w:rsidRPr="00F400EC">
        <w:rPr>
          <w:sz w:val="24"/>
          <w:szCs w:val="24"/>
          <w:lang w:val="ru-RU"/>
        </w:rPr>
        <w:t>, направленной на укрепление практики научного руководства докторантами</w:t>
      </w:r>
      <w:r w:rsidR="00F400EC">
        <w:rPr>
          <w:sz w:val="24"/>
          <w:szCs w:val="24"/>
          <w:lang w:val="ru-RU"/>
        </w:rPr>
        <w:t xml:space="preserve">, </w:t>
      </w:r>
      <w:r w:rsidRPr="00154CD5">
        <w:rPr>
          <w:sz w:val="24"/>
          <w:szCs w:val="24"/>
          <w:lang w:val="ru-RU"/>
        </w:rPr>
        <w:t>курс</w:t>
      </w:r>
      <w:r w:rsidR="00F400EC">
        <w:rPr>
          <w:sz w:val="24"/>
          <w:szCs w:val="24"/>
          <w:lang w:val="ru-RU"/>
        </w:rPr>
        <w:t>ы</w:t>
      </w:r>
      <w:r w:rsidRPr="00154CD5">
        <w:rPr>
          <w:sz w:val="24"/>
          <w:szCs w:val="24"/>
          <w:lang w:val="ru-RU"/>
        </w:rPr>
        <w:t xml:space="preserve"> повышения </w:t>
      </w:r>
      <w:r w:rsidRPr="00AE78F3">
        <w:rPr>
          <w:sz w:val="24"/>
          <w:szCs w:val="24"/>
          <w:lang w:val="ru-RU"/>
        </w:rPr>
        <w:t>квалификации</w:t>
      </w:r>
      <w:r w:rsidR="00E9521B" w:rsidRPr="00AE78F3">
        <w:rPr>
          <w:sz w:val="24"/>
          <w:szCs w:val="24"/>
          <w:lang w:val="ru-RU"/>
        </w:rPr>
        <w:t>,</w:t>
      </w:r>
      <w:r w:rsidR="0075162E" w:rsidRPr="00AE78F3">
        <w:rPr>
          <w:sz w:val="24"/>
          <w:szCs w:val="24"/>
          <w:lang w:val="ru-RU"/>
        </w:rPr>
        <w:t xml:space="preserve"> направленн</w:t>
      </w:r>
      <w:r w:rsidR="00E9521B" w:rsidRPr="00AE78F3">
        <w:rPr>
          <w:sz w:val="24"/>
          <w:szCs w:val="24"/>
          <w:lang w:val="ru-RU"/>
        </w:rPr>
        <w:t>ы</w:t>
      </w:r>
      <w:r w:rsidR="00F400EC">
        <w:rPr>
          <w:sz w:val="24"/>
          <w:szCs w:val="24"/>
          <w:lang w:val="ru-RU"/>
        </w:rPr>
        <w:t>е</w:t>
      </w:r>
      <w:r w:rsidR="0075162E" w:rsidRPr="00AE78F3">
        <w:rPr>
          <w:sz w:val="24"/>
          <w:szCs w:val="24"/>
          <w:lang w:val="ru-RU"/>
        </w:rPr>
        <w:t xml:space="preserve"> на у</w:t>
      </w:r>
      <w:r w:rsidR="00C27271" w:rsidRPr="00AE78F3">
        <w:rPr>
          <w:sz w:val="24"/>
          <w:szCs w:val="24"/>
          <w:lang w:val="ru-RU"/>
        </w:rPr>
        <w:t>крепление практики на</w:t>
      </w:r>
      <w:r w:rsidR="00D15C55" w:rsidRPr="00AE78F3">
        <w:rPr>
          <w:sz w:val="24"/>
          <w:szCs w:val="24"/>
          <w:lang w:val="ru-RU"/>
        </w:rPr>
        <w:t>учного руководства докторантами</w:t>
      </w:r>
      <w:r w:rsidR="00C27271" w:rsidRPr="00AE78F3">
        <w:rPr>
          <w:sz w:val="24"/>
          <w:szCs w:val="24"/>
          <w:lang w:val="ru-RU"/>
        </w:rPr>
        <w:t>.</w:t>
      </w:r>
      <w:r w:rsidR="0075162E" w:rsidRPr="00AE78F3">
        <w:rPr>
          <w:sz w:val="24"/>
          <w:szCs w:val="24"/>
          <w:lang w:val="ru-RU"/>
        </w:rPr>
        <w:t xml:space="preserve"> </w:t>
      </w:r>
    </w:p>
    <w:p w14:paraId="2AD981C7" w14:textId="77777777" w:rsidR="00F400EC" w:rsidRDefault="00F400EC" w:rsidP="00F400EC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</w:p>
    <w:p w14:paraId="63413664" w14:textId="7554708D" w:rsidR="001B5081" w:rsidRPr="0091344A" w:rsidRDefault="0075162E" w:rsidP="00F400EC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00EC">
        <w:rPr>
          <w:b/>
          <w:bCs/>
          <w:sz w:val="24"/>
          <w:szCs w:val="24"/>
          <w:lang w:val="ru-RU"/>
        </w:rPr>
        <w:t>Место оказания услуги</w:t>
      </w:r>
      <w:r w:rsidRPr="00AE78F3">
        <w:rPr>
          <w:sz w:val="24"/>
          <w:szCs w:val="24"/>
          <w:lang w:val="ru-RU"/>
        </w:rPr>
        <w:t xml:space="preserve"> – город Астана.</w:t>
      </w:r>
    </w:p>
    <w:p w14:paraId="20B7AD21" w14:textId="77777777" w:rsidR="0091344A" w:rsidRDefault="0091344A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57D08ACB" w14:textId="7F55FC29" w:rsidR="001B5081" w:rsidRPr="008C339B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1.2. Срок оказания услуг:</w:t>
      </w:r>
    </w:p>
    <w:p w14:paraId="113B7680" w14:textId="77777777" w:rsidR="00F400EC" w:rsidRDefault="0075162E" w:rsidP="009F7284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>В течени</w:t>
      </w:r>
      <w:r w:rsidR="00E9521B" w:rsidRPr="00AE78F3">
        <w:rPr>
          <w:sz w:val="24"/>
          <w:szCs w:val="24"/>
          <w:lang w:val="ru-RU"/>
        </w:rPr>
        <w:t>е</w:t>
      </w:r>
      <w:r w:rsidRPr="00AE78F3">
        <w:rPr>
          <w:sz w:val="24"/>
          <w:szCs w:val="24"/>
          <w:lang w:val="ru-RU"/>
        </w:rPr>
        <w:t xml:space="preserve"> 30 календарных дней с момента заключения договора</w:t>
      </w:r>
      <w:r w:rsidR="00C27271" w:rsidRPr="00AE78F3">
        <w:rPr>
          <w:sz w:val="24"/>
          <w:szCs w:val="24"/>
          <w:lang w:val="ru-RU"/>
        </w:rPr>
        <w:t>.</w:t>
      </w:r>
      <w:r w:rsidR="00B4207E" w:rsidRPr="00154CD5">
        <w:rPr>
          <w:sz w:val="24"/>
          <w:szCs w:val="24"/>
          <w:lang w:val="ru-RU"/>
        </w:rPr>
        <w:t xml:space="preserve"> </w:t>
      </w:r>
    </w:p>
    <w:p w14:paraId="4D6532D0" w14:textId="0E98A696" w:rsidR="00B4207E" w:rsidRPr="008C339B" w:rsidRDefault="00B4207E" w:rsidP="009F7284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 xml:space="preserve">Поставщик организует и проводит </w:t>
      </w:r>
      <w:r w:rsidR="00E9521B">
        <w:rPr>
          <w:sz w:val="24"/>
          <w:szCs w:val="24"/>
          <w:lang w:val="ru-RU"/>
        </w:rPr>
        <w:t>курсы</w:t>
      </w:r>
      <w:r w:rsidRPr="00154CD5">
        <w:rPr>
          <w:sz w:val="24"/>
          <w:szCs w:val="24"/>
          <w:lang w:val="ru-RU"/>
        </w:rPr>
        <w:t xml:space="preserve"> в соответствии с утвержденной программой, графиком обучения, условиями заключенного договора и настоящей технической спецификацией.</w:t>
      </w:r>
    </w:p>
    <w:p w14:paraId="6DE6E209" w14:textId="77777777" w:rsidR="0091344A" w:rsidRPr="008C339B" w:rsidRDefault="0091344A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48696C9E" w14:textId="417984C2" w:rsidR="001B5081" w:rsidRPr="008C339B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1.3. Формат реализации программы:</w:t>
      </w:r>
    </w:p>
    <w:p w14:paraId="1C7279DF" w14:textId="5D21B2DC" w:rsidR="008C339B" w:rsidRDefault="00154CD5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Программа</w:t>
      </w:r>
      <w:r w:rsidR="00E9521B">
        <w:rPr>
          <w:sz w:val="24"/>
          <w:szCs w:val="24"/>
          <w:lang w:val="ru-RU"/>
        </w:rPr>
        <w:t xml:space="preserve"> курса</w:t>
      </w:r>
      <w:r>
        <w:rPr>
          <w:sz w:val="24"/>
          <w:szCs w:val="24"/>
          <w:lang w:val="ru-RU"/>
        </w:rPr>
        <w:t xml:space="preserve"> реализуется в три фазы и предусматривает</w:t>
      </w:r>
      <w:r w:rsidR="00B4207E" w:rsidRPr="00154CD5">
        <w:rPr>
          <w:sz w:val="24"/>
          <w:szCs w:val="24"/>
          <w:lang w:val="ru-RU"/>
        </w:rPr>
        <w:t xml:space="preserve"> сочетание очного и онлайн-обучения, самостоятельной работы участников, проведения институционального исследования в университете и командной разработки практических решений</w:t>
      </w:r>
      <w:r w:rsidR="00B4207E" w:rsidRPr="00AE78F3">
        <w:rPr>
          <w:sz w:val="24"/>
          <w:szCs w:val="24"/>
          <w:lang w:val="ru-RU"/>
        </w:rPr>
        <w:t>.</w:t>
      </w:r>
      <w:r w:rsidR="00D15C55" w:rsidRPr="00AE78F3">
        <w:rPr>
          <w:sz w:val="24"/>
          <w:szCs w:val="24"/>
          <w:lang w:val="ru-RU"/>
        </w:rPr>
        <w:t xml:space="preserve"> Очное обучение по 3 этапам (фазам) не более 6 </w:t>
      </w:r>
      <w:r w:rsidR="00E87609">
        <w:rPr>
          <w:sz w:val="24"/>
          <w:szCs w:val="24"/>
          <w:lang w:val="ru-RU"/>
        </w:rPr>
        <w:t xml:space="preserve">рабочих </w:t>
      </w:r>
      <w:r w:rsidR="00D15C55" w:rsidRPr="00AE78F3">
        <w:rPr>
          <w:sz w:val="24"/>
          <w:szCs w:val="24"/>
          <w:lang w:val="ru-RU"/>
        </w:rPr>
        <w:t>дней.</w:t>
      </w:r>
    </w:p>
    <w:p w14:paraId="5531A9E1" w14:textId="77777777" w:rsidR="00B4207E" w:rsidRDefault="00B4207E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205E6539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 xml:space="preserve">Фаза 1. Современное докторское образование и научное руководство </w:t>
      </w:r>
    </w:p>
    <w:p w14:paraId="605E0CA1" w14:textId="372DAC55" w:rsidR="00B4207E" w:rsidRPr="00154CD5" w:rsidRDefault="0075162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 xml:space="preserve">Очное обучение не </w:t>
      </w:r>
      <w:r w:rsidR="00D15C55" w:rsidRPr="00AE78F3">
        <w:rPr>
          <w:sz w:val="24"/>
          <w:szCs w:val="24"/>
          <w:lang w:val="ru-RU"/>
        </w:rPr>
        <w:t xml:space="preserve">менее </w:t>
      </w:r>
      <w:r w:rsidR="00D15C55" w:rsidRPr="00572180">
        <w:rPr>
          <w:sz w:val="24"/>
          <w:szCs w:val="24"/>
          <w:lang w:val="ru-RU"/>
        </w:rPr>
        <w:t>3</w:t>
      </w:r>
      <w:r w:rsidRPr="00572180">
        <w:rPr>
          <w:sz w:val="24"/>
          <w:szCs w:val="24"/>
          <w:lang w:val="ru-RU"/>
        </w:rPr>
        <w:t xml:space="preserve"> </w:t>
      </w:r>
      <w:r w:rsidR="00626931" w:rsidRPr="00572180">
        <w:rPr>
          <w:sz w:val="24"/>
          <w:szCs w:val="24"/>
          <w:lang w:val="ru-RU"/>
        </w:rPr>
        <w:t>рабочих</w:t>
      </w:r>
      <w:r w:rsidR="00626931">
        <w:rPr>
          <w:sz w:val="24"/>
          <w:szCs w:val="24"/>
          <w:lang w:val="ru-RU"/>
        </w:rPr>
        <w:t xml:space="preserve"> </w:t>
      </w:r>
      <w:r w:rsidRPr="00AE78F3">
        <w:rPr>
          <w:sz w:val="24"/>
          <w:szCs w:val="24"/>
          <w:lang w:val="ru-RU"/>
        </w:rPr>
        <w:t>дней на базе организации Поставщика услуги.</w:t>
      </w:r>
    </w:p>
    <w:p w14:paraId="02549AD0" w14:textId="53C6F634" w:rsidR="00B4207E" w:rsidRPr="0073427A" w:rsidRDefault="00B4207E" w:rsidP="0073427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В рамках первой фазы слушатели знакомятся с современными подходами к докторскому образованию и научному руководству, анализируют роль институциональной политики и университетских структур, рассматривают современные модели научного руководства и совместного руководства, а также вопросы исследовательского дизайна, методологии и академического письма.</w:t>
      </w:r>
    </w:p>
    <w:p w14:paraId="02C3BF36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>Фаза 2. Институциональное исследование</w:t>
      </w:r>
    </w:p>
    <w:p w14:paraId="2A8B1D17" w14:textId="72759F04" w:rsidR="00B4207E" w:rsidRPr="00154CD5" w:rsidRDefault="0075162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>О</w:t>
      </w:r>
      <w:r w:rsidR="00B4207E" w:rsidRPr="00AE78F3">
        <w:rPr>
          <w:sz w:val="24"/>
          <w:szCs w:val="24"/>
          <w:lang w:val="ru-RU"/>
        </w:rPr>
        <w:t>нлайн-формат/ самостоятельная работа.</w:t>
      </w:r>
    </w:p>
    <w:p w14:paraId="150DDAD5" w14:textId="391D175A" w:rsidR="00B4207E" w:rsidRPr="0073427A" w:rsidRDefault="00B4207E" w:rsidP="0073427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В рамках второй фазы слушатели проводят институциональное исследование в своих университетах: анализируют внутренние документы и регламенты, изучают действующие процессы научного руководства, взаимодействуют с преподавателями, докторантами и другими заинтересованными сторонами, собирают и анализируют данные.</w:t>
      </w:r>
    </w:p>
    <w:p w14:paraId="4F90CFE1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>Фаза 3. Разработка практических решений</w:t>
      </w:r>
    </w:p>
    <w:p w14:paraId="6EB45B58" w14:textId="502E85BA" w:rsidR="0075162E" w:rsidRPr="00154CD5" w:rsidRDefault="00D15C5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>Очное обучение не менее 3</w:t>
      </w:r>
      <w:r w:rsidR="0075162E" w:rsidRPr="00AE78F3">
        <w:rPr>
          <w:sz w:val="24"/>
          <w:szCs w:val="24"/>
          <w:lang w:val="ru-RU"/>
        </w:rPr>
        <w:t xml:space="preserve"> </w:t>
      </w:r>
      <w:r w:rsidR="00626931" w:rsidRPr="00572180">
        <w:rPr>
          <w:sz w:val="24"/>
          <w:szCs w:val="24"/>
          <w:lang w:val="ru-RU"/>
        </w:rPr>
        <w:t xml:space="preserve">рабочих </w:t>
      </w:r>
      <w:r w:rsidR="0075162E" w:rsidRPr="00572180">
        <w:rPr>
          <w:sz w:val="24"/>
          <w:szCs w:val="24"/>
          <w:lang w:val="ru-RU"/>
        </w:rPr>
        <w:t>д</w:t>
      </w:r>
      <w:r w:rsidR="0075162E" w:rsidRPr="00AE78F3">
        <w:rPr>
          <w:sz w:val="24"/>
          <w:szCs w:val="24"/>
          <w:lang w:val="ru-RU"/>
        </w:rPr>
        <w:t>ней на базе организации Поставщика услуги.</w:t>
      </w:r>
    </w:p>
    <w:p w14:paraId="0D47500C" w14:textId="398BD73F" w:rsidR="00B4207E" w:rsidRDefault="00B4207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В рамках третьей фазы слушатели представляют результаты институционального исследования, сопоставляют опыт различных университетов и разрабатывают конкретные предложения по совершенствованию системы научного руководства.</w:t>
      </w:r>
    </w:p>
    <w:p w14:paraId="4C92F594" w14:textId="77777777" w:rsidR="00B4207E" w:rsidRPr="008C339B" w:rsidRDefault="00B4207E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5CA6C72" w14:textId="0F6BCB35" w:rsidR="001B5081" w:rsidRPr="008C339B" w:rsidRDefault="00C2727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1.4. Общий объем программы:</w:t>
      </w:r>
      <w:r w:rsidR="0091344A" w:rsidRPr="008C339B">
        <w:rPr>
          <w:b/>
          <w:bCs/>
          <w:sz w:val="24"/>
          <w:szCs w:val="24"/>
          <w:lang w:val="ru-RU"/>
        </w:rPr>
        <w:t xml:space="preserve"> </w:t>
      </w:r>
      <w:r w:rsidRPr="008C339B">
        <w:rPr>
          <w:b/>
          <w:bCs/>
          <w:sz w:val="24"/>
          <w:szCs w:val="24"/>
          <w:lang w:val="ru-RU"/>
        </w:rPr>
        <w:t>80 часов.</w:t>
      </w:r>
    </w:p>
    <w:p w14:paraId="2933DB14" w14:textId="77777777" w:rsidR="0091344A" w:rsidRPr="008C339B" w:rsidRDefault="0091344A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2CD5345F" w14:textId="3F59C4C1" w:rsidR="00154CD5" w:rsidRDefault="00C2727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1.5. Количество участников:</w:t>
      </w:r>
      <w:r w:rsidR="00A002FF" w:rsidRPr="008C339B">
        <w:rPr>
          <w:b/>
          <w:bCs/>
          <w:sz w:val="24"/>
          <w:szCs w:val="24"/>
          <w:lang w:val="ru-RU"/>
        </w:rPr>
        <w:t xml:space="preserve"> </w:t>
      </w:r>
      <w:r w:rsidR="008C339B" w:rsidRPr="00154CD5">
        <w:rPr>
          <w:b/>
          <w:bCs/>
          <w:sz w:val="24"/>
          <w:szCs w:val="24"/>
          <w:lang w:val="ru-RU"/>
        </w:rPr>
        <w:t>3</w:t>
      </w:r>
    </w:p>
    <w:p w14:paraId="71DDFCB9" w14:textId="77777777" w:rsidR="009D0681" w:rsidRPr="0073427A" w:rsidRDefault="009D068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</w:p>
    <w:p w14:paraId="28187565" w14:textId="0C622940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2. Требования к содержанию программы</w:t>
      </w:r>
    </w:p>
    <w:p w14:paraId="734F7FF5" w14:textId="63073200" w:rsidR="0091344A" w:rsidRDefault="00154CD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Программа </w:t>
      </w:r>
      <w:r w:rsidR="00C27271" w:rsidRPr="0091344A">
        <w:rPr>
          <w:sz w:val="24"/>
          <w:szCs w:val="24"/>
          <w:lang w:val="ru-RU"/>
        </w:rPr>
        <w:t>направлена на развитие современных практик научного руководства докторантами и совершенствование институциональной системы научного руководства в университетах Казахстана.</w:t>
      </w:r>
    </w:p>
    <w:p w14:paraId="256A5CDB" w14:textId="77777777" w:rsidR="0075162E" w:rsidRPr="0091344A" w:rsidRDefault="0075162E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1A9A0203" w14:textId="6740FA81" w:rsidR="001B5081" w:rsidRPr="0091344A" w:rsidRDefault="00154CD5" w:rsidP="0075162E">
      <w:pPr>
        <w:spacing w:after="0" w:line="240" w:lineRule="auto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Программа охватывает</w:t>
      </w:r>
      <w:r w:rsidR="00C27271" w:rsidRPr="0091344A">
        <w:rPr>
          <w:b/>
          <w:bCs/>
          <w:sz w:val="24"/>
          <w:szCs w:val="24"/>
          <w:lang w:val="ru-RU"/>
        </w:rPr>
        <w:t xml:space="preserve"> следующие основные тематические направления:</w:t>
      </w:r>
    </w:p>
    <w:p w14:paraId="214BF95E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современное докторское образование и системы научного руководства;</w:t>
      </w:r>
    </w:p>
    <w:p w14:paraId="7AAA618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практика научного руководства докторантами и совместного руководства;</w:t>
      </w:r>
    </w:p>
    <w:p w14:paraId="756CD587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исследовательский дизайн и методология;</w:t>
      </w:r>
    </w:p>
    <w:p w14:paraId="5B37734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исследовательская этика и академическая добросовестность;</w:t>
      </w:r>
    </w:p>
    <w:p w14:paraId="794EB938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институциональная организация и механизмы поддержки научных руководителей;</w:t>
      </w:r>
    </w:p>
    <w:p w14:paraId="5C24834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мониторинг прогресса докторантов;</w:t>
      </w:r>
    </w:p>
    <w:p w14:paraId="7FCDA816" w14:textId="5D25ECDA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использование искусственного интеллекта в исследовательской деятельности и научном руководстве</w:t>
      </w:r>
      <w:r w:rsidR="00E9521B">
        <w:rPr>
          <w:sz w:val="24"/>
          <w:szCs w:val="24"/>
          <w:lang w:val="ru-RU"/>
        </w:rPr>
        <w:t>.</w:t>
      </w:r>
    </w:p>
    <w:p w14:paraId="691D0D38" w14:textId="77777777" w:rsidR="0091344A" w:rsidRDefault="0091344A" w:rsidP="0075162E">
      <w:pPr>
        <w:spacing w:after="0" w:line="240" w:lineRule="auto"/>
        <w:jc w:val="both"/>
        <w:rPr>
          <w:sz w:val="24"/>
          <w:szCs w:val="24"/>
          <w:lang w:val="ru-RU"/>
        </w:rPr>
      </w:pPr>
    </w:p>
    <w:p w14:paraId="39F5825F" w14:textId="3F153C47" w:rsidR="008C339B" w:rsidRDefault="00154CD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Программа обеспечивает </w:t>
      </w:r>
      <w:r w:rsidR="00C27271" w:rsidRPr="0091344A">
        <w:rPr>
          <w:sz w:val="24"/>
          <w:szCs w:val="24"/>
          <w:lang w:val="ru-RU"/>
        </w:rPr>
        <w:t>практическую связь между профессиональным развитием участников и совершенствованием институциональной сред</w:t>
      </w:r>
      <w:r>
        <w:rPr>
          <w:sz w:val="24"/>
          <w:szCs w:val="24"/>
          <w:lang w:val="ru-RU"/>
        </w:rPr>
        <w:t xml:space="preserve">ы университета. Итогом обучения становится </w:t>
      </w:r>
      <w:r w:rsidR="00C27271" w:rsidRPr="0091344A">
        <w:rPr>
          <w:sz w:val="24"/>
          <w:szCs w:val="24"/>
          <w:lang w:val="ru-RU"/>
        </w:rPr>
        <w:t>не только новый набор профессиональных компетенций, но и конкретные предложения по развитию системы научного руководства.</w:t>
      </w:r>
    </w:p>
    <w:p w14:paraId="2CB64789" w14:textId="77777777" w:rsidR="001B1871" w:rsidRPr="001B1871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0181818E" w14:textId="3523D029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3. Условия оказания услуг</w:t>
      </w:r>
    </w:p>
    <w:p w14:paraId="6053CEEB" w14:textId="746F0B9F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3.1. Программа </w:t>
      </w:r>
      <w:r w:rsidR="00C27271" w:rsidRPr="0091344A">
        <w:rPr>
          <w:sz w:val="24"/>
          <w:szCs w:val="24"/>
          <w:lang w:val="ru-RU"/>
        </w:rPr>
        <w:t>организована и проведена в соответствии с утвержденной структурой, содержанием и графиком.</w:t>
      </w:r>
    </w:p>
    <w:p w14:paraId="0A35FF44" w14:textId="25DD0070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3.2. Обучение сочетает</w:t>
      </w:r>
      <w:r w:rsidR="00C27271" w:rsidRPr="0091344A">
        <w:rPr>
          <w:sz w:val="24"/>
          <w:szCs w:val="24"/>
          <w:lang w:val="ru-RU"/>
        </w:rPr>
        <w:t xml:space="preserve"> теоретическую подготовку, практическую работу, самостоятельную работу участников, институциональное исследование и командную разработку решений.</w:t>
      </w:r>
    </w:p>
    <w:p w14:paraId="548E963D" w14:textId="389CD5B8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3.3. </w:t>
      </w:r>
      <w:r w:rsidR="001B1871">
        <w:rPr>
          <w:sz w:val="24"/>
          <w:szCs w:val="24"/>
          <w:lang w:val="ru-RU"/>
        </w:rPr>
        <w:t>Поставщик обеспечивает</w:t>
      </w:r>
      <w:r w:rsidRPr="0091344A">
        <w:rPr>
          <w:sz w:val="24"/>
          <w:szCs w:val="24"/>
          <w:lang w:val="ru-RU"/>
        </w:rPr>
        <w:t xml:space="preserve"> методическое сопровождение участников на всех этапах программы, включая проведение институционального исследования и подготовку итогового продукта.</w:t>
      </w:r>
    </w:p>
    <w:p w14:paraId="7D268763" w14:textId="0393A666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3.4. В рамках программы </w:t>
      </w:r>
      <w:r w:rsidR="00C27271" w:rsidRPr="0091344A">
        <w:rPr>
          <w:sz w:val="24"/>
          <w:szCs w:val="24"/>
          <w:lang w:val="ru-RU"/>
        </w:rPr>
        <w:t>обеспечено взаимодействие представителей различных университетов, включая обмен опытом и обсуждение практик организации докторского образования.</w:t>
      </w:r>
    </w:p>
    <w:p w14:paraId="4A24CA04" w14:textId="42FD686E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3.5. В ходе программы участники исследуют</w:t>
      </w:r>
      <w:r w:rsidR="00C27271" w:rsidRPr="0091344A">
        <w:rPr>
          <w:sz w:val="24"/>
          <w:szCs w:val="24"/>
          <w:lang w:val="ru-RU"/>
        </w:rPr>
        <w:t xml:space="preserve"> действующую систему научного руководства в своих университетах на основе внутренних документов, данных и взаимодействия с заинтересованными сторонами.</w:t>
      </w:r>
    </w:p>
    <w:p w14:paraId="0066C869" w14:textId="7B333090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3.6. По результатам институцио</w:t>
      </w:r>
      <w:r w:rsidR="001C76A4">
        <w:rPr>
          <w:sz w:val="24"/>
          <w:szCs w:val="24"/>
          <w:lang w:val="ru-RU"/>
        </w:rPr>
        <w:t>нального исследования участники разработают</w:t>
      </w:r>
      <w:r w:rsidRPr="0091344A">
        <w:rPr>
          <w:sz w:val="24"/>
          <w:szCs w:val="24"/>
          <w:lang w:val="ru-RU"/>
        </w:rPr>
        <w:t xml:space="preserve"> и представить конкретные предложения по совершенствованию системы научного руководства.</w:t>
      </w:r>
    </w:p>
    <w:p w14:paraId="0223062B" w14:textId="61747E9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</w:t>
      </w:r>
      <w:r w:rsidR="001C76A4">
        <w:rPr>
          <w:sz w:val="24"/>
          <w:szCs w:val="24"/>
          <w:lang w:val="ru-RU"/>
        </w:rPr>
        <w:t>7. Итоговым продуктом программы является</w:t>
      </w:r>
      <w:r w:rsidR="0075162E">
        <w:rPr>
          <w:sz w:val="24"/>
          <w:szCs w:val="24"/>
          <w:lang w:val="ru-RU"/>
        </w:rPr>
        <w:t xml:space="preserve"> </w:t>
      </w:r>
      <w:r w:rsidRPr="0091344A">
        <w:rPr>
          <w:sz w:val="24"/>
          <w:szCs w:val="24"/>
          <w:lang w:val="ru-RU"/>
        </w:rPr>
        <w:t>институциональный план развития системы научного руководства в университете.</w:t>
      </w:r>
    </w:p>
    <w:p w14:paraId="5AECC285" w14:textId="3737786F" w:rsidR="00B4207E" w:rsidRDefault="0075162E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572180">
        <w:rPr>
          <w:sz w:val="24"/>
          <w:szCs w:val="24"/>
          <w:lang w:val="ru-RU"/>
        </w:rPr>
        <w:t>3.8</w:t>
      </w:r>
      <w:r w:rsidR="00C27271" w:rsidRPr="00572180">
        <w:rPr>
          <w:sz w:val="24"/>
          <w:szCs w:val="24"/>
          <w:lang w:val="ru-RU"/>
        </w:rPr>
        <w:t>.</w:t>
      </w:r>
      <w:r w:rsidR="00C27271" w:rsidRPr="0091344A">
        <w:rPr>
          <w:sz w:val="24"/>
          <w:szCs w:val="24"/>
          <w:lang w:val="ru-RU"/>
        </w:rPr>
        <w:t xml:space="preserve"> </w:t>
      </w:r>
      <w:r w:rsidR="001C76A4">
        <w:rPr>
          <w:sz w:val="24"/>
          <w:szCs w:val="24"/>
          <w:lang w:val="ru-RU"/>
        </w:rPr>
        <w:t>Поставщик</w:t>
      </w:r>
      <w:r w:rsidR="004F5836">
        <w:rPr>
          <w:sz w:val="24"/>
          <w:szCs w:val="24"/>
          <w:lang w:val="ru-RU"/>
        </w:rPr>
        <w:t xml:space="preserve"> обеспечивает</w:t>
      </w:r>
      <w:r w:rsidR="00C27271" w:rsidRPr="0091344A">
        <w:rPr>
          <w:sz w:val="24"/>
          <w:szCs w:val="24"/>
          <w:lang w:val="ru-RU"/>
        </w:rPr>
        <w:t xml:space="preserve"> </w:t>
      </w:r>
      <w:r w:rsidR="00F400EC">
        <w:rPr>
          <w:sz w:val="24"/>
          <w:szCs w:val="24"/>
          <w:lang w:val="ru-RU"/>
        </w:rPr>
        <w:t>проведение курсов</w:t>
      </w:r>
      <w:r w:rsidR="00BA5E55">
        <w:rPr>
          <w:sz w:val="24"/>
          <w:szCs w:val="24"/>
          <w:lang w:val="ru-RU"/>
        </w:rPr>
        <w:t xml:space="preserve"> в соответствии с </w:t>
      </w:r>
      <w:r w:rsidR="00C27271" w:rsidRPr="0091344A">
        <w:rPr>
          <w:sz w:val="24"/>
          <w:szCs w:val="24"/>
          <w:lang w:val="ru-RU"/>
        </w:rPr>
        <w:t>академическ</w:t>
      </w:r>
      <w:r w:rsidR="00BA5E55">
        <w:rPr>
          <w:sz w:val="24"/>
          <w:szCs w:val="24"/>
          <w:lang w:val="ru-RU"/>
        </w:rPr>
        <w:t>ой</w:t>
      </w:r>
      <w:r w:rsidR="00C27271" w:rsidRPr="0091344A">
        <w:rPr>
          <w:sz w:val="24"/>
          <w:szCs w:val="24"/>
          <w:lang w:val="ru-RU"/>
        </w:rPr>
        <w:t xml:space="preserve"> и практическ</w:t>
      </w:r>
      <w:r w:rsidR="00BA5E55">
        <w:rPr>
          <w:sz w:val="24"/>
          <w:szCs w:val="24"/>
          <w:lang w:val="ru-RU"/>
        </w:rPr>
        <w:t>ой</w:t>
      </w:r>
      <w:r w:rsidR="00C27271" w:rsidRPr="0091344A">
        <w:rPr>
          <w:sz w:val="24"/>
          <w:szCs w:val="24"/>
          <w:lang w:val="ru-RU"/>
        </w:rPr>
        <w:t xml:space="preserve"> экспертиз</w:t>
      </w:r>
      <w:r w:rsidR="00BA5E55">
        <w:rPr>
          <w:sz w:val="24"/>
          <w:szCs w:val="24"/>
          <w:lang w:val="ru-RU"/>
        </w:rPr>
        <w:t>ой</w:t>
      </w:r>
      <w:r w:rsidR="00C27271" w:rsidRPr="0091344A">
        <w:rPr>
          <w:sz w:val="24"/>
          <w:szCs w:val="24"/>
          <w:lang w:val="ru-RU"/>
        </w:rPr>
        <w:t xml:space="preserve"> в области докторского образования, научного руководства и развития высшего образования.</w:t>
      </w:r>
    </w:p>
    <w:p w14:paraId="18F2F07B" w14:textId="77777777" w:rsidR="00162A06" w:rsidRPr="00101C67" w:rsidRDefault="00162A06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39105EA7" w14:textId="6E3AA585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4. Требования к Поставщику услуг</w:t>
      </w:r>
    </w:p>
    <w:p w14:paraId="7345625A" w14:textId="7C939C2B" w:rsidR="00B4207E" w:rsidRPr="00CB4379" w:rsidRDefault="003E102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4.1</w:t>
      </w:r>
      <w:r w:rsidR="00F7515D">
        <w:rPr>
          <w:sz w:val="24"/>
          <w:szCs w:val="24"/>
          <w:lang w:val="kk-KZ"/>
        </w:rPr>
        <w:t>.</w:t>
      </w:r>
      <w:r w:rsidR="00B4207E" w:rsidRPr="00CB4379">
        <w:rPr>
          <w:sz w:val="24"/>
          <w:szCs w:val="24"/>
          <w:lang w:val="kk-KZ"/>
        </w:rPr>
        <w:t xml:space="preserve"> После завершении обучения слушателям Заказчика Поставщик обязуется выдать соответствующие  сертификаты. </w:t>
      </w:r>
    </w:p>
    <w:p w14:paraId="3C467913" w14:textId="5B6BA318" w:rsidR="00B4207E" w:rsidRPr="00CB4379" w:rsidRDefault="00B4207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 w:rsidRPr="00CB4379">
        <w:rPr>
          <w:sz w:val="24"/>
          <w:szCs w:val="24"/>
          <w:lang w:val="ru-RU"/>
        </w:rPr>
        <w:t>4</w:t>
      </w:r>
      <w:r w:rsidR="003E102E">
        <w:rPr>
          <w:sz w:val="24"/>
          <w:szCs w:val="24"/>
          <w:lang w:val="kk-KZ"/>
        </w:rPr>
        <w:t>.2</w:t>
      </w:r>
      <w:r w:rsidR="00F7515D">
        <w:rPr>
          <w:sz w:val="24"/>
          <w:szCs w:val="24"/>
          <w:lang w:val="kk-KZ"/>
        </w:rPr>
        <w:t>.</w:t>
      </w:r>
      <w:r w:rsidRPr="00CB4379">
        <w:rPr>
          <w:sz w:val="24"/>
          <w:szCs w:val="24"/>
          <w:lang w:val="kk-KZ"/>
        </w:rPr>
        <w:t xml:space="preserve"> Поставщик обеспечивает методическое сопровождение участников на всех этапах программы, включая проведение институционального исследования и подготовку итогового продукта.</w:t>
      </w:r>
    </w:p>
    <w:p w14:paraId="38E42A86" w14:textId="03007468" w:rsidR="008C339B" w:rsidRDefault="003E102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4.3</w:t>
      </w:r>
      <w:r w:rsidR="00F7515D">
        <w:rPr>
          <w:sz w:val="24"/>
          <w:szCs w:val="24"/>
          <w:lang w:val="kk-KZ"/>
        </w:rPr>
        <w:t>.</w:t>
      </w:r>
      <w:r w:rsidR="00B4207E" w:rsidRPr="00CB4379">
        <w:rPr>
          <w:sz w:val="24"/>
          <w:szCs w:val="24"/>
          <w:lang w:val="kk-KZ"/>
        </w:rPr>
        <w:t xml:space="preserve"> Поставщик обеспечивает взаимодействие участников, представляющих различные университеты, включая обмен опытом и обсуждение практик организации докторского образования.</w:t>
      </w:r>
    </w:p>
    <w:p w14:paraId="0558826D" w14:textId="026013CE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4.4. Поставщик обеспечивает предоставление всех методических материалов и инструментов, необходимых для проведения институционального исследования, включая доступ к системе управления обучением, содержащей полный комплекс интерактивных учебных материалов.</w:t>
      </w:r>
    </w:p>
    <w:p w14:paraId="4CA93EBB" w14:textId="77777777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 xml:space="preserve">4.5. Поставщик </w:t>
      </w:r>
      <w:bookmarkStart w:id="2" w:name="_Hlk242948660"/>
      <w:r w:rsidRPr="000734E4">
        <w:rPr>
          <w:sz w:val="24"/>
          <w:szCs w:val="24"/>
          <w:lang w:val="kk-KZ"/>
        </w:rPr>
        <w:t xml:space="preserve">обеспечивает проведение курсов </w:t>
      </w:r>
      <w:bookmarkEnd w:id="2"/>
      <w:r w:rsidRPr="000734E4">
        <w:rPr>
          <w:sz w:val="24"/>
          <w:szCs w:val="24"/>
          <w:lang w:val="kk-KZ"/>
        </w:rPr>
        <w:t>в смешанном языковом формате с использованием русского и английского языков.</w:t>
      </w:r>
    </w:p>
    <w:p w14:paraId="6D9D476E" w14:textId="74896201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9C674C">
        <w:rPr>
          <w:sz w:val="24"/>
          <w:szCs w:val="24"/>
          <w:lang w:val="kk-KZ"/>
        </w:rPr>
        <w:t>4.6.</w:t>
      </w:r>
      <w:r w:rsidRPr="000734E4">
        <w:rPr>
          <w:sz w:val="24"/>
          <w:szCs w:val="24"/>
          <w:lang w:val="kk-KZ"/>
        </w:rPr>
        <w:t xml:space="preserve"> Поставщик </w:t>
      </w:r>
      <w:r w:rsidR="00572180" w:rsidRPr="000734E4">
        <w:rPr>
          <w:sz w:val="24"/>
          <w:szCs w:val="24"/>
          <w:lang w:val="kk-KZ"/>
        </w:rPr>
        <w:t xml:space="preserve">обеспечивает проведение курсов </w:t>
      </w:r>
      <w:r w:rsidR="00572180">
        <w:rPr>
          <w:sz w:val="24"/>
          <w:szCs w:val="24"/>
          <w:lang w:val="kk-KZ"/>
        </w:rPr>
        <w:t>согласно</w:t>
      </w:r>
      <w:r w:rsidRPr="000734E4">
        <w:rPr>
          <w:sz w:val="24"/>
          <w:szCs w:val="24"/>
          <w:lang w:val="kk-KZ"/>
        </w:rPr>
        <w:t xml:space="preserve"> профессиональным компетенциям по направлению курса.</w:t>
      </w:r>
    </w:p>
    <w:p w14:paraId="79DFC19C" w14:textId="77777777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4.7. Поставщик обеспечивает синхронный двусторонний перевод с русского языка на английский и с английского языка на русский на всех этапах обучения, включая лекционные и практические занятия, дискуссии и иные мероприятия, предусмотренные программой курса.</w:t>
      </w:r>
    </w:p>
    <w:p w14:paraId="5EEB2126" w14:textId="4A400B21" w:rsidR="00D15C55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lastRenderedPageBreak/>
        <w:t>4.8. Поставщик обеспечивает организацию и проведение ежедневных кофе-брейков во время перерывов между очными занятиями.</w:t>
      </w:r>
    </w:p>
    <w:p w14:paraId="15F7C6C9" w14:textId="77777777" w:rsidR="000734E4" w:rsidRDefault="000734E4" w:rsidP="000734E4">
      <w:pPr>
        <w:spacing w:after="0"/>
        <w:ind w:firstLine="567"/>
        <w:rPr>
          <w:b/>
          <w:sz w:val="24"/>
          <w:szCs w:val="24"/>
          <w:lang w:val="kk-KZ"/>
        </w:rPr>
      </w:pPr>
    </w:p>
    <w:p w14:paraId="675310AC" w14:textId="06F422E3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1E0A5F">
        <w:rPr>
          <w:b/>
          <w:sz w:val="24"/>
          <w:szCs w:val="24"/>
          <w:lang w:val="ru-RU"/>
        </w:rPr>
        <w:t>5.</w:t>
      </w:r>
      <w:r w:rsidRPr="0091344A">
        <w:rPr>
          <w:b/>
          <w:sz w:val="24"/>
          <w:szCs w:val="24"/>
          <w:lang w:val="ru-RU"/>
        </w:rPr>
        <w:t xml:space="preserve"> Результат оказания услуг</w:t>
      </w:r>
    </w:p>
    <w:p w14:paraId="498575DF" w14:textId="591AB4BB" w:rsidR="001B5081" w:rsidRPr="0091344A" w:rsidRDefault="00572180" w:rsidP="00BA5E55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</w:t>
      </w:r>
      <w:r w:rsidR="00CB4379">
        <w:rPr>
          <w:sz w:val="24"/>
          <w:szCs w:val="24"/>
          <w:lang w:val="ru-RU"/>
        </w:rPr>
        <w:t>тог</w:t>
      </w:r>
      <w:r>
        <w:rPr>
          <w:sz w:val="24"/>
          <w:szCs w:val="24"/>
          <w:lang w:val="ru-RU"/>
        </w:rPr>
        <w:t>о</w:t>
      </w:r>
      <w:r w:rsidR="00CB4379">
        <w:rPr>
          <w:sz w:val="24"/>
          <w:szCs w:val="24"/>
          <w:lang w:val="ru-RU"/>
        </w:rPr>
        <w:t>м оказания услуг</w:t>
      </w:r>
      <w:r>
        <w:rPr>
          <w:sz w:val="24"/>
          <w:szCs w:val="24"/>
          <w:lang w:val="ru-RU"/>
        </w:rPr>
        <w:t>и</w:t>
      </w:r>
      <w:r w:rsidR="00CB4379">
        <w:rPr>
          <w:sz w:val="24"/>
          <w:szCs w:val="24"/>
          <w:lang w:val="ru-RU"/>
        </w:rPr>
        <w:t xml:space="preserve"> </w:t>
      </w:r>
      <w:r w:rsidR="00BA5E55" w:rsidRPr="00BA5E55">
        <w:rPr>
          <w:sz w:val="24"/>
          <w:szCs w:val="24"/>
          <w:lang w:val="ru-RU"/>
        </w:rPr>
        <w:t>по организации и проведению программы профессионального развития</w:t>
      </w:r>
      <w:r w:rsidR="00BA5E55" w:rsidRPr="00BA5E55">
        <w:rPr>
          <w:sz w:val="24"/>
          <w:szCs w:val="24"/>
          <w:lang w:val="ru-RU"/>
        </w:rPr>
        <w:t xml:space="preserve"> </w:t>
      </w:r>
      <w:r w:rsidR="00A002FF">
        <w:rPr>
          <w:sz w:val="24"/>
          <w:szCs w:val="24"/>
          <w:lang w:val="ru-RU"/>
        </w:rPr>
        <w:t xml:space="preserve">в объеме 80 часов </w:t>
      </w:r>
      <w:r>
        <w:rPr>
          <w:sz w:val="24"/>
          <w:szCs w:val="24"/>
          <w:lang w:val="ru-RU"/>
        </w:rPr>
        <w:t>явля</w:t>
      </w:r>
      <w:r w:rsidR="001E0A5F">
        <w:rPr>
          <w:sz w:val="24"/>
          <w:szCs w:val="24"/>
          <w:lang w:val="ru-RU"/>
        </w:rPr>
        <w:t>ю</w:t>
      </w:r>
      <w:r>
        <w:rPr>
          <w:sz w:val="24"/>
          <w:szCs w:val="24"/>
          <w:lang w:val="ru-RU"/>
        </w:rPr>
        <w:t>тся</w:t>
      </w:r>
      <w:r w:rsidR="00BA5E55">
        <w:rPr>
          <w:sz w:val="24"/>
          <w:szCs w:val="24"/>
          <w:lang w:val="ru-RU"/>
        </w:rPr>
        <w:t xml:space="preserve"> </w:t>
      </w:r>
      <w:r w:rsidR="00A002FF">
        <w:rPr>
          <w:sz w:val="24"/>
          <w:szCs w:val="24"/>
          <w:lang w:val="ru-RU"/>
        </w:rPr>
        <w:t>сертификат</w:t>
      </w:r>
      <w:r w:rsidR="001E0A5F">
        <w:rPr>
          <w:sz w:val="24"/>
          <w:szCs w:val="24"/>
          <w:lang w:val="ru-RU"/>
        </w:rPr>
        <w:t>ы, выданные участникам</w:t>
      </w:r>
      <w:r w:rsidR="00A002FF">
        <w:rPr>
          <w:sz w:val="24"/>
          <w:szCs w:val="24"/>
          <w:lang w:val="ru-RU"/>
        </w:rPr>
        <w:t>.</w:t>
      </w:r>
      <w:r w:rsidR="001260D9">
        <w:rPr>
          <w:sz w:val="24"/>
          <w:szCs w:val="24"/>
          <w:lang w:val="ru-RU"/>
        </w:rPr>
        <w:t xml:space="preserve"> </w:t>
      </w:r>
    </w:p>
    <w:sectPr w:rsidR="001B5081" w:rsidRPr="0091344A" w:rsidSect="00F400EC">
      <w:pgSz w:w="12240" w:h="15840"/>
      <w:pgMar w:top="397" w:right="567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E97A12"/>
    <w:multiLevelType w:val="multilevel"/>
    <w:tmpl w:val="97ECBA6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71D"/>
    <w:rsid w:val="00034616"/>
    <w:rsid w:val="0006063C"/>
    <w:rsid w:val="000734E4"/>
    <w:rsid w:val="00101C67"/>
    <w:rsid w:val="001260D9"/>
    <w:rsid w:val="0015074B"/>
    <w:rsid w:val="00154CD5"/>
    <w:rsid w:val="00162A06"/>
    <w:rsid w:val="00163F11"/>
    <w:rsid w:val="001B1871"/>
    <w:rsid w:val="001B5081"/>
    <w:rsid w:val="001C76A4"/>
    <w:rsid w:val="001E0A5F"/>
    <w:rsid w:val="0029639D"/>
    <w:rsid w:val="00326F90"/>
    <w:rsid w:val="003A47AD"/>
    <w:rsid w:val="003C55D5"/>
    <w:rsid w:val="003E102E"/>
    <w:rsid w:val="00463C4E"/>
    <w:rsid w:val="004F5836"/>
    <w:rsid w:val="0052086F"/>
    <w:rsid w:val="00572180"/>
    <w:rsid w:val="005C3C5F"/>
    <w:rsid w:val="00626931"/>
    <w:rsid w:val="0073427A"/>
    <w:rsid w:val="0075162E"/>
    <w:rsid w:val="008C339B"/>
    <w:rsid w:val="0091344A"/>
    <w:rsid w:val="00970325"/>
    <w:rsid w:val="009C674C"/>
    <w:rsid w:val="009D0681"/>
    <w:rsid w:val="009F7284"/>
    <w:rsid w:val="00A002FF"/>
    <w:rsid w:val="00AA1D8D"/>
    <w:rsid w:val="00AE78F3"/>
    <w:rsid w:val="00B4207E"/>
    <w:rsid w:val="00B47730"/>
    <w:rsid w:val="00BA5E55"/>
    <w:rsid w:val="00C27271"/>
    <w:rsid w:val="00CB0664"/>
    <w:rsid w:val="00CB4379"/>
    <w:rsid w:val="00CE0249"/>
    <w:rsid w:val="00D15C55"/>
    <w:rsid w:val="00E87609"/>
    <w:rsid w:val="00E9521B"/>
    <w:rsid w:val="00EC585C"/>
    <w:rsid w:val="00F400EC"/>
    <w:rsid w:val="00F45AAA"/>
    <w:rsid w:val="00F7515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5D2F0"/>
  <w14:defaultImageDpi w14:val="300"/>
  <w15:docId w15:val="{7429EED1-7D5B-41C9-A985-B8767392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3E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3E1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70E6BC-0B8F-46BE-8756-CBF59FFA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1852</Words>
  <Characters>10560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12388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8</cp:revision>
  <cp:lastPrinted>2026-10-09T08:55:00Z</cp:lastPrinted>
  <dcterms:created xsi:type="dcterms:W3CDTF">2026-10-14T12:10:00Z</dcterms:created>
  <dcterms:modified xsi:type="dcterms:W3CDTF">2026-10-15T04:41:00Z</dcterms:modified>
  <cp:category/>
</cp:coreProperties>
</file>