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376" w:rsidRPr="00C52ADC" w:rsidRDefault="001C74E3">
      <w:pPr>
        <w:jc w:val="center"/>
        <w:rPr>
          <w:lang w:val="ru-RU"/>
        </w:rPr>
      </w:pPr>
      <w:r w:rsidRPr="001C74E3">
        <w:rPr>
          <w:b/>
          <w:sz w:val="28"/>
          <w:lang w:val="ru-RU"/>
        </w:rPr>
        <w:t>Техническая спецификация на предоставление доступа к электронной справочно-информационной системе СС+ «Госзакупки»</w:t>
      </w:r>
    </w:p>
    <w:p w:rsidR="00C30376" w:rsidRPr="00C52ADC" w:rsidRDefault="001C74E3">
      <w:pPr>
        <w:pStyle w:val="1"/>
        <w:rPr>
          <w:lang w:val="ru-RU"/>
        </w:rPr>
      </w:pPr>
      <w:r w:rsidRPr="00C52ADC">
        <w:rPr>
          <w:rFonts w:ascii="Times New Roman" w:eastAsia="Times New Roman" w:hAnsi="Times New Roman"/>
          <w:lang w:val="ru-RU"/>
        </w:rPr>
        <w:t>Перечень и описание параметров электронной справочно-информационной системы «Госзакупки»</w:t>
      </w:r>
    </w:p>
    <w:p w:rsidR="00C30376" w:rsidRPr="00C52ADC" w:rsidRDefault="001C74E3">
      <w:pPr>
        <w:rPr>
          <w:lang w:val="ru-RU"/>
        </w:rPr>
      </w:pPr>
      <w:r w:rsidRPr="00C52ADC">
        <w:rPr>
          <w:lang w:val="ru-RU"/>
        </w:rPr>
        <w:t>(функциональных, технических, качественных и эксплуатационных характеристик)</w:t>
      </w:r>
    </w:p>
    <w:p w:rsidR="00C30376" w:rsidRPr="00C52ADC" w:rsidRDefault="001C74E3">
      <w:pPr>
        <w:rPr>
          <w:lang w:val="ru-RU"/>
        </w:rPr>
      </w:pPr>
      <w:r w:rsidRPr="00C52ADC">
        <w:rPr>
          <w:lang w:val="ru-RU"/>
        </w:rPr>
        <w:t>Поставщик предоставляет Заказчику доступ к справочно-информационной системе «Госзакупки» (далее — СИС), предназначенной для получения профессиональной, достоверной и оперативной информации в сфере государственных закупок. Все базы данных СИС автоматизированы и объединены в единую справочно-информационную систему.</w:t>
      </w:r>
    </w:p>
    <w:p w:rsidR="00C30376" w:rsidRPr="00C52ADC" w:rsidRDefault="001C74E3">
      <w:pPr>
        <w:rPr>
          <w:lang w:val="ru-RU"/>
        </w:rPr>
      </w:pPr>
      <w:r w:rsidRPr="00C52ADC">
        <w:rPr>
          <w:lang w:val="ru-RU"/>
        </w:rPr>
        <w:t>СИС обеспечивает Заказчика актуальной информацией, сформированной экспертами в сфере государственных закупок с учетом последних изменений нормативных правовых актов, и предоставляет практические разъяснения и решения по вопросам применения законодательства о государственных закупках на русском и казахском языках.</w:t>
      </w:r>
    </w:p>
    <w:p w:rsidR="00C30376" w:rsidRPr="00C52ADC" w:rsidRDefault="001C74E3">
      <w:pPr>
        <w:rPr>
          <w:lang w:val="ru-RU"/>
        </w:rPr>
      </w:pPr>
      <w:r w:rsidRPr="00C52ADC">
        <w:rPr>
          <w:lang w:val="ru-RU"/>
        </w:rPr>
        <w:t>Поставщик предоставляет Заказчику доступ к СИС с полной базой данных, включающей:</w:t>
      </w:r>
    </w:p>
    <w:p w:rsidR="00C30376" w:rsidRPr="00C52ADC" w:rsidRDefault="001C74E3">
      <w:pPr>
        <w:pStyle w:val="a0"/>
        <w:rPr>
          <w:lang w:val="ru-RU"/>
        </w:rPr>
      </w:pPr>
      <w:r w:rsidRPr="00C52ADC">
        <w:rPr>
          <w:lang w:val="ru-RU"/>
        </w:rPr>
        <w:t>нормативные правовые акты (кодексы, законы, постановления, приказы, соглашения и иные акты);</w:t>
      </w:r>
    </w:p>
    <w:p w:rsidR="00C30376" w:rsidRPr="00C52ADC" w:rsidRDefault="001C74E3">
      <w:pPr>
        <w:pStyle w:val="a0"/>
        <w:rPr>
          <w:lang w:val="ru-RU"/>
        </w:rPr>
      </w:pPr>
      <w:r w:rsidRPr="00C52ADC">
        <w:rPr>
          <w:lang w:val="ru-RU"/>
        </w:rPr>
        <w:t>рекомендации экспертов с разъяснениями и готовыми решениями;</w:t>
      </w:r>
    </w:p>
    <w:p w:rsidR="00C30376" w:rsidRPr="00C52ADC" w:rsidRDefault="001C74E3">
      <w:pPr>
        <w:pStyle w:val="a0"/>
        <w:rPr>
          <w:lang w:val="ru-RU"/>
        </w:rPr>
      </w:pPr>
      <w:r w:rsidRPr="00C52ADC">
        <w:rPr>
          <w:lang w:val="ru-RU"/>
        </w:rPr>
        <w:t>шаблоны и примеры документов (утвержденные уполномоченными органами, локальные, правовые, технические и иные);</w:t>
      </w:r>
    </w:p>
    <w:p w:rsidR="00C30376" w:rsidRDefault="001C74E3">
      <w:pPr>
        <w:pStyle w:val="a0"/>
      </w:pPr>
      <w:r>
        <w:t>библиотеку видеоматериалов (вебинары, видеоинструкции);</w:t>
      </w:r>
    </w:p>
    <w:p w:rsidR="00C30376" w:rsidRPr="00C52ADC" w:rsidRDefault="001C74E3">
      <w:pPr>
        <w:pStyle w:val="a0"/>
        <w:rPr>
          <w:lang w:val="ru-RU"/>
        </w:rPr>
      </w:pPr>
      <w:r w:rsidRPr="00C52ADC">
        <w:rPr>
          <w:lang w:val="ru-RU"/>
        </w:rPr>
        <w:t>пользовательские сервисы: экспертную поддержку, справочники, калькуляторы и иные сервисы.</w:t>
      </w:r>
    </w:p>
    <w:p w:rsidR="00C30376" w:rsidRPr="00C52ADC" w:rsidRDefault="001C74E3">
      <w:pPr>
        <w:rPr>
          <w:lang w:val="ru-RU"/>
        </w:rPr>
      </w:pPr>
      <w:r w:rsidRPr="00C52ADC">
        <w:rPr>
          <w:lang w:val="ru-RU"/>
        </w:rPr>
        <w:t>СИС соответствует профессиональным требованиям специалистов по государственным закупкам государственных органов, государственных учреждений, государственных предприятий, юридических лиц, пятьдесят и более процентов голосующих акций (долей участия в уставном капитале) которых принадлежат государству и (или) аффилированным с ним юридическим лицам, а также специалистов по закупкам со стороны поставщиков — физических лиц, осуществляющих предпринимательскую деятельность, и юридических лиц.</w:t>
      </w:r>
    </w:p>
    <w:p w:rsidR="00C30376" w:rsidRDefault="001C74E3">
      <w:r>
        <w:t>Система обеспечивает Заказчику возможность:</w:t>
      </w:r>
    </w:p>
    <w:p w:rsidR="00C30376" w:rsidRPr="00C52ADC" w:rsidRDefault="001C74E3" w:rsidP="00C52ADC">
      <w:pPr>
        <w:pStyle w:val="a0"/>
        <w:numPr>
          <w:ilvl w:val="0"/>
          <w:numId w:val="10"/>
        </w:numPr>
        <w:rPr>
          <w:lang w:val="ru-RU"/>
        </w:rPr>
      </w:pPr>
      <w:r w:rsidRPr="00C52ADC">
        <w:rPr>
          <w:lang w:val="ru-RU"/>
        </w:rPr>
        <w:t>сокращать время поиска информации за счет удобного интерфейса;</w:t>
      </w:r>
    </w:p>
    <w:p w:rsidR="00C30376" w:rsidRPr="00C52ADC" w:rsidRDefault="001C74E3" w:rsidP="00C52ADC">
      <w:pPr>
        <w:pStyle w:val="a0"/>
        <w:numPr>
          <w:ilvl w:val="0"/>
          <w:numId w:val="10"/>
        </w:numPr>
        <w:rPr>
          <w:lang w:val="ru-RU"/>
        </w:rPr>
      </w:pPr>
      <w:r w:rsidRPr="00C52ADC">
        <w:rPr>
          <w:lang w:val="ru-RU"/>
        </w:rPr>
        <w:t>использовать материалы на русском и казахском языках;</w:t>
      </w:r>
    </w:p>
    <w:p w:rsidR="00C30376" w:rsidRPr="00C52ADC" w:rsidRDefault="001C74E3" w:rsidP="00C52ADC">
      <w:pPr>
        <w:pStyle w:val="a0"/>
        <w:numPr>
          <w:ilvl w:val="0"/>
          <w:numId w:val="10"/>
        </w:numPr>
        <w:rPr>
          <w:lang w:val="ru-RU"/>
        </w:rPr>
      </w:pPr>
      <w:r w:rsidRPr="00C52ADC">
        <w:rPr>
          <w:lang w:val="ru-RU"/>
        </w:rPr>
        <w:t>получать информацию о последних изменениях законодательства и новостях в сфере государственных закупок Республики Казахстан;</w:t>
      </w:r>
    </w:p>
    <w:p w:rsidR="00C30376" w:rsidRPr="00C52ADC" w:rsidRDefault="001C74E3" w:rsidP="00C52ADC">
      <w:pPr>
        <w:pStyle w:val="a0"/>
        <w:numPr>
          <w:ilvl w:val="0"/>
          <w:numId w:val="10"/>
        </w:numPr>
        <w:rPr>
          <w:lang w:val="ru-RU"/>
        </w:rPr>
      </w:pPr>
      <w:r w:rsidRPr="00C52ADC">
        <w:rPr>
          <w:lang w:val="ru-RU"/>
        </w:rPr>
        <w:t>иметь ежедневный доступ к актуальной и обновляемой информации;</w:t>
      </w:r>
    </w:p>
    <w:p w:rsidR="00C30376" w:rsidRPr="00C52ADC" w:rsidRDefault="001C74E3" w:rsidP="00C52ADC">
      <w:pPr>
        <w:pStyle w:val="a0"/>
        <w:numPr>
          <w:ilvl w:val="0"/>
          <w:numId w:val="10"/>
        </w:numPr>
        <w:rPr>
          <w:lang w:val="ru-RU"/>
        </w:rPr>
      </w:pPr>
      <w:r w:rsidRPr="00C52ADC">
        <w:rPr>
          <w:lang w:val="ru-RU"/>
        </w:rPr>
        <w:t>упрощать работу с объемной и сложной информацией;</w:t>
      </w:r>
    </w:p>
    <w:p w:rsidR="00C30376" w:rsidRPr="00C52ADC" w:rsidRDefault="001C74E3" w:rsidP="00C52ADC">
      <w:pPr>
        <w:pStyle w:val="a0"/>
        <w:numPr>
          <w:ilvl w:val="0"/>
          <w:numId w:val="10"/>
        </w:numPr>
        <w:rPr>
          <w:lang w:val="ru-RU"/>
        </w:rPr>
      </w:pPr>
      <w:r w:rsidRPr="00C52ADC">
        <w:rPr>
          <w:lang w:val="ru-RU"/>
        </w:rPr>
        <w:t>получать практические решения и рекомендации экспертов;</w:t>
      </w:r>
    </w:p>
    <w:p w:rsidR="00C30376" w:rsidRPr="00C52ADC" w:rsidRDefault="001C74E3" w:rsidP="00C52ADC">
      <w:pPr>
        <w:pStyle w:val="a0"/>
        <w:numPr>
          <w:ilvl w:val="0"/>
          <w:numId w:val="10"/>
        </w:numPr>
        <w:rPr>
          <w:lang w:val="ru-RU"/>
        </w:rPr>
      </w:pPr>
      <w:r w:rsidRPr="00C52ADC">
        <w:rPr>
          <w:lang w:val="ru-RU"/>
        </w:rPr>
        <w:lastRenderedPageBreak/>
        <w:t>получать письменные ответы экспертов на вопросы Заказчика;</w:t>
      </w:r>
    </w:p>
    <w:p w:rsidR="00C30376" w:rsidRPr="00C52ADC" w:rsidRDefault="001C74E3" w:rsidP="00C52ADC">
      <w:pPr>
        <w:pStyle w:val="a0"/>
        <w:numPr>
          <w:ilvl w:val="0"/>
          <w:numId w:val="10"/>
        </w:numPr>
        <w:rPr>
          <w:lang w:val="ru-RU"/>
        </w:rPr>
      </w:pPr>
      <w:r w:rsidRPr="00C52ADC">
        <w:rPr>
          <w:lang w:val="ru-RU"/>
        </w:rPr>
        <w:t>повышать уровень профессиональных знаний и навыков в сфере государственных закупок;</w:t>
      </w:r>
    </w:p>
    <w:p w:rsidR="00C30376" w:rsidRPr="00C52ADC" w:rsidRDefault="001C74E3" w:rsidP="00C52ADC">
      <w:pPr>
        <w:pStyle w:val="a0"/>
        <w:numPr>
          <w:ilvl w:val="0"/>
          <w:numId w:val="10"/>
        </w:numPr>
        <w:rPr>
          <w:lang w:val="ru-RU"/>
        </w:rPr>
      </w:pPr>
      <w:r w:rsidRPr="00C52ADC">
        <w:rPr>
          <w:lang w:val="ru-RU"/>
        </w:rPr>
        <w:t>использовать систему без прохождения специального обучения;</w:t>
      </w:r>
    </w:p>
    <w:p w:rsidR="00C30376" w:rsidRPr="00C52ADC" w:rsidRDefault="001C74E3" w:rsidP="00C52ADC">
      <w:pPr>
        <w:pStyle w:val="a0"/>
        <w:numPr>
          <w:ilvl w:val="0"/>
          <w:numId w:val="10"/>
        </w:numPr>
        <w:rPr>
          <w:lang w:val="ru-RU"/>
        </w:rPr>
      </w:pPr>
      <w:r w:rsidRPr="00C52ADC">
        <w:rPr>
          <w:lang w:val="ru-RU"/>
        </w:rPr>
        <w:t>работать с СИС в режиме онлайн 24/7 при наличии доступа к сети Интернет.</w:t>
      </w:r>
    </w:p>
    <w:p w:rsidR="00C30376" w:rsidRPr="00C52ADC" w:rsidRDefault="001C74E3">
      <w:pPr>
        <w:pStyle w:val="1"/>
        <w:rPr>
          <w:lang w:val="ru-RU"/>
        </w:rPr>
      </w:pPr>
      <w:r w:rsidRPr="00C52ADC">
        <w:rPr>
          <w:rFonts w:ascii="Times New Roman" w:eastAsia="Times New Roman" w:hAnsi="Times New Roman"/>
          <w:lang w:val="ru-RU"/>
        </w:rPr>
        <w:t>Разделы СИС</w:t>
      </w:r>
    </w:p>
    <w:p w:rsidR="00C30376" w:rsidRPr="00C52ADC" w:rsidRDefault="001C74E3">
      <w:pPr>
        <w:pStyle w:val="21"/>
        <w:rPr>
          <w:lang w:val="ru-RU"/>
        </w:rPr>
      </w:pPr>
      <w:r w:rsidRPr="00C52ADC">
        <w:rPr>
          <w:rFonts w:ascii="Times New Roman" w:eastAsia="Times New Roman" w:hAnsi="Times New Roman"/>
          <w:lang w:val="ru-RU"/>
        </w:rPr>
        <w:t>1. Рекомендации</w:t>
      </w:r>
    </w:p>
    <w:p w:rsidR="00C30376" w:rsidRPr="00C52ADC" w:rsidRDefault="001C74E3">
      <w:pPr>
        <w:rPr>
          <w:lang w:val="ru-RU"/>
        </w:rPr>
      </w:pPr>
      <w:r w:rsidRPr="00C52ADC">
        <w:rPr>
          <w:lang w:val="ru-RU"/>
        </w:rPr>
        <w:t>Раздел содержит авторские материалы экспертов в сфере государственных закупок с практическими разъяснениями и решениями рабочих ситуаций, подтвержденные ссылками на нормативные правовые акты и сопровождаемые примерами и образцами документов для скачивания.</w:t>
      </w:r>
    </w:p>
    <w:p w:rsidR="00C30376" w:rsidRDefault="001C74E3">
      <w:r>
        <w:t>Тематика рекомендаций включает:</w:t>
      </w:r>
    </w:p>
    <w:p w:rsidR="00C30376" w:rsidRDefault="001C74E3">
      <w:pPr>
        <w:pStyle w:val="a0"/>
      </w:pPr>
      <w:r>
        <w:t>Актуально сейчас</w:t>
      </w:r>
    </w:p>
    <w:p w:rsidR="00C30376" w:rsidRDefault="001C74E3">
      <w:pPr>
        <w:pStyle w:val="a0"/>
      </w:pPr>
      <w:r>
        <w:t>Заказчик</w:t>
      </w:r>
    </w:p>
    <w:p w:rsidR="00C30376" w:rsidRDefault="001C74E3">
      <w:pPr>
        <w:pStyle w:val="a0"/>
      </w:pPr>
      <w:r>
        <w:t>Единый организатор</w:t>
      </w:r>
    </w:p>
    <w:p w:rsidR="00C30376" w:rsidRDefault="001C74E3">
      <w:pPr>
        <w:pStyle w:val="a0"/>
      </w:pPr>
      <w:r>
        <w:t>Поставщик</w:t>
      </w:r>
    </w:p>
    <w:p w:rsidR="00C30376" w:rsidRDefault="001C74E3">
      <w:pPr>
        <w:pStyle w:val="a0"/>
      </w:pPr>
      <w:r>
        <w:t>Способы госзакупок</w:t>
      </w:r>
    </w:p>
    <w:p w:rsidR="00C30376" w:rsidRDefault="001C74E3">
      <w:pPr>
        <w:pStyle w:val="a0"/>
      </w:pPr>
      <w:r>
        <w:t>Договор</w:t>
      </w:r>
    </w:p>
    <w:p w:rsidR="00C30376" w:rsidRDefault="001C74E3">
      <w:pPr>
        <w:pStyle w:val="a0"/>
      </w:pPr>
      <w:r>
        <w:t>Специальные положения</w:t>
      </w:r>
    </w:p>
    <w:p w:rsidR="00C30376" w:rsidRDefault="001C74E3">
      <w:pPr>
        <w:pStyle w:val="a0"/>
      </w:pPr>
      <w:r>
        <w:t>Судебная практика</w:t>
      </w:r>
    </w:p>
    <w:p w:rsidR="00C30376" w:rsidRDefault="001C74E3">
      <w:pPr>
        <w:pStyle w:val="a0"/>
      </w:pPr>
      <w:r>
        <w:t>Закупка ЛС и МИ</w:t>
      </w:r>
    </w:p>
    <w:p w:rsidR="00C30376" w:rsidRDefault="001C74E3">
      <w:pPr>
        <w:pStyle w:val="a0"/>
      </w:pPr>
      <w:r>
        <w:t>Закупки в строительстве</w:t>
      </w:r>
    </w:p>
    <w:p w:rsidR="00C30376" w:rsidRDefault="001C74E3">
      <w:pPr>
        <w:pStyle w:val="a0"/>
      </w:pPr>
      <w:r>
        <w:t>Нарушения в сфере госзакупок</w:t>
      </w:r>
    </w:p>
    <w:p w:rsidR="00C30376" w:rsidRDefault="001C74E3">
      <w:pPr>
        <w:pStyle w:val="a0"/>
      </w:pPr>
      <w:r>
        <w:t>Реестры</w:t>
      </w:r>
    </w:p>
    <w:p w:rsidR="00C30376" w:rsidRPr="00C52ADC" w:rsidRDefault="001C74E3">
      <w:pPr>
        <w:pStyle w:val="a0"/>
        <w:rPr>
          <w:lang w:val="ru-RU"/>
        </w:rPr>
      </w:pPr>
      <w:r w:rsidRPr="00C52ADC">
        <w:rPr>
          <w:lang w:val="ru-RU"/>
        </w:rPr>
        <w:t>Закупки по приказу МОН РК № 598</w:t>
      </w:r>
    </w:p>
    <w:p w:rsidR="00C30376" w:rsidRPr="00C52ADC" w:rsidRDefault="001C74E3">
      <w:pPr>
        <w:pStyle w:val="a0"/>
        <w:rPr>
          <w:lang w:val="ru-RU"/>
        </w:rPr>
      </w:pPr>
      <w:r w:rsidRPr="00C52ADC">
        <w:rPr>
          <w:lang w:val="ru-RU"/>
        </w:rPr>
        <w:t>и другие темы, касающиеся госзакупок.</w:t>
      </w:r>
    </w:p>
    <w:p w:rsidR="00C30376" w:rsidRDefault="001C74E3">
      <w:r>
        <w:t>Функциональные блоки раздела:</w:t>
      </w:r>
    </w:p>
    <w:p w:rsidR="00C30376" w:rsidRPr="00C52ADC" w:rsidRDefault="001C74E3">
      <w:pPr>
        <w:pStyle w:val="a0"/>
        <w:rPr>
          <w:lang w:val="ru-RU"/>
        </w:rPr>
      </w:pPr>
      <w:r w:rsidRPr="00C52ADC">
        <w:rPr>
          <w:lang w:val="ru-RU"/>
        </w:rPr>
        <w:t>Главное за сегодня — страница с ежедневным обзором новостей. Обновляется ежедневно и держит пользователя в курсе событий, новых приказов и рекомендаций, обновленных образцов документов. Позволяет сразу перейти в выбранный материал и получить разъяснения и дополнительные материалы для скачивания.</w:t>
      </w:r>
    </w:p>
    <w:p w:rsidR="00C30376" w:rsidRPr="00C52ADC" w:rsidRDefault="001C74E3">
      <w:pPr>
        <w:pStyle w:val="a0"/>
        <w:rPr>
          <w:lang w:val="ru-RU"/>
        </w:rPr>
      </w:pPr>
      <w:r w:rsidRPr="00C52ADC">
        <w:rPr>
          <w:lang w:val="ru-RU"/>
        </w:rPr>
        <w:t>Главное за неделю — блок со свежими материалами за неделю.</w:t>
      </w:r>
    </w:p>
    <w:p w:rsidR="00C30376" w:rsidRPr="00C52ADC" w:rsidRDefault="001C74E3">
      <w:pPr>
        <w:pStyle w:val="a0"/>
        <w:rPr>
          <w:lang w:val="ru-RU"/>
        </w:rPr>
      </w:pPr>
      <w:r w:rsidRPr="00C52ADC">
        <w:rPr>
          <w:lang w:val="ru-RU"/>
        </w:rPr>
        <w:t>Консультации экспертов — блок с ответами юристов-экспертов на вопросы заказчиков и поставщиков по госзакупкам.</w:t>
      </w:r>
    </w:p>
    <w:p w:rsidR="00C30376" w:rsidRPr="00C52ADC" w:rsidRDefault="001C74E3">
      <w:pPr>
        <w:pStyle w:val="a0"/>
        <w:rPr>
          <w:lang w:val="ru-RU"/>
        </w:rPr>
      </w:pPr>
      <w:r w:rsidRPr="00C52ADC">
        <w:rPr>
          <w:lang w:val="ru-RU"/>
        </w:rPr>
        <w:t>Главное в месяце — страница с главными рекомендациями месяца и материалами по наиболее важным вопросам. Содержит обзор актуальных тем месяца, ключевые новости в законодательстве, полезные справочники и шаблоны документов для скачивания.</w:t>
      </w:r>
    </w:p>
    <w:p w:rsidR="00C30376" w:rsidRPr="00C52ADC" w:rsidRDefault="001C74E3">
      <w:pPr>
        <w:pStyle w:val="a0"/>
        <w:rPr>
          <w:lang w:val="ru-RU"/>
        </w:rPr>
      </w:pPr>
      <w:r w:rsidRPr="00C52ADC">
        <w:rPr>
          <w:lang w:val="ru-RU"/>
        </w:rPr>
        <w:lastRenderedPageBreak/>
        <w:t>Популярное — блок из 5 наиболее популярных материалов.</w:t>
      </w:r>
    </w:p>
    <w:p w:rsidR="00C30376" w:rsidRPr="00C52ADC" w:rsidRDefault="001C74E3">
      <w:pPr>
        <w:pStyle w:val="21"/>
        <w:rPr>
          <w:lang w:val="ru-RU"/>
        </w:rPr>
      </w:pPr>
      <w:r w:rsidRPr="00C52ADC">
        <w:rPr>
          <w:rFonts w:ascii="Times New Roman" w:eastAsia="Times New Roman" w:hAnsi="Times New Roman"/>
          <w:lang w:val="ru-RU"/>
        </w:rPr>
        <w:t>2. Правовая база</w:t>
      </w:r>
    </w:p>
    <w:p w:rsidR="00C30376" w:rsidRPr="00C52ADC" w:rsidRDefault="001C74E3">
      <w:pPr>
        <w:rPr>
          <w:lang w:val="ru-RU"/>
        </w:rPr>
      </w:pPr>
      <w:r w:rsidRPr="00C52ADC">
        <w:rPr>
          <w:lang w:val="ru-RU"/>
        </w:rPr>
        <w:t>Раздел содержит систематизированную базу нормативных правовых актов с ежедневным обновлением: кодексы, законы, международные акты, соглашения, конвенции, декларации, постановления, приказы, справочники, государственные стандарты и строительные нормы и т. д.</w:t>
      </w:r>
    </w:p>
    <w:p w:rsidR="00C30376" w:rsidRDefault="001C74E3">
      <w:r>
        <w:t>Раздел включает:</w:t>
      </w:r>
    </w:p>
    <w:p w:rsidR="00C30376" w:rsidRPr="00C52ADC" w:rsidRDefault="001C74E3">
      <w:pPr>
        <w:pStyle w:val="a0"/>
        <w:rPr>
          <w:lang w:val="ru-RU"/>
        </w:rPr>
      </w:pPr>
      <w:r w:rsidRPr="00C52ADC">
        <w:rPr>
          <w:lang w:val="ru-RU"/>
        </w:rPr>
        <w:t>Главное — деление на 8 блоков по наиболее востребованным нормативным актам: кодексы, законы, постановления Правительства, приказы, правила.</w:t>
      </w:r>
    </w:p>
    <w:p w:rsidR="00C30376" w:rsidRPr="00C52ADC" w:rsidRDefault="001C74E3">
      <w:pPr>
        <w:pStyle w:val="a0"/>
        <w:rPr>
          <w:lang w:val="ru-RU"/>
        </w:rPr>
      </w:pPr>
      <w:r w:rsidRPr="00C52ADC">
        <w:rPr>
          <w:lang w:val="ru-RU"/>
        </w:rPr>
        <w:t>Документ месяца — название и изображение наиболее актуального и востребованного приказа месяца с кнопкой для скачивания.</w:t>
      </w:r>
    </w:p>
    <w:p w:rsidR="00C30376" w:rsidRPr="00C52ADC" w:rsidRDefault="001C74E3">
      <w:pPr>
        <w:pStyle w:val="a0"/>
        <w:rPr>
          <w:lang w:val="ru-RU"/>
        </w:rPr>
      </w:pPr>
      <w:r w:rsidRPr="00C52ADC">
        <w:rPr>
          <w:lang w:val="ru-RU"/>
        </w:rPr>
        <w:t>Документы по темам — 4 блока с НПА, разделенными по классификации; документы можно сразу открыть для изучения или скачивания.</w:t>
      </w:r>
    </w:p>
    <w:p w:rsidR="00C30376" w:rsidRPr="00C52ADC" w:rsidRDefault="001C74E3">
      <w:pPr>
        <w:pStyle w:val="a0"/>
        <w:rPr>
          <w:lang w:val="ru-RU"/>
        </w:rPr>
      </w:pPr>
      <w:r w:rsidRPr="00C52ADC">
        <w:rPr>
          <w:lang w:val="ru-RU"/>
        </w:rPr>
        <w:t>Последние обновления — важные и актуальные нормативные правовые акты Республики Казахстан.</w:t>
      </w:r>
    </w:p>
    <w:p w:rsidR="00C30376" w:rsidRPr="00C52ADC" w:rsidRDefault="001C74E3">
      <w:pPr>
        <w:pStyle w:val="21"/>
        <w:rPr>
          <w:lang w:val="ru-RU"/>
        </w:rPr>
      </w:pPr>
      <w:r w:rsidRPr="00C52ADC">
        <w:rPr>
          <w:rFonts w:ascii="Times New Roman" w:eastAsia="Times New Roman" w:hAnsi="Times New Roman"/>
          <w:lang w:val="ru-RU"/>
        </w:rPr>
        <w:t>3. Шаблоны и примеры</w:t>
      </w:r>
    </w:p>
    <w:p w:rsidR="00C30376" w:rsidRPr="00C52ADC" w:rsidRDefault="001C74E3">
      <w:pPr>
        <w:rPr>
          <w:lang w:val="ru-RU"/>
        </w:rPr>
      </w:pPr>
      <w:r w:rsidRPr="00C52ADC">
        <w:rPr>
          <w:lang w:val="ru-RU"/>
        </w:rPr>
        <w:t>Раздел содержит образцы нормативных, отчетных и локальных документов, чек-листы, инструкции, алгоритмы, положения и иные формы документов.</w:t>
      </w:r>
    </w:p>
    <w:p w:rsidR="00C30376" w:rsidRDefault="001C74E3">
      <w:r>
        <w:t>Функциональные группы:</w:t>
      </w:r>
    </w:p>
    <w:p w:rsidR="00C30376" w:rsidRPr="00C52ADC" w:rsidRDefault="001C74E3">
      <w:pPr>
        <w:pStyle w:val="a0"/>
        <w:rPr>
          <w:lang w:val="ru-RU"/>
        </w:rPr>
      </w:pPr>
      <w:r w:rsidRPr="00C52ADC">
        <w:rPr>
          <w:lang w:val="ru-RU"/>
        </w:rPr>
        <w:t>Популярное сейчас — 4 самых популярных документа месяца.</w:t>
      </w:r>
    </w:p>
    <w:p w:rsidR="00C30376" w:rsidRPr="00C52ADC" w:rsidRDefault="001C74E3">
      <w:pPr>
        <w:pStyle w:val="a0"/>
        <w:rPr>
          <w:lang w:val="ru-RU"/>
        </w:rPr>
      </w:pPr>
      <w:r w:rsidRPr="00C52ADC">
        <w:rPr>
          <w:lang w:val="ru-RU"/>
        </w:rPr>
        <w:t>Образец с комментариями — разъяснение к документу, его изображение и кнопка для скачивания.</w:t>
      </w:r>
    </w:p>
    <w:p w:rsidR="00C30376" w:rsidRPr="00C52ADC" w:rsidRDefault="001C74E3">
      <w:pPr>
        <w:pStyle w:val="a0"/>
        <w:rPr>
          <w:lang w:val="ru-RU"/>
        </w:rPr>
      </w:pPr>
      <w:r w:rsidRPr="00C52ADC">
        <w:rPr>
          <w:lang w:val="ru-RU"/>
        </w:rPr>
        <w:t>Формы. Блок пакетов — документы-образцы для скачивания по наиболее востребованным темам месяца.</w:t>
      </w:r>
    </w:p>
    <w:p w:rsidR="00C30376" w:rsidRPr="00C52ADC" w:rsidRDefault="001C74E3">
      <w:pPr>
        <w:pStyle w:val="a0"/>
        <w:rPr>
          <w:lang w:val="ru-RU"/>
        </w:rPr>
      </w:pPr>
      <w:r w:rsidRPr="00C52ADC">
        <w:rPr>
          <w:lang w:val="ru-RU"/>
        </w:rPr>
        <w:t>Все формы — готовые шаблоны документов, сгруппированные по категориям: Заказчик, Единый организатор, Поставщик, Планирование, способы закупок, Договор, специальные положения, закупки в медицине, шаблоны писем.</w:t>
      </w:r>
    </w:p>
    <w:p w:rsidR="00C30376" w:rsidRPr="00C52ADC" w:rsidRDefault="001C74E3">
      <w:pPr>
        <w:pStyle w:val="21"/>
        <w:rPr>
          <w:lang w:val="ru-RU"/>
        </w:rPr>
      </w:pPr>
      <w:r w:rsidRPr="00C52ADC">
        <w:rPr>
          <w:rFonts w:ascii="Times New Roman" w:eastAsia="Times New Roman" w:hAnsi="Times New Roman"/>
          <w:lang w:val="ru-RU"/>
        </w:rPr>
        <w:t>4. Справочник</w:t>
      </w:r>
    </w:p>
    <w:p w:rsidR="00C30376" w:rsidRPr="00C52ADC" w:rsidRDefault="001C74E3">
      <w:pPr>
        <w:rPr>
          <w:lang w:val="ru-RU"/>
        </w:rPr>
      </w:pPr>
      <w:r w:rsidRPr="00C52ADC">
        <w:rPr>
          <w:lang w:val="ru-RU"/>
        </w:rPr>
        <w:t>Раздел представлен в удобной табличной форме и включает:</w:t>
      </w:r>
    </w:p>
    <w:p w:rsidR="00C30376" w:rsidRDefault="001C74E3">
      <w:pPr>
        <w:pStyle w:val="a0"/>
      </w:pPr>
      <w:r>
        <w:t>сравнительные таблицы изменений законодательства;</w:t>
      </w:r>
    </w:p>
    <w:p w:rsidR="00C30376" w:rsidRDefault="001C74E3">
      <w:pPr>
        <w:pStyle w:val="a0"/>
      </w:pPr>
      <w:r>
        <w:t>сведения о штрафах;</w:t>
      </w:r>
    </w:p>
    <w:p w:rsidR="00C30376" w:rsidRDefault="001C74E3">
      <w:pPr>
        <w:pStyle w:val="a0"/>
      </w:pPr>
      <w:r>
        <w:t>производственный календарь;</w:t>
      </w:r>
    </w:p>
    <w:p w:rsidR="00C30376" w:rsidRPr="00C52ADC" w:rsidRDefault="001C74E3">
      <w:pPr>
        <w:pStyle w:val="a0"/>
        <w:rPr>
          <w:lang w:val="ru-RU"/>
        </w:rPr>
      </w:pPr>
      <w:r w:rsidRPr="00C52ADC">
        <w:rPr>
          <w:lang w:val="ru-RU"/>
        </w:rPr>
        <w:t>калькуляторы (НДС, расчет неустойки, обеспечение исполнения договора);</w:t>
      </w:r>
    </w:p>
    <w:p w:rsidR="00C30376" w:rsidRPr="00C52ADC" w:rsidRDefault="001C74E3">
      <w:pPr>
        <w:pStyle w:val="a0"/>
        <w:rPr>
          <w:lang w:val="ru-RU"/>
        </w:rPr>
      </w:pPr>
      <w:r w:rsidRPr="00C52ADC">
        <w:rPr>
          <w:lang w:val="ru-RU"/>
        </w:rPr>
        <w:t>сервисы проверки (проверка контрагентов, проверка ЕНС ТРУ на изъятие из национального режима);</w:t>
      </w:r>
    </w:p>
    <w:p w:rsidR="00C30376" w:rsidRDefault="001C74E3">
      <w:pPr>
        <w:pStyle w:val="a0"/>
      </w:pPr>
      <w:r>
        <w:t>актуальный размер МРП;</w:t>
      </w:r>
    </w:p>
    <w:p w:rsidR="00C30376" w:rsidRDefault="001C74E3">
      <w:pPr>
        <w:pStyle w:val="a0"/>
      </w:pPr>
      <w:r>
        <w:lastRenderedPageBreak/>
        <w:t>иные справочные материалы.</w:t>
      </w:r>
    </w:p>
    <w:p w:rsidR="00C30376" w:rsidRDefault="001C74E3">
      <w:pPr>
        <w:pStyle w:val="21"/>
      </w:pPr>
      <w:r>
        <w:rPr>
          <w:rFonts w:ascii="Times New Roman" w:eastAsia="Times New Roman" w:hAnsi="Times New Roman"/>
        </w:rPr>
        <w:t>5. Вебинары (Видео)</w:t>
      </w:r>
    </w:p>
    <w:p w:rsidR="00C30376" w:rsidRDefault="001C74E3">
      <w:r>
        <w:t>Раздел содержит:</w:t>
      </w:r>
    </w:p>
    <w:p w:rsidR="00C30376" w:rsidRDefault="001C74E3">
      <w:pPr>
        <w:pStyle w:val="a0"/>
      </w:pPr>
      <w:r>
        <w:t>библиотеку видеосеминаров;</w:t>
      </w:r>
    </w:p>
    <w:p w:rsidR="00C30376" w:rsidRDefault="001C74E3">
      <w:pPr>
        <w:pStyle w:val="a0"/>
      </w:pPr>
      <w:r>
        <w:t>библиотеку видеоинструкций;</w:t>
      </w:r>
    </w:p>
    <w:p w:rsidR="00C30376" w:rsidRDefault="001C74E3">
      <w:pPr>
        <w:pStyle w:val="a0"/>
      </w:pPr>
      <w:r>
        <w:t>архив видеоматериалов;</w:t>
      </w:r>
    </w:p>
    <w:p w:rsidR="00C30376" w:rsidRDefault="001C74E3">
      <w:pPr>
        <w:pStyle w:val="a0"/>
      </w:pPr>
      <w:r>
        <w:t>возможность скачивания презентаций;</w:t>
      </w:r>
    </w:p>
    <w:p w:rsidR="00C30376" w:rsidRPr="00C52ADC" w:rsidRDefault="001C74E3">
      <w:pPr>
        <w:pStyle w:val="a0"/>
        <w:rPr>
          <w:lang w:val="ru-RU"/>
        </w:rPr>
      </w:pPr>
      <w:r w:rsidRPr="00C52ADC">
        <w:rPr>
          <w:lang w:val="ru-RU"/>
        </w:rPr>
        <w:t>карточки видеоматериалов с описанием и лектором.</w:t>
      </w:r>
    </w:p>
    <w:p w:rsidR="00C30376" w:rsidRPr="00C52ADC" w:rsidRDefault="001C74E3">
      <w:pPr>
        <w:pStyle w:val="21"/>
        <w:rPr>
          <w:lang w:val="ru-RU"/>
        </w:rPr>
      </w:pPr>
      <w:r w:rsidRPr="00C52ADC">
        <w:rPr>
          <w:rFonts w:ascii="Times New Roman" w:eastAsia="Times New Roman" w:hAnsi="Times New Roman"/>
          <w:lang w:val="ru-RU"/>
        </w:rPr>
        <w:t>6. Журналы</w:t>
      </w:r>
    </w:p>
    <w:p w:rsidR="00C30376" w:rsidRPr="00C52ADC" w:rsidRDefault="001C74E3">
      <w:pPr>
        <w:rPr>
          <w:lang w:val="ru-RU"/>
        </w:rPr>
      </w:pPr>
      <w:r w:rsidRPr="00C52ADC">
        <w:rPr>
          <w:lang w:val="ru-RU"/>
        </w:rPr>
        <w:t>Раздел включает электронное издание для руководителей и специалистов в сфере государственных закупок — журнал «Государственный заказ. Вопросы и ответы» — с доступом к статьям, вопросам и ответам, видеолекциям и обучающим материалам.</w:t>
      </w:r>
    </w:p>
    <w:p w:rsidR="00C30376" w:rsidRPr="00C52ADC" w:rsidRDefault="001C74E3">
      <w:pPr>
        <w:pStyle w:val="1"/>
        <w:rPr>
          <w:lang w:val="ru-RU"/>
        </w:rPr>
      </w:pPr>
      <w:r w:rsidRPr="00C52ADC">
        <w:rPr>
          <w:rFonts w:ascii="Times New Roman" w:eastAsia="Times New Roman" w:hAnsi="Times New Roman"/>
          <w:lang w:val="ru-RU"/>
        </w:rPr>
        <w:t>Дополнительные полезные опции СИС «Госзакупки»</w:t>
      </w:r>
    </w:p>
    <w:p w:rsidR="00C30376" w:rsidRPr="00C52ADC" w:rsidRDefault="001C74E3">
      <w:pPr>
        <w:rPr>
          <w:lang w:val="ru-RU"/>
        </w:rPr>
      </w:pPr>
      <w:r w:rsidRPr="00C52ADC">
        <w:rPr>
          <w:lang w:val="ru-RU"/>
        </w:rPr>
        <w:t>Сервисные кнопки позволяют Заказчику упростить работу, сэкономить время и легко ориентироваться в большом объеме материалов:</w:t>
      </w:r>
    </w:p>
    <w:p w:rsidR="00C30376" w:rsidRDefault="001C74E3" w:rsidP="00B00551">
      <w:pPr>
        <w:pStyle w:val="a"/>
        <w:numPr>
          <w:ilvl w:val="0"/>
          <w:numId w:val="11"/>
        </w:numPr>
        <w:spacing w:after="0"/>
        <w:ind w:left="426" w:hanging="11"/>
        <w:rPr>
          <w:lang w:val="ru-RU"/>
        </w:rPr>
      </w:pPr>
      <w:r w:rsidRPr="00C52ADC">
        <w:rPr>
          <w:lang w:val="ru-RU"/>
        </w:rPr>
        <w:t>Экспертная поддержка — письменные консультации экспертов по государственным закупкам со ссылками на действующее законодательство Республики Казахстан.</w:t>
      </w:r>
    </w:p>
    <w:p w:rsidR="00C52ADC" w:rsidRPr="00C52ADC" w:rsidRDefault="00C52ADC" w:rsidP="00B00551">
      <w:pPr>
        <w:spacing w:before="100" w:beforeAutospacing="1" w:after="0" w:line="240" w:lineRule="auto"/>
        <w:ind w:left="426" w:hanging="11"/>
        <w:rPr>
          <w:rFonts w:cs="Times New Roman"/>
          <w:szCs w:val="24"/>
          <w:lang w:val="ru-RU" w:eastAsia="ru-RU"/>
        </w:rPr>
      </w:pPr>
      <w:r w:rsidRPr="00C52ADC">
        <w:rPr>
          <w:rFonts w:cs="Times New Roman"/>
          <w:bCs/>
          <w:szCs w:val="24"/>
          <w:lang w:val="ru-RU" w:eastAsia="ru-RU"/>
        </w:rPr>
        <w:t>Темы:</w:t>
      </w:r>
      <w:r w:rsidRPr="00C52ADC">
        <w:rPr>
          <w:rFonts w:cs="Times New Roman"/>
          <w:szCs w:val="24"/>
          <w:lang w:val="ru-RU" w:eastAsia="ru-RU"/>
        </w:rPr>
        <w:t xml:space="preserve"> действующие приказы, изменения в НПА, правовые и организационные вопросы, проблемные ситуации в госзакупках для заказчиков и поставщиков, спорные моменты, перечни документов, правила госзакупок, формы локальных документов, положения, должностные инструкции и т. д.</w:t>
      </w:r>
    </w:p>
    <w:p w:rsidR="00C52ADC" w:rsidRPr="00C52ADC" w:rsidRDefault="00C52ADC" w:rsidP="00B00551">
      <w:pPr>
        <w:spacing w:before="100" w:beforeAutospacing="1" w:after="0" w:line="240" w:lineRule="auto"/>
        <w:ind w:left="426" w:hanging="11"/>
        <w:rPr>
          <w:rFonts w:cs="Times New Roman"/>
          <w:szCs w:val="24"/>
          <w:lang w:val="ru-RU" w:eastAsia="ru-RU"/>
        </w:rPr>
      </w:pPr>
      <w:r w:rsidRPr="00C52ADC">
        <w:rPr>
          <w:rFonts w:cs="Times New Roman"/>
          <w:bCs/>
          <w:szCs w:val="24"/>
          <w:lang w:val="ru-RU" w:eastAsia="ru-RU"/>
        </w:rPr>
        <w:t>Процесс:</w:t>
      </w:r>
      <w:r w:rsidRPr="00C52ADC">
        <w:rPr>
          <w:rFonts w:cs="Times New Roman"/>
          <w:szCs w:val="24"/>
          <w:lang w:val="ru-RU" w:eastAsia="ru-RU"/>
        </w:rPr>
        <w:t xml:space="preserve"> пользователь задаёт неограниченное количество вопросов. Ответ предоставляется в срок от 1 до 3 рабочих дней в зависимости от сложности и количества вопросов.</w:t>
      </w:r>
    </w:p>
    <w:p w:rsidR="00C30376" w:rsidRDefault="001C74E3" w:rsidP="00C52ADC">
      <w:pPr>
        <w:pStyle w:val="a"/>
        <w:numPr>
          <w:ilvl w:val="0"/>
          <w:numId w:val="11"/>
        </w:numPr>
        <w:ind w:left="426" w:hanging="11"/>
        <w:rPr>
          <w:lang w:val="ru-RU"/>
        </w:rPr>
      </w:pPr>
      <w:r w:rsidRPr="00C52ADC">
        <w:rPr>
          <w:lang w:val="ru-RU"/>
        </w:rPr>
        <w:t>Поисковая строка — облегчает и ускоряет поиск информации по рубрикам и разделам СИС. Пользователь вводит запрос и получает перечень материалов (НПА, рекомендации, шаблоны, материалы справочника), содержащих ключевые слова.</w:t>
      </w:r>
    </w:p>
    <w:p w:rsidR="00C52ADC" w:rsidRPr="00C52ADC" w:rsidRDefault="00C52ADC" w:rsidP="00C52ADC">
      <w:pPr>
        <w:pStyle w:val="a"/>
        <w:numPr>
          <w:ilvl w:val="0"/>
          <w:numId w:val="0"/>
        </w:numPr>
        <w:ind w:left="426" w:hanging="11"/>
        <w:rPr>
          <w:lang w:val="ru-RU"/>
        </w:rPr>
      </w:pPr>
      <w:r w:rsidRPr="00C52ADC">
        <w:rPr>
          <w:rFonts w:cs="Times New Roman"/>
          <w:bCs/>
          <w:szCs w:val="24"/>
          <w:lang w:val="ru-RU" w:eastAsia="ru-RU"/>
        </w:rPr>
        <w:t>Полезные опции:</w:t>
      </w:r>
      <w:r w:rsidRPr="00C52ADC">
        <w:rPr>
          <w:rFonts w:cs="Times New Roman"/>
          <w:szCs w:val="24"/>
          <w:lang w:val="ru-RU" w:eastAsia="ru-RU"/>
        </w:rPr>
        <w:t xml:space="preserve"> </w:t>
      </w:r>
      <w:r w:rsidR="001C74E3" w:rsidRPr="001C74E3">
        <w:rPr>
          <w:rFonts w:cs="Times New Roman"/>
          <w:szCs w:val="24"/>
          <w:lang w:val="ru-RU" w:eastAsia="ru-RU"/>
        </w:rPr>
        <w:t>быстрые ответы, краткие справочные материалы, навигационные подсказки</w:t>
      </w:r>
      <w:r w:rsidRPr="00C52ADC">
        <w:rPr>
          <w:rFonts w:cs="Times New Roman"/>
          <w:szCs w:val="24"/>
          <w:lang w:val="ru-RU" w:eastAsia="ru-RU"/>
        </w:rPr>
        <w:t xml:space="preserve"> — ускоряют поиск и помогают пользователю в несколько кликов найти нужный материал и перечень документов.</w:t>
      </w:r>
      <w:r w:rsidRPr="00C52ADC">
        <w:rPr>
          <w:rFonts w:cs="Times New Roman"/>
          <w:szCs w:val="24"/>
          <w:lang w:val="ru-RU" w:eastAsia="ru-RU"/>
        </w:rPr>
        <w:br/>
      </w:r>
      <w:r w:rsidRPr="00C52ADC">
        <w:rPr>
          <w:rFonts w:cs="Times New Roman"/>
          <w:bCs/>
          <w:szCs w:val="24"/>
          <w:lang w:val="ru-RU" w:eastAsia="ru-RU"/>
        </w:rPr>
        <w:t>Фильтры списка документов</w:t>
      </w:r>
      <w:r w:rsidRPr="00C52ADC">
        <w:rPr>
          <w:rFonts w:cs="Times New Roman"/>
          <w:szCs w:val="24"/>
          <w:lang w:val="ru-RU" w:eastAsia="ru-RU"/>
        </w:rPr>
        <w:t xml:space="preserve"> позволяют осуществлять поиск по эталонным запросам либо по расширенной информации.</w:t>
      </w:r>
    </w:p>
    <w:p w:rsidR="00C30376" w:rsidRPr="00C52ADC" w:rsidRDefault="00C52ADC" w:rsidP="00C52ADC">
      <w:pPr>
        <w:pStyle w:val="a"/>
        <w:numPr>
          <w:ilvl w:val="0"/>
          <w:numId w:val="11"/>
        </w:numPr>
        <w:rPr>
          <w:lang w:val="ru-RU"/>
        </w:rPr>
      </w:pPr>
      <w:r w:rsidRPr="001C7EB2">
        <w:rPr>
          <w:rFonts w:cs="Times New Roman"/>
          <w:bCs/>
          <w:szCs w:val="24"/>
          <w:lang w:val="ru-RU" w:eastAsia="ru-RU"/>
        </w:rPr>
        <w:t>Полноценный рубрикатор</w:t>
      </w:r>
      <w:r w:rsidRPr="00C52ADC">
        <w:rPr>
          <w:rFonts w:cs="Times New Roman"/>
          <w:szCs w:val="24"/>
          <w:lang w:val="ru-RU" w:eastAsia="ru-RU"/>
        </w:rPr>
        <w:t>, охватывающий все темы по государственным закупкам:</w:t>
      </w:r>
      <w:r w:rsidRPr="00C52ADC">
        <w:rPr>
          <w:rFonts w:cs="Times New Roman"/>
          <w:szCs w:val="24"/>
          <w:lang w:val="ru-RU" w:eastAsia="ru-RU"/>
        </w:rPr>
        <w:br/>
        <w:t>• организация и проведение госзакупок, участие в них, госконтроль, проверки и т. д.;</w:t>
      </w:r>
      <w:r w:rsidRPr="00C52ADC">
        <w:rPr>
          <w:rFonts w:cs="Times New Roman"/>
          <w:szCs w:val="24"/>
          <w:lang w:val="ru-RU" w:eastAsia="ru-RU"/>
        </w:rPr>
        <w:br/>
        <w:t>• НПА (законы, постановления, приказы, рекомендации и т. д.);</w:t>
      </w:r>
      <w:r w:rsidRPr="00C52ADC">
        <w:rPr>
          <w:rFonts w:cs="Times New Roman"/>
          <w:szCs w:val="24"/>
          <w:lang w:val="ru-RU" w:eastAsia="ru-RU"/>
        </w:rPr>
        <w:br/>
        <w:t xml:space="preserve">• образцы документов (отчётные формы, локальные документы, стандарты, журналы, </w:t>
      </w:r>
      <w:r w:rsidRPr="00C52ADC">
        <w:rPr>
          <w:rFonts w:cs="Times New Roman"/>
          <w:szCs w:val="24"/>
          <w:lang w:val="ru-RU" w:eastAsia="ru-RU"/>
        </w:rPr>
        <w:lastRenderedPageBreak/>
        <w:t>протоколы, положения, заключения, приказы, отчёты, алгоритмы, инструкции и т. д.);</w:t>
      </w:r>
      <w:r w:rsidRPr="00C52ADC">
        <w:rPr>
          <w:rFonts w:cs="Times New Roman"/>
          <w:szCs w:val="24"/>
          <w:lang w:val="ru-RU" w:eastAsia="ru-RU"/>
        </w:rPr>
        <w:br/>
        <w:t>• справочные материалы (калькуляторы, полезные таблицы, стандарты и т. д.).</w:t>
      </w:r>
    </w:p>
    <w:p w:rsidR="00C30376" w:rsidRPr="00C52ADC" w:rsidRDefault="001C74E3" w:rsidP="00C52ADC">
      <w:pPr>
        <w:pStyle w:val="a"/>
        <w:numPr>
          <w:ilvl w:val="0"/>
          <w:numId w:val="11"/>
        </w:numPr>
        <w:rPr>
          <w:lang w:val="ru-RU"/>
        </w:rPr>
      </w:pPr>
      <w:r w:rsidRPr="00C52ADC">
        <w:rPr>
          <w:lang w:val="ru-RU"/>
        </w:rPr>
        <w:t>Избранное — возможность создавать закладки и формировать собственные подборки материалов.</w:t>
      </w:r>
    </w:p>
    <w:p w:rsidR="00C30376" w:rsidRPr="00C52ADC" w:rsidRDefault="001C74E3" w:rsidP="00C52ADC">
      <w:pPr>
        <w:pStyle w:val="a"/>
        <w:numPr>
          <w:ilvl w:val="0"/>
          <w:numId w:val="11"/>
        </w:numPr>
        <w:rPr>
          <w:lang w:val="ru-RU"/>
        </w:rPr>
      </w:pPr>
      <w:r w:rsidRPr="00C52ADC">
        <w:rPr>
          <w:lang w:val="ru-RU"/>
        </w:rPr>
        <w:t>Отправить ссылку — пользователь может направить ссылку на рекомендацию или документ коллеге по электронной почте непосредственно из СИС. Коллеге предоставляется возможность до трех раз бесплатно просмотреть документ.</w:t>
      </w:r>
    </w:p>
    <w:p w:rsidR="00C30376" w:rsidRPr="00C52ADC" w:rsidRDefault="001C74E3" w:rsidP="00C52ADC">
      <w:pPr>
        <w:pStyle w:val="a"/>
        <w:numPr>
          <w:ilvl w:val="0"/>
          <w:numId w:val="11"/>
        </w:numPr>
        <w:rPr>
          <w:lang w:val="ru-RU"/>
        </w:rPr>
      </w:pPr>
      <w:r w:rsidRPr="00C52ADC">
        <w:rPr>
          <w:lang w:val="ru-RU"/>
        </w:rPr>
        <w:t xml:space="preserve">Распечатать документ — возможность распечатки документа в формате </w:t>
      </w:r>
      <w:r>
        <w:t>Word</w:t>
      </w:r>
      <w:r w:rsidRPr="00C52ADC">
        <w:rPr>
          <w:lang w:val="ru-RU"/>
        </w:rPr>
        <w:t>.</w:t>
      </w:r>
    </w:p>
    <w:p w:rsidR="00C30376" w:rsidRPr="00C52ADC" w:rsidRDefault="001C74E3" w:rsidP="00B00551">
      <w:pPr>
        <w:pStyle w:val="a"/>
        <w:numPr>
          <w:ilvl w:val="0"/>
          <w:numId w:val="11"/>
        </w:numPr>
        <w:spacing w:after="0"/>
        <w:rPr>
          <w:lang w:val="ru-RU"/>
        </w:rPr>
      </w:pPr>
      <w:r w:rsidRPr="00C52ADC">
        <w:rPr>
          <w:lang w:val="ru-RU"/>
        </w:rPr>
        <w:t xml:space="preserve">Скачать документ — рекомендации, документы и таблицы доступны для скачивания в формате </w:t>
      </w:r>
      <w:r>
        <w:t>Word</w:t>
      </w:r>
      <w:r w:rsidRPr="00C52ADC">
        <w:rPr>
          <w:lang w:val="ru-RU"/>
        </w:rPr>
        <w:t>.</w:t>
      </w:r>
    </w:p>
    <w:p w:rsidR="00C52ADC" w:rsidRDefault="001C74E3" w:rsidP="00B00551">
      <w:pPr>
        <w:pStyle w:val="ae"/>
        <w:numPr>
          <w:ilvl w:val="0"/>
          <w:numId w:val="11"/>
        </w:numPr>
        <w:spacing w:before="100" w:beforeAutospacing="1" w:after="0" w:line="240" w:lineRule="auto"/>
        <w:rPr>
          <w:rFonts w:cs="Times New Roman"/>
          <w:szCs w:val="24"/>
          <w:lang w:val="ru-RU" w:eastAsia="ru-RU"/>
        </w:rPr>
      </w:pPr>
      <w:r w:rsidRPr="00C52ADC">
        <w:rPr>
          <w:lang w:val="ru-RU"/>
        </w:rPr>
        <w:t>Личный кабинет — сервис для клиентов СИС, направленный на повышение эффективности работы пользователя.</w:t>
      </w:r>
      <w:r w:rsidR="00C52ADC" w:rsidRPr="00C52ADC">
        <w:rPr>
          <w:lang w:val="ru-RU"/>
        </w:rPr>
        <w:t xml:space="preserve"> </w:t>
      </w:r>
      <w:r w:rsidR="00C52ADC" w:rsidRPr="00C52ADC">
        <w:rPr>
          <w:rFonts w:cs="Times New Roman"/>
          <w:szCs w:val="24"/>
          <w:lang w:val="ru-RU" w:eastAsia="ru-RU"/>
        </w:rPr>
        <w:t>С его помощью клиенты могут оперативно получать важную информацию и самостоятельно выполнять ряд задач в онлайн-режиме.</w:t>
      </w:r>
      <w:r w:rsidR="00C52ADC" w:rsidRPr="00C52ADC">
        <w:rPr>
          <w:rFonts w:cs="Times New Roman"/>
          <w:szCs w:val="24"/>
          <w:lang w:val="ru-RU" w:eastAsia="ru-RU"/>
        </w:rPr>
        <w:br/>
        <w:t>• кнопка «Полезное» — позволяет сохранять в «Личном кабинете» статьи и материалы, полезные для дальнейшей работы;</w:t>
      </w:r>
      <w:r w:rsidR="00C52ADC" w:rsidRPr="00C52ADC">
        <w:rPr>
          <w:rFonts w:cs="Times New Roman"/>
          <w:szCs w:val="24"/>
          <w:lang w:val="ru-RU" w:eastAsia="ru-RU"/>
        </w:rPr>
        <w:br/>
        <w:t>• кнопка «Помощь» — содержит развернутые ответы на наиболее часто возникающие вопросы пользователей.</w:t>
      </w:r>
    </w:p>
    <w:p w:rsidR="00C52ADC" w:rsidRDefault="001C74E3" w:rsidP="00C52ADC">
      <w:pPr>
        <w:pStyle w:val="ae"/>
        <w:numPr>
          <w:ilvl w:val="0"/>
          <w:numId w:val="11"/>
        </w:numPr>
        <w:spacing w:before="100" w:beforeAutospacing="1" w:after="100" w:afterAutospacing="1" w:line="240" w:lineRule="auto"/>
        <w:rPr>
          <w:lang w:val="ru-RU"/>
        </w:rPr>
      </w:pPr>
      <w:r w:rsidRPr="00C52ADC">
        <w:rPr>
          <w:lang w:val="ru-RU"/>
        </w:rPr>
        <w:t>Техническая поддержка — сервис, обеспечивающий стабильную работу пользователей в СИС.</w:t>
      </w:r>
    </w:p>
    <w:p w:rsidR="00C30376" w:rsidRPr="00C52ADC" w:rsidRDefault="001C74E3" w:rsidP="00C52ADC">
      <w:pPr>
        <w:pStyle w:val="ae"/>
        <w:numPr>
          <w:ilvl w:val="0"/>
          <w:numId w:val="11"/>
        </w:numPr>
        <w:spacing w:before="100" w:beforeAutospacing="1" w:after="100" w:afterAutospacing="1" w:line="240" w:lineRule="auto"/>
        <w:rPr>
          <w:lang w:val="ru-RU"/>
        </w:rPr>
      </w:pPr>
      <w:r w:rsidRPr="00C52ADC">
        <w:rPr>
          <w:lang w:val="ru-RU"/>
        </w:rPr>
        <w:t>Быстрый переход между разделами системы.</w:t>
      </w:r>
    </w:p>
    <w:p w:rsidR="00C30376" w:rsidRPr="00C52ADC" w:rsidRDefault="001C74E3" w:rsidP="00C52ADC">
      <w:pPr>
        <w:pStyle w:val="a"/>
        <w:numPr>
          <w:ilvl w:val="0"/>
          <w:numId w:val="11"/>
        </w:numPr>
        <w:rPr>
          <w:lang w:val="ru-RU"/>
        </w:rPr>
      </w:pPr>
      <w:r w:rsidRPr="00C52ADC">
        <w:rPr>
          <w:lang w:val="ru-RU"/>
        </w:rPr>
        <w:t>Переключение языков — с русского языка на казахский и обратно. В СИС реализована функция переключения языков с помощью кнопки КАЗ/РУС.</w:t>
      </w:r>
    </w:p>
    <w:p w:rsidR="00C30376" w:rsidRPr="00C52ADC" w:rsidRDefault="001C74E3" w:rsidP="00C52ADC">
      <w:pPr>
        <w:pStyle w:val="a"/>
        <w:numPr>
          <w:ilvl w:val="0"/>
          <w:numId w:val="11"/>
        </w:numPr>
        <w:rPr>
          <w:lang w:val="ru-RU"/>
        </w:rPr>
      </w:pPr>
      <w:r w:rsidRPr="00C52ADC">
        <w:rPr>
          <w:lang w:val="ru-RU"/>
        </w:rPr>
        <w:t xml:space="preserve">Сохранение документов — в форматах </w:t>
      </w:r>
      <w:r>
        <w:t>Word</w:t>
      </w:r>
      <w:r w:rsidRPr="00C52ADC">
        <w:rPr>
          <w:lang w:val="ru-RU"/>
        </w:rPr>
        <w:t xml:space="preserve">, </w:t>
      </w:r>
      <w:r>
        <w:t>Excel</w:t>
      </w:r>
      <w:r w:rsidRPr="00C52ADC">
        <w:rPr>
          <w:lang w:val="ru-RU"/>
        </w:rPr>
        <w:t xml:space="preserve">, </w:t>
      </w:r>
      <w:r>
        <w:t>PDF</w:t>
      </w:r>
      <w:r w:rsidRPr="00C52ADC">
        <w:rPr>
          <w:lang w:val="ru-RU"/>
        </w:rPr>
        <w:t>.</w:t>
      </w:r>
    </w:p>
    <w:p w:rsidR="00C30376" w:rsidRPr="00C52ADC" w:rsidRDefault="001C74E3" w:rsidP="00C52ADC">
      <w:pPr>
        <w:pStyle w:val="a"/>
        <w:numPr>
          <w:ilvl w:val="0"/>
          <w:numId w:val="11"/>
        </w:numPr>
        <w:rPr>
          <w:lang w:val="ru-RU"/>
        </w:rPr>
      </w:pPr>
      <w:r w:rsidRPr="00C52ADC">
        <w:rPr>
          <w:lang w:val="ru-RU"/>
        </w:rPr>
        <w:t xml:space="preserve">Экспорт документов — в форматах </w:t>
      </w:r>
      <w:r>
        <w:t>Word</w:t>
      </w:r>
      <w:r w:rsidRPr="00C52ADC">
        <w:rPr>
          <w:lang w:val="ru-RU"/>
        </w:rPr>
        <w:t xml:space="preserve">, </w:t>
      </w:r>
      <w:r>
        <w:t>Excel</w:t>
      </w:r>
      <w:r w:rsidRPr="00C52ADC">
        <w:rPr>
          <w:lang w:val="ru-RU"/>
        </w:rPr>
        <w:t xml:space="preserve">, </w:t>
      </w:r>
      <w:r>
        <w:t>PDF</w:t>
      </w:r>
      <w:r w:rsidRPr="00C52ADC">
        <w:rPr>
          <w:lang w:val="ru-RU"/>
        </w:rPr>
        <w:t>.</w:t>
      </w:r>
    </w:p>
    <w:p w:rsidR="00C30376" w:rsidRPr="00697BC3" w:rsidRDefault="001C74E3" w:rsidP="00697BC3">
      <w:pPr>
        <w:pStyle w:val="a"/>
        <w:numPr>
          <w:ilvl w:val="0"/>
          <w:numId w:val="11"/>
        </w:numPr>
        <w:rPr>
          <w:lang w:val="ru-RU"/>
        </w:rPr>
      </w:pPr>
      <w:r w:rsidRPr="00697BC3">
        <w:rPr>
          <w:lang w:val="ru-RU"/>
        </w:rPr>
        <w:t>Сопровождение — помощь менеджеров технической поддержки и клиентского сервиса.</w:t>
      </w:r>
    </w:p>
    <w:p w:rsidR="00C30376" w:rsidRPr="00841063" w:rsidRDefault="00841063">
      <w:pPr>
        <w:jc w:val="center"/>
        <w:rPr>
          <w:sz w:val="36"/>
          <w:szCs w:val="36"/>
          <w:lang w:val="ru-RU"/>
        </w:rPr>
      </w:pPr>
      <w:r w:rsidRPr="00841063">
        <w:rPr>
          <w:b/>
          <w:bCs/>
          <w:sz w:val="36"/>
          <w:szCs w:val="36"/>
          <w:lang w:val="ru-RU"/>
        </w:rPr>
        <w:t>Корпоративное обучение</w:t>
      </w:r>
    </w:p>
    <w:p w:rsidR="00697BC3" w:rsidRPr="00697BC3" w:rsidRDefault="00697BC3" w:rsidP="00697BC3">
      <w:pPr>
        <w:pStyle w:val="aff8"/>
        <w:rPr>
          <w:b/>
        </w:rPr>
      </w:pPr>
      <w:r w:rsidRPr="00697BC3">
        <w:rPr>
          <w:rStyle w:val="af6"/>
          <w:b w:val="0"/>
        </w:rPr>
        <w:t>СИС включает модуль «Корпоративное обучение», реализованный в виде раздела «Академия: Госзакупки», позволяющий Заказчику организовывать обучение сотрудников в онлайн-формате, назначать курсы, контролировать прохождение обучения, получать отчеты и статистику, а также обеспечивать развитие профессиональных знаний и навыков в сфере государственных закупок.</w:t>
      </w:r>
    </w:p>
    <w:p w:rsidR="00697BC3" w:rsidRDefault="00697BC3" w:rsidP="00697BC3">
      <w:pPr>
        <w:pStyle w:val="aff8"/>
      </w:pPr>
      <w:r>
        <w:t>Поставщик (Исполнитель) предоставляет Заказчику доступ к «Академии: Госзакупки» (далее — Академия), которая содержит профессиональную, достоверную и актуальную информацию в сфере государственных закупок.</w:t>
      </w:r>
    </w:p>
    <w:p w:rsidR="00697BC3" w:rsidRDefault="00697BC3" w:rsidP="00697BC3">
      <w:pPr>
        <w:pStyle w:val="aff8"/>
      </w:pPr>
      <w:r>
        <w:t xml:space="preserve">Академия обеспечивает Заказчика информационными и обучающими материалами, подготовленными экспертами в сфере государственных закупок с учетом последних нормативных правовых актов и изменений законодательства, и предоставляет практические решения исходя из задач и интересов Заказчика. В течение срока действия договора Поставщик (Исполнитель) вправе ежемесячно пополнять образовательную программу </w:t>
      </w:r>
      <w:r>
        <w:lastRenderedPageBreak/>
        <w:t>новыми курсами (1–2 курса в месяц) аналогичного формата, содержания и уровня сложности, соответствующими законодательству о государственных закупках.</w:t>
      </w:r>
    </w:p>
    <w:p w:rsidR="00697BC3" w:rsidRDefault="00697BC3" w:rsidP="00697BC3">
      <w:pPr>
        <w:pStyle w:val="aff8"/>
      </w:pPr>
      <w:r>
        <w:t>Поставщик (Исполнитель) предоставляет Заказчику доступ к Академии, включая:</w:t>
      </w:r>
    </w:p>
    <w:p w:rsidR="00697BC3" w:rsidRDefault="00697BC3" w:rsidP="00697BC3">
      <w:pPr>
        <w:pStyle w:val="aff8"/>
        <w:numPr>
          <w:ilvl w:val="0"/>
          <w:numId w:val="13"/>
        </w:numPr>
      </w:pPr>
      <w:r>
        <w:t>курсы и программы по государственным закупкам;</w:t>
      </w:r>
    </w:p>
    <w:p w:rsidR="00697BC3" w:rsidRDefault="00697BC3" w:rsidP="00697BC3">
      <w:pPr>
        <w:pStyle w:val="aff8"/>
        <w:numPr>
          <w:ilvl w:val="0"/>
          <w:numId w:val="13"/>
        </w:numPr>
      </w:pPr>
      <w:r>
        <w:t>микрокурсы и тестирование;</w:t>
      </w:r>
    </w:p>
    <w:p w:rsidR="00697BC3" w:rsidRDefault="00697BC3" w:rsidP="00697BC3">
      <w:pPr>
        <w:pStyle w:val="aff8"/>
        <w:numPr>
          <w:ilvl w:val="0"/>
          <w:numId w:val="13"/>
        </w:numPr>
      </w:pPr>
      <w:r>
        <w:t>библиотеку видеоматериалов (предстоящие вебинары и записи прошедших вебинаров);</w:t>
      </w:r>
    </w:p>
    <w:p w:rsidR="00697BC3" w:rsidRDefault="00697BC3" w:rsidP="00697BC3">
      <w:pPr>
        <w:pStyle w:val="aff8"/>
        <w:numPr>
          <w:ilvl w:val="0"/>
          <w:numId w:val="13"/>
        </w:numPr>
      </w:pPr>
      <w:r>
        <w:t>пользовательский сервис «Мое обучение», включающий разделы текущих курсов, завершенных курсов, дипломов и личной информации.</w:t>
      </w:r>
    </w:p>
    <w:p w:rsidR="00697BC3" w:rsidRDefault="00697BC3" w:rsidP="00697BC3">
      <w:pPr>
        <w:pStyle w:val="aff8"/>
      </w:pPr>
      <w:r>
        <w:t>Академия предназначена для руководителей организаций и специалистов, осуществляющих закупочные процедуры, а также для потенциальных поставщиков, участвующих на веб-портале государственных закупок.</w:t>
      </w:r>
    </w:p>
    <w:p w:rsidR="00697BC3" w:rsidRDefault="00697BC3" w:rsidP="00697BC3">
      <w:pPr>
        <w:pStyle w:val="aff8"/>
      </w:pPr>
      <w:r>
        <w:t>Академия позволяет Заказчику:</w:t>
      </w:r>
    </w:p>
    <w:p w:rsidR="00697BC3" w:rsidRDefault="00697BC3" w:rsidP="00697BC3">
      <w:pPr>
        <w:pStyle w:val="aff8"/>
        <w:numPr>
          <w:ilvl w:val="0"/>
          <w:numId w:val="14"/>
        </w:numPr>
      </w:pPr>
      <w:r>
        <w:t>организовывать онлайн-обучение сотрудников и сопровождать процесс обучения;</w:t>
      </w:r>
    </w:p>
    <w:p w:rsidR="00697BC3" w:rsidRDefault="00697BC3" w:rsidP="00697BC3">
      <w:pPr>
        <w:pStyle w:val="aff8"/>
        <w:numPr>
          <w:ilvl w:val="0"/>
          <w:numId w:val="14"/>
        </w:numPr>
      </w:pPr>
      <w:r>
        <w:t>экономить время и оптимизировать процесс обучения за счет удобного интерфейса;</w:t>
      </w:r>
    </w:p>
    <w:p w:rsidR="00697BC3" w:rsidRDefault="00697BC3" w:rsidP="00697BC3">
      <w:pPr>
        <w:pStyle w:val="aff8"/>
        <w:numPr>
          <w:ilvl w:val="0"/>
          <w:numId w:val="14"/>
        </w:numPr>
      </w:pPr>
      <w:r>
        <w:t>получать информацию о последних изменениях законодательства и новостях в сфере государственных закупок Республики Казахстан;</w:t>
      </w:r>
    </w:p>
    <w:p w:rsidR="00697BC3" w:rsidRDefault="00697BC3" w:rsidP="00697BC3">
      <w:pPr>
        <w:pStyle w:val="aff8"/>
        <w:numPr>
          <w:ilvl w:val="0"/>
          <w:numId w:val="14"/>
        </w:numPr>
      </w:pPr>
      <w:r>
        <w:t>использовать практические решения и рекомендации экспертов в сфере государственных закупок;</w:t>
      </w:r>
    </w:p>
    <w:p w:rsidR="00697BC3" w:rsidRDefault="00697BC3" w:rsidP="00697BC3">
      <w:pPr>
        <w:pStyle w:val="aff8"/>
        <w:numPr>
          <w:ilvl w:val="0"/>
          <w:numId w:val="14"/>
        </w:numPr>
      </w:pPr>
      <w:r>
        <w:t>назначать обучение подчиненным и коллегам;</w:t>
      </w:r>
    </w:p>
    <w:p w:rsidR="00697BC3" w:rsidRDefault="00697BC3" w:rsidP="00697BC3">
      <w:pPr>
        <w:pStyle w:val="aff8"/>
        <w:numPr>
          <w:ilvl w:val="0"/>
          <w:numId w:val="14"/>
        </w:numPr>
      </w:pPr>
      <w:r>
        <w:t>контролировать прохождение обучения;</w:t>
      </w:r>
    </w:p>
    <w:p w:rsidR="00697BC3" w:rsidRDefault="00697BC3" w:rsidP="00697BC3">
      <w:pPr>
        <w:pStyle w:val="aff8"/>
        <w:numPr>
          <w:ilvl w:val="0"/>
          <w:numId w:val="14"/>
        </w:numPr>
      </w:pPr>
      <w:r>
        <w:t>получать отчеты и статистику по пройденным курсам;</w:t>
      </w:r>
    </w:p>
    <w:p w:rsidR="00697BC3" w:rsidRDefault="00697BC3" w:rsidP="00697BC3">
      <w:pPr>
        <w:pStyle w:val="aff8"/>
        <w:numPr>
          <w:ilvl w:val="0"/>
          <w:numId w:val="14"/>
        </w:numPr>
      </w:pPr>
      <w:r>
        <w:t>анализировать активность пользователей в программах и тестах;</w:t>
      </w:r>
    </w:p>
    <w:p w:rsidR="00697BC3" w:rsidRDefault="00697BC3" w:rsidP="00697BC3">
      <w:pPr>
        <w:pStyle w:val="aff8"/>
        <w:numPr>
          <w:ilvl w:val="0"/>
          <w:numId w:val="14"/>
        </w:numPr>
      </w:pPr>
      <w:r>
        <w:t>обеспечивать участие пользователей в семинарах и вебинарах.</w:t>
      </w:r>
    </w:p>
    <w:p w:rsidR="00697BC3" w:rsidRDefault="00697BC3" w:rsidP="00697BC3">
      <w:pPr>
        <w:pStyle w:val="aff8"/>
      </w:pPr>
      <w:r>
        <w:t>Академия также предоставляет возможности для Поставщиков:</w:t>
      </w:r>
    </w:p>
    <w:p w:rsidR="00697BC3" w:rsidRDefault="00697BC3" w:rsidP="00697BC3">
      <w:pPr>
        <w:pStyle w:val="aff8"/>
        <w:numPr>
          <w:ilvl w:val="0"/>
          <w:numId w:val="15"/>
        </w:numPr>
      </w:pPr>
      <w:r>
        <w:t>изучать правила участия в государственных закупках;</w:t>
      </w:r>
    </w:p>
    <w:p w:rsidR="00697BC3" w:rsidRDefault="00697BC3" w:rsidP="00697BC3">
      <w:pPr>
        <w:pStyle w:val="aff8"/>
        <w:numPr>
          <w:ilvl w:val="0"/>
          <w:numId w:val="15"/>
        </w:numPr>
      </w:pPr>
      <w:r>
        <w:t>корректно регистрироваться и настраивать профиль на веб-портале;</w:t>
      </w:r>
    </w:p>
    <w:p w:rsidR="00697BC3" w:rsidRDefault="00697BC3" w:rsidP="00697BC3">
      <w:pPr>
        <w:pStyle w:val="aff8"/>
        <w:numPr>
          <w:ilvl w:val="0"/>
          <w:numId w:val="15"/>
        </w:numPr>
      </w:pPr>
      <w:r>
        <w:t>понимать требования заказчика и подготавливать заявки без риска отклонения;</w:t>
      </w:r>
    </w:p>
    <w:p w:rsidR="00697BC3" w:rsidRDefault="00697BC3" w:rsidP="00697BC3">
      <w:pPr>
        <w:pStyle w:val="aff8"/>
        <w:numPr>
          <w:ilvl w:val="0"/>
          <w:numId w:val="15"/>
        </w:numPr>
      </w:pPr>
      <w:r>
        <w:t>разбираться в вопросах демпинга, антидемпинговых мерах и требованиях к обеспечению исполнения договора;</w:t>
      </w:r>
    </w:p>
    <w:p w:rsidR="00697BC3" w:rsidRDefault="00697BC3" w:rsidP="00697BC3">
      <w:pPr>
        <w:pStyle w:val="aff8"/>
        <w:numPr>
          <w:ilvl w:val="0"/>
          <w:numId w:val="15"/>
        </w:numPr>
      </w:pPr>
      <w:r>
        <w:t>правильно исполнять договоры и снижать риск включения в РНУ;</w:t>
      </w:r>
    </w:p>
    <w:p w:rsidR="00697BC3" w:rsidRDefault="00697BC3" w:rsidP="00697BC3">
      <w:pPr>
        <w:pStyle w:val="aff8"/>
        <w:numPr>
          <w:ilvl w:val="0"/>
          <w:numId w:val="15"/>
        </w:numPr>
      </w:pPr>
      <w:r>
        <w:t>отслеживать изменения законодательства и адаптировать стратегию участия;</w:t>
      </w:r>
    </w:p>
    <w:p w:rsidR="00697BC3" w:rsidRDefault="00697BC3" w:rsidP="00697BC3">
      <w:pPr>
        <w:pStyle w:val="aff8"/>
        <w:numPr>
          <w:ilvl w:val="0"/>
          <w:numId w:val="15"/>
        </w:numPr>
      </w:pPr>
      <w:r>
        <w:t>повышать конкурентоспособность и увеличивать шансы на победу в закупках.</w:t>
      </w:r>
    </w:p>
    <w:p w:rsidR="001C74E3" w:rsidRDefault="001C74E3" w:rsidP="00697BC3">
      <w:pPr>
        <w:pStyle w:val="aff8"/>
        <w:rPr>
          <w:rStyle w:val="af6"/>
        </w:rPr>
      </w:pPr>
      <w:r>
        <w:t>Раздел «Академия: Госзакупки» функционирует в составе СИС и доступен пользователям в рамках предоставленного доступа.</w:t>
      </w:r>
    </w:p>
    <w:p w:rsidR="00697BC3" w:rsidRDefault="00697BC3" w:rsidP="00697BC3">
      <w:pPr>
        <w:pStyle w:val="aff8"/>
      </w:pPr>
      <w:r>
        <w:rPr>
          <w:rStyle w:val="af6"/>
        </w:rPr>
        <w:t>Интерфейс Академии «Госзакупки»</w:t>
      </w:r>
    </w:p>
    <w:p w:rsidR="00697BC3" w:rsidRDefault="00697BC3" w:rsidP="00697BC3">
      <w:pPr>
        <w:pStyle w:val="aff8"/>
      </w:pPr>
      <w:r>
        <w:t>Раздел «Все курсы» содержит рубрики «Программы», «Микрообучение», «Тесты» и «Вебинары» с фильтрами по уровню, тематике, длительности и поиском по названию.</w:t>
      </w:r>
    </w:p>
    <w:p w:rsidR="00697BC3" w:rsidRDefault="00697BC3" w:rsidP="00697BC3">
      <w:pPr>
        <w:pStyle w:val="aff8"/>
      </w:pPr>
      <w:r>
        <w:lastRenderedPageBreak/>
        <w:t>Раздел «Мое обучение» включает рубрики «Текущие», «Завершенные», «Дипломы», «Личная информация».</w:t>
      </w:r>
    </w:p>
    <w:p w:rsidR="00697BC3" w:rsidRDefault="00697BC3" w:rsidP="00697BC3">
      <w:pPr>
        <w:pStyle w:val="aff8"/>
      </w:pPr>
      <w:r>
        <w:t>Раздел «Сотрудники» позволяет добавлять сотрудников, назначать обучение, формировать группы, удалять сотрудников, а также использовать поиск и фильтры.</w:t>
      </w:r>
    </w:p>
    <w:p w:rsidR="00697BC3" w:rsidRDefault="00697BC3" w:rsidP="00697BC3">
      <w:pPr>
        <w:pStyle w:val="aff8"/>
      </w:pPr>
      <w:r>
        <w:t>Раздел «Отчеты» обеспечивает возможность скачивания отчетов в формате Excel и просмотра статистики по вовлеченности, активности и успеваемости.</w:t>
      </w:r>
      <w:r>
        <w:br/>
        <w:t>Раздел «Семинары» содержит перечень активных и прошедших семинаров.</w:t>
      </w:r>
    </w:p>
    <w:p w:rsidR="00697BC3" w:rsidRDefault="00697BC3" w:rsidP="00697BC3">
      <w:pPr>
        <w:pStyle w:val="aff8"/>
      </w:pPr>
      <w:r>
        <w:rPr>
          <w:rStyle w:val="af6"/>
        </w:rPr>
        <w:t>Структура курса</w:t>
      </w:r>
    </w:p>
    <w:p w:rsidR="00697BC3" w:rsidRDefault="00697BC3" w:rsidP="00697BC3">
      <w:pPr>
        <w:pStyle w:val="aff8"/>
        <w:numPr>
          <w:ilvl w:val="0"/>
          <w:numId w:val="16"/>
        </w:numPr>
      </w:pPr>
      <w:r>
        <w:t>вводный тест для определения уровня знаний пользователя и рекомендаций по обучению (10 вопросов, 3 варианта ответов);</w:t>
      </w:r>
    </w:p>
    <w:p w:rsidR="00697BC3" w:rsidRDefault="00697BC3" w:rsidP="00697BC3">
      <w:pPr>
        <w:pStyle w:val="aff8"/>
        <w:numPr>
          <w:ilvl w:val="0"/>
          <w:numId w:val="16"/>
        </w:numPr>
      </w:pPr>
      <w:r>
        <w:t>тематические разделы, включающие от 2 до 12 уроков в зависимости от сложности курса;</w:t>
      </w:r>
    </w:p>
    <w:p w:rsidR="00697BC3" w:rsidRDefault="00697BC3" w:rsidP="00697BC3">
      <w:pPr>
        <w:pStyle w:val="aff8"/>
        <w:numPr>
          <w:ilvl w:val="0"/>
          <w:numId w:val="16"/>
        </w:numPr>
      </w:pPr>
      <w:r>
        <w:t>текстовые материалы с примерами и ссылками на законодательство;</w:t>
      </w:r>
    </w:p>
    <w:p w:rsidR="00697BC3" w:rsidRDefault="00697BC3" w:rsidP="00697BC3">
      <w:pPr>
        <w:pStyle w:val="aff8"/>
        <w:numPr>
          <w:ilvl w:val="0"/>
          <w:numId w:val="16"/>
        </w:numPr>
      </w:pPr>
      <w:r>
        <w:t>видеоразъяснения экспертов продолжительностью от 10 до 35 минут;</w:t>
      </w:r>
    </w:p>
    <w:p w:rsidR="00697BC3" w:rsidRDefault="00697BC3" w:rsidP="00697BC3">
      <w:pPr>
        <w:pStyle w:val="aff8"/>
        <w:numPr>
          <w:ilvl w:val="0"/>
          <w:numId w:val="16"/>
        </w:numPr>
      </w:pPr>
      <w:r>
        <w:t>тест по итогам каждого раздела (10 вопросов, 3–4 варианта ответов) с возможностью повторного изучения материала;</w:t>
      </w:r>
    </w:p>
    <w:p w:rsidR="00697BC3" w:rsidRDefault="00697BC3" w:rsidP="00697BC3">
      <w:pPr>
        <w:pStyle w:val="aff8"/>
        <w:numPr>
          <w:ilvl w:val="0"/>
          <w:numId w:val="16"/>
        </w:numPr>
      </w:pPr>
      <w:r>
        <w:t>тренажер (2 задания по 20 вопросов, по 4 варианта ответов, необязательный);</w:t>
      </w:r>
    </w:p>
    <w:p w:rsidR="00697BC3" w:rsidRDefault="00697BC3" w:rsidP="00697BC3">
      <w:pPr>
        <w:pStyle w:val="aff8"/>
        <w:numPr>
          <w:ilvl w:val="0"/>
          <w:numId w:val="16"/>
        </w:numPr>
      </w:pPr>
      <w:r>
        <w:t>итоговый тест (10 вопросов, 3–4 варианта ответов);</w:t>
      </w:r>
    </w:p>
    <w:p w:rsidR="00697BC3" w:rsidRDefault="00697BC3" w:rsidP="00697BC3">
      <w:pPr>
        <w:pStyle w:val="aff8"/>
        <w:numPr>
          <w:ilvl w:val="0"/>
          <w:numId w:val="16"/>
        </w:numPr>
      </w:pPr>
      <w:r>
        <w:t>электронный сертификат/удостоверение, доступный в разделе «Мое обучение» — «Дипломы».</w:t>
      </w:r>
    </w:p>
    <w:p w:rsidR="001C74E3" w:rsidRPr="001C74E3" w:rsidRDefault="00697BC3" w:rsidP="001C74E3">
      <w:pPr>
        <w:rPr>
          <w:b/>
          <w:lang w:val="ru-RU"/>
        </w:rPr>
      </w:pPr>
      <w:r w:rsidRPr="001C74E3">
        <w:rPr>
          <w:b/>
          <w:lang w:val="ru-RU"/>
        </w:rPr>
        <w:t>Наименования онлайн-курсов</w:t>
      </w:r>
      <w:r w:rsidR="001C74E3" w:rsidRPr="001C74E3">
        <w:rPr>
          <w:b/>
          <w:lang w:val="ru-RU"/>
        </w:rPr>
        <w:t xml:space="preserve"> </w:t>
      </w:r>
    </w:p>
    <w:p w:rsidR="001C74E3" w:rsidRPr="001C74E3" w:rsidRDefault="001C74E3" w:rsidP="001C74E3">
      <w:pPr>
        <w:rPr>
          <w:lang w:val="ru-RU"/>
        </w:rPr>
      </w:pPr>
      <w:r w:rsidRPr="001C74E3">
        <w:rPr>
          <w:lang w:val="ru-RU"/>
        </w:rPr>
        <w:t>Для роли Заказчика:</w:t>
      </w:r>
    </w:p>
    <w:p w:rsidR="00697BC3" w:rsidRPr="001C74E3" w:rsidRDefault="00697BC3" w:rsidP="001C74E3">
      <w:pPr>
        <w:pStyle w:val="ae"/>
        <w:numPr>
          <w:ilvl w:val="0"/>
          <w:numId w:val="19"/>
        </w:numPr>
        <w:rPr>
          <w:lang w:val="ru-RU"/>
        </w:rPr>
      </w:pPr>
      <w:r w:rsidRPr="001C74E3">
        <w:rPr>
          <w:lang w:val="ru-RU"/>
        </w:rPr>
        <w:t>Закупки из одного источника (прямой договор и несостоявшиеся закупки)</w:t>
      </w:r>
    </w:p>
    <w:p w:rsidR="00697BC3" w:rsidRPr="00697BC3" w:rsidRDefault="00697BC3" w:rsidP="001C74E3">
      <w:pPr>
        <w:pStyle w:val="ae"/>
        <w:numPr>
          <w:ilvl w:val="0"/>
          <w:numId w:val="19"/>
        </w:numPr>
      </w:pPr>
      <w:r w:rsidRPr="00697BC3">
        <w:t>Запрос ценовых предложений</w:t>
      </w:r>
    </w:p>
    <w:p w:rsidR="00697BC3" w:rsidRPr="00697BC3" w:rsidRDefault="00697BC3" w:rsidP="001C74E3">
      <w:pPr>
        <w:pStyle w:val="ae"/>
        <w:numPr>
          <w:ilvl w:val="0"/>
          <w:numId w:val="19"/>
        </w:numPr>
      </w:pPr>
      <w:r w:rsidRPr="00697BC3">
        <w:t>Способы государственных закупок</w:t>
      </w:r>
    </w:p>
    <w:p w:rsidR="00697BC3" w:rsidRPr="00697BC3" w:rsidRDefault="00697BC3" w:rsidP="001C74E3">
      <w:pPr>
        <w:pStyle w:val="ae"/>
        <w:numPr>
          <w:ilvl w:val="0"/>
          <w:numId w:val="19"/>
        </w:numPr>
      </w:pPr>
      <w:r w:rsidRPr="00697BC3">
        <w:t>Реестр недобросовестных участников (РНУ)</w:t>
      </w:r>
    </w:p>
    <w:p w:rsidR="00697BC3" w:rsidRPr="00697BC3" w:rsidRDefault="00697BC3" w:rsidP="001C74E3">
      <w:pPr>
        <w:pStyle w:val="ae"/>
        <w:numPr>
          <w:ilvl w:val="0"/>
          <w:numId w:val="19"/>
        </w:numPr>
      </w:pPr>
      <w:r w:rsidRPr="00697BC3">
        <w:t>Национальный режим в государственных закупках</w:t>
      </w:r>
    </w:p>
    <w:p w:rsidR="00697BC3" w:rsidRPr="00697BC3" w:rsidRDefault="00697BC3" w:rsidP="001C74E3">
      <w:pPr>
        <w:pStyle w:val="ae"/>
        <w:numPr>
          <w:ilvl w:val="0"/>
          <w:numId w:val="19"/>
        </w:numPr>
      </w:pPr>
      <w:r w:rsidRPr="00697BC3">
        <w:t>Организация и планирование государственных закупок</w:t>
      </w:r>
    </w:p>
    <w:p w:rsidR="00697BC3" w:rsidRPr="001C7EB2" w:rsidRDefault="00697BC3" w:rsidP="001C74E3">
      <w:pPr>
        <w:pStyle w:val="ae"/>
        <w:numPr>
          <w:ilvl w:val="0"/>
          <w:numId w:val="19"/>
        </w:numPr>
        <w:rPr>
          <w:lang w:val="ru-RU"/>
        </w:rPr>
      </w:pPr>
      <w:r w:rsidRPr="001C7EB2">
        <w:rPr>
          <w:lang w:val="ru-RU"/>
        </w:rPr>
        <w:t>Нарушения и ответственность в государственных закупках</w:t>
      </w:r>
    </w:p>
    <w:p w:rsidR="00697BC3" w:rsidRPr="00697BC3" w:rsidRDefault="00697BC3" w:rsidP="001C74E3">
      <w:pPr>
        <w:pStyle w:val="ae"/>
        <w:numPr>
          <w:ilvl w:val="0"/>
          <w:numId w:val="19"/>
        </w:numPr>
      </w:pPr>
      <w:r w:rsidRPr="00697BC3">
        <w:t>Конкурс в государственных закупках</w:t>
      </w:r>
    </w:p>
    <w:p w:rsidR="00697BC3" w:rsidRPr="001C74E3" w:rsidRDefault="00697BC3" w:rsidP="00697BC3">
      <w:pPr>
        <w:rPr>
          <w:lang w:val="ru-RU"/>
        </w:rPr>
      </w:pPr>
      <w:r w:rsidRPr="00697BC3">
        <w:t>Для роли Поставщика</w:t>
      </w:r>
      <w:r w:rsidR="001C74E3">
        <w:rPr>
          <w:lang w:val="ru-RU"/>
        </w:rPr>
        <w:t>:</w:t>
      </w:r>
    </w:p>
    <w:p w:rsidR="00697BC3" w:rsidRPr="001C74E3" w:rsidRDefault="00697BC3" w:rsidP="001C74E3">
      <w:pPr>
        <w:pStyle w:val="ae"/>
        <w:numPr>
          <w:ilvl w:val="0"/>
          <w:numId w:val="20"/>
        </w:numPr>
        <w:rPr>
          <w:lang w:val="ru-RU"/>
        </w:rPr>
      </w:pPr>
      <w:r w:rsidRPr="001C74E3">
        <w:rPr>
          <w:lang w:val="ru-RU"/>
        </w:rPr>
        <w:t>Регистрация и настройка профиля поставщика на портале госзакупок</w:t>
      </w:r>
    </w:p>
    <w:p w:rsidR="00697BC3" w:rsidRPr="001C7EB2" w:rsidRDefault="00697BC3" w:rsidP="001C74E3">
      <w:pPr>
        <w:pStyle w:val="ae"/>
        <w:numPr>
          <w:ilvl w:val="0"/>
          <w:numId w:val="20"/>
        </w:numPr>
        <w:rPr>
          <w:lang w:val="ru-RU"/>
        </w:rPr>
      </w:pPr>
      <w:r w:rsidRPr="001C7EB2">
        <w:rPr>
          <w:lang w:val="ru-RU"/>
        </w:rPr>
        <w:t>Демпинг и антидемпинговые меры в государственных закупках</w:t>
      </w:r>
    </w:p>
    <w:p w:rsidR="001C74E3" w:rsidRDefault="001C74E3" w:rsidP="00697BC3">
      <w:pPr>
        <w:ind w:left="360"/>
        <w:rPr>
          <w:lang w:val="ru-RU"/>
        </w:rPr>
      </w:pPr>
    </w:p>
    <w:p w:rsidR="00697BC3" w:rsidRPr="00697BC3" w:rsidRDefault="00697BC3" w:rsidP="00697BC3">
      <w:pPr>
        <w:ind w:left="360"/>
        <w:rPr>
          <w:lang w:val="ru-RU"/>
        </w:rPr>
      </w:pPr>
      <w:r w:rsidRPr="00697BC3">
        <w:rPr>
          <w:lang w:val="ru-RU"/>
        </w:rPr>
        <w:t>Поставщик (Исполнитель) обладает техническими возможностями предоставить доступ к СИС по месту фактического нахождения Заказчика.</w:t>
      </w:r>
    </w:p>
    <w:p w:rsidR="00697BC3" w:rsidRPr="00C52ADC" w:rsidRDefault="00697BC3" w:rsidP="00697BC3">
      <w:pPr>
        <w:pStyle w:val="1"/>
        <w:ind w:left="360"/>
        <w:rPr>
          <w:lang w:val="ru-RU"/>
        </w:rPr>
      </w:pPr>
      <w:r w:rsidRPr="00C52ADC">
        <w:rPr>
          <w:rFonts w:ascii="Times New Roman" w:eastAsia="Times New Roman" w:hAnsi="Times New Roman"/>
          <w:lang w:val="ru-RU"/>
        </w:rPr>
        <w:lastRenderedPageBreak/>
        <w:t>Порядок оказания услуги и подтверждение исполнения</w:t>
      </w:r>
    </w:p>
    <w:p w:rsidR="00697BC3" w:rsidRPr="00D0009A" w:rsidRDefault="00697BC3" w:rsidP="00697BC3">
      <w:pPr>
        <w:pStyle w:val="ae"/>
        <w:numPr>
          <w:ilvl w:val="0"/>
          <w:numId w:val="16"/>
        </w:numPr>
        <w:rPr>
          <w:lang w:val="ru-RU"/>
        </w:rPr>
      </w:pPr>
      <w:r w:rsidRPr="00697BC3">
        <w:rPr>
          <w:lang w:val="ru-RU"/>
        </w:rPr>
        <w:t xml:space="preserve">Услуга по предоставлению доступа к справочно-информационной системе считается оказанной в полном объеме с момента передачи Заказчику действующих ключей доступа к </w:t>
      </w:r>
      <w:r w:rsidRPr="00D0009A">
        <w:rPr>
          <w:lang w:val="ru-RU"/>
        </w:rPr>
        <w:t xml:space="preserve">системе на срок </w:t>
      </w:r>
      <w:r w:rsidR="00D0009A" w:rsidRPr="00D0009A">
        <w:rPr>
          <w:lang w:val="ru-RU"/>
        </w:rPr>
        <w:t xml:space="preserve">12 </w:t>
      </w:r>
      <w:r w:rsidRPr="00D0009A">
        <w:rPr>
          <w:lang w:val="ru-RU"/>
        </w:rPr>
        <w:t>месяцев.</w:t>
      </w:r>
    </w:p>
    <w:p w:rsidR="00697BC3" w:rsidRPr="00697BC3" w:rsidRDefault="00697BC3" w:rsidP="00697BC3">
      <w:pPr>
        <w:pStyle w:val="ae"/>
        <w:numPr>
          <w:ilvl w:val="0"/>
          <w:numId w:val="16"/>
        </w:numPr>
        <w:rPr>
          <w:lang w:val="ru-RU"/>
        </w:rPr>
      </w:pPr>
      <w:r w:rsidRPr="00697BC3">
        <w:rPr>
          <w:lang w:val="ru-RU"/>
        </w:rPr>
        <w:t>С момента передачи ключей доступа обязательство Поставщика по предоставлению доступа считается исполненным. Дальнейшее использование системы осуществляется Заказчиком самостоятельно в течение срока действия доступа.</w:t>
      </w:r>
    </w:p>
    <w:p w:rsidR="00697BC3" w:rsidRDefault="00697BC3" w:rsidP="001C74E3">
      <w:pPr>
        <w:pStyle w:val="ae"/>
        <w:numPr>
          <w:ilvl w:val="0"/>
          <w:numId w:val="16"/>
        </w:numPr>
        <w:rPr>
          <w:lang w:val="ru-RU"/>
        </w:rPr>
      </w:pPr>
      <w:r w:rsidRPr="001C74E3">
        <w:rPr>
          <w:lang w:val="ru-RU"/>
        </w:rPr>
        <w:t>По факту предоставления доступа Поставщик оформляет один акт оказанных услуг на всю сумму договора.</w:t>
      </w:r>
    </w:p>
    <w:p w:rsidR="0022035A" w:rsidRDefault="0022035A" w:rsidP="0022035A">
      <w:pPr>
        <w:rPr>
          <w:lang w:val="ru-RU"/>
        </w:rPr>
      </w:pPr>
    </w:p>
    <w:p w:rsidR="0022035A" w:rsidRPr="0022035A" w:rsidRDefault="0022035A" w:rsidP="0022035A">
      <w:pPr>
        <w:jc w:val="center"/>
        <w:rPr>
          <w:b/>
          <w:sz w:val="32"/>
          <w:szCs w:val="32"/>
          <w:lang w:val="ru-RU"/>
        </w:rPr>
      </w:pPr>
      <w:r w:rsidRPr="008774B4">
        <w:rPr>
          <w:b/>
          <w:sz w:val="28"/>
          <w:szCs w:val="28"/>
          <w:lang w:val="ru-RU"/>
        </w:rPr>
        <w:t>СС+ «Мемлекеттік сатып алулар» электрондық анықтамалық-ақпараттық жүйесіне қол жеткізу ұсынуға</w:t>
      </w:r>
      <w:r w:rsidRPr="0022035A">
        <w:rPr>
          <w:b/>
          <w:sz w:val="32"/>
          <w:szCs w:val="32"/>
          <w:lang w:val="ru-RU"/>
        </w:rPr>
        <w:t xml:space="preserve"> арналған</w:t>
      </w:r>
    </w:p>
    <w:p w:rsidR="0022035A" w:rsidRPr="008774B4" w:rsidRDefault="0022035A" w:rsidP="0022035A">
      <w:pPr>
        <w:jc w:val="center"/>
        <w:rPr>
          <w:sz w:val="28"/>
          <w:szCs w:val="28"/>
          <w:lang w:val="ru-RU"/>
        </w:rPr>
      </w:pPr>
      <w:r w:rsidRPr="008774B4">
        <w:rPr>
          <w:b/>
          <w:sz w:val="28"/>
          <w:szCs w:val="28"/>
          <w:lang w:val="ru-RU"/>
        </w:rPr>
        <w:t>ТЕХНИКАЛЫҚ ЕРЕКШЕЛІК</w:t>
      </w:r>
    </w:p>
    <w:p w:rsidR="0022035A" w:rsidRPr="00C52ADC" w:rsidRDefault="0022035A" w:rsidP="0022035A">
      <w:pPr>
        <w:pStyle w:val="1"/>
        <w:rPr>
          <w:lang w:val="ru-RU"/>
        </w:rPr>
      </w:pPr>
      <w:r w:rsidRPr="0022035A">
        <w:rPr>
          <w:rFonts w:ascii="Times New Roman" w:eastAsia="Times New Roman" w:hAnsi="Times New Roman"/>
          <w:lang w:val="ru-RU"/>
        </w:rPr>
        <w:t>«Мемлекеттік сатып алулар» электрондық анықтамалық-ақпараттық жүйесінің параметрлерінің тізбесі мен сипаттамасы</w:t>
      </w:r>
    </w:p>
    <w:p w:rsidR="0022035A" w:rsidRPr="00C52ADC" w:rsidRDefault="0022035A" w:rsidP="0022035A">
      <w:pPr>
        <w:rPr>
          <w:lang w:val="ru-RU"/>
        </w:rPr>
      </w:pPr>
      <w:r w:rsidRPr="0022035A">
        <w:rPr>
          <w:lang w:val="ru-RU"/>
        </w:rPr>
        <w:t>(функционалдық, техникалық, сапалық және пайдалану сипаттамалары)</w:t>
      </w:r>
      <w:r w:rsidRPr="00C52ADC">
        <w:rPr>
          <w:lang w:val="ru-RU"/>
        </w:rPr>
        <w:t>)</w:t>
      </w:r>
    </w:p>
    <w:p w:rsidR="0022035A" w:rsidRPr="0022035A" w:rsidRDefault="008774B4" w:rsidP="0022035A">
      <w:pPr>
        <w:rPr>
          <w:lang w:val="ru-RU"/>
        </w:rPr>
      </w:pPr>
      <w:r>
        <w:rPr>
          <w:lang w:val="ru-RU"/>
        </w:rPr>
        <w:t>Өнім беруші</w:t>
      </w:r>
      <w:r w:rsidR="0022035A" w:rsidRPr="0022035A">
        <w:rPr>
          <w:lang w:val="ru-RU"/>
        </w:rPr>
        <w:t xml:space="preserve"> Тапсырыс берушіге мемлекеттік сатып алулар саласында кәсіби, сенімді және жедел ақпарат алуға арналған «Мемлекеттік сатып алулар» электрондық анықтамалық-ақпараттық жүйесіне (бұдан әрі – </w:t>
      </w:r>
      <w:r>
        <w:rPr>
          <w:lang w:val="ru-RU"/>
        </w:rPr>
        <w:t>ЭААЖ</w:t>
      </w:r>
      <w:r w:rsidR="0022035A" w:rsidRPr="0022035A">
        <w:rPr>
          <w:lang w:val="ru-RU"/>
        </w:rPr>
        <w:t xml:space="preserve">) қол жеткізуді ұсынады. </w:t>
      </w:r>
      <w:r>
        <w:rPr>
          <w:lang w:val="ru-RU"/>
        </w:rPr>
        <w:t>ЭААЖ</w:t>
      </w:r>
      <w:r w:rsidR="0022035A" w:rsidRPr="0022035A">
        <w:rPr>
          <w:lang w:val="ru-RU"/>
        </w:rPr>
        <w:t>-ның барлық деректер базасы автоматтандырылған және бірыңғай ақпараттық жүйеге біріктірілген.</w:t>
      </w:r>
    </w:p>
    <w:p w:rsidR="0022035A" w:rsidRPr="0022035A" w:rsidRDefault="008774B4" w:rsidP="0022035A">
      <w:pPr>
        <w:rPr>
          <w:lang w:val="ru-RU"/>
        </w:rPr>
      </w:pPr>
      <w:r>
        <w:rPr>
          <w:lang w:val="ru-RU"/>
        </w:rPr>
        <w:t>ЭААЖ</w:t>
      </w:r>
      <w:r w:rsidR="0022035A" w:rsidRPr="0022035A">
        <w:rPr>
          <w:lang w:val="ru-RU"/>
        </w:rPr>
        <w:t xml:space="preserve"> Тапсырыс берушіні нормативтік құқықтық актілердегі соңғы өзгерістерді ескере отырып, мемлекеттік сатып алулар саласындағы сарапшылар дайындаған өзекті ақпаратпен қамтамасыз етеді, сондай-ақ Қазақстан Республикасының мемлекеттік сатып алулар туралы заңнамасын қолдану бойынша практикалық түсіндірмелер мен шешімдерді қазақ және орыс тілдерінде ұсынады.</w:t>
      </w:r>
    </w:p>
    <w:p w:rsidR="0022035A" w:rsidRPr="00C52ADC" w:rsidRDefault="008774B4" w:rsidP="0022035A">
      <w:pPr>
        <w:rPr>
          <w:lang w:val="ru-RU"/>
        </w:rPr>
      </w:pPr>
      <w:r>
        <w:rPr>
          <w:lang w:val="ru-RU"/>
        </w:rPr>
        <w:t>Өнім беруші</w:t>
      </w:r>
      <w:r w:rsidR="0022035A" w:rsidRPr="0022035A">
        <w:rPr>
          <w:lang w:val="ru-RU"/>
        </w:rPr>
        <w:t xml:space="preserve"> Тапсырыс берушіге төмендегілерді қамтитын толық дерекқорға қол жеткізуді қамтамасыз етеді:</w:t>
      </w:r>
    </w:p>
    <w:p w:rsidR="0022035A" w:rsidRPr="0022035A" w:rsidRDefault="0022035A" w:rsidP="0022035A">
      <w:pPr>
        <w:pStyle w:val="a0"/>
        <w:rPr>
          <w:lang w:val="ru-RU"/>
        </w:rPr>
      </w:pPr>
      <w:r w:rsidRPr="0022035A">
        <w:rPr>
          <w:lang w:val="ru-RU"/>
        </w:rPr>
        <w:t>нормативтік құқықтық актілер (кодекстер, заңдар, қаулылар, бұйрықтар, келісімдер және өзге де актілер);</w:t>
      </w:r>
    </w:p>
    <w:p w:rsidR="0022035A" w:rsidRPr="0022035A" w:rsidRDefault="0022035A" w:rsidP="0022035A">
      <w:pPr>
        <w:pStyle w:val="a0"/>
        <w:rPr>
          <w:lang w:val="ru-RU"/>
        </w:rPr>
      </w:pPr>
      <w:r w:rsidRPr="0022035A">
        <w:rPr>
          <w:lang w:val="ru-RU"/>
        </w:rPr>
        <w:t>түсіндірмелері мен дайын шешімдері бар сарапшылардың ұсынымдары;</w:t>
      </w:r>
    </w:p>
    <w:p w:rsidR="0022035A" w:rsidRPr="0022035A" w:rsidRDefault="0022035A" w:rsidP="0022035A">
      <w:pPr>
        <w:pStyle w:val="a0"/>
        <w:rPr>
          <w:lang w:val="ru-RU"/>
        </w:rPr>
      </w:pPr>
      <w:r w:rsidRPr="0022035A">
        <w:rPr>
          <w:lang w:val="ru-RU"/>
        </w:rPr>
        <w:t>құжаттардың үлгілері мен нысандары (уәкілетті органдар бекіткен, жергілікті, құқықтық, техникалық және өзге де);</w:t>
      </w:r>
    </w:p>
    <w:p w:rsidR="0022035A" w:rsidRPr="0022035A" w:rsidRDefault="0022035A" w:rsidP="0022035A">
      <w:pPr>
        <w:pStyle w:val="a0"/>
        <w:rPr>
          <w:lang w:val="ru-RU"/>
        </w:rPr>
      </w:pPr>
      <w:r w:rsidRPr="0022035A">
        <w:rPr>
          <w:lang w:val="ru-RU"/>
        </w:rPr>
        <w:t>бейнематериалдар кітапханасы (вебинарлар, бейненұсқаулықтар);</w:t>
      </w:r>
    </w:p>
    <w:p w:rsidR="0022035A" w:rsidRPr="00C52ADC" w:rsidRDefault="0022035A" w:rsidP="0022035A">
      <w:pPr>
        <w:pStyle w:val="a0"/>
        <w:rPr>
          <w:lang w:val="ru-RU"/>
        </w:rPr>
      </w:pPr>
      <w:r w:rsidRPr="0022035A">
        <w:rPr>
          <w:lang w:val="ru-RU"/>
        </w:rPr>
        <w:t>пайдаланушылық сервистер: сараптамалық қолдау, анықтамалықтар, калькуляторлар және өзге сервистер.</w:t>
      </w:r>
    </w:p>
    <w:p w:rsidR="0022035A" w:rsidRPr="00C52ADC" w:rsidRDefault="008774B4" w:rsidP="0022035A">
      <w:pPr>
        <w:rPr>
          <w:lang w:val="ru-RU"/>
        </w:rPr>
      </w:pPr>
      <w:r>
        <w:rPr>
          <w:lang w:val="ru-RU"/>
        </w:rPr>
        <w:lastRenderedPageBreak/>
        <w:t>ЭААЖ</w:t>
      </w:r>
      <w:r w:rsidR="0022035A" w:rsidRPr="0022035A">
        <w:rPr>
          <w:lang w:val="ru-RU"/>
        </w:rPr>
        <w:t xml:space="preserve"> мемлекеттік органдардың, мемлекеттік мекемелердің, мемлекеттік кәсіпорындардың, дауыс беретін акцияларының (жарғылық капиталдағы қатысу үлестерінің) елу және одан да көп пайызы мемлекетке және (немесе) онымен аффилиирленген заңды тұлғаларға тиесілі заңды тұлғалардың мемлекеттік сатып алулар жөніндегі мамандарына, сондай-ақ жеке кәсіпкерлік қызметті жүзеге асыратын жеке тұлғалар мен заңды тұлғалар – </w:t>
      </w:r>
      <w:r>
        <w:rPr>
          <w:lang w:val="ru-RU"/>
        </w:rPr>
        <w:t>Өнім беруші</w:t>
      </w:r>
      <w:r w:rsidR="0022035A" w:rsidRPr="0022035A">
        <w:rPr>
          <w:lang w:val="ru-RU"/>
        </w:rPr>
        <w:t>лер тарапынан сатып алулар жөніндегі мамандарға арналған кәсіби талаптарға сәйкес келеді.</w:t>
      </w:r>
    </w:p>
    <w:p w:rsidR="0022035A" w:rsidRPr="0022035A" w:rsidRDefault="008774B4" w:rsidP="0022035A">
      <w:pPr>
        <w:rPr>
          <w:lang w:val="ru-RU"/>
        </w:rPr>
      </w:pPr>
      <w:r>
        <w:rPr>
          <w:lang w:val="ru-RU"/>
        </w:rPr>
        <w:t>ЭААЖ</w:t>
      </w:r>
      <w:r w:rsidR="0022035A" w:rsidRPr="0022035A">
        <w:rPr>
          <w:lang w:val="ru-RU"/>
        </w:rPr>
        <w:t xml:space="preserve"> Тапсырыс берушіге келесі мүмкіндіктерді ұсынады:</w:t>
      </w:r>
    </w:p>
    <w:p w:rsidR="0022035A" w:rsidRPr="0022035A" w:rsidRDefault="0022035A" w:rsidP="0022035A">
      <w:pPr>
        <w:pStyle w:val="a0"/>
        <w:numPr>
          <w:ilvl w:val="0"/>
          <w:numId w:val="10"/>
        </w:numPr>
        <w:rPr>
          <w:lang w:val="ru-RU"/>
        </w:rPr>
      </w:pPr>
      <w:r w:rsidRPr="0022035A">
        <w:rPr>
          <w:lang w:val="ru-RU"/>
        </w:rPr>
        <w:t>ыңғайлы интерфейс арқылы ақпаратты іздеуге кететін уақытты қысқарту;</w:t>
      </w:r>
    </w:p>
    <w:p w:rsidR="0022035A" w:rsidRPr="0022035A" w:rsidRDefault="0022035A" w:rsidP="0022035A">
      <w:pPr>
        <w:pStyle w:val="a0"/>
        <w:numPr>
          <w:ilvl w:val="0"/>
          <w:numId w:val="10"/>
        </w:numPr>
        <w:rPr>
          <w:lang w:val="ru-RU"/>
        </w:rPr>
      </w:pPr>
      <w:r w:rsidRPr="0022035A">
        <w:rPr>
          <w:lang w:val="ru-RU"/>
        </w:rPr>
        <w:t>материалдарды қазақ және орыс тілдерінде пайдалану;</w:t>
      </w:r>
    </w:p>
    <w:p w:rsidR="0022035A" w:rsidRPr="0022035A" w:rsidRDefault="0022035A" w:rsidP="0022035A">
      <w:pPr>
        <w:pStyle w:val="a0"/>
        <w:numPr>
          <w:ilvl w:val="0"/>
          <w:numId w:val="10"/>
        </w:numPr>
        <w:rPr>
          <w:lang w:val="ru-RU"/>
        </w:rPr>
      </w:pPr>
      <w:r w:rsidRPr="0022035A">
        <w:rPr>
          <w:lang w:val="ru-RU"/>
        </w:rPr>
        <w:t>Қазақстан Республикасындағы мемлекеттік сатып алулар саласындағы заңнамадағы соңғы өзгерістер мен жаңалықтар туралы ақпарат алу;</w:t>
      </w:r>
    </w:p>
    <w:p w:rsidR="0022035A" w:rsidRPr="0022035A" w:rsidRDefault="0022035A" w:rsidP="0022035A">
      <w:pPr>
        <w:pStyle w:val="a0"/>
        <w:numPr>
          <w:ilvl w:val="0"/>
          <w:numId w:val="10"/>
        </w:numPr>
        <w:rPr>
          <w:lang w:val="ru-RU"/>
        </w:rPr>
      </w:pPr>
      <w:r w:rsidRPr="0022035A">
        <w:rPr>
          <w:lang w:val="ru-RU"/>
        </w:rPr>
        <w:t>күн сайын жаңартылатын өзекті ақпаратқа қол жеткізу;</w:t>
      </w:r>
    </w:p>
    <w:p w:rsidR="0022035A" w:rsidRPr="0022035A" w:rsidRDefault="0022035A" w:rsidP="0022035A">
      <w:pPr>
        <w:pStyle w:val="a0"/>
        <w:numPr>
          <w:ilvl w:val="0"/>
          <w:numId w:val="10"/>
        </w:numPr>
        <w:rPr>
          <w:lang w:val="ru-RU"/>
        </w:rPr>
      </w:pPr>
      <w:r w:rsidRPr="0022035A">
        <w:rPr>
          <w:lang w:val="ru-RU"/>
        </w:rPr>
        <w:t>көлемді және күрделі ақпаратпен жұмысты жеңілдету;</w:t>
      </w:r>
    </w:p>
    <w:p w:rsidR="0022035A" w:rsidRPr="0022035A" w:rsidRDefault="0022035A" w:rsidP="0022035A">
      <w:pPr>
        <w:pStyle w:val="a0"/>
        <w:numPr>
          <w:ilvl w:val="0"/>
          <w:numId w:val="10"/>
        </w:numPr>
        <w:rPr>
          <w:lang w:val="ru-RU"/>
        </w:rPr>
      </w:pPr>
      <w:r w:rsidRPr="0022035A">
        <w:rPr>
          <w:lang w:val="ru-RU"/>
        </w:rPr>
        <w:t>сарапшылардың практикалық шешімдері мен ұсынымдарын алу;</w:t>
      </w:r>
    </w:p>
    <w:p w:rsidR="0022035A" w:rsidRPr="0022035A" w:rsidRDefault="0022035A" w:rsidP="0022035A">
      <w:pPr>
        <w:pStyle w:val="a0"/>
        <w:numPr>
          <w:ilvl w:val="0"/>
          <w:numId w:val="10"/>
        </w:numPr>
        <w:rPr>
          <w:lang w:val="ru-RU"/>
        </w:rPr>
      </w:pPr>
      <w:r w:rsidRPr="0022035A">
        <w:rPr>
          <w:lang w:val="ru-RU"/>
        </w:rPr>
        <w:t>сарапшылардан жазбаша жауаптар алу;</w:t>
      </w:r>
    </w:p>
    <w:p w:rsidR="0022035A" w:rsidRPr="0022035A" w:rsidRDefault="0022035A" w:rsidP="0022035A">
      <w:pPr>
        <w:pStyle w:val="a0"/>
        <w:numPr>
          <w:ilvl w:val="0"/>
          <w:numId w:val="10"/>
        </w:numPr>
        <w:rPr>
          <w:lang w:val="ru-RU"/>
        </w:rPr>
      </w:pPr>
      <w:r w:rsidRPr="0022035A">
        <w:rPr>
          <w:lang w:val="ru-RU"/>
        </w:rPr>
        <w:t>мемлекеттік сатып алулар саласындағы кәсіби білім мен дағдыларды арттыру;</w:t>
      </w:r>
    </w:p>
    <w:p w:rsidR="0022035A" w:rsidRPr="0022035A" w:rsidRDefault="0022035A" w:rsidP="0022035A">
      <w:pPr>
        <w:pStyle w:val="a0"/>
        <w:numPr>
          <w:ilvl w:val="0"/>
          <w:numId w:val="10"/>
        </w:numPr>
        <w:rPr>
          <w:lang w:val="ru-RU"/>
        </w:rPr>
      </w:pPr>
      <w:r w:rsidRPr="0022035A">
        <w:rPr>
          <w:lang w:val="ru-RU"/>
        </w:rPr>
        <w:t>арнайы оқытусыз жүйені пайдалану;</w:t>
      </w:r>
    </w:p>
    <w:p w:rsidR="0022035A" w:rsidRPr="00C52ADC" w:rsidRDefault="0022035A" w:rsidP="0022035A">
      <w:pPr>
        <w:pStyle w:val="a0"/>
        <w:numPr>
          <w:ilvl w:val="0"/>
          <w:numId w:val="10"/>
        </w:numPr>
        <w:rPr>
          <w:lang w:val="ru-RU"/>
        </w:rPr>
      </w:pPr>
      <w:r w:rsidRPr="0022035A">
        <w:rPr>
          <w:lang w:val="ru-RU"/>
        </w:rPr>
        <w:t xml:space="preserve">интернетке қолжетімділік болған жағдайда </w:t>
      </w:r>
      <w:r w:rsidR="008774B4">
        <w:rPr>
          <w:lang w:val="ru-RU"/>
        </w:rPr>
        <w:t>ЭААЖ</w:t>
      </w:r>
      <w:r w:rsidRPr="0022035A">
        <w:rPr>
          <w:lang w:val="ru-RU"/>
        </w:rPr>
        <w:t>-мен 24/7 онлайн режимінде жұмыс істеу.</w:t>
      </w:r>
    </w:p>
    <w:p w:rsidR="0022035A" w:rsidRPr="00C52ADC" w:rsidRDefault="008774B4" w:rsidP="0022035A">
      <w:pPr>
        <w:pStyle w:val="1"/>
        <w:rPr>
          <w:lang w:val="ru-RU"/>
        </w:rPr>
      </w:pPr>
      <w:r>
        <w:rPr>
          <w:rFonts w:ascii="Times New Roman" w:eastAsia="Times New Roman" w:hAnsi="Times New Roman"/>
          <w:lang w:val="ru-RU"/>
        </w:rPr>
        <w:t>ЭААЖ</w:t>
      </w:r>
      <w:r w:rsidR="0022035A" w:rsidRPr="0022035A">
        <w:rPr>
          <w:rFonts w:ascii="Times New Roman" w:eastAsia="Times New Roman" w:hAnsi="Times New Roman"/>
          <w:lang w:val="ru-RU"/>
        </w:rPr>
        <w:t xml:space="preserve"> бөлімдері</w:t>
      </w:r>
    </w:p>
    <w:p w:rsidR="0022035A" w:rsidRPr="00C52ADC" w:rsidRDefault="0022035A" w:rsidP="0022035A">
      <w:pPr>
        <w:pStyle w:val="21"/>
        <w:rPr>
          <w:lang w:val="ru-RU"/>
        </w:rPr>
      </w:pPr>
      <w:r w:rsidRPr="00C52ADC">
        <w:rPr>
          <w:rFonts w:ascii="Times New Roman" w:eastAsia="Times New Roman" w:hAnsi="Times New Roman"/>
          <w:lang w:val="ru-RU"/>
        </w:rPr>
        <w:t xml:space="preserve">1. </w:t>
      </w:r>
      <w:r w:rsidRPr="0022035A">
        <w:rPr>
          <w:rFonts w:ascii="Times New Roman" w:eastAsia="Times New Roman" w:hAnsi="Times New Roman"/>
          <w:lang w:val="ru-RU"/>
        </w:rPr>
        <w:t>Ұсынымдар</w:t>
      </w:r>
    </w:p>
    <w:p w:rsidR="0022035A" w:rsidRPr="00C52ADC" w:rsidRDefault="0022035A" w:rsidP="0022035A">
      <w:pPr>
        <w:rPr>
          <w:lang w:val="ru-RU"/>
        </w:rPr>
      </w:pPr>
      <w:r w:rsidRPr="0022035A">
        <w:rPr>
          <w:lang w:val="ru-RU"/>
        </w:rPr>
        <w:t>Бөлімде мемлекеттік сатып алулар саласындағы сарапшылардың нормативтік құқықтық актілерге сілтемелермен расталған, практикалық түсіндірмелері мен жұмыс жағдайларына арналған шешімдері бар авторлық материалдары, сондай-ақ жүктеуге арналған құжат үлгілері мен нысандары қамтылған.</w:t>
      </w:r>
    </w:p>
    <w:p w:rsidR="0022035A" w:rsidRDefault="0022035A" w:rsidP="0022035A">
      <w:pPr>
        <w:pStyle w:val="a0"/>
        <w:numPr>
          <w:ilvl w:val="0"/>
          <w:numId w:val="0"/>
        </w:numPr>
        <w:ind w:left="360" w:hanging="360"/>
      </w:pPr>
      <w:r>
        <w:t>Ұсынымдар тақырыптары:</w:t>
      </w:r>
    </w:p>
    <w:p w:rsidR="0022035A" w:rsidRDefault="0022035A" w:rsidP="0022035A">
      <w:pPr>
        <w:pStyle w:val="a0"/>
      </w:pPr>
      <w:r>
        <w:t>Қазіргі таңда өзекті</w:t>
      </w:r>
    </w:p>
    <w:p w:rsidR="0022035A" w:rsidRDefault="0022035A" w:rsidP="0022035A">
      <w:pPr>
        <w:pStyle w:val="a0"/>
      </w:pPr>
      <w:r>
        <w:t>Тапсырыс беруші</w:t>
      </w:r>
    </w:p>
    <w:p w:rsidR="0022035A" w:rsidRDefault="0022035A" w:rsidP="0022035A">
      <w:pPr>
        <w:pStyle w:val="a0"/>
      </w:pPr>
      <w:r>
        <w:t>Бірыңғай ұйымдастырушы</w:t>
      </w:r>
    </w:p>
    <w:p w:rsidR="0022035A" w:rsidRDefault="008774B4" w:rsidP="0022035A">
      <w:pPr>
        <w:pStyle w:val="a0"/>
      </w:pPr>
      <w:r>
        <w:t>Өнім беруші</w:t>
      </w:r>
    </w:p>
    <w:p w:rsidR="0022035A" w:rsidRDefault="0022035A" w:rsidP="0022035A">
      <w:pPr>
        <w:pStyle w:val="a0"/>
      </w:pPr>
      <w:r>
        <w:t>Мемлекеттік сатып алу тәсілдері</w:t>
      </w:r>
    </w:p>
    <w:p w:rsidR="0022035A" w:rsidRDefault="0022035A" w:rsidP="0022035A">
      <w:pPr>
        <w:pStyle w:val="a0"/>
      </w:pPr>
      <w:r>
        <w:t>Шарт</w:t>
      </w:r>
    </w:p>
    <w:p w:rsidR="0022035A" w:rsidRDefault="0022035A" w:rsidP="0022035A">
      <w:pPr>
        <w:pStyle w:val="a0"/>
      </w:pPr>
      <w:r>
        <w:t>Арнайы ережелер</w:t>
      </w:r>
    </w:p>
    <w:p w:rsidR="0022035A" w:rsidRDefault="0022035A" w:rsidP="0022035A">
      <w:pPr>
        <w:pStyle w:val="a0"/>
      </w:pPr>
      <w:r>
        <w:t>Сот практикасы</w:t>
      </w:r>
    </w:p>
    <w:p w:rsidR="0022035A" w:rsidRPr="0022035A" w:rsidRDefault="0022035A" w:rsidP="0022035A">
      <w:pPr>
        <w:pStyle w:val="a0"/>
        <w:rPr>
          <w:lang w:val="ru-RU"/>
        </w:rPr>
      </w:pPr>
      <w:r w:rsidRPr="0022035A">
        <w:rPr>
          <w:lang w:val="ru-RU"/>
        </w:rPr>
        <w:t>Дәрілік заттар мен медициналық бұйымдарды сатып алу</w:t>
      </w:r>
    </w:p>
    <w:p w:rsidR="0022035A" w:rsidRDefault="0022035A" w:rsidP="0022035A">
      <w:pPr>
        <w:pStyle w:val="a0"/>
      </w:pPr>
      <w:r>
        <w:t>Құрылыс саласындағы сатып алулар</w:t>
      </w:r>
    </w:p>
    <w:p w:rsidR="0022035A" w:rsidRDefault="0022035A" w:rsidP="0022035A">
      <w:pPr>
        <w:pStyle w:val="a0"/>
      </w:pPr>
      <w:r>
        <w:t>Мемлекеттік сатып алулар саласындағы бұзушылықтар</w:t>
      </w:r>
    </w:p>
    <w:p w:rsidR="0022035A" w:rsidRDefault="0022035A" w:rsidP="0022035A">
      <w:pPr>
        <w:pStyle w:val="a0"/>
      </w:pPr>
      <w:r>
        <w:lastRenderedPageBreak/>
        <w:t>Тізілімдер</w:t>
      </w:r>
    </w:p>
    <w:p w:rsidR="0022035A" w:rsidRDefault="0022035A" w:rsidP="0022035A">
      <w:pPr>
        <w:pStyle w:val="a0"/>
      </w:pPr>
      <w:r>
        <w:t>ҚР БҒМ-нің № 598 бұйрығы бойынша сатып алулар</w:t>
      </w:r>
    </w:p>
    <w:p w:rsidR="0022035A" w:rsidRPr="0022035A" w:rsidRDefault="0022035A" w:rsidP="0022035A">
      <w:pPr>
        <w:pStyle w:val="a0"/>
      </w:pPr>
      <w:r>
        <w:t>және мемлекеттік сатып алуларға қатысты өзге де тақырыптар.</w:t>
      </w:r>
    </w:p>
    <w:p w:rsidR="0022035A" w:rsidRDefault="0022035A" w:rsidP="0022035A">
      <w:r w:rsidRPr="0022035A">
        <w:t>Функционалдық блоктар:</w:t>
      </w:r>
    </w:p>
    <w:p w:rsidR="0022035A" w:rsidRPr="0022035A" w:rsidRDefault="0022035A" w:rsidP="0022035A">
      <w:pPr>
        <w:pStyle w:val="21"/>
        <w:numPr>
          <w:ilvl w:val="0"/>
          <w:numId w:val="21"/>
        </w:numPr>
        <w:spacing w:before="0"/>
        <w:rPr>
          <w:rFonts w:ascii="Times New Roman" w:eastAsia="Times New Roman" w:hAnsi="Times New Roman" w:cstheme="minorBidi"/>
          <w:b w:val="0"/>
          <w:bCs w:val="0"/>
          <w:color w:val="auto"/>
          <w:sz w:val="24"/>
          <w:szCs w:val="22"/>
        </w:rPr>
      </w:pPr>
      <w:r w:rsidRPr="0022035A">
        <w:rPr>
          <w:rFonts w:ascii="Times New Roman" w:eastAsia="Times New Roman" w:hAnsi="Times New Roman" w:cstheme="minorBidi"/>
          <w:b w:val="0"/>
          <w:bCs w:val="0"/>
          <w:color w:val="auto"/>
          <w:sz w:val="24"/>
          <w:szCs w:val="22"/>
          <w:lang w:val="ru-RU"/>
        </w:rPr>
        <w:t>Бүгінгі</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бастысы</w:t>
      </w:r>
      <w:r w:rsidRPr="0022035A">
        <w:rPr>
          <w:rFonts w:ascii="Times New Roman" w:eastAsia="Times New Roman" w:hAnsi="Times New Roman" w:cstheme="minorBidi"/>
          <w:b w:val="0"/>
          <w:bCs w:val="0"/>
          <w:color w:val="auto"/>
          <w:sz w:val="24"/>
          <w:szCs w:val="22"/>
        </w:rPr>
        <w:t xml:space="preserve"> — </w:t>
      </w:r>
      <w:r w:rsidRPr="0022035A">
        <w:rPr>
          <w:rFonts w:ascii="Times New Roman" w:eastAsia="Times New Roman" w:hAnsi="Times New Roman" w:cstheme="minorBidi"/>
          <w:b w:val="0"/>
          <w:bCs w:val="0"/>
          <w:color w:val="auto"/>
          <w:sz w:val="24"/>
          <w:szCs w:val="22"/>
          <w:lang w:val="ru-RU"/>
        </w:rPr>
        <w:t>жаңалықтарға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арналған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күнделікті</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шолу</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беті</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Күн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сайын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жаңартылып</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пайдаланушыны</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оқиғалар</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жаңа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бұйрықтар</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мен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ұсынымдар</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жаңартылған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құжат</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үлгілері</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туралы</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хабардар</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етіп</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отырады</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Таңдалған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материалға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бірден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өтіп</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түсіндірмелер</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мен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жүктеп</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алуға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арналған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қосымша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материалдарды</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алуға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мүмкіндік</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береді</w:t>
      </w:r>
      <w:r w:rsidRPr="0022035A">
        <w:rPr>
          <w:rFonts w:ascii="Times New Roman" w:eastAsia="Times New Roman" w:hAnsi="Times New Roman" w:cstheme="minorBidi"/>
          <w:b w:val="0"/>
          <w:bCs w:val="0"/>
          <w:color w:val="auto"/>
          <w:sz w:val="24"/>
          <w:szCs w:val="22"/>
        </w:rPr>
        <w:t>.</w:t>
      </w:r>
    </w:p>
    <w:p w:rsidR="0022035A" w:rsidRPr="0022035A" w:rsidRDefault="0022035A" w:rsidP="0022035A">
      <w:pPr>
        <w:pStyle w:val="21"/>
        <w:numPr>
          <w:ilvl w:val="0"/>
          <w:numId w:val="21"/>
        </w:numPr>
        <w:spacing w:before="0"/>
        <w:rPr>
          <w:rFonts w:ascii="Times New Roman" w:eastAsia="Times New Roman" w:hAnsi="Times New Roman" w:cstheme="minorBidi"/>
          <w:b w:val="0"/>
          <w:bCs w:val="0"/>
          <w:color w:val="auto"/>
          <w:sz w:val="24"/>
          <w:szCs w:val="22"/>
        </w:rPr>
      </w:pPr>
      <w:r w:rsidRPr="0022035A">
        <w:rPr>
          <w:rFonts w:ascii="Times New Roman" w:eastAsia="Times New Roman" w:hAnsi="Times New Roman" w:cstheme="minorBidi"/>
          <w:b w:val="0"/>
          <w:bCs w:val="0"/>
          <w:color w:val="auto"/>
          <w:sz w:val="24"/>
          <w:szCs w:val="22"/>
          <w:lang w:val="ru-RU"/>
        </w:rPr>
        <w:t>Аптаның</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бастысы</w:t>
      </w:r>
      <w:r w:rsidRPr="0022035A">
        <w:rPr>
          <w:rFonts w:ascii="Times New Roman" w:eastAsia="Times New Roman" w:hAnsi="Times New Roman" w:cstheme="minorBidi"/>
          <w:b w:val="0"/>
          <w:bCs w:val="0"/>
          <w:color w:val="auto"/>
          <w:sz w:val="24"/>
          <w:szCs w:val="22"/>
        </w:rPr>
        <w:t xml:space="preserve"> — </w:t>
      </w:r>
      <w:r w:rsidRPr="0022035A">
        <w:rPr>
          <w:rFonts w:ascii="Times New Roman" w:eastAsia="Times New Roman" w:hAnsi="Times New Roman" w:cstheme="minorBidi"/>
          <w:b w:val="0"/>
          <w:bCs w:val="0"/>
          <w:color w:val="auto"/>
          <w:sz w:val="24"/>
          <w:szCs w:val="22"/>
          <w:lang w:val="ru-RU"/>
        </w:rPr>
        <w:t>апта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ішіндегі</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жаңа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материалдардан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тұратын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блок</w:t>
      </w:r>
      <w:r w:rsidRPr="0022035A">
        <w:rPr>
          <w:rFonts w:ascii="Times New Roman" w:eastAsia="Times New Roman" w:hAnsi="Times New Roman" w:cstheme="minorBidi"/>
          <w:b w:val="0"/>
          <w:bCs w:val="0"/>
          <w:color w:val="auto"/>
          <w:sz w:val="24"/>
          <w:szCs w:val="22"/>
        </w:rPr>
        <w:t>.</w:t>
      </w:r>
    </w:p>
    <w:p w:rsidR="0022035A" w:rsidRPr="0022035A" w:rsidRDefault="0022035A" w:rsidP="0022035A">
      <w:pPr>
        <w:pStyle w:val="21"/>
        <w:numPr>
          <w:ilvl w:val="0"/>
          <w:numId w:val="21"/>
        </w:numPr>
        <w:spacing w:before="0"/>
        <w:rPr>
          <w:rFonts w:ascii="Times New Roman" w:eastAsia="Times New Roman" w:hAnsi="Times New Roman" w:cstheme="minorBidi"/>
          <w:b w:val="0"/>
          <w:bCs w:val="0"/>
          <w:color w:val="auto"/>
          <w:sz w:val="24"/>
          <w:szCs w:val="22"/>
        </w:rPr>
      </w:pPr>
      <w:r w:rsidRPr="0022035A">
        <w:rPr>
          <w:rFonts w:ascii="Times New Roman" w:eastAsia="Times New Roman" w:hAnsi="Times New Roman" w:cstheme="minorBidi"/>
          <w:b w:val="0"/>
          <w:bCs w:val="0"/>
          <w:color w:val="auto"/>
          <w:sz w:val="24"/>
          <w:szCs w:val="22"/>
          <w:lang w:val="ru-RU"/>
        </w:rPr>
        <w:t>Сарапшылардың</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консультациялары</w:t>
      </w:r>
      <w:r w:rsidRPr="0022035A">
        <w:rPr>
          <w:rFonts w:ascii="Times New Roman" w:eastAsia="Times New Roman" w:hAnsi="Times New Roman" w:cstheme="minorBidi"/>
          <w:b w:val="0"/>
          <w:bCs w:val="0"/>
          <w:color w:val="auto"/>
          <w:sz w:val="24"/>
          <w:szCs w:val="22"/>
        </w:rPr>
        <w:t xml:space="preserve"> — </w:t>
      </w:r>
      <w:r w:rsidRPr="0022035A">
        <w:rPr>
          <w:rFonts w:ascii="Times New Roman" w:eastAsia="Times New Roman" w:hAnsi="Times New Roman" w:cstheme="minorBidi"/>
          <w:b w:val="0"/>
          <w:bCs w:val="0"/>
          <w:color w:val="auto"/>
          <w:sz w:val="24"/>
          <w:szCs w:val="22"/>
          <w:lang w:val="ru-RU"/>
        </w:rPr>
        <w:t>мемлекеттік</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сатып</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алу</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бойынша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тапсырыс</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берушілер</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мен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өнім</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берушілердің</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сұрақтарына</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заңгер</w:t>
      </w:r>
      <w:r w:rsidRPr="0022035A">
        <w:rPr>
          <w:rFonts w:ascii="Times New Roman" w:eastAsia="Times New Roman" w:hAnsi="Times New Roman" w:cstheme="minorBidi"/>
          <w:b w:val="0"/>
          <w:bCs w:val="0"/>
          <w:color w:val="auto"/>
          <w:sz w:val="24"/>
          <w:szCs w:val="22"/>
        </w:rPr>
        <w:t>-</w:t>
      </w:r>
      <w:r w:rsidRPr="0022035A">
        <w:rPr>
          <w:rFonts w:ascii="Times New Roman" w:eastAsia="Times New Roman" w:hAnsi="Times New Roman" w:cstheme="minorBidi"/>
          <w:b w:val="0"/>
          <w:bCs w:val="0"/>
          <w:color w:val="auto"/>
          <w:sz w:val="24"/>
          <w:szCs w:val="22"/>
          <w:lang w:val="ru-RU"/>
        </w:rPr>
        <w:t>сарапшылар</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берген</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жауаптар</w:t>
      </w:r>
      <w:r w:rsidRPr="0022035A">
        <w:rPr>
          <w:rFonts w:ascii="Times New Roman" w:eastAsia="Times New Roman" w:hAnsi="Times New Roman" w:cstheme="minorBidi"/>
          <w:b w:val="0"/>
          <w:bCs w:val="0"/>
          <w:color w:val="auto"/>
          <w:sz w:val="24"/>
          <w:szCs w:val="22"/>
        </w:rPr>
        <w:t xml:space="preserve"> </w:t>
      </w:r>
      <w:r w:rsidRPr="0022035A">
        <w:rPr>
          <w:rFonts w:ascii="Times New Roman" w:eastAsia="Times New Roman" w:hAnsi="Times New Roman" w:cstheme="minorBidi"/>
          <w:b w:val="0"/>
          <w:bCs w:val="0"/>
          <w:color w:val="auto"/>
          <w:sz w:val="24"/>
          <w:szCs w:val="22"/>
          <w:lang w:val="ru-RU"/>
        </w:rPr>
        <w:t>блогы</w:t>
      </w:r>
      <w:r w:rsidRPr="0022035A">
        <w:rPr>
          <w:rFonts w:ascii="Times New Roman" w:eastAsia="Times New Roman" w:hAnsi="Times New Roman" w:cstheme="minorBidi"/>
          <w:b w:val="0"/>
          <w:bCs w:val="0"/>
          <w:color w:val="auto"/>
          <w:sz w:val="24"/>
          <w:szCs w:val="22"/>
        </w:rPr>
        <w:t>.</w:t>
      </w:r>
    </w:p>
    <w:p w:rsidR="0022035A" w:rsidRPr="0022035A" w:rsidRDefault="0022035A" w:rsidP="0022035A">
      <w:pPr>
        <w:pStyle w:val="ae"/>
        <w:numPr>
          <w:ilvl w:val="0"/>
          <w:numId w:val="21"/>
        </w:numPr>
        <w:rPr>
          <w:rFonts w:eastAsiaTheme="majorEastAsia"/>
        </w:rPr>
      </w:pPr>
      <w:r w:rsidRPr="0022035A">
        <w:t>Айдың бастысы — айдың негізгі ұсынымдары және ең маңызды мәселелер бойынша материалдар берілген бет. Айдың өзекті тақырыптарына шолу, заңнамадағы негізгі жаңалықтар, пайдалы анықтамалықтар және жүктеп алуға арналған құжат шаблондары қамтылады.</w:t>
      </w:r>
    </w:p>
    <w:p w:rsidR="0022035A" w:rsidRPr="0022035A" w:rsidRDefault="0022035A" w:rsidP="0022035A">
      <w:pPr>
        <w:pStyle w:val="ae"/>
        <w:numPr>
          <w:ilvl w:val="0"/>
          <w:numId w:val="21"/>
        </w:numPr>
        <w:rPr>
          <w:rFonts w:asciiTheme="majorHAnsi" w:eastAsiaTheme="majorEastAsia" w:hAnsiTheme="majorHAnsi" w:cstheme="majorBidi"/>
          <w:b/>
          <w:bCs/>
          <w:color w:val="4F81BD" w:themeColor="accent1"/>
          <w:sz w:val="26"/>
          <w:szCs w:val="26"/>
          <w:lang w:val="ru-RU"/>
        </w:rPr>
      </w:pPr>
      <w:r w:rsidRPr="008C4EF5">
        <w:rPr>
          <w:lang w:val="ru-RU"/>
        </w:rPr>
        <w:t>Танымал</w:t>
      </w:r>
      <w:r w:rsidRPr="0022035A">
        <w:rPr>
          <w:lang w:val="ru-RU"/>
        </w:rPr>
        <w:t xml:space="preserve"> — ең көп сұранысқа ие 5 материалдан тұратын блок.</w:t>
      </w:r>
    </w:p>
    <w:p w:rsidR="0022035A" w:rsidRPr="0022035A" w:rsidRDefault="0022035A" w:rsidP="0022035A">
      <w:pPr>
        <w:pStyle w:val="21"/>
        <w:ind w:left="720"/>
        <w:rPr>
          <w:lang w:val="ru-RU"/>
        </w:rPr>
      </w:pPr>
    </w:p>
    <w:p w:rsidR="0022035A" w:rsidRPr="0022035A" w:rsidRDefault="0022035A" w:rsidP="0022035A">
      <w:pPr>
        <w:pStyle w:val="21"/>
        <w:rPr>
          <w:lang w:val="ru-RU"/>
        </w:rPr>
      </w:pPr>
      <w:r w:rsidRPr="0022035A">
        <w:rPr>
          <w:rFonts w:ascii="Times New Roman" w:eastAsia="Times New Roman" w:hAnsi="Times New Roman"/>
          <w:lang w:val="ru-RU"/>
        </w:rPr>
        <w:t>2. Құқықтық база</w:t>
      </w:r>
    </w:p>
    <w:p w:rsidR="0022035A" w:rsidRDefault="0022035A" w:rsidP="0022035A">
      <w:pPr>
        <w:rPr>
          <w:lang w:val="ru-RU"/>
        </w:rPr>
      </w:pPr>
      <w:r w:rsidRPr="0022035A">
        <w:rPr>
          <w:lang w:val="ru-RU"/>
        </w:rPr>
        <w:t>Күн сайын жаңартылатын жүйеленген нормативтік құқықтық актілер базасы: кодекстер, заңдар, халықаралық актілер, келісімдер, конвенциялар, декларациялар, қаулылар, бұйрықтар, анықтамалықтар, мемлекеттік стандарттар, құрылыс нормалары және т.б.</w:t>
      </w:r>
    </w:p>
    <w:p w:rsidR="0022035A" w:rsidRDefault="0022035A" w:rsidP="0022035A">
      <w:pPr>
        <w:rPr>
          <w:lang w:val="ru-RU"/>
        </w:rPr>
      </w:pPr>
      <w:r w:rsidRPr="0022035A">
        <w:rPr>
          <w:lang w:val="ru-RU"/>
        </w:rPr>
        <w:t>Бөлім мыналарды қамтиды:</w:t>
      </w:r>
    </w:p>
    <w:p w:rsidR="0022035A" w:rsidRPr="0022035A" w:rsidRDefault="0022035A" w:rsidP="0022035A">
      <w:pPr>
        <w:pStyle w:val="ae"/>
        <w:numPr>
          <w:ilvl w:val="0"/>
          <w:numId w:val="24"/>
        </w:numPr>
        <w:rPr>
          <w:lang w:val="ru-RU"/>
        </w:rPr>
      </w:pPr>
      <w:r w:rsidRPr="0022035A">
        <w:rPr>
          <w:lang w:val="ru-RU"/>
        </w:rPr>
        <w:t>Негізгі — ең көп сұранысқа ие нормативтік құқықтық актілер бойынша 8 блокқа бөлінген: кодекстер, заңдар, Үкімет қаулылары, бұйрықтар, қағидалар.</w:t>
      </w:r>
    </w:p>
    <w:p w:rsidR="0022035A" w:rsidRPr="0022035A" w:rsidRDefault="0022035A" w:rsidP="0022035A">
      <w:pPr>
        <w:pStyle w:val="ae"/>
        <w:numPr>
          <w:ilvl w:val="0"/>
          <w:numId w:val="24"/>
        </w:numPr>
        <w:rPr>
          <w:lang w:val="ru-RU"/>
        </w:rPr>
      </w:pPr>
      <w:r w:rsidRPr="0022035A">
        <w:rPr>
          <w:lang w:val="ru-RU"/>
        </w:rPr>
        <w:t>Ай құжаты — айдың ең өзекті әрі сұранысқа ие бұйрығының атауы мен бейнесі және жүктеп алуға арналған батырмасы.</w:t>
      </w:r>
    </w:p>
    <w:p w:rsidR="0022035A" w:rsidRPr="0022035A" w:rsidRDefault="0022035A" w:rsidP="0022035A">
      <w:pPr>
        <w:pStyle w:val="ae"/>
        <w:numPr>
          <w:ilvl w:val="0"/>
          <w:numId w:val="24"/>
        </w:numPr>
        <w:rPr>
          <w:lang w:val="ru-RU"/>
        </w:rPr>
      </w:pPr>
      <w:r w:rsidRPr="0022035A">
        <w:rPr>
          <w:lang w:val="ru-RU"/>
        </w:rPr>
        <w:t>Тақырыптар бойынша құжаттар — жіктеу бойынша бөлінген нормативтік құқықтық актілерден тұратын 4 блок; құжаттарды бірден қарап шығуға немесе жүктеп алуға болады.</w:t>
      </w:r>
    </w:p>
    <w:p w:rsidR="0022035A" w:rsidRPr="0022035A" w:rsidRDefault="0022035A" w:rsidP="0022035A">
      <w:pPr>
        <w:pStyle w:val="ae"/>
        <w:numPr>
          <w:ilvl w:val="0"/>
          <w:numId w:val="24"/>
        </w:numPr>
        <w:rPr>
          <w:b/>
          <w:bCs/>
          <w:lang w:val="ru-RU"/>
        </w:rPr>
      </w:pPr>
      <w:r w:rsidRPr="0022035A">
        <w:rPr>
          <w:lang w:val="ru-RU"/>
        </w:rPr>
        <w:t>Соңғы жаңартулар — Қазақстан Республикасының маңызды әрі өзекті нормативтік құқықтық актілері.</w:t>
      </w:r>
    </w:p>
    <w:p w:rsidR="0022035A" w:rsidRPr="00C52ADC" w:rsidRDefault="0022035A" w:rsidP="0022035A">
      <w:pPr>
        <w:pStyle w:val="21"/>
        <w:rPr>
          <w:lang w:val="ru-RU"/>
        </w:rPr>
      </w:pPr>
      <w:r w:rsidRPr="0022035A">
        <w:rPr>
          <w:rFonts w:ascii="Times New Roman" w:eastAsia="Times New Roman" w:hAnsi="Times New Roman"/>
          <w:lang w:val="ru-RU"/>
        </w:rPr>
        <w:t>3. Үлгілер мен мысалдар</w:t>
      </w:r>
    </w:p>
    <w:p w:rsidR="0022035A" w:rsidRPr="00C52ADC" w:rsidRDefault="0022035A" w:rsidP="0022035A">
      <w:pPr>
        <w:rPr>
          <w:lang w:val="ru-RU"/>
        </w:rPr>
      </w:pPr>
      <w:r w:rsidRPr="0022035A">
        <w:rPr>
          <w:lang w:val="ru-RU"/>
        </w:rPr>
        <w:t>Нормативтік, есептік және жергілікті құжаттардың үлгілері, чек-парақтар, нұсқаулықтар, алгоритмдер және өзге де нысандар.</w:t>
      </w:r>
    </w:p>
    <w:p w:rsidR="0022035A" w:rsidRDefault="0022035A" w:rsidP="0022035A">
      <w:pPr>
        <w:pStyle w:val="21"/>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lastRenderedPageBreak/>
        <w:t>Функционалдық топтар:</w:t>
      </w:r>
    </w:p>
    <w:p w:rsid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Қазіргі таңда танымал — айдың ең көп сұранысқа ие 4 құжаты.</w:t>
      </w:r>
    </w:p>
    <w:p w:rsid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Түсіндірмелері бар үлгі — құжатқа берілген түсіндірме, оның бейнесі және жүктеп алуға арналған батырма.</w:t>
      </w:r>
    </w:p>
    <w:p w:rsid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Нысандар. Пакеттер блогы — айдың ең сұранысқа ие тақырыптары бойынша жүктеп алуға арналған құжат үлгілері.</w:t>
      </w:r>
    </w:p>
    <w:p w:rsid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Барлық нысандар — дайын құжат шаблондары келесі санаттар бойынша топтастырылған: Тапсырыс беруші, Бірыңғай ұйымдастырушы, Өнім беруші, Жоспарлау, сатып алу тәсілдері, Шарт, арнайы ережелер, медицина саласындағы сатып алулар, хат үлгілері.</w:t>
      </w:r>
    </w:p>
    <w:p w:rsidR="0022035A" w:rsidRPr="00C52ADC" w:rsidRDefault="0022035A" w:rsidP="0022035A">
      <w:pPr>
        <w:pStyle w:val="21"/>
        <w:rPr>
          <w:lang w:val="ru-RU"/>
        </w:rPr>
      </w:pPr>
      <w:r w:rsidRPr="0022035A">
        <w:rPr>
          <w:rFonts w:ascii="Times New Roman" w:eastAsia="Times New Roman" w:hAnsi="Times New Roman"/>
          <w:lang w:val="ru-RU"/>
        </w:rPr>
        <w:t>4. Анықтамалық</w:t>
      </w:r>
    </w:p>
    <w:p w:rsidR="0022035A" w:rsidRPr="0022035A" w:rsidRDefault="0022035A" w:rsidP="0022035A">
      <w:pPr>
        <w:pStyle w:val="21"/>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Бөлім ыңғайлы кестелік форматта ұсынылған және мыналарды қамтиды:</w:t>
      </w:r>
    </w:p>
    <w:p w:rsidR="0022035A" w:rsidRP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заңнамадағы өзгерістердің салыстырмалы кестелері;</w:t>
      </w:r>
    </w:p>
    <w:p w:rsidR="0022035A" w:rsidRP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айыппұлдар туралы мәліметтер;</w:t>
      </w:r>
    </w:p>
    <w:p w:rsidR="0022035A" w:rsidRP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өндірістік күнтізбе;</w:t>
      </w:r>
    </w:p>
    <w:p w:rsidR="0022035A" w:rsidRP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калькуляторлар (ҚҚС, айыппұлды есептеу, шартты орындауды қамтамасыз ету);</w:t>
      </w:r>
    </w:p>
    <w:p w:rsidR="0022035A" w:rsidRP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 xml:space="preserve">тексеру сервистері (контрагенттерді тексеру, ұлттық режимнен алып тастауға ЕНС </w:t>
      </w:r>
      <w:proofErr w:type="gramStart"/>
      <w:r w:rsidRPr="0022035A">
        <w:rPr>
          <w:rFonts w:ascii="Times New Roman" w:eastAsia="Times New Roman" w:hAnsi="Times New Roman" w:cstheme="minorBidi"/>
          <w:b w:val="0"/>
          <w:bCs w:val="0"/>
          <w:color w:val="auto"/>
          <w:sz w:val="24"/>
          <w:szCs w:val="22"/>
          <w:lang w:val="ru-RU"/>
        </w:rPr>
        <w:t>ТРУ-ды</w:t>
      </w:r>
      <w:proofErr w:type="gramEnd"/>
      <w:r w:rsidRPr="0022035A">
        <w:rPr>
          <w:rFonts w:ascii="Times New Roman" w:eastAsia="Times New Roman" w:hAnsi="Times New Roman" w:cstheme="minorBidi"/>
          <w:b w:val="0"/>
          <w:bCs w:val="0"/>
          <w:color w:val="auto"/>
          <w:sz w:val="24"/>
          <w:szCs w:val="22"/>
          <w:lang w:val="ru-RU"/>
        </w:rPr>
        <w:t xml:space="preserve"> тексеру);</w:t>
      </w:r>
    </w:p>
    <w:p w:rsidR="0022035A" w:rsidRP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АЕК-тің өзекті мөлшері;</w:t>
      </w:r>
    </w:p>
    <w:p w:rsidR="0022035A" w:rsidRDefault="0022035A" w:rsidP="0022035A">
      <w:pPr>
        <w:pStyle w:val="21"/>
        <w:numPr>
          <w:ilvl w:val="0"/>
          <w:numId w:val="25"/>
        </w:numPr>
        <w:spacing w:before="0"/>
        <w:rPr>
          <w:rFonts w:ascii="Times New Roman" w:eastAsia="Times New Roman" w:hAnsi="Times New Roman" w:cstheme="minorBidi"/>
          <w:b w:val="0"/>
          <w:bCs w:val="0"/>
          <w:color w:val="auto"/>
          <w:sz w:val="24"/>
          <w:szCs w:val="22"/>
          <w:lang w:val="ru-RU"/>
        </w:rPr>
      </w:pPr>
      <w:r w:rsidRPr="0022035A">
        <w:rPr>
          <w:rFonts w:ascii="Times New Roman" w:eastAsia="Times New Roman" w:hAnsi="Times New Roman" w:cstheme="minorBidi"/>
          <w:b w:val="0"/>
          <w:bCs w:val="0"/>
          <w:color w:val="auto"/>
          <w:sz w:val="24"/>
          <w:szCs w:val="22"/>
          <w:lang w:val="ru-RU"/>
        </w:rPr>
        <w:t>өзге де анықтамалық материалдар.</w:t>
      </w:r>
    </w:p>
    <w:p w:rsidR="0022035A" w:rsidRPr="0022035A" w:rsidRDefault="0022035A" w:rsidP="0022035A">
      <w:pPr>
        <w:pStyle w:val="21"/>
        <w:rPr>
          <w:lang w:val="ru-RU"/>
        </w:rPr>
      </w:pPr>
      <w:r w:rsidRPr="0022035A">
        <w:rPr>
          <w:rFonts w:ascii="Times New Roman" w:eastAsia="Times New Roman" w:hAnsi="Times New Roman"/>
          <w:lang w:val="ru-RU"/>
        </w:rPr>
        <w:t>5. Вебинарлар (Бейне)</w:t>
      </w:r>
    </w:p>
    <w:p w:rsidR="0022035A" w:rsidRDefault="0022035A" w:rsidP="0022035A">
      <w:pPr>
        <w:pStyle w:val="a0"/>
        <w:numPr>
          <w:ilvl w:val="0"/>
          <w:numId w:val="0"/>
        </w:numPr>
        <w:ind w:left="360"/>
      </w:pPr>
      <w:r>
        <w:t>Бөлім мыналарды қамтиды:</w:t>
      </w:r>
    </w:p>
    <w:p w:rsidR="0022035A" w:rsidRDefault="0022035A" w:rsidP="0022035A">
      <w:pPr>
        <w:pStyle w:val="a0"/>
        <w:numPr>
          <w:ilvl w:val="0"/>
          <w:numId w:val="27"/>
        </w:numPr>
      </w:pPr>
      <w:r>
        <w:t>бейнесеминарлар кітапханасын;</w:t>
      </w:r>
    </w:p>
    <w:p w:rsidR="0022035A" w:rsidRDefault="0022035A" w:rsidP="0022035A">
      <w:pPr>
        <w:pStyle w:val="a0"/>
        <w:numPr>
          <w:ilvl w:val="0"/>
          <w:numId w:val="27"/>
        </w:numPr>
      </w:pPr>
      <w:r>
        <w:t>бейненұсқаулықтар кітапханасын;</w:t>
      </w:r>
    </w:p>
    <w:p w:rsidR="0022035A" w:rsidRDefault="0022035A" w:rsidP="0022035A">
      <w:pPr>
        <w:pStyle w:val="a0"/>
        <w:numPr>
          <w:ilvl w:val="0"/>
          <w:numId w:val="27"/>
        </w:numPr>
      </w:pPr>
      <w:r>
        <w:t>бейнематериалдар мұрағатын;</w:t>
      </w:r>
    </w:p>
    <w:p w:rsidR="0022035A" w:rsidRDefault="0022035A" w:rsidP="0022035A">
      <w:pPr>
        <w:pStyle w:val="a0"/>
        <w:numPr>
          <w:ilvl w:val="0"/>
          <w:numId w:val="27"/>
        </w:numPr>
      </w:pPr>
      <w:r>
        <w:t>презентацияларды жүктеу мүмкіндігін;</w:t>
      </w:r>
    </w:p>
    <w:p w:rsidR="0022035A" w:rsidRPr="00C52ADC" w:rsidRDefault="0022035A" w:rsidP="0022035A">
      <w:pPr>
        <w:pStyle w:val="a0"/>
        <w:numPr>
          <w:ilvl w:val="0"/>
          <w:numId w:val="27"/>
        </w:numPr>
        <w:rPr>
          <w:lang w:val="ru-RU"/>
        </w:rPr>
      </w:pPr>
      <w:r w:rsidRPr="0022035A">
        <w:rPr>
          <w:lang w:val="ru-RU"/>
        </w:rPr>
        <w:t>сипаттамасы мен лекторы көрсетілген бейнематериал карталарын.</w:t>
      </w:r>
    </w:p>
    <w:p w:rsidR="0022035A" w:rsidRPr="00C52ADC" w:rsidRDefault="0022035A" w:rsidP="0022035A">
      <w:pPr>
        <w:pStyle w:val="21"/>
        <w:rPr>
          <w:lang w:val="ru-RU"/>
        </w:rPr>
      </w:pPr>
      <w:r>
        <w:rPr>
          <w:rFonts w:ascii="Times New Roman" w:eastAsia="Times New Roman" w:hAnsi="Times New Roman"/>
          <w:lang w:val="ru-RU"/>
        </w:rPr>
        <w:t>6. Журналдар</w:t>
      </w:r>
    </w:p>
    <w:p w:rsidR="0022035A" w:rsidRPr="00C52ADC" w:rsidRDefault="0022035A" w:rsidP="0022035A">
      <w:pPr>
        <w:rPr>
          <w:lang w:val="ru-RU"/>
        </w:rPr>
      </w:pPr>
      <w:r w:rsidRPr="0022035A">
        <w:rPr>
          <w:lang w:val="ru-RU"/>
        </w:rPr>
        <w:t>Бөлім мемлекеттік сатып алу саласындағы басшылар мен мамандарға арналған «Мемлекеттік тапсырыс. Сұрақтар мен жауаптар» электрондық басылымын қамтиды және мақалаларға, сұрақтар мен жауаптарға, бейнедәрістерге, сондай-ақ оқу материалдарына қолжетімділікті қамтамасыз етеді.</w:t>
      </w:r>
    </w:p>
    <w:p w:rsidR="0022035A" w:rsidRPr="00C52ADC" w:rsidRDefault="0022035A" w:rsidP="0022035A">
      <w:pPr>
        <w:pStyle w:val="1"/>
        <w:rPr>
          <w:lang w:val="ru-RU"/>
        </w:rPr>
      </w:pPr>
      <w:r w:rsidRPr="0022035A">
        <w:rPr>
          <w:rFonts w:ascii="Times New Roman" w:eastAsia="Times New Roman" w:hAnsi="Times New Roman"/>
          <w:lang w:val="ru-RU"/>
        </w:rPr>
        <w:t>«Мемлекеттік сатып алулар» ААЖ-ның қосымша пайдалы мүмкіндіктері</w:t>
      </w:r>
    </w:p>
    <w:p w:rsidR="0022035A" w:rsidRPr="008C4EF5" w:rsidRDefault="0022035A" w:rsidP="00455B4C">
      <w:pPr>
        <w:rPr>
          <w:lang w:val="ru-RU"/>
        </w:rPr>
      </w:pPr>
      <w:r w:rsidRPr="008C4EF5">
        <w:rPr>
          <w:lang w:val="ru-RU"/>
        </w:rPr>
        <w:t>Сервистік батырмалар Тапсырыс берушінің жұмысын жеңі</w:t>
      </w:r>
      <w:r w:rsidR="00455B4C" w:rsidRPr="008C4EF5">
        <w:rPr>
          <w:lang w:val="ru-RU"/>
        </w:rPr>
        <w:t xml:space="preserve">лдетуге, уақытты үнемдеуге және </w:t>
      </w:r>
      <w:r w:rsidRPr="008C4EF5">
        <w:rPr>
          <w:lang w:val="ru-RU"/>
        </w:rPr>
        <w:t>материалдардың үлкен көлемінде оңай бағдарлануға мүмкіндік береді:</w:t>
      </w:r>
    </w:p>
    <w:p w:rsidR="0022035A" w:rsidRPr="0022035A" w:rsidRDefault="0022035A" w:rsidP="0022035A">
      <w:pPr>
        <w:pStyle w:val="a"/>
        <w:numPr>
          <w:ilvl w:val="0"/>
          <w:numId w:val="28"/>
        </w:numPr>
        <w:rPr>
          <w:lang w:val="ru-RU"/>
        </w:rPr>
      </w:pPr>
      <w:r w:rsidRPr="0022035A">
        <w:rPr>
          <w:lang w:val="ru-RU"/>
        </w:rPr>
        <w:lastRenderedPageBreak/>
        <w:t>Сараптамалық қолдау — Қазақстан Республикасының қолданыстағы заңнамасына сілтемелермен мемлекеттік сатып алу саласындағы сарапшылардың жазбаша консультациялары.</w:t>
      </w:r>
    </w:p>
    <w:p w:rsidR="0022035A" w:rsidRPr="0022035A" w:rsidRDefault="0022035A" w:rsidP="00455B4C">
      <w:pPr>
        <w:pStyle w:val="a"/>
        <w:numPr>
          <w:ilvl w:val="0"/>
          <w:numId w:val="0"/>
        </w:numPr>
        <w:ind w:left="720"/>
        <w:rPr>
          <w:lang w:val="ru-RU"/>
        </w:rPr>
      </w:pPr>
      <w:r w:rsidRPr="0022035A">
        <w:rPr>
          <w:lang w:val="ru-RU"/>
        </w:rPr>
        <w:t>Тақырыптар: қолданыстағы бұйрықтар, НҚА-дағы өзгерістер, құқықтық және ұйымдастырушылық мәселелер, тапсырыс берушілер мен өнім берушілер үшін мемлекеттік сатып алудағы проблемалық жағдайлар, даулы мәселелер, құжаттар тізбелері, мемлекеттік сатып алу қағидалары, жергілікті құжаттардың нысандары, ережелер, лауазымдық нұсқаулықтар және т.б.</w:t>
      </w:r>
    </w:p>
    <w:p w:rsidR="0022035A" w:rsidRPr="0022035A" w:rsidRDefault="0022035A" w:rsidP="00455B4C">
      <w:pPr>
        <w:pStyle w:val="a"/>
        <w:numPr>
          <w:ilvl w:val="0"/>
          <w:numId w:val="0"/>
        </w:numPr>
        <w:ind w:left="720"/>
        <w:rPr>
          <w:lang w:val="ru-RU"/>
        </w:rPr>
      </w:pPr>
      <w:r w:rsidRPr="0022035A">
        <w:rPr>
          <w:lang w:val="ru-RU"/>
        </w:rPr>
        <w:t>Процесс: пайдаланушы шектеусіз сұрақ қоя алады. Жауап сұрақтардың күрделілігі мен санына байланысты 1–3 жұмыс күні ішінде ұсынылады.</w:t>
      </w:r>
    </w:p>
    <w:p w:rsidR="0022035A" w:rsidRPr="0022035A" w:rsidRDefault="0022035A" w:rsidP="0022035A">
      <w:pPr>
        <w:pStyle w:val="a"/>
        <w:numPr>
          <w:ilvl w:val="0"/>
          <w:numId w:val="28"/>
        </w:numPr>
        <w:rPr>
          <w:lang w:val="ru-RU"/>
        </w:rPr>
      </w:pPr>
      <w:r w:rsidRPr="0022035A">
        <w:rPr>
          <w:lang w:val="ru-RU"/>
        </w:rPr>
        <w:t>Іздеу жолағы — ААЖ айдарлары мен бөлімдері бойынша ақпаратты іздеуді жеңілдетеді және жеделдетеді. Пайдаланушы сұраныс енгізіп, кілт сөздері бар материалдардың (НҚА, ұсынымдар, шаблондар, анықтамалық материалдар) тізбесін алады.</w:t>
      </w:r>
    </w:p>
    <w:p w:rsidR="0022035A" w:rsidRPr="0022035A" w:rsidRDefault="0022035A" w:rsidP="00455B4C">
      <w:pPr>
        <w:pStyle w:val="a"/>
        <w:numPr>
          <w:ilvl w:val="0"/>
          <w:numId w:val="0"/>
        </w:numPr>
        <w:ind w:left="720"/>
        <w:rPr>
          <w:lang w:val="ru-RU"/>
        </w:rPr>
      </w:pPr>
      <w:r w:rsidRPr="0022035A">
        <w:rPr>
          <w:lang w:val="ru-RU"/>
        </w:rPr>
        <w:t>Пайдалы опциялар: жедел жауаптар, қысқаша анықтамалық материалдар, навигациялық кеңестер — іздеуді жеделдетіп, бірнеше қадамда қажетті материал мен құжаттар тізбесін табуға көмектеседі.</w:t>
      </w:r>
    </w:p>
    <w:p w:rsidR="0022035A" w:rsidRPr="0022035A" w:rsidRDefault="0022035A" w:rsidP="00455B4C">
      <w:pPr>
        <w:pStyle w:val="a"/>
        <w:numPr>
          <w:ilvl w:val="0"/>
          <w:numId w:val="0"/>
        </w:numPr>
        <w:ind w:left="720"/>
        <w:rPr>
          <w:lang w:val="ru-RU"/>
        </w:rPr>
      </w:pPr>
      <w:r w:rsidRPr="0022035A">
        <w:rPr>
          <w:lang w:val="ru-RU"/>
        </w:rPr>
        <w:t>Құжаттар тізімінің сүзгілері эталондық сұранымдар немесе кеңейтілген ақпарат бойынша іздеу жүргізуге мүмкіндік береді.</w:t>
      </w:r>
    </w:p>
    <w:p w:rsidR="0022035A" w:rsidRPr="0022035A" w:rsidRDefault="0022035A" w:rsidP="0022035A">
      <w:pPr>
        <w:pStyle w:val="a"/>
        <w:numPr>
          <w:ilvl w:val="0"/>
          <w:numId w:val="28"/>
        </w:numPr>
        <w:rPr>
          <w:lang w:val="ru-RU"/>
        </w:rPr>
      </w:pPr>
      <w:r w:rsidRPr="0022035A">
        <w:rPr>
          <w:lang w:val="ru-RU"/>
        </w:rPr>
        <w:t>Толыққанды рубрикатор, мемлекеттік сатып алу бойынша барлық тақырыптарды қамтиды:</w:t>
      </w:r>
    </w:p>
    <w:p w:rsidR="0022035A" w:rsidRPr="0022035A" w:rsidRDefault="0022035A" w:rsidP="0022035A">
      <w:pPr>
        <w:pStyle w:val="a"/>
        <w:numPr>
          <w:ilvl w:val="0"/>
          <w:numId w:val="30"/>
        </w:numPr>
        <w:rPr>
          <w:lang w:val="ru-RU"/>
        </w:rPr>
      </w:pPr>
      <w:r w:rsidRPr="0022035A">
        <w:rPr>
          <w:lang w:val="ru-RU"/>
        </w:rPr>
        <w:t>мемлекеттік сатып алуды ұйымдастыру және өткізу, оған қатысу, мемлекеттік бақылау, тексерулер және т.б.;</w:t>
      </w:r>
    </w:p>
    <w:p w:rsidR="0022035A" w:rsidRPr="0022035A" w:rsidRDefault="0022035A" w:rsidP="0022035A">
      <w:pPr>
        <w:pStyle w:val="a"/>
        <w:numPr>
          <w:ilvl w:val="0"/>
          <w:numId w:val="30"/>
        </w:numPr>
        <w:rPr>
          <w:lang w:val="ru-RU"/>
        </w:rPr>
      </w:pPr>
      <w:r w:rsidRPr="0022035A">
        <w:rPr>
          <w:lang w:val="ru-RU"/>
        </w:rPr>
        <w:t>нормативтік құқықтық актілер (заңдар, қаулылар, бұйрықтар, ұсынымдар және т.б.);</w:t>
      </w:r>
    </w:p>
    <w:p w:rsidR="0022035A" w:rsidRPr="0022035A" w:rsidRDefault="0022035A" w:rsidP="0022035A">
      <w:pPr>
        <w:pStyle w:val="a"/>
        <w:numPr>
          <w:ilvl w:val="0"/>
          <w:numId w:val="30"/>
        </w:numPr>
        <w:rPr>
          <w:lang w:val="ru-RU"/>
        </w:rPr>
      </w:pPr>
      <w:r w:rsidRPr="0022035A">
        <w:rPr>
          <w:lang w:val="ru-RU"/>
        </w:rPr>
        <w:t>құжат үлгілері (есептік нысандар, жергілікті құжаттар, стандарттар, журналдар, хаттамалар, ережелер, қорытындылар, бұйрықтар, есептер, алгоритмдер, нұсқаулықтар және т.б.);</w:t>
      </w:r>
    </w:p>
    <w:p w:rsidR="0022035A" w:rsidRPr="0022035A" w:rsidRDefault="0022035A" w:rsidP="0022035A">
      <w:pPr>
        <w:pStyle w:val="a"/>
        <w:numPr>
          <w:ilvl w:val="0"/>
          <w:numId w:val="30"/>
        </w:numPr>
        <w:rPr>
          <w:lang w:val="ru-RU"/>
        </w:rPr>
      </w:pPr>
      <w:r w:rsidRPr="0022035A">
        <w:rPr>
          <w:lang w:val="ru-RU"/>
        </w:rPr>
        <w:t>анықтамалық материалдар (калькуляторлар, пайдалы кестелер, стандарттар және т.б.).</w:t>
      </w:r>
    </w:p>
    <w:p w:rsidR="0022035A" w:rsidRPr="0022035A" w:rsidRDefault="0022035A" w:rsidP="0022035A">
      <w:pPr>
        <w:pStyle w:val="a"/>
        <w:numPr>
          <w:ilvl w:val="0"/>
          <w:numId w:val="28"/>
        </w:numPr>
        <w:rPr>
          <w:lang w:val="ru-RU"/>
        </w:rPr>
      </w:pPr>
      <w:r w:rsidRPr="0022035A">
        <w:rPr>
          <w:lang w:val="ru-RU"/>
        </w:rPr>
        <w:t>Таңдаулылар — бетбелгілер жасау және жеке материалдар жинағын қалыптастыру мүмкіндігі.</w:t>
      </w:r>
    </w:p>
    <w:p w:rsidR="0022035A" w:rsidRPr="0022035A" w:rsidRDefault="0022035A" w:rsidP="0022035A">
      <w:pPr>
        <w:pStyle w:val="a"/>
        <w:numPr>
          <w:ilvl w:val="0"/>
          <w:numId w:val="28"/>
        </w:numPr>
        <w:rPr>
          <w:lang w:val="ru-RU"/>
        </w:rPr>
      </w:pPr>
      <w:r w:rsidRPr="0022035A">
        <w:rPr>
          <w:lang w:val="ru-RU"/>
        </w:rPr>
        <w:t>Сілтеме жіберу — пайдаланушы ААЖ-дан тікелей ұсынымға немесе құжатқа сілтемені әріптесіне электрондық пошта арқылы жібере алады. Әріптес құжатты үш ретке дейін тегін қарай алады.</w:t>
      </w:r>
    </w:p>
    <w:p w:rsidR="0022035A" w:rsidRPr="0022035A" w:rsidRDefault="0022035A" w:rsidP="0022035A">
      <w:pPr>
        <w:pStyle w:val="a"/>
        <w:numPr>
          <w:ilvl w:val="0"/>
          <w:numId w:val="28"/>
        </w:numPr>
        <w:rPr>
          <w:lang w:val="ru-RU"/>
        </w:rPr>
      </w:pPr>
      <w:r w:rsidRPr="0022035A">
        <w:rPr>
          <w:lang w:val="ru-RU"/>
        </w:rPr>
        <w:t>Құжатты басып шығару — құжатты Word форматында басып шығару мүмкіндігі.</w:t>
      </w:r>
    </w:p>
    <w:p w:rsidR="0022035A" w:rsidRPr="0022035A" w:rsidRDefault="0022035A" w:rsidP="0022035A">
      <w:pPr>
        <w:pStyle w:val="a"/>
        <w:numPr>
          <w:ilvl w:val="0"/>
          <w:numId w:val="28"/>
        </w:numPr>
        <w:rPr>
          <w:lang w:val="ru-RU"/>
        </w:rPr>
      </w:pPr>
      <w:r w:rsidRPr="0022035A">
        <w:rPr>
          <w:lang w:val="ru-RU"/>
        </w:rPr>
        <w:t>Құжатты жүктеу — ұсынымдар, құжаттар мен кестелер Word форматында жүктеп алуға қолжетімді.</w:t>
      </w:r>
    </w:p>
    <w:p w:rsidR="0022035A" w:rsidRPr="0022035A" w:rsidRDefault="0022035A" w:rsidP="0022035A">
      <w:pPr>
        <w:pStyle w:val="a"/>
        <w:numPr>
          <w:ilvl w:val="0"/>
          <w:numId w:val="28"/>
        </w:numPr>
        <w:rPr>
          <w:lang w:val="ru-RU"/>
        </w:rPr>
      </w:pPr>
      <w:r w:rsidRPr="0022035A">
        <w:rPr>
          <w:lang w:val="ru-RU"/>
        </w:rPr>
        <w:t>Жеке кабинет — ААЖ клиенттеріне арналған, пайдаланушы жұмысының тиімділігін арттыруға бағытталған сервис. Оның көмегімен клиенттер маңызды ақпаратты жедел алып, бірқатар тапсырмаларды онлайн режимде өз бетінше орындай алады.</w:t>
      </w:r>
    </w:p>
    <w:p w:rsidR="0022035A" w:rsidRPr="0022035A" w:rsidRDefault="0022035A" w:rsidP="00455B4C">
      <w:pPr>
        <w:pStyle w:val="a"/>
        <w:numPr>
          <w:ilvl w:val="0"/>
          <w:numId w:val="0"/>
        </w:numPr>
        <w:ind w:left="720"/>
        <w:rPr>
          <w:lang w:val="ru-RU"/>
        </w:rPr>
      </w:pPr>
      <w:r w:rsidRPr="0022035A">
        <w:rPr>
          <w:lang w:val="ru-RU"/>
        </w:rPr>
        <w:t>• «Пайдалы» батырмасы — «Жеке кабинетте» алдағы уақытта қажет болатын мақалалар мен материалдарды сақтауға мүмкіндік береді;</w:t>
      </w:r>
    </w:p>
    <w:p w:rsidR="0022035A" w:rsidRPr="0022035A" w:rsidRDefault="0022035A" w:rsidP="00455B4C">
      <w:pPr>
        <w:pStyle w:val="a"/>
        <w:numPr>
          <w:ilvl w:val="0"/>
          <w:numId w:val="0"/>
        </w:numPr>
        <w:ind w:left="720"/>
        <w:rPr>
          <w:lang w:val="ru-RU"/>
        </w:rPr>
      </w:pPr>
      <w:r w:rsidRPr="0022035A">
        <w:rPr>
          <w:lang w:val="ru-RU"/>
        </w:rPr>
        <w:lastRenderedPageBreak/>
        <w:t>• «Көмек» батырмасы — пайдаланушыларда жиі туындайтын сұрақтарға толық жауаптарды қамтиды.</w:t>
      </w:r>
    </w:p>
    <w:p w:rsidR="0022035A" w:rsidRPr="0022035A" w:rsidRDefault="0022035A" w:rsidP="0022035A">
      <w:pPr>
        <w:pStyle w:val="a"/>
        <w:numPr>
          <w:ilvl w:val="0"/>
          <w:numId w:val="28"/>
        </w:numPr>
        <w:rPr>
          <w:lang w:val="ru-RU"/>
        </w:rPr>
      </w:pPr>
      <w:r w:rsidRPr="0022035A">
        <w:rPr>
          <w:lang w:val="ru-RU"/>
        </w:rPr>
        <w:t>Техникалық қолдау — ААЖ пайдаланушыларының тұрақты жұмысын қамтамасыз ететін сервис.</w:t>
      </w:r>
    </w:p>
    <w:p w:rsidR="0022035A" w:rsidRPr="0022035A" w:rsidRDefault="0022035A" w:rsidP="0022035A">
      <w:pPr>
        <w:pStyle w:val="a"/>
        <w:numPr>
          <w:ilvl w:val="0"/>
          <w:numId w:val="28"/>
        </w:numPr>
        <w:rPr>
          <w:lang w:val="ru-RU"/>
        </w:rPr>
      </w:pPr>
      <w:r w:rsidRPr="0022035A">
        <w:rPr>
          <w:lang w:val="ru-RU"/>
        </w:rPr>
        <w:t>Жүйе бөлімдері арасында жылдам ауысу.</w:t>
      </w:r>
    </w:p>
    <w:p w:rsidR="0022035A" w:rsidRPr="0022035A" w:rsidRDefault="0022035A" w:rsidP="0022035A">
      <w:pPr>
        <w:pStyle w:val="a"/>
        <w:numPr>
          <w:ilvl w:val="0"/>
          <w:numId w:val="28"/>
        </w:numPr>
        <w:rPr>
          <w:lang w:val="ru-RU"/>
        </w:rPr>
      </w:pPr>
      <w:r w:rsidRPr="0022035A">
        <w:rPr>
          <w:lang w:val="ru-RU"/>
        </w:rPr>
        <w:t>Тілдерді ауыстыру — орыс тілінен қазақ тіліне және керісінше. ААЖ-де КАЗ/РУС батырмасы арқылы тілдерді ауыстыру мүмкіндігі іске асырылған.</w:t>
      </w:r>
    </w:p>
    <w:p w:rsidR="0022035A" w:rsidRPr="0022035A" w:rsidRDefault="0022035A" w:rsidP="0022035A">
      <w:pPr>
        <w:pStyle w:val="a"/>
        <w:numPr>
          <w:ilvl w:val="0"/>
          <w:numId w:val="28"/>
        </w:numPr>
        <w:rPr>
          <w:lang w:val="ru-RU"/>
        </w:rPr>
      </w:pPr>
      <w:r w:rsidRPr="0022035A">
        <w:rPr>
          <w:lang w:val="ru-RU"/>
        </w:rPr>
        <w:t>Құжаттарды сақтау — Word, Excel, PDF форматтарында.</w:t>
      </w:r>
    </w:p>
    <w:p w:rsidR="0022035A" w:rsidRPr="0022035A" w:rsidRDefault="0022035A" w:rsidP="0022035A">
      <w:pPr>
        <w:pStyle w:val="a"/>
        <w:numPr>
          <w:ilvl w:val="0"/>
          <w:numId w:val="28"/>
        </w:numPr>
        <w:rPr>
          <w:lang w:val="ru-RU"/>
        </w:rPr>
      </w:pPr>
      <w:r w:rsidRPr="0022035A">
        <w:rPr>
          <w:lang w:val="ru-RU"/>
        </w:rPr>
        <w:t>Құжаттарды экспорттау — Word, Excel, PDF форматтарында.</w:t>
      </w:r>
    </w:p>
    <w:p w:rsidR="0022035A" w:rsidRPr="00697BC3" w:rsidRDefault="0022035A" w:rsidP="0022035A">
      <w:pPr>
        <w:pStyle w:val="a"/>
        <w:numPr>
          <w:ilvl w:val="0"/>
          <w:numId w:val="28"/>
        </w:numPr>
        <w:rPr>
          <w:lang w:val="ru-RU"/>
        </w:rPr>
      </w:pPr>
      <w:r w:rsidRPr="0022035A">
        <w:rPr>
          <w:lang w:val="ru-RU"/>
        </w:rPr>
        <w:t>Сүйемелдеу — техникалық қолдау және клиенттік сервис менеджерлерінің көмегі.</w:t>
      </w:r>
    </w:p>
    <w:p w:rsidR="0022035A" w:rsidRPr="00841063" w:rsidRDefault="00455B4C" w:rsidP="0022035A">
      <w:pPr>
        <w:jc w:val="center"/>
        <w:rPr>
          <w:sz w:val="36"/>
          <w:szCs w:val="36"/>
          <w:lang w:val="ru-RU"/>
        </w:rPr>
      </w:pPr>
      <w:r w:rsidRPr="00455B4C">
        <w:rPr>
          <w:b/>
          <w:bCs/>
          <w:sz w:val="36"/>
          <w:szCs w:val="36"/>
          <w:lang w:val="ru-RU"/>
        </w:rPr>
        <w:t>Корпоративтік оқыту</w:t>
      </w:r>
    </w:p>
    <w:p w:rsidR="0022035A" w:rsidRPr="00697BC3" w:rsidRDefault="00455B4C" w:rsidP="0022035A">
      <w:pPr>
        <w:pStyle w:val="aff8"/>
        <w:rPr>
          <w:b/>
        </w:rPr>
      </w:pPr>
      <w:r w:rsidRPr="00455B4C">
        <w:rPr>
          <w:rStyle w:val="af6"/>
          <w:b w:val="0"/>
        </w:rPr>
        <w:t>ААЖ құрамына «Корпоративтік оқыту» модулі кіреді. Ол «Академия: Мемлекеттік сатып алулар» бөлімі түрінде іске асырылған және Тапсырыс берушіге қызметкерлерді онлайн форматта оқытуды ұйымдастыруға, курстарды тағайындауға, оқудың өтуін бақылауға, есептер мен статистиканы алуға, сондай-ақ мемлекеттік сатып алу саласындағы кәсіби білім мен дағдыларды дамытуға мүмкіндік береді.</w:t>
      </w:r>
    </w:p>
    <w:p w:rsidR="00455B4C" w:rsidRDefault="00455B4C" w:rsidP="00455B4C">
      <w:pPr>
        <w:pStyle w:val="aff8"/>
      </w:pPr>
      <w:r>
        <w:t>Өнім беруші (Орындаушы) Тапсырыс берушіге «Академия: Мемлекеттік сатып алулар» (бұдан әрі — Академия) жүйесіне қолжетімділік береді, ол мемлекеттік сатып алу саласында кәсіби, сенімді және өзекті ақпаратты қамтиды.</w:t>
      </w:r>
    </w:p>
    <w:p w:rsidR="00455B4C" w:rsidRDefault="00455B4C" w:rsidP="00455B4C">
      <w:pPr>
        <w:pStyle w:val="aff8"/>
      </w:pPr>
      <w:r>
        <w:t>Академия Тапсырыс берушіні мемлекеттік сатып алу саласындағы сарапшылар дайындаған, соңғы нормативтік құқықтық актілер мен заңнамадағы өзгерістерді ескере отырып әзірленген ақпараттық және оқыту материалдарымен қамтамасыз етеді, сондай-ақ Тапсырыс берушінің міндеттері мен мүдделеріне сәйкес практикалық шешімдер ұсынады. Шарттың қолданылу мерзімі ішінде Өнім беруші (Орындаушы) мемлекеттік сатып алу туралы заңнамаға сәйкес келетін, форматы, мазмұны және күрделілік деңгейі ұқсас жаңа курстармен (айына 1–2 курс) білім беру бағдарламасын ай сайын толықтыруға құқылы.</w:t>
      </w:r>
    </w:p>
    <w:p w:rsidR="00455B4C" w:rsidRDefault="00455B4C" w:rsidP="00455B4C">
      <w:pPr>
        <w:pStyle w:val="aff8"/>
        <w:spacing w:before="0" w:beforeAutospacing="0" w:after="0" w:afterAutospacing="0"/>
      </w:pPr>
      <w:r>
        <w:t>Өнім беруші (Орындаушы) Тапсырыс берушіге Академияға келесі мүмкіндіктерді қамтитын қолжетімділік береді:</w:t>
      </w:r>
    </w:p>
    <w:p w:rsidR="00455B4C" w:rsidRDefault="00455B4C" w:rsidP="00455B4C">
      <w:pPr>
        <w:pStyle w:val="aff8"/>
        <w:spacing w:before="0" w:beforeAutospacing="0" w:after="0" w:afterAutospacing="0"/>
        <w:ind w:left="426"/>
      </w:pPr>
      <w:r>
        <w:t>• мемлекеттік сатып алулар бойынша курстар мен бағдарламалар;</w:t>
      </w:r>
    </w:p>
    <w:p w:rsidR="00455B4C" w:rsidRDefault="00455B4C" w:rsidP="00455B4C">
      <w:pPr>
        <w:pStyle w:val="aff8"/>
        <w:spacing w:before="0" w:beforeAutospacing="0" w:after="0" w:afterAutospacing="0"/>
        <w:ind w:left="426"/>
      </w:pPr>
      <w:r>
        <w:t>• шағын курстар және тестілеу;</w:t>
      </w:r>
    </w:p>
    <w:p w:rsidR="00455B4C" w:rsidRDefault="00455B4C" w:rsidP="00455B4C">
      <w:pPr>
        <w:pStyle w:val="aff8"/>
        <w:spacing w:before="0" w:beforeAutospacing="0" w:after="0" w:afterAutospacing="0"/>
        <w:ind w:left="426"/>
      </w:pPr>
      <w:r>
        <w:t>• бейнематериалдар кітапханасы (алдағы вебинарлар және өткен вебинарлардың жазбалары);</w:t>
      </w:r>
    </w:p>
    <w:p w:rsidR="00455B4C" w:rsidRDefault="00455B4C" w:rsidP="00455B4C">
      <w:pPr>
        <w:pStyle w:val="aff8"/>
        <w:spacing w:before="0" w:beforeAutospacing="0" w:after="0" w:afterAutospacing="0"/>
        <w:ind w:left="426"/>
      </w:pPr>
      <w:r>
        <w:t>• «Менің оқуым» атты пайдаланушы сервисі, ол ағымдағы курстар, аяқталған курстар, дипломдар және жеке ақпарат бөлімдерін қамтиды.</w:t>
      </w:r>
    </w:p>
    <w:p w:rsidR="00455B4C" w:rsidRDefault="00455B4C" w:rsidP="00455B4C">
      <w:pPr>
        <w:pStyle w:val="aff8"/>
      </w:pPr>
      <w:r>
        <w:t>Академия ұйым басшыларына және сатып алу рәсімдерін жүзеге асыратын мамандарға, сондай-ақ мемлекеттік сатып алу веб-порталында қатысатын әлеуетті өнім берушілерге арналған.</w:t>
      </w:r>
    </w:p>
    <w:p w:rsidR="0022035A" w:rsidRDefault="00455B4C" w:rsidP="00455B4C">
      <w:pPr>
        <w:pStyle w:val="aff8"/>
      </w:pPr>
      <w:r w:rsidRPr="00455B4C">
        <w:t>Академия Тапсырыс берушіге келесі мүмкіндіктерді береді:</w:t>
      </w:r>
    </w:p>
    <w:p w:rsidR="00455B4C" w:rsidRDefault="00455B4C" w:rsidP="0022035A">
      <w:pPr>
        <w:pStyle w:val="aff8"/>
      </w:pPr>
      <w:r>
        <w:lastRenderedPageBreak/>
        <w:t xml:space="preserve">• </w:t>
      </w:r>
      <w:r w:rsidRPr="00455B4C">
        <w:t>қызметкерлерді онлайн форматта оқытуды ұйымдастыруға және оқу процесін сүйемелдеуге;</w:t>
      </w:r>
      <w:r w:rsidRPr="00455B4C">
        <w:br/>
        <w:t>• ыңғайлы интерфейс арқылы уақытты үнемдеп, оқу үдерісін оңтайландыруға;</w:t>
      </w:r>
      <w:r w:rsidRPr="00455B4C">
        <w:br/>
        <w:t>• Қазақстан Республикасындағы мемлекеттік сатып алу саласындағы заңнамадағы соңғы өзгерістер мен жаңалықтар туралы ақпарат алуға;</w:t>
      </w:r>
      <w:r w:rsidRPr="00455B4C">
        <w:br/>
        <w:t>• мемлекеттік сатып алу саласындағы сарапшылардың практикалық шешімдері мен ұсынымдарын пайдалануға;</w:t>
      </w:r>
      <w:r w:rsidRPr="00455B4C">
        <w:br/>
        <w:t>• бағынысты қызметкерлер мен әріптестерге оқытуды тағайындауға;</w:t>
      </w:r>
      <w:r w:rsidRPr="00455B4C">
        <w:br/>
        <w:t>• оқудың өтуін бақылауға;</w:t>
      </w:r>
      <w:r w:rsidRPr="00455B4C">
        <w:br/>
        <w:t>• өтілген курстар бойынша есептер мен статистиканы алуға;</w:t>
      </w:r>
      <w:r w:rsidRPr="00455B4C">
        <w:br/>
        <w:t>• бағдарламалар мен тесттердегі пайдаланушылардың белсенділігін талдауға;</w:t>
      </w:r>
      <w:r w:rsidRPr="00455B4C">
        <w:br/>
        <w:t>• пайдаланушылардың семинарлар мен вебинарларға қатысуын қамтамасыз етуге.</w:t>
      </w:r>
    </w:p>
    <w:p w:rsidR="0022035A" w:rsidRDefault="00455B4C" w:rsidP="0022035A">
      <w:pPr>
        <w:pStyle w:val="aff8"/>
      </w:pPr>
      <w:r w:rsidRPr="00455B4C">
        <w:t>Академия Өнім берушілер үшін де келесі мүмкіндіктерді ұсынады:</w:t>
      </w:r>
    </w:p>
    <w:p w:rsidR="00455B4C" w:rsidRDefault="00455B4C" w:rsidP="00455B4C">
      <w:pPr>
        <w:pStyle w:val="aff8"/>
        <w:numPr>
          <w:ilvl w:val="0"/>
          <w:numId w:val="15"/>
        </w:numPr>
      </w:pPr>
      <w:r>
        <w:t>мемлекеттік сатып алуларға қатысу қағидаларын меңгеруге;</w:t>
      </w:r>
    </w:p>
    <w:p w:rsidR="00455B4C" w:rsidRDefault="00455B4C" w:rsidP="00455B4C">
      <w:pPr>
        <w:pStyle w:val="aff8"/>
        <w:numPr>
          <w:ilvl w:val="0"/>
          <w:numId w:val="15"/>
        </w:numPr>
      </w:pPr>
      <w:r>
        <w:t>веб-порталда дұрыс тіркеліп, жеке профилін сауатты баптауға;</w:t>
      </w:r>
    </w:p>
    <w:p w:rsidR="00455B4C" w:rsidRDefault="00455B4C" w:rsidP="00455B4C">
      <w:pPr>
        <w:pStyle w:val="aff8"/>
        <w:numPr>
          <w:ilvl w:val="0"/>
          <w:numId w:val="15"/>
        </w:numPr>
      </w:pPr>
      <w:r>
        <w:t>тапсырыс берушінің талаптарын түсініп, өтінімдерді кері қайтару қаупінсіз дайындауға;</w:t>
      </w:r>
    </w:p>
    <w:p w:rsidR="00455B4C" w:rsidRDefault="00455B4C" w:rsidP="00455B4C">
      <w:pPr>
        <w:pStyle w:val="aff8"/>
        <w:numPr>
          <w:ilvl w:val="0"/>
          <w:numId w:val="15"/>
        </w:numPr>
      </w:pPr>
      <w:r>
        <w:t>демпинг, антидемпингтік шаралар және шартты орындауды қамтамасыз ету талаптары мәселелерін түсінуге;</w:t>
      </w:r>
    </w:p>
    <w:p w:rsidR="00455B4C" w:rsidRDefault="00455B4C" w:rsidP="00455B4C">
      <w:pPr>
        <w:pStyle w:val="aff8"/>
        <w:numPr>
          <w:ilvl w:val="0"/>
          <w:numId w:val="15"/>
        </w:numPr>
      </w:pPr>
      <w:r>
        <w:t>шарттарды дұрыс орындап, Жосықсыз қатысушылар тізіліміне енгізілу тәуекелін азайтуға;</w:t>
      </w:r>
    </w:p>
    <w:p w:rsidR="00455B4C" w:rsidRDefault="00455B4C" w:rsidP="00455B4C">
      <w:pPr>
        <w:pStyle w:val="aff8"/>
        <w:numPr>
          <w:ilvl w:val="0"/>
          <w:numId w:val="15"/>
        </w:numPr>
      </w:pPr>
      <w:r>
        <w:t>заңнамадағы өзгерістерді қадағалап, қатысу стратегиясын бейімдеуге;</w:t>
      </w:r>
    </w:p>
    <w:p w:rsidR="0022035A" w:rsidRDefault="00455B4C" w:rsidP="00455B4C">
      <w:pPr>
        <w:pStyle w:val="aff8"/>
        <w:numPr>
          <w:ilvl w:val="0"/>
          <w:numId w:val="15"/>
        </w:numPr>
      </w:pPr>
      <w:r>
        <w:t>бәсекеге қабілеттілікті арттырып, сатып алуларда жеңіске жету мүмкіндігін көбейтуге.</w:t>
      </w:r>
    </w:p>
    <w:p w:rsidR="0022035A" w:rsidRDefault="00455B4C" w:rsidP="0022035A">
      <w:pPr>
        <w:pStyle w:val="aff8"/>
        <w:rPr>
          <w:rStyle w:val="af6"/>
        </w:rPr>
      </w:pPr>
      <w:r>
        <w:t>«Академия: Мемлекеттік сатып алулар» бөлімі ААЖ құрамында жұмыс істейді және пайдаланушыларға берілген қолжетімділік шеңберінде қолжетімді.</w:t>
      </w:r>
    </w:p>
    <w:p w:rsidR="0022035A" w:rsidRDefault="008774B4" w:rsidP="0022035A">
      <w:pPr>
        <w:pStyle w:val="aff8"/>
      </w:pPr>
      <w:r w:rsidRPr="008774B4">
        <w:rPr>
          <w:rStyle w:val="af6"/>
        </w:rPr>
        <w:t>«Мемлекеттік сатып алулар» Академиясының интерфейсі</w:t>
      </w:r>
    </w:p>
    <w:p w:rsidR="008774B4" w:rsidRDefault="008774B4" w:rsidP="008774B4">
      <w:pPr>
        <w:pStyle w:val="aff8"/>
      </w:pPr>
      <w:r>
        <w:t>«Барлық курстар» бөлімі «Бағдарламалар», «Микрооқыту», «Тесттер» және «Вебинарлар» айдарларын қамтиды. Курстарды деңгейі, тақырыбы, ұзақтығы бойынша сүзу және атауы бойынша іздеу мүмкіндігі қарастырылған.</w:t>
      </w:r>
    </w:p>
    <w:p w:rsidR="008774B4" w:rsidRDefault="008774B4" w:rsidP="008774B4">
      <w:pPr>
        <w:pStyle w:val="aff8"/>
      </w:pPr>
      <w:r>
        <w:t>«Менің оқуым» бөлімі «Ағымдағы», «Аяқталған», «Дипломдар», «Жеке ақпарат» айдарларын қамтиды.</w:t>
      </w:r>
    </w:p>
    <w:p w:rsidR="008774B4" w:rsidRDefault="008774B4" w:rsidP="008774B4">
      <w:pPr>
        <w:pStyle w:val="aff8"/>
      </w:pPr>
      <w:r>
        <w:t>«Қызметкерлер» бөлімі қызметкерлерді қосуға, оқытуды тағайындауға, топтарды қалыптастыруға, қызметкерлерді жоюға, сондай-ақ іздеу және сүзгілерді пайдалануға мүмкіндік береді.</w:t>
      </w:r>
    </w:p>
    <w:p w:rsidR="008774B4" w:rsidRDefault="008774B4" w:rsidP="008774B4">
      <w:pPr>
        <w:pStyle w:val="aff8"/>
      </w:pPr>
      <w:r>
        <w:t>«Есептер» бөлімі Excel форматындағы есептерді жүктеуді және қызметкерлердің оқуға қатысуы, белсенділігі мен үлгерімі бойынша статистиканы қарауды қамтамасыз етеді.</w:t>
      </w:r>
    </w:p>
    <w:p w:rsidR="0022035A" w:rsidRDefault="008774B4" w:rsidP="008774B4">
      <w:pPr>
        <w:pStyle w:val="aff8"/>
      </w:pPr>
      <w:r>
        <w:t>«Семинарлар» бөлімі белсенді және өткен семинарлардың тізбесін қамтиды.</w:t>
      </w:r>
    </w:p>
    <w:p w:rsidR="0022035A" w:rsidRDefault="008774B4" w:rsidP="0022035A">
      <w:pPr>
        <w:pStyle w:val="aff8"/>
      </w:pPr>
      <w:r w:rsidRPr="008774B4">
        <w:rPr>
          <w:rStyle w:val="af6"/>
        </w:rPr>
        <w:t>Курс құрылымы</w:t>
      </w:r>
    </w:p>
    <w:p w:rsidR="008774B4" w:rsidRDefault="008774B4" w:rsidP="008774B4">
      <w:pPr>
        <w:pStyle w:val="aff8"/>
        <w:numPr>
          <w:ilvl w:val="0"/>
          <w:numId w:val="16"/>
        </w:numPr>
      </w:pPr>
      <w:r>
        <w:lastRenderedPageBreak/>
        <w:t>пайдаланушының білім деңгейін анықтауға және оқыту бойынша ұсынымдар беруге арналған кіріспе тест (10 сұрақ, 3 жауап нұсқасы);</w:t>
      </w:r>
    </w:p>
    <w:p w:rsidR="008774B4" w:rsidRDefault="008774B4" w:rsidP="008774B4">
      <w:pPr>
        <w:pStyle w:val="aff8"/>
        <w:numPr>
          <w:ilvl w:val="0"/>
          <w:numId w:val="16"/>
        </w:numPr>
      </w:pPr>
      <w:r>
        <w:t>курстың күрделілігіне қарай 2-ден 12-ге дейінгі сабақтарды қамтитын тақырыптық бөлімдер;</w:t>
      </w:r>
    </w:p>
    <w:p w:rsidR="008774B4" w:rsidRDefault="008774B4" w:rsidP="008774B4">
      <w:pPr>
        <w:pStyle w:val="aff8"/>
        <w:numPr>
          <w:ilvl w:val="0"/>
          <w:numId w:val="16"/>
        </w:numPr>
      </w:pPr>
      <w:r>
        <w:t>мысалдармен және заңнамаға сілтемелермен берілген мәтіндік материалдар;</w:t>
      </w:r>
    </w:p>
    <w:p w:rsidR="008774B4" w:rsidRDefault="008774B4" w:rsidP="008774B4">
      <w:pPr>
        <w:pStyle w:val="aff8"/>
        <w:numPr>
          <w:ilvl w:val="0"/>
          <w:numId w:val="16"/>
        </w:numPr>
      </w:pPr>
      <w:r>
        <w:t>ұзақтығы 10-нан 35 минутқа дейінгі сарапшылардың бейнетүсіндірмелері;</w:t>
      </w:r>
    </w:p>
    <w:p w:rsidR="008774B4" w:rsidRDefault="008774B4" w:rsidP="008774B4">
      <w:pPr>
        <w:pStyle w:val="aff8"/>
        <w:numPr>
          <w:ilvl w:val="0"/>
          <w:numId w:val="16"/>
        </w:numPr>
      </w:pPr>
      <w:r>
        <w:t>әр бөлімнің қорытындысы бойынша тест (10 сұрақ, 3–4 жауап нұсқасы) және материалды қайта оқып шығу мүмкіндігі;</w:t>
      </w:r>
    </w:p>
    <w:p w:rsidR="008774B4" w:rsidRDefault="008774B4" w:rsidP="008774B4">
      <w:pPr>
        <w:pStyle w:val="aff8"/>
        <w:numPr>
          <w:ilvl w:val="0"/>
          <w:numId w:val="16"/>
        </w:numPr>
      </w:pPr>
      <w:r>
        <w:t>тренажер (әрқайсысы 20 сұрақтан тұратын 2 тапсырма, 4 жауап нұсқасы, міндетті емес);</w:t>
      </w:r>
    </w:p>
    <w:p w:rsidR="008774B4" w:rsidRDefault="008774B4" w:rsidP="008774B4">
      <w:pPr>
        <w:pStyle w:val="aff8"/>
        <w:numPr>
          <w:ilvl w:val="0"/>
          <w:numId w:val="16"/>
        </w:numPr>
      </w:pPr>
      <w:r>
        <w:t>қорытынды тест (10 сұрақ, 3–4 жауап нұсқасы);</w:t>
      </w:r>
    </w:p>
    <w:p w:rsidR="0022035A" w:rsidRDefault="008774B4" w:rsidP="008774B4">
      <w:pPr>
        <w:pStyle w:val="aff8"/>
        <w:numPr>
          <w:ilvl w:val="0"/>
          <w:numId w:val="16"/>
        </w:numPr>
      </w:pPr>
      <w:r>
        <w:t>«Менің оқуым» — «Дипломдар» бөлімінде қолжетімді электрондық сертификат/куәлік.</w:t>
      </w:r>
    </w:p>
    <w:p w:rsidR="008774B4" w:rsidRPr="008774B4" w:rsidRDefault="008774B4" w:rsidP="008774B4">
      <w:pPr>
        <w:rPr>
          <w:b/>
          <w:lang w:val="ru-RU"/>
        </w:rPr>
      </w:pPr>
      <w:r w:rsidRPr="008774B4">
        <w:rPr>
          <w:b/>
          <w:lang w:val="ru-RU"/>
        </w:rPr>
        <w:t>Онлайн-курстардың атаулары</w:t>
      </w:r>
    </w:p>
    <w:p w:rsidR="008774B4" w:rsidRPr="008774B4" w:rsidRDefault="008774B4" w:rsidP="008774B4">
      <w:pPr>
        <w:pStyle w:val="ae"/>
        <w:numPr>
          <w:ilvl w:val="0"/>
          <w:numId w:val="20"/>
        </w:numPr>
        <w:rPr>
          <w:lang w:val="ru-RU"/>
        </w:rPr>
      </w:pPr>
      <w:r w:rsidRPr="008774B4">
        <w:rPr>
          <w:lang w:val="ru-RU"/>
        </w:rPr>
        <w:t>Тапсырыс беруші рөлі үшін:</w:t>
      </w:r>
    </w:p>
    <w:p w:rsidR="008774B4" w:rsidRPr="008774B4" w:rsidRDefault="008774B4" w:rsidP="008774B4">
      <w:pPr>
        <w:pStyle w:val="ae"/>
        <w:numPr>
          <w:ilvl w:val="0"/>
          <w:numId w:val="20"/>
        </w:numPr>
        <w:rPr>
          <w:lang w:val="ru-RU"/>
        </w:rPr>
      </w:pPr>
      <w:r w:rsidRPr="008774B4">
        <w:rPr>
          <w:lang w:val="ru-RU"/>
        </w:rPr>
        <w:t>Бір көзден сатып алу (тікелей шарт және өтпеген сатып алулар)</w:t>
      </w:r>
    </w:p>
    <w:p w:rsidR="008774B4" w:rsidRPr="008774B4" w:rsidRDefault="008774B4" w:rsidP="008774B4">
      <w:pPr>
        <w:pStyle w:val="ae"/>
        <w:numPr>
          <w:ilvl w:val="0"/>
          <w:numId w:val="20"/>
        </w:numPr>
        <w:rPr>
          <w:lang w:val="ru-RU"/>
        </w:rPr>
      </w:pPr>
      <w:r w:rsidRPr="008774B4">
        <w:rPr>
          <w:lang w:val="ru-RU"/>
        </w:rPr>
        <w:t>Баға ұсыныстарын сұрату</w:t>
      </w:r>
    </w:p>
    <w:p w:rsidR="008774B4" w:rsidRPr="008774B4" w:rsidRDefault="008774B4" w:rsidP="008774B4">
      <w:pPr>
        <w:pStyle w:val="ae"/>
        <w:numPr>
          <w:ilvl w:val="0"/>
          <w:numId w:val="20"/>
        </w:numPr>
        <w:rPr>
          <w:lang w:val="ru-RU"/>
        </w:rPr>
      </w:pPr>
      <w:r w:rsidRPr="008774B4">
        <w:rPr>
          <w:lang w:val="ru-RU"/>
        </w:rPr>
        <w:t>Мемлекеттік сатып алу тәсілдері</w:t>
      </w:r>
    </w:p>
    <w:p w:rsidR="008774B4" w:rsidRDefault="008774B4" w:rsidP="008774B4">
      <w:pPr>
        <w:pStyle w:val="ae"/>
        <w:numPr>
          <w:ilvl w:val="0"/>
          <w:numId w:val="20"/>
        </w:numPr>
        <w:rPr>
          <w:lang w:val="ru-RU"/>
        </w:rPr>
      </w:pPr>
      <w:r w:rsidRPr="008774B4">
        <w:rPr>
          <w:lang w:val="ru-RU"/>
        </w:rPr>
        <w:t xml:space="preserve">Жосықсыз қатысушылар тізілімі </w:t>
      </w:r>
    </w:p>
    <w:p w:rsidR="008774B4" w:rsidRPr="008774B4" w:rsidRDefault="008774B4" w:rsidP="008774B4">
      <w:pPr>
        <w:pStyle w:val="ae"/>
        <w:numPr>
          <w:ilvl w:val="0"/>
          <w:numId w:val="20"/>
        </w:numPr>
        <w:rPr>
          <w:lang w:val="ru-RU"/>
        </w:rPr>
      </w:pPr>
      <w:r w:rsidRPr="008774B4">
        <w:rPr>
          <w:lang w:val="ru-RU"/>
        </w:rPr>
        <w:t>Мемлекеттік сатып алулардағы ұлттық режим</w:t>
      </w:r>
    </w:p>
    <w:p w:rsidR="008774B4" w:rsidRPr="008774B4" w:rsidRDefault="008774B4" w:rsidP="008774B4">
      <w:pPr>
        <w:pStyle w:val="ae"/>
        <w:numPr>
          <w:ilvl w:val="0"/>
          <w:numId w:val="20"/>
        </w:numPr>
        <w:rPr>
          <w:lang w:val="ru-RU"/>
        </w:rPr>
      </w:pPr>
      <w:r w:rsidRPr="008774B4">
        <w:rPr>
          <w:lang w:val="ru-RU"/>
        </w:rPr>
        <w:t>Мемлекеттік сатып алуларды ұйымдастыру және жоспарлау</w:t>
      </w:r>
    </w:p>
    <w:p w:rsidR="008774B4" w:rsidRPr="008774B4" w:rsidRDefault="008774B4" w:rsidP="008774B4">
      <w:pPr>
        <w:pStyle w:val="ae"/>
        <w:numPr>
          <w:ilvl w:val="0"/>
          <w:numId w:val="20"/>
        </w:numPr>
        <w:rPr>
          <w:lang w:val="ru-RU"/>
        </w:rPr>
      </w:pPr>
      <w:r w:rsidRPr="008774B4">
        <w:rPr>
          <w:lang w:val="ru-RU"/>
        </w:rPr>
        <w:t>Мемлекеттік сатып алулардағы бұзушылықтар және жауапкершілік</w:t>
      </w:r>
    </w:p>
    <w:p w:rsidR="008774B4" w:rsidRPr="008774B4" w:rsidRDefault="008774B4" w:rsidP="008774B4">
      <w:pPr>
        <w:pStyle w:val="ae"/>
        <w:numPr>
          <w:ilvl w:val="0"/>
          <w:numId w:val="20"/>
        </w:numPr>
        <w:rPr>
          <w:lang w:val="ru-RU"/>
        </w:rPr>
      </w:pPr>
      <w:r w:rsidRPr="008774B4">
        <w:rPr>
          <w:lang w:val="ru-RU"/>
        </w:rPr>
        <w:t>Мемлекеттік сатып алулардағы конкурс</w:t>
      </w:r>
    </w:p>
    <w:p w:rsidR="008774B4" w:rsidRPr="008774B4" w:rsidRDefault="008774B4" w:rsidP="008774B4">
      <w:pPr>
        <w:pStyle w:val="ae"/>
        <w:rPr>
          <w:lang w:val="ru-RU"/>
        </w:rPr>
      </w:pPr>
    </w:p>
    <w:p w:rsidR="008774B4" w:rsidRPr="008774B4" w:rsidRDefault="008774B4" w:rsidP="008774B4">
      <w:pPr>
        <w:pStyle w:val="ae"/>
        <w:rPr>
          <w:lang w:val="ru-RU"/>
        </w:rPr>
      </w:pPr>
      <w:r w:rsidRPr="008774B4">
        <w:rPr>
          <w:lang w:val="ru-RU"/>
        </w:rPr>
        <w:t>Өнім беруші рөлі үшін:</w:t>
      </w:r>
    </w:p>
    <w:p w:rsidR="008774B4" w:rsidRPr="008774B4" w:rsidRDefault="008774B4" w:rsidP="008774B4">
      <w:pPr>
        <w:pStyle w:val="ae"/>
        <w:numPr>
          <w:ilvl w:val="0"/>
          <w:numId w:val="20"/>
        </w:numPr>
        <w:rPr>
          <w:lang w:val="ru-RU"/>
        </w:rPr>
      </w:pPr>
      <w:r w:rsidRPr="008774B4">
        <w:rPr>
          <w:lang w:val="ru-RU"/>
        </w:rPr>
        <w:t>Мемлекеттік сатып алу порталында өнім берушінің профилін тіркеу және баптау</w:t>
      </w:r>
    </w:p>
    <w:p w:rsidR="0022035A" w:rsidRPr="001C7EB2" w:rsidRDefault="008774B4" w:rsidP="008774B4">
      <w:pPr>
        <w:pStyle w:val="ae"/>
        <w:numPr>
          <w:ilvl w:val="0"/>
          <w:numId w:val="20"/>
        </w:numPr>
        <w:rPr>
          <w:lang w:val="ru-RU"/>
        </w:rPr>
      </w:pPr>
      <w:r w:rsidRPr="008774B4">
        <w:rPr>
          <w:lang w:val="ru-RU"/>
        </w:rPr>
        <w:t>Мемлекеттік сатып алулардағы демпинг және антидемпингтік шаралар</w:t>
      </w:r>
    </w:p>
    <w:p w:rsidR="008774B4" w:rsidRPr="008774B4" w:rsidRDefault="008774B4" w:rsidP="008774B4">
      <w:pPr>
        <w:ind w:left="360"/>
        <w:rPr>
          <w:lang w:val="ru-RU"/>
        </w:rPr>
      </w:pPr>
      <w:r w:rsidRPr="008774B4">
        <w:rPr>
          <w:lang w:val="ru-RU"/>
        </w:rPr>
        <w:t>Өнім беруші (Орындаушы) Тапсырыс берушінің нақты орналасқан жері бойынша ААЖ-ға қолжетімділік беруге техникалық мүмкіндіктерге ие.</w:t>
      </w:r>
    </w:p>
    <w:p w:rsidR="008774B4" w:rsidRPr="008774B4" w:rsidRDefault="008774B4" w:rsidP="008774B4">
      <w:pPr>
        <w:pStyle w:val="1"/>
        <w:rPr>
          <w:lang w:val="ru-RU"/>
        </w:rPr>
      </w:pPr>
      <w:r w:rsidRPr="008774B4">
        <w:rPr>
          <w:lang w:val="ru-RU"/>
        </w:rPr>
        <w:t>Қызмет көрсету тәртібі және орындалуын растау</w:t>
      </w:r>
    </w:p>
    <w:p w:rsidR="008774B4" w:rsidRPr="008774B4" w:rsidRDefault="008774B4" w:rsidP="008774B4">
      <w:pPr>
        <w:ind w:left="360"/>
        <w:rPr>
          <w:lang w:val="ru-RU"/>
        </w:rPr>
      </w:pPr>
      <w:r w:rsidRPr="008774B4">
        <w:rPr>
          <w:lang w:val="ru-RU"/>
        </w:rPr>
        <w:t xml:space="preserve">• Анықтамалық-ақпараттық жүйеге қолжетімділік беру қызметі Тапсырыс берушіге жүйеге кірудің </w:t>
      </w:r>
      <w:r w:rsidRPr="00D0009A">
        <w:rPr>
          <w:lang w:val="ru-RU"/>
        </w:rPr>
        <w:t xml:space="preserve">жарамды кілттері </w:t>
      </w:r>
      <w:r w:rsidR="00D0009A">
        <w:t>12</w:t>
      </w:r>
      <w:bookmarkStart w:id="0" w:name="_GoBack"/>
      <w:bookmarkEnd w:id="0"/>
      <w:r w:rsidRPr="00D0009A">
        <w:rPr>
          <w:lang w:val="ru-RU"/>
        </w:rPr>
        <w:t xml:space="preserve"> ай мерзімге</w:t>
      </w:r>
      <w:r w:rsidRPr="008774B4">
        <w:rPr>
          <w:lang w:val="ru-RU"/>
        </w:rPr>
        <w:t xml:space="preserve"> берілген сәттен бастап толық көлемде көрсетілген болып есептеледі.</w:t>
      </w:r>
    </w:p>
    <w:p w:rsidR="008774B4" w:rsidRPr="008774B4" w:rsidRDefault="008774B4" w:rsidP="008774B4">
      <w:pPr>
        <w:ind w:left="360"/>
        <w:rPr>
          <w:lang w:val="ru-RU"/>
        </w:rPr>
      </w:pPr>
      <w:r w:rsidRPr="008774B4">
        <w:rPr>
          <w:lang w:val="ru-RU"/>
        </w:rPr>
        <w:t>• Қолжетімділік кілттері берілген сәттен бастап Өнім берушінің ААЖ-ға қолжетімділік беру жөніндегі міндеттемелері орындалды деп есептеледі. Жүйені одан әрі пайдалану қолжетімділік мерзімі ішінде Тапсырыс берушінің өз бетінше жүзеге асырылады.</w:t>
      </w:r>
    </w:p>
    <w:p w:rsidR="0022035A" w:rsidRPr="0022035A" w:rsidRDefault="008774B4" w:rsidP="008774B4">
      <w:pPr>
        <w:ind w:left="360"/>
        <w:rPr>
          <w:lang w:val="ru-RU"/>
        </w:rPr>
      </w:pPr>
      <w:r w:rsidRPr="008774B4">
        <w:rPr>
          <w:lang w:val="ru-RU"/>
        </w:rPr>
        <w:t>• Қолжетімділік берілгені бойынша Өнім беруші шарттың бүкіл сомасына бір қызмет көрсету актісін ресімдейді.</w:t>
      </w:r>
    </w:p>
    <w:sectPr w:rsidR="0022035A" w:rsidRPr="0022035A" w:rsidSect="00034616">
      <w:pgSz w:w="12240" w:h="15840"/>
      <w:pgMar w:top="1134" w:right="1134"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287" w:usb1="08070000" w:usb2="00000010"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4B9AEBFE"/>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C1628400"/>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6534857"/>
    <w:multiLevelType w:val="hybridMultilevel"/>
    <w:tmpl w:val="F17486E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094F5553"/>
    <w:multiLevelType w:val="hybridMultilevel"/>
    <w:tmpl w:val="2578CA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AEE0BC2"/>
    <w:multiLevelType w:val="hybridMultilevel"/>
    <w:tmpl w:val="8840985A"/>
    <w:lvl w:ilvl="0" w:tplc="128AB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A9F76B7"/>
    <w:multiLevelType w:val="multilevel"/>
    <w:tmpl w:val="307C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E6561F"/>
    <w:multiLevelType w:val="hybridMultilevel"/>
    <w:tmpl w:val="50541ED4"/>
    <w:lvl w:ilvl="0" w:tplc="128AB9F8">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1ED224B3"/>
    <w:multiLevelType w:val="hybridMultilevel"/>
    <w:tmpl w:val="42DEBA1A"/>
    <w:lvl w:ilvl="0" w:tplc="128AB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5557BB"/>
    <w:multiLevelType w:val="hybridMultilevel"/>
    <w:tmpl w:val="914C9B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A507CAE"/>
    <w:multiLevelType w:val="multilevel"/>
    <w:tmpl w:val="D128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74314"/>
    <w:multiLevelType w:val="hybridMultilevel"/>
    <w:tmpl w:val="022CB716"/>
    <w:lvl w:ilvl="0" w:tplc="128AB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CF5A30"/>
    <w:multiLevelType w:val="multilevel"/>
    <w:tmpl w:val="7952A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5467A7"/>
    <w:multiLevelType w:val="hybridMultilevel"/>
    <w:tmpl w:val="644E765C"/>
    <w:lvl w:ilvl="0" w:tplc="128AB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A55552"/>
    <w:multiLevelType w:val="hybridMultilevel"/>
    <w:tmpl w:val="914C9B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2E0EC8"/>
    <w:multiLevelType w:val="multilevel"/>
    <w:tmpl w:val="7E6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DB5EBA"/>
    <w:multiLevelType w:val="hybridMultilevel"/>
    <w:tmpl w:val="1B54C6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C2F43EC"/>
    <w:multiLevelType w:val="hybridMultilevel"/>
    <w:tmpl w:val="FD82FB16"/>
    <w:lvl w:ilvl="0" w:tplc="128AB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3A73727"/>
    <w:multiLevelType w:val="multilevel"/>
    <w:tmpl w:val="48AE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3D5A34"/>
    <w:multiLevelType w:val="hybridMultilevel"/>
    <w:tmpl w:val="AF7CA664"/>
    <w:lvl w:ilvl="0" w:tplc="128AB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1255693"/>
    <w:multiLevelType w:val="hybridMultilevel"/>
    <w:tmpl w:val="10C2410E"/>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446778B"/>
    <w:multiLevelType w:val="hybridMultilevel"/>
    <w:tmpl w:val="DFB25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8D1169"/>
    <w:multiLevelType w:val="hybridMultilevel"/>
    <w:tmpl w:val="23F6F6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EDD3110"/>
    <w:multiLevelType w:val="multilevel"/>
    <w:tmpl w:val="D6340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6"/>
  </w:num>
  <w:num w:numId="11">
    <w:abstractNumId w:val="20"/>
  </w:num>
  <w:num w:numId="12">
    <w:abstractNumId w:val="9"/>
  </w:num>
  <w:num w:numId="13">
    <w:abstractNumId w:val="24"/>
  </w:num>
  <w:num w:numId="14">
    <w:abstractNumId w:val="16"/>
  </w:num>
  <w:num w:numId="15">
    <w:abstractNumId w:val="12"/>
  </w:num>
  <w:num w:numId="16">
    <w:abstractNumId w:val="21"/>
  </w:num>
  <w:num w:numId="17">
    <w:abstractNumId w:val="18"/>
  </w:num>
  <w:num w:numId="18">
    <w:abstractNumId w:val="29"/>
  </w:num>
  <w:num w:numId="19">
    <w:abstractNumId w:val="10"/>
  </w:num>
  <w:num w:numId="20">
    <w:abstractNumId w:val="28"/>
  </w:num>
  <w:num w:numId="21">
    <w:abstractNumId w:val="22"/>
  </w:num>
  <w:num w:numId="22">
    <w:abstractNumId w:val="27"/>
  </w:num>
  <w:num w:numId="23">
    <w:abstractNumId w:val="17"/>
  </w:num>
  <w:num w:numId="24">
    <w:abstractNumId w:val="14"/>
  </w:num>
  <w:num w:numId="25">
    <w:abstractNumId w:val="23"/>
  </w:num>
  <w:num w:numId="26">
    <w:abstractNumId w:val="25"/>
  </w:num>
  <w:num w:numId="27">
    <w:abstractNumId w:val="19"/>
  </w:num>
  <w:num w:numId="28">
    <w:abstractNumId w:val="15"/>
  </w:num>
  <w:num w:numId="29">
    <w:abstractNumId w:val="13"/>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1C74E3"/>
    <w:rsid w:val="001C7EB2"/>
    <w:rsid w:val="0022035A"/>
    <w:rsid w:val="0029639D"/>
    <w:rsid w:val="00326F90"/>
    <w:rsid w:val="00455B4C"/>
    <w:rsid w:val="00614B37"/>
    <w:rsid w:val="0069076B"/>
    <w:rsid w:val="00697BC3"/>
    <w:rsid w:val="00841063"/>
    <w:rsid w:val="008774B4"/>
    <w:rsid w:val="008C4EF5"/>
    <w:rsid w:val="00AA1D8D"/>
    <w:rsid w:val="00B00551"/>
    <w:rsid w:val="00B47730"/>
    <w:rsid w:val="00C30376"/>
    <w:rsid w:val="00C52ADC"/>
    <w:rsid w:val="00CB0664"/>
    <w:rsid w:val="00D0009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38897B"/>
  <w14:defaultImageDpi w14:val="300"/>
  <w15:docId w15:val="{572AD791-84D1-416F-88E7-DD15DB9B2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semiHidden/>
    <w:unhideWhenUsed/>
    <w:rsid w:val="00697BC3"/>
    <w:pPr>
      <w:spacing w:before="100" w:beforeAutospacing="1" w:after="100" w:afterAutospacing="1" w:line="240" w:lineRule="auto"/>
    </w:pPr>
    <w:rPr>
      <w:rFonts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586251">
      <w:bodyDiv w:val="1"/>
      <w:marLeft w:val="0"/>
      <w:marRight w:val="0"/>
      <w:marTop w:val="0"/>
      <w:marBottom w:val="0"/>
      <w:divBdr>
        <w:top w:val="none" w:sz="0" w:space="0" w:color="auto"/>
        <w:left w:val="none" w:sz="0" w:space="0" w:color="auto"/>
        <w:bottom w:val="none" w:sz="0" w:space="0" w:color="auto"/>
        <w:right w:val="none" w:sz="0" w:space="0" w:color="auto"/>
      </w:divBdr>
    </w:div>
    <w:div w:id="9876292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E3961-1CD8-473A-8358-66C46F95D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4606</Words>
  <Characters>26256</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30801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3</cp:revision>
  <dcterms:created xsi:type="dcterms:W3CDTF">2026-02-26T12:49:00Z</dcterms:created>
  <dcterms:modified xsi:type="dcterms:W3CDTF">2026-10-15T10:36:00Z</dcterms:modified>
</cp:coreProperties>
</file>