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525" w:rsidRPr="00C3485B" w:rsidRDefault="00C3485B">
      <w:pPr>
        <w:jc w:val="center"/>
        <w:rPr>
          <w:lang w:val="ru-RU"/>
        </w:rPr>
      </w:pPr>
      <w:r w:rsidRPr="00C3485B">
        <w:rPr>
          <w:b/>
          <w:sz w:val="28"/>
          <w:lang w:val="ru-RU"/>
        </w:rPr>
        <w:t>ТЕХНИЧЕСКАЯ СПЕЦИФИКАЦИЯ</w:t>
      </w:r>
    </w:p>
    <w:p w:rsidR="003A5525" w:rsidRPr="00C3485B" w:rsidRDefault="00C3485B">
      <w:pPr>
        <w:jc w:val="center"/>
        <w:rPr>
          <w:sz w:val="28"/>
          <w:szCs w:val="28"/>
          <w:lang w:val="ru-RU"/>
        </w:rPr>
      </w:pPr>
      <w:r w:rsidRPr="00C3485B">
        <w:rPr>
          <w:b/>
          <w:sz w:val="28"/>
          <w:szCs w:val="28"/>
          <w:lang w:val="ru-RU"/>
        </w:rPr>
        <w:t>на выполнение работ по восстановлению работоспособности пожарного водовода и обеспечению подачи воды</w:t>
      </w:r>
    </w:p>
    <w:tbl>
      <w:tblPr>
        <w:tblStyle w:val="aff0"/>
        <w:tblW w:w="0" w:type="auto"/>
        <w:jc w:val="center"/>
        <w:tblLook w:val="04A0" w:firstRow="1" w:lastRow="0" w:firstColumn="1" w:lastColumn="0" w:noHBand="0" w:noVBand="1"/>
      </w:tblPr>
      <w:tblGrid>
        <w:gridCol w:w="5128"/>
        <w:gridCol w:w="5128"/>
      </w:tblGrid>
      <w:tr w:rsidR="003A5525" w:rsidRPr="00C3485B">
        <w:trPr>
          <w:jc w:val="center"/>
        </w:trPr>
        <w:tc>
          <w:tcPr>
            <w:tcW w:w="5128" w:type="dxa"/>
            <w:vAlign w:val="center"/>
          </w:tcPr>
          <w:p w:rsidR="003A5525" w:rsidRPr="00C3485B" w:rsidRDefault="00C3485B">
            <w:proofErr w:type="spellStart"/>
            <w:r w:rsidRPr="00C3485B">
              <w:rPr>
                <w:b/>
              </w:rPr>
              <w:t>Заказчик</w:t>
            </w:r>
            <w:proofErr w:type="spellEnd"/>
            <w:r w:rsidRPr="00C3485B">
              <w:rPr>
                <w:b/>
              </w:rPr>
              <w:t xml:space="preserve"> / </w:t>
            </w:r>
            <w:proofErr w:type="spellStart"/>
            <w:r w:rsidRPr="00C3485B">
              <w:rPr>
                <w:b/>
              </w:rPr>
              <w:t>Тапсырыс</w:t>
            </w:r>
            <w:proofErr w:type="spellEnd"/>
            <w:r w:rsidRPr="00C3485B">
              <w:rPr>
                <w:b/>
              </w:rPr>
              <w:t xml:space="preserve"> </w:t>
            </w:r>
            <w:proofErr w:type="spellStart"/>
            <w:r w:rsidRPr="00C3485B">
              <w:rPr>
                <w:b/>
              </w:rPr>
              <w:t>беруші</w:t>
            </w:r>
            <w:proofErr w:type="spellEnd"/>
          </w:p>
        </w:tc>
        <w:tc>
          <w:tcPr>
            <w:tcW w:w="5128" w:type="dxa"/>
            <w:vAlign w:val="center"/>
          </w:tcPr>
          <w:p w:rsidR="003A5525" w:rsidRPr="00C3485B" w:rsidRDefault="00C3485B">
            <w:r w:rsidRPr="00C3485B">
              <w:t>ТОО «Қазақ газеттері» / «Қазақ газеттері» ЖШС</w:t>
            </w:r>
          </w:p>
        </w:tc>
      </w:tr>
      <w:tr w:rsidR="003A5525" w:rsidRPr="00E00988">
        <w:trPr>
          <w:jc w:val="center"/>
        </w:trPr>
        <w:tc>
          <w:tcPr>
            <w:tcW w:w="5128" w:type="dxa"/>
            <w:vAlign w:val="center"/>
          </w:tcPr>
          <w:p w:rsidR="003A5525" w:rsidRPr="00C3485B" w:rsidRDefault="00C3485B">
            <w:r w:rsidRPr="00C3485B">
              <w:rPr>
                <w:b/>
              </w:rPr>
              <w:t>Адрес / Мекенжайы</w:t>
            </w:r>
          </w:p>
        </w:tc>
        <w:tc>
          <w:tcPr>
            <w:tcW w:w="5128" w:type="dxa"/>
            <w:vAlign w:val="center"/>
          </w:tcPr>
          <w:p w:rsidR="003A5525" w:rsidRPr="00C3485B" w:rsidRDefault="00C3485B">
            <w:pPr>
              <w:rPr>
                <w:lang w:val="ru-RU"/>
              </w:rPr>
            </w:pPr>
            <w:r w:rsidRPr="00C3485B">
              <w:rPr>
                <w:lang w:val="ru-RU"/>
              </w:rPr>
              <w:t xml:space="preserve">г. Астана, район </w:t>
            </w:r>
            <w:proofErr w:type="spellStart"/>
            <w:r w:rsidRPr="00C3485B">
              <w:rPr>
                <w:lang w:val="ru-RU"/>
              </w:rPr>
              <w:t>Байқоңыр</w:t>
            </w:r>
            <w:proofErr w:type="spellEnd"/>
            <w:r w:rsidRPr="00C3485B">
              <w:rPr>
                <w:lang w:val="ru-RU"/>
              </w:rPr>
              <w:t xml:space="preserve">, ул. Газеты </w:t>
            </w:r>
            <w:proofErr w:type="spellStart"/>
            <w:r w:rsidRPr="00C3485B">
              <w:rPr>
                <w:lang w:val="ru-RU"/>
              </w:rPr>
              <w:t>Егемен</w:t>
            </w:r>
            <w:proofErr w:type="spellEnd"/>
            <w:r w:rsidRPr="00C3485B">
              <w:rPr>
                <w:lang w:val="ru-RU"/>
              </w:rPr>
              <w:t xml:space="preserve"> Казахстан, 5/13 / Астана қ., </w:t>
            </w:r>
            <w:proofErr w:type="spellStart"/>
            <w:r w:rsidRPr="00C3485B">
              <w:rPr>
                <w:lang w:val="ru-RU"/>
              </w:rPr>
              <w:t>Байқоңыр</w:t>
            </w:r>
            <w:proofErr w:type="spellEnd"/>
            <w:r w:rsidRPr="00C3485B">
              <w:rPr>
                <w:lang w:val="ru-RU"/>
              </w:rPr>
              <w:t xml:space="preserve"> </w:t>
            </w:r>
            <w:proofErr w:type="spellStart"/>
            <w:r w:rsidRPr="00C3485B">
              <w:rPr>
                <w:lang w:val="ru-RU"/>
              </w:rPr>
              <w:t>ауданы</w:t>
            </w:r>
            <w:proofErr w:type="spellEnd"/>
            <w:r w:rsidRPr="00C3485B">
              <w:rPr>
                <w:lang w:val="ru-RU"/>
              </w:rPr>
              <w:t xml:space="preserve">, Газеты </w:t>
            </w:r>
            <w:proofErr w:type="spellStart"/>
            <w:r w:rsidRPr="00C3485B">
              <w:rPr>
                <w:lang w:val="ru-RU"/>
              </w:rPr>
              <w:t>Егемен</w:t>
            </w:r>
            <w:proofErr w:type="spellEnd"/>
            <w:r w:rsidRPr="00C3485B">
              <w:rPr>
                <w:lang w:val="ru-RU"/>
              </w:rPr>
              <w:t xml:space="preserve"> Казахстан </w:t>
            </w:r>
            <w:proofErr w:type="spellStart"/>
            <w:r w:rsidRPr="00C3485B">
              <w:rPr>
                <w:lang w:val="ru-RU"/>
              </w:rPr>
              <w:t>көшесі</w:t>
            </w:r>
            <w:proofErr w:type="spellEnd"/>
            <w:r w:rsidRPr="00C3485B">
              <w:rPr>
                <w:lang w:val="ru-RU"/>
              </w:rPr>
              <w:t>, 5/13</w:t>
            </w:r>
          </w:p>
        </w:tc>
      </w:tr>
      <w:tr w:rsidR="003A5525" w:rsidRPr="00E00988">
        <w:trPr>
          <w:jc w:val="center"/>
        </w:trPr>
        <w:tc>
          <w:tcPr>
            <w:tcW w:w="5128" w:type="dxa"/>
            <w:vAlign w:val="center"/>
          </w:tcPr>
          <w:p w:rsidR="003A5525" w:rsidRPr="00C3485B" w:rsidRDefault="00C3485B">
            <w:proofErr w:type="spellStart"/>
            <w:r w:rsidRPr="00C3485B">
              <w:rPr>
                <w:b/>
              </w:rPr>
              <w:t>Срок</w:t>
            </w:r>
            <w:proofErr w:type="spellEnd"/>
            <w:r w:rsidRPr="00C3485B">
              <w:rPr>
                <w:b/>
              </w:rPr>
              <w:t xml:space="preserve"> </w:t>
            </w:r>
            <w:proofErr w:type="spellStart"/>
            <w:r w:rsidRPr="00C3485B">
              <w:rPr>
                <w:b/>
              </w:rPr>
              <w:t>выполнения</w:t>
            </w:r>
            <w:proofErr w:type="spellEnd"/>
            <w:r w:rsidRPr="00C3485B">
              <w:rPr>
                <w:b/>
              </w:rPr>
              <w:t xml:space="preserve"> / </w:t>
            </w:r>
            <w:proofErr w:type="spellStart"/>
            <w:r w:rsidRPr="00C3485B">
              <w:rPr>
                <w:b/>
              </w:rPr>
              <w:t>Орындау</w:t>
            </w:r>
            <w:proofErr w:type="spellEnd"/>
            <w:r w:rsidRPr="00C3485B">
              <w:rPr>
                <w:b/>
              </w:rPr>
              <w:t xml:space="preserve"> мерзімі</w:t>
            </w:r>
          </w:p>
        </w:tc>
        <w:tc>
          <w:tcPr>
            <w:tcW w:w="5128" w:type="dxa"/>
            <w:vAlign w:val="center"/>
          </w:tcPr>
          <w:p w:rsidR="003A5525" w:rsidRPr="00C3485B" w:rsidRDefault="00C3485B">
            <w:pPr>
              <w:rPr>
                <w:lang w:val="ru-RU"/>
              </w:rPr>
            </w:pPr>
            <w:r w:rsidRPr="00C3485B">
              <w:rPr>
                <w:lang w:val="ru-RU"/>
              </w:rPr>
              <w:t xml:space="preserve">15 дней с момента подписания договора / </w:t>
            </w:r>
            <w:proofErr w:type="spellStart"/>
            <w:r w:rsidRPr="00C3485B">
              <w:rPr>
                <w:lang w:val="ru-RU"/>
              </w:rPr>
              <w:t>Шартқа</w:t>
            </w:r>
            <w:proofErr w:type="spellEnd"/>
            <w:r w:rsidRPr="00C3485B">
              <w:rPr>
                <w:lang w:val="ru-RU"/>
              </w:rPr>
              <w:t xml:space="preserve"> </w:t>
            </w:r>
            <w:proofErr w:type="spellStart"/>
            <w:r w:rsidRPr="00C3485B">
              <w:rPr>
                <w:lang w:val="ru-RU"/>
              </w:rPr>
              <w:t>қол</w:t>
            </w:r>
            <w:proofErr w:type="spellEnd"/>
            <w:r w:rsidRPr="00C3485B">
              <w:rPr>
                <w:lang w:val="ru-RU"/>
              </w:rPr>
              <w:t xml:space="preserve"> </w:t>
            </w:r>
            <w:proofErr w:type="spellStart"/>
            <w:r w:rsidRPr="00C3485B">
              <w:rPr>
                <w:lang w:val="ru-RU"/>
              </w:rPr>
              <w:t>қойылған</w:t>
            </w:r>
            <w:proofErr w:type="spellEnd"/>
            <w:r w:rsidRPr="00C3485B">
              <w:rPr>
                <w:lang w:val="ru-RU"/>
              </w:rPr>
              <w:t xml:space="preserve"> </w:t>
            </w:r>
            <w:proofErr w:type="spellStart"/>
            <w:r w:rsidRPr="00C3485B">
              <w:rPr>
                <w:lang w:val="ru-RU"/>
              </w:rPr>
              <w:t>күннен</w:t>
            </w:r>
            <w:proofErr w:type="spellEnd"/>
            <w:r w:rsidRPr="00C3485B">
              <w:rPr>
                <w:lang w:val="ru-RU"/>
              </w:rPr>
              <w:t xml:space="preserve"> </w:t>
            </w:r>
            <w:proofErr w:type="spellStart"/>
            <w:r w:rsidRPr="00C3485B">
              <w:rPr>
                <w:lang w:val="ru-RU"/>
              </w:rPr>
              <w:t>бастап</w:t>
            </w:r>
            <w:proofErr w:type="spellEnd"/>
            <w:r w:rsidRPr="00C3485B">
              <w:rPr>
                <w:lang w:val="ru-RU"/>
              </w:rPr>
              <w:t xml:space="preserve"> 15 </w:t>
            </w:r>
            <w:proofErr w:type="spellStart"/>
            <w:r w:rsidRPr="00C3485B">
              <w:rPr>
                <w:lang w:val="ru-RU"/>
              </w:rPr>
              <w:t>күн</w:t>
            </w:r>
            <w:proofErr w:type="spellEnd"/>
          </w:p>
        </w:tc>
      </w:tr>
      <w:tr w:rsidR="003A5525" w:rsidRPr="00E00988">
        <w:trPr>
          <w:jc w:val="center"/>
        </w:trPr>
        <w:tc>
          <w:tcPr>
            <w:tcW w:w="5128" w:type="dxa"/>
            <w:vAlign w:val="center"/>
          </w:tcPr>
          <w:p w:rsidR="003A5525" w:rsidRPr="00C3485B" w:rsidRDefault="00C3485B">
            <w:proofErr w:type="spellStart"/>
            <w:r w:rsidRPr="00C3485B">
              <w:rPr>
                <w:b/>
              </w:rPr>
              <w:t>Гарантийный</w:t>
            </w:r>
            <w:proofErr w:type="spellEnd"/>
            <w:r w:rsidRPr="00C3485B">
              <w:rPr>
                <w:b/>
              </w:rPr>
              <w:t xml:space="preserve"> </w:t>
            </w:r>
            <w:proofErr w:type="spellStart"/>
            <w:r w:rsidRPr="00C3485B">
              <w:rPr>
                <w:b/>
              </w:rPr>
              <w:t>срок</w:t>
            </w:r>
            <w:proofErr w:type="spellEnd"/>
            <w:r w:rsidRPr="00C3485B">
              <w:rPr>
                <w:b/>
              </w:rPr>
              <w:t xml:space="preserve"> / </w:t>
            </w:r>
            <w:proofErr w:type="spellStart"/>
            <w:r w:rsidRPr="00C3485B">
              <w:rPr>
                <w:b/>
              </w:rPr>
              <w:t>Кепілдік</w:t>
            </w:r>
            <w:proofErr w:type="spellEnd"/>
            <w:r w:rsidRPr="00C3485B">
              <w:rPr>
                <w:b/>
              </w:rPr>
              <w:t xml:space="preserve"> мерзімі</w:t>
            </w:r>
          </w:p>
        </w:tc>
        <w:tc>
          <w:tcPr>
            <w:tcW w:w="5128" w:type="dxa"/>
            <w:vAlign w:val="center"/>
          </w:tcPr>
          <w:p w:rsidR="003A5525" w:rsidRPr="00C3485B" w:rsidRDefault="00C3485B">
            <w:pPr>
              <w:rPr>
                <w:lang w:val="ru-RU"/>
              </w:rPr>
            </w:pPr>
            <w:r w:rsidRPr="00C3485B">
              <w:rPr>
                <w:lang w:val="ru-RU"/>
              </w:rPr>
              <w:t xml:space="preserve">12 месяцев с даты завершения и приемки работ / </w:t>
            </w:r>
            <w:proofErr w:type="spellStart"/>
            <w:r w:rsidRPr="00C3485B">
              <w:rPr>
                <w:lang w:val="ru-RU"/>
              </w:rPr>
              <w:t>Жұмыстар</w:t>
            </w:r>
            <w:proofErr w:type="spellEnd"/>
            <w:r w:rsidRPr="00C3485B">
              <w:rPr>
                <w:lang w:val="ru-RU"/>
              </w:rPr>
              <w:t xml:space="preserve"> </w:t>
            </w:r>
            <w:proofErr w:type="spellStart"/>
            <w:r w:rsidRPr="00C3485B">
              <w:rPr>
                <w:lang w:val="ru-RU"/>
              </w:rPr>
              <w:t>аяқталған</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қабылданған</w:t>
            </w:r>
            <w:proofErr w:type="spellEnd"/>
            <w:r w:rsidRPr="00C3485B">
              <w:rPr>
                <w:lang w:val="ru-RU"/>
              </w:rPr>
              <w:t xml:space="preserve"> </w:t>
            </w:r>
            <w:proofErr w:type="spellStart"/>
            <w:r w:rsidRPr="00C3485B">
              <w:rPr>
                <w:lang w:val="ru-RU"/>
              </w:rPr>
              <w:t>күннен</w:t>
            </w:r>
            <w:proofErr w:type="spellEnd"/>
            <w:r w:rsidRPr="00C3485B">
              <w:rPr>
                <w:lang w:val="ru-RU"/>
              </w:rPr>
              <w:t xml:space="preserve"> </w:t>
            </w:r>
            <w:proofErr w:type="spellStart"/>
            <w:r w:rsidRPr="00C3485B">
              <w:rPr>
                <w:lang w:val="ru-RU"/>
              </w:rPr>
              <w:t>бастап</w:t>
            </w:r>
            <w:proofErr w:type="spellEnd"/>
            <w:r w:rsidRPr="00C3485B">
              <w:rPr>
                <w:lang w:val="ru-RU"/>
              </w:rPr>
              <w:t xml:space="preserve"> 12 ай</w:t>
            </w:r>
          </w:p>
        </w:tc>
      </w:tr>
      <w:tr w:rsidR="003A5525" w:rsidRPr="00E00988">
        <w:trPr>
          <w:jc w:val="center"/>
        </w:trPr>
        <w:tc>
          <w:tcPr>
            <w:tcW w:w="5128" w:type="dxa"/>
            <w:vAlign w:val="center"/>
          </w:tcPr>
          <w:p w:rsidR="003A5525" w:rsidRPr="00C3485B" w:rsidRDefault="00C3485B">
            <w:proofErr w:type="spellStart"/>
            <w:r w:rsidRPr="00C3485B">
              <w:rPr>
                <w:b/>
              </w:rPr>
              <w:t>Материалы</w:t>
            </w:r>
            <w:proofErr w:type="spellEnd"/>
            <w:r w:rsidRPr="00C3485B">
              <w:rPr>
                <w:b/>
              </w:rPr>
              <w:t xml:space="preserve"> / </w:t>
            </w:r>
            <w:proofErr w:type="spellStart"/>
            <w:r w:rsidRPr="00C3485B">
              <w:rPr>
                <w:b/>
              </w:rPr>
              <w:t>Материалдар</w:t>
            </w:r>
            <w:proofErr w:type="spellEnd"/>
          </w:p>
        </w:tc>
        <w:tc>
          <w:tcPr>
            <w:tcW w:w="5128" w:type="dxa"/>
            <w:vAlign w:val="center"/>
          </w:tcPr>
          <w:p w:rsidR="003A5525" w:rsidRPr="00C3485B" w:rsidRDefault="00C3485B">
            <w:pPr>
              <w:rPr>
                <w:lang w:val="ru-RU"/>
              </w:rPr>
            </w:pPr>
            <w:r w:rsidRPr="00C3485B">
              <w:rPr>
                <w:lang w:val="ru-RU"/>
              </w:rPr>
              <w:t xml:space="preserve">Все материалы, оборудование, кабели, комплектующие и запорная арматура предоставляются Исполнителем за свой счёт. / </w:t>
            </w:r>
            <w:proofErr w:type="spellStart"/>
            <w:r w:rsidRPr="00C3485B">
              <w:rPr>
                <w:lang w:val="ru-RU"/>
              </w:rPr>
              <w:t>Барлық</w:t>
            </w:r>
            <w:proofErr w:type="spellEnd"/>
            <w:r w:rsidRPr="00C3485B">
              <w:rPr>
                <w:lang w:val="ru-RU"/>
              </w:rPr>
              <w:t xml:space="preserve"> </w:t>
            </w:r>
            <w:proofErr w:type="spellStart"/>
            <w:r w:rsidRPr="00C3485B">
              <w:rPr>
                <w:lang w:val="ru-RU"/>
              </w:rPr>
              <w:t>материалдар</w:t>
            </w:r>
            <w:proofErr w:type="spellEnd"/>
            <w:r w:rsidRPr="00C3485B">
              <w:rPr>
                <w:lang w:val="ru-RU"/>
              </w:rPr>
              <w:t xml:space="preserve">, </w:t>
            </w:r>
            <w:proofErr w:type="spellStart"/>
            <w:r w:rsidRPr="00C3485B">
              <w:rPr>
                <w:lang w:val="ru-RU"/>
              </w:rPr>
              <w:t>жабдықтар</w:t>
            </w:r>
            <w:proofErr w:type="spellEnd"/>
            <w:r w:rsidRPr="00C3485B">
              <w:rPr>
                <w:lang w:val="ru-RU"/>
              </w:rPr>
              <w:t xml:space="preserve">, </w:t>
            </w:r>
            <w:proofErr w:type="spellStart"/>
            <w:r w:rsidRPr="00C3485B">
              <w:rPr>
                <w:lang w:val="ru-RU"/>
              </w:rPr>
              <w:t>кабельдер</w:t>
            </w:r>
            <w:proofErr w:type="spellEnd"/>
            <w:r w:rsidRPr="00C3485B">
              <w:rPr>
                <w:lang w:val="ru-RU"/>
              </w:rPr>
              <w:t xml:space="preserve">, </w:t>
            </w:r>
            <w:proofErr w:type="spellStart"/>
            <w:r w:rsidRPr="00C3485B">
              <w:rPr>
                <w:lang w:val="ru-RU"/>
              </w:rPr>
              <w:t>жинақтаушы</w:t>
            </w:r>
            <w:proofErr w:type="spellEnd"/>
            <w:r w:rsidRPr="00C3485B">
              <w:rPr>
                <w:lang w:val="ru-RU"/>
              </w:rPr>
              <w:t xml:space="preserve"> </w:t>
            </w:r>
            <w:proofErr w:type="spellStart"/>
            <w:r w:rsidRPr="00C3485B">
              <w:rPr>
                <w:lang w:val="ru-RU"/>
              </w:rPr>
              <w:t>бөлшектер</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запорлық</w:t>
            </w:r>
            <w:proofErr w:type="spellEnd"/>
            <w:r w:rsidRPr="00C3485B">
              <w:rPr>
                <w:lang w:val="ru-RU"/>
              </w:rPr>
              <w:t xml:space="preserve"> арматура </w:t>
            </w:r>
            <w:proofErr w:type="spellStart"/>
            <w:r w:rsidRPr="00C3485B">
              <w:rPr>
                <w:lang w:val="ru-RU"/>
              </w:rPr>
              <w:t>Орындаушы</w:t>
            </w:r>
            <w:proofErr w:type="spellEnd"/>
            <w:r w:rsidRPr="00C3485B">
              <w:rPr>
                <w:lang w:val="ru-RU"/>
              </w:rPr>
              <w:t xml:space="preserve"> </w:t>
            </w:r>
            <w:proofErr w:type="spellStart"/>
            <w:r w:rsidRPr="00C3485B">
              <w:rPr>
                <w:lang w:val="ru-RU"/>
              </w:rPr>
              <w:t>тарапынан</w:t>
            </w:r>
            <w:proofErr w:type="spellEnd"/>
            <w:r w:rsidRPr="00C3485B">
              <w:rPr>
                <w:lang w:val="ru-RU"/>
              </w:rPr>
              <w:t xml:space="preserve"> </w:t>
            </w:r>
            <w:proofErr w:type="spellStart"/>
            <w:r w:rsidRPr="00C3485B">
              <w:rPr>
                <w:lang w:val="ru-RU"/>
              </w:rPr>
              <w:t>өз</w:t>
            </w:r>
            <w:proofErr w:type="spellEnd"/>
            <w:r w:rsidRPr="00C3485B">
              <w:rPr>
                <w:lang w:val="ru-RU"/>
              </w:rPr>
              <w:t xml:space="preserve"> </w:t>
            </w:r>
            <w:proofErr w:type="spellStart"/>
            <w:r w:rsidRPr="00C3485B">
              <w:rPr>
                <w:lang w:val="ru-RU"/>
              </w:rPr>
              <w:t>қаражаты</w:t>
            </w:r>
            <w:proofErr w:type="spellEnd"/>
            <w:r w:rsidRPr="00C3485B">
              <w:rPr>
                <w:lang w:val="ru-RU"/>
              </w:rPr>
              <w:t xml:space="preserve"> </w:t>
            </w:r>
            <w:proofErr w:type="spellStart"/>
            <w:r w:rsidRPr="00C3485B">
              <w:rPr>
                <w:lang w:val="ru-RU"/>
              </w:rPr>
              <w:t>есебінен</w:t>
            </w:r>
            <w:proofErr w:type="spellEnd"/>
            <w:r w:rsidRPr="00C3485B">
              <w:rPr>
                <w:lang w:val="ru-RU"/>
              </w:rPr>
              <w:t xml:space="preserve"> </w:t>
            </w:r>
            <w:proofErr w:type="spellStart"/>
            <w:r w:rsidRPr="00C3485B">
              <w:rPr>
                <w:lang w:val="ru-RU"/>
              </w:rPr>
              <w:t>ұсынылады</w:t>
            </w:r>
            <w:proofErr w:type="spellEnd"/>
            <w:r w:rsidRPr="00C3485B">
              <w:rPr>
                <w:lang w:val="ru-RU"/>
              </w:rPr>
              <w:t>.</w:t>
            </w:r>
          </w:p>
        </w:tc>
      </w:tr>
    </w:tbl>
    <w:p w:rsidR="003A5525" w:rsidRPr="00C3485B" w:rsidRDefault="003A5525">
      <w:pPr>
        <w:rPr>
          <w:lang w:val="ru-RU"/>
        </w:rPr>
      </w:pPr>
    </w:p>
    <w:tbl>
      <w:tblPr>
        <w:tblStyle w:val="aff0"/>
        <w:tblW w:w="0" w:type="auto"/>
        <w:jc w:val="center"/>
        <w:tblLayout w:type="fixed"/>
        <w:tblLook w:val="04A0" w:firstRow="1" w:lastRow="0" w:firstColumn="1" w:lastColumn="0" w:noHBand="0" w:noVBand="1"/>
      </w:tblPr>
      <w:tblGrid>
        <w:gridCol w:w="425"/>
        <w:gridCol w:w="2807"/>
        <w:gridCol w:w="5523"/>
        <w:gridCol w:w="1276"/>
        <w:gridCol w:w="441"/>
      </w:tblGrid>
      <w:tr w:rsidR="003A5525" w:rsidRPr="00C3485B" w:rsidTr="00C3485B">
        <w:trPr>
          <w:jc w:val="center"/>
        </w:trPr>
        <w:tc>
          <w:tcPr>
            <w:tcW w:w="425" w:type="dxa"/>
            <w:vAlign w:val="center"/>
          </w:tcPr>
          <w:p w:rsidR="003A5525" w:rsidRPr="00C3485B" w:rsidRDefault="00C3485B">
            <w:r w:rsidRPr="00C3485B">
              <w:rPr>
                <w:b/>
              </w:rPr>
              <w:t>№</w:t>
            </w:r>
          </w:p>
        </w:tc>
        <w:tc>
          <w:tcPr>
            <w:tcW w:w="2807" w:type="dxa"/>
            <w:vAlign w:val="center"/>
          </w:tcPr>
          <w:p w:rsidR="003A5525" w:rsidRPr="00C3485B" w:rsidRDefault="00C3485B">
            <w:proofErr w:type="spellStart"/>
            <w:r w:rsidRPr="00C3485B">
              <w:rPr>
                <w:b/>
              </w:rPr>
              <w:t>Наименование</w:t>
            </w:r>
            <w:proofErr w:type="spellEnd"/>
            <w:r w:rsidRPr="00C3485B">
              <w:rPr>
                <w:b/>
              </w:rPr>
              <w:t xml:space="preserve"> </w:t>
            </w:r>
            <w:proofErr w:type="spellStart"/>
            <w:r w:rsidRPr="00C3485B">
              <w:rPr>
                <w:b/>
              </w:rPr>
              <w:t>работ</w:t>
            </w:r>
            <w:proofErr w:type="spellEnd"/>
            <w:r w:rsidRPr="00C3485B">
              <w:rPr>
                <w:b/>
              </w:rPr>
              <w:t xml:space="preserve"> / </w:t>
            </w:r>
            <w:proofErr w:type="spellStart"/>
            <w:r w:rsidRPr="00C3485B">
              <w:rPr>
                <w:b/>
              </w:rPr>
              <w:t>Жұмыстардың</w:t>
            </w:r>
            <w:proofErr w:type="spellEnd"/>
            <w:r w:rsidRPr="00C3485B">
              <w:rPr>
                <w:b/>
              </w:rPr>
              <w:t xml:space="preserve"> </w:t>
            </w:r>
            <w:proofErr w:type="spellStart"/>
            <w:r w:rsidRPr="00C3485B">
              <w:rPr>
                <w:b/>
              </w:rPr>
              <w:t>атауы</w:t>
            </w:r>
            <w:proofErr w:type="spellEnd"/>
          </w:p>
        </w:tc>
        <w:tc>
          <w:tcPr>
            <w:tcW w:w="5523" w:type="dxa"/>
            <w:vAlign w:val="center"/>
          </w:tcPr>
          <w:p w:rsidR="003A5525" w:rsidRPr="00C3485B" w:rsidRDefault="00C3485B">
            <w:proofErr w:type="spellStart"/>
            <w:r w:rsidRPr="00C3485B">
              <w:rPr>
                <w:b/>
              </w:rPr>
              <w:t>Техническая</w:t>
            </w:r>
            <w:proofErr w:type="spellEnd"/>
            <w:r w:rsidRPr="00C3485B">
              <w:rPr>
                <w:b/>
              </w:rPr>
              <w:t xml:space="preserve"> </w:t>
            </w:r>
            <w:proofErr w:type="spellStart"/>
            <w:r w:rsidRPr="00C3485B">
              <w:rPr>
                <w:b/>
              </w:rPr>
              <w:t>характеристика</w:t>
            </w:r>
            <w:proofErr w:type="spellEnd"/>
            <w:r w:rsidRPr="00C3485B">
              <w:rPr>
                <w:b/>
              </w:rPr>
              <w:t xml:space="preserve"> / </w:t>
            </w:r>
            <w:proofErr w:type="spellStart"/>
            <w:r w:rsidRPr="00C3485B">
              <w:rPr>
                <w:b/>
              </w:rPr>
              <w:t>Техникалық</w:t>
            </w:r>
            <w:proofErr w:type="spellEnd"/>
            <w:r w:rsidRPr="00C3485B">
              <w:rPr>
                <w:b/>
              </w:rPr>
              <w:t xml:space="preserve"> </w:t>
            </w:r>
            <w:proofErr w:type="spellStart"/>
            <w:r w:rsidRPr="00C3485B">
              <w:rPr>
                <w:b/>
              </w:rPr>
              <w:t>сипаттамасы</w:t>
            </w:r>
            <w:proofErr w:type="spellEnd"/>
          </w:p>
        </w:tc>
        <w:tc>
          <w:tcPr>
            <w:tcW w:w="1276" w:type="dxa"/>
            <w:vAlign w:val="center"/>
          </w:tcPr>
          <w:p w:rsidR="003A5525" w:rsidRPr="00C3485B" w:rsidRDefault="00C3485B">
            <w:proofErr w:type="spellStart"/>
            <w:r w:rsidRPr="00C3485B">
              <w:rPr>
                <w:b/>
              </w:rPr>
              <w:t>Ед</w:t>
            </w:r>
            <w:proofErr w:type="spellEnd"/>
            <w:r w:rsidRPr="00C3485B">
              <w:rPr>
                <w:b/>
              </w:rPr>
              <w:t xml:space="preserve">. </w:t>
            </w:r>
            <w:proofErr w:type="spellStart"/>
            <w:r w:rsidRPr="00C3485B">
              <w:rPr>
                <w:b/>
              </w:rPr>
              <w:t>изм</w:t>
            </w:r>
            <w:proofErr w:type="spellEnd"/>
            <w:r w:rsidRPr="00C3485B">
              <w:rPr>
                <w:b/>
              </w:rPr>
              <w:t xml:space="preserve">. / </w:t>
            </w:r>
            <w:proofErr w:type="spellStart"/>
            <w:r w:rsidRPr="00C3485B">
              <w:rPr>
                <w:b/>
              </w:rPr>
              <w:t>Өлшем</w:t>
            </w:r>
            <w:proofErr w:type="spellEnd"/>
            <w:r w:rsidRPr="00C3485B">
              <w:rPr>
                <w:b/>
              </w:rPr>
              <w:t xml:space="preserve"> </w:t>
            </w:r>
            <w:proofErr w:type="spellStart"/>
            <w:r w:rsidRPr="00C3485B">
              <w:rPr>
                <w:b/>
              </w:rPr>
              <w:t>бірлігі</w:t>
            </w:r>
            <w:proofErr w:type="spellEnd"/>
          </w:p>
        </w:tc>
        <w:tc>
          <w:tcPr>
            <w:tcW w:w="441" w:type="dxa"/>
            <w:vAlign w:val="center"/>
          </w:tcPr>
          <w:p w:rsidR="003A5525" w:rsidRPr="00C3485B" w:rsidRDefault="00C3485B">
            <w:proofErr w:type="spellStart"/>
            <w:r w:rsidRPr="00C3485B">
              <w:rPr>
                <w:b/>
              </w:rPr>
              <w:t>Кол-во</w:t>
            </w:r>
            <w:proofErr w:type="spellEnd"/>
            <w:r w:rsidRPr="00C3485B">
              <w:rPr>
                <w:b/>
              </w:rPr>
              <w:t xml:space="preserve"> / </w:t>
            </w:r>
            <w:proofErr w:type="spellStart"/>
            <w:r w:rsidRPr="00C3485B">
              <w:rPr>
                <w:b/>
              </w:rPr>
              <w:t>Саны</w:t>
            </w:r>
            <w:proofErr w:type="spellEnd"/>
          </w:p>
        </w:tc>
      </w:tr>
      <w:tr w:rsidR="003A5525" w:rsidRPr="00C3485B" w:rsidTr="00C3485B">
        <w:trPr>
          <w:jc w:val="center"/>
        </w:trPr>
        <w:tc>
          <w:tcPr>
            <w:tcW w:w="425" w:type="dxa"/>
            <w:vAlign w:val="center"/>
          </w:tcPr>
          <w:p w:rsidR="003A5525" w:rsidRPr="00C3485B" w:rsidRDefault="00C3485B">
            <w:r w:rsidRPr="00C3485B">
              <w:t>1</w:t>
            </w:r>
          </w:p>
        </w:tc>
        <w:tc>
          <w:tcPr>
            <w:tcW w:w="2807" w:type="dxa"/>
            <w:vAlign w:val="center"/>
          </w:tcPr>
          <w:p w:rsidR="003A5525" w:rsidRPr="00C3485B" w:rsidRDefault="00C3485B">
            <w:pPr>
              <w:rPr>
                <w:lang w:val="ru-RU"/>
              </w:rPr>
            </w:pPr>
            <w:r w:rsidRPr="00C3485B">
              <w:rPr>
                <w:lang w:val="ru-RU"/>
              </w:rPr>
              <w:t xml:space="preserve">Обследование и диагностика пожарного водовода / </w:t>
            </w:r>
            <w:proofErr w:type="spellStart"/>
            <w:r w:rsidRPr="00C3485B">
              <w:rPr>
                <w:lang w:val="ru-RU"/>
              </w:rPr>
              <w:t>Өртке</w:t>
            </w:r>
            <w:proofErr w:type="spellEnd"/>
            <w:r w:rsidRPr="00C3485B">
              <w:rPr>
                <w:lang w:val="ru-RU"/>
              </w:rPr>
              <w:t xml:space="preserve"> </w:t>
            </w:r>
            <w:proofErr w:type="spellStart"/>
            <w:r w:rsidRPr="00C3485B">
              <w:rPr>
                <w:lang w:val="ru-RU"/>
              </w:rPr>
              <w:t>қарсы</w:t>
            </w:r>
            <w:proofErr w:type="spellEnd"/>
            <w:r w:rsidRPr="00C3485B">
              <w:rPr>
                <w:lang w:val="ru-RU"/>
              </w:rPr>
              <w:t xml:space="preserve"> су </w:t>
            </w:r>
            <w:proofErr w:type="spellStart"/>
            <w:r w:rsidRPr="00C3485B">
              <w:rPr>
                <w:lang w:val="ru-RU"/>
              </w:rPr>
              <w:t>құбырын</w:t>
            </w:r>
            <w:proofErr w:type="spellEnd"/>
            <w:r w:rsidRPr="00C3485B">
              <w:rPr>
                <w:lang w:val="ru-RU"/>
              </w:rPr>
              <w:t xml:space="preserve"> </w:t>
            </w:r>
            <w:proofErr w:type="spellStart"/>
            <w:r w:rsidRPr="00C3485B">
              <w:rPr>
                <w:lang w:val="ru-RU"/>
              </w:rPr>
              <w:t>тексеру</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диагностикалау</w:t>
            </w:r>
            <w:proofErr w:type="spellEnd"/>
          </w:p>
        </w:tc>
        <w:tc>
          <w:tcPr>
            <w:tcW w:w="5523" w:type="dxa"/>
            <w:vAlign w:val="center"/>
          </w:tcPr>
          <w:p w:rsidR="003A5525" w:rsidRPr="00C3485B" w:rsidRDefault="00C3485B">
            <w:r w:rsidRPr="00C3485B">
              <w:rPr>
                <w:lang w:val="ru-RU"/>
              </w:rPr>
              <w:t xml:space="preserve">Обследовать существующий пожарный водовод, насос, шкаф управления, отсечной клапан, трубопровод, вентили и соединения. Выявить неисправности, препятствующие подаче воды. / </w:t>
            </w:r>
            <w:proofErr w:type="spellStart"/>
            <w:r w:rsidRPr="00C3485B">
              <w:rPr>
                <w:lang w:val="ru-RU"/>
              </w:rPr>
              <w:t>Қолданыстағы</w:t>
            </w:r>
            <w:proofErr w:type="spellEnd"/>
            <w:r w:rsidRPr="00C3485B">
              <w:rPr>
                <w:lang w:val="ru-RU"/>
              </w:rPr>
              <w:t xml:space="preserve"> </w:t>
            </w:r>
            <w:proofErr w:type="spellStart"/>
            <w:r w:rsidRPr="00C3485B">
              <w:rPr>
                <w:lang w:val="ru-RU"/>
              </w:rPr>
              <w:t>өртке</w:t>
            </w:r>
            <w:proofErr w:type="spellEnd"/>
            <w:r w:rsidRPr="00C3485B">
              <w:rPr>
                <w:lang w:val="ru-RU"/>
              </w:rPr>
              <w:t xml:space="preserve"> </w:t>
            </w:r>
            <w:proofErr w:type="spellStart"/>
            <w:r w:rsidRPr="00C3485B">
              <w:rPr>
                <w:lang w:val="ru-RU"/>
              </w:rPr>
              <w:t>қарсы</w:t>
            </w:r>
            <w:proofErr w:type="spellEnd"/>
            <w:r w:rsidRPr="00C3485B">
              <w:rPr>
                <w:lang w:val="ru-RU"/>
              </w:rPr>
              <w:t xml:space="preserve"> су </w:t>
            </w:r>
            <w:proofErr w:type="spellStart"/>
            <w:r w:rsidRPr="00C3485B">
              <w:rPr>
                <w:lang w:val="ru-RU"/>
              </w:rPr>
              <w:t>құбырын</w:t>
            </w:r>
            <w:proofErr w:type="spellEnd"/>
            <w:r w:rsidRPr="00C3485B">
              <w:rPr>
                <w:lang w:val="ru-RU"/>
              </w:rPr>
              <w:t xml:space="preserve">, </w:t>
            </w:r>
            <w:proofErr w:type="spellStart"/>
            <w:r w:rsidRPr="00C3485B">
              <w:rPr>
                <w:lang w:val="ru-RU"/>
              </w:rPr>
              <w:t>сорғыны</w:t>
            </w:r>
            <w:proofErr w:type="spellEnd"/>
            <w:r w:rsidRPr="00C3485B">
              <w:rPr>
                <w:lang w:val="ru-RU"/>
              </w:rPr>
              <w:t xml:space="preserve">, </w:t>
            </w:r>
            <w:proofErr w:type="spellStart"/>
            <w:r w:rsidRPr="00C3485B">
              <w:rPr>
                <w:lang w:val="ru-RU"/>
              </w:rPr>
              <w:t>басқару</w:t>
            </w:r>
            <w:proofErr w:type="spellEnd"/>
            <w:r w:rsidRPr="00C3485B">
              <w:rPr>
                <w:lang w:val="ru-RU"/>
              </w:rPr>
              <w:t xml:space="preserve"> </w:t>
            </w:r>
            <w:proofErr w:type="spellStart"/>
            <w:r w:rsidRPr="00C3485B">
              <w:rPr>
                <w:lang w:val="ru-RU"/>
              </w:rPr>
              <w:t>шкафын</w:t>
            </w:r>
            <w:proofErr w:type="spellEnd"/>
            <w:r w:rsidRPr="00C3485B">
              <w:rPr>
                <w:lang w:val="ru-RU"/>
              </w:rPr>
              <w:t xml:space="preserve">, </w:t>
            </w:r>
            <w:proofErr w:type="spellStart"/>
            <w:r w:rsidRPr="00C3485B">
              <w:rPr>
                <w:lang w:val="ru-RU"/>
              </w:rPr>
              <w:t>ажыратқыш</w:t>
            </w:r>
            <w:proofErr w:type="spellEnd"/>
            <w:r w:rsidRPr="00C3485B">
              <w:rPr>
                <w:lang w:val="ru-RU"/>
              </w:rPr>
              <w:t xml:space="preserve"> </w:t>
            </w:r>
            <w:proofErr w:type="spellStart"/>
            <w:r w:rsidRPr="00C3485B">
              <w:rPr>
                <w:lang w:val="ru-RU"/>
              </w:rPr>
              <w:t>клапанды</w:t>
            </w:r>
            <w:proofErr w:type="spellEnd"/>
            <w:r w:rsidRPr="00C3485B">
              <w:rPr>
                <w:lang w:val="ru-RU"/>
              </w:rPr>
              <w:t xml:space="preserve">, </w:t>
            </w:r>
            <w:proofErr w:type="spellStart"/>
            <w:r w:rsidRPr="00C3485B">
              <w:rPr>
                <w:lang w:val="ru-RU"/>
              </w:rPr>
              <w:t>құбырды</w:t>
            </w:r>
            <w:proofErr w:type="spellEnd"/>
            <w:r w:rsidRPr="00C3485B">
              <w:rPr>
                <w:lang w:val="ru-RU"/>
              </w:rPr>
              <w:t xml:space="preserve">, </w:t>
            </w:r>
            <w:proofErr w:type="spellStart"/>
            <w:r w:rsidRPr="00C3485B">
              <w:rPr>
                <w:lang w:val="ru-RU"/>
              </w:rPr>
              <w:t>вентильдерді</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қосылыстарды</w:t>
            </w:r>
            <w:proofErr w:type="spellEnd"/>
            <w:r w:rsidRPr="00C3485B">
              <w:rPr>
                <w:lang w:val="ru-RU"/>
              </w:rPr>
              <w:t xml:space="preserve"> </w:t>
            </w:r>
            <w:proofErr w:type="spellStart"/>
            <w:r w:rsidRPr="00C3485B">
              <w:rPr>
                <w:lang w:val="ru-RU"/>
              </w:rPr>
              <w:t>тексеру</w:t>
            </w:r>
            <w:proofErr w:type="spellEnd"/>
            <w:r w:rsidRPr="00C3485B">
              <w:rPr>
                <w:lang w:val="ru-RU"/>
              </w:rPr>
              <w:t xml:space="preserve">. </w:t>
            </w:r>
            <w:proofErr w:type="spellStart"/>
            <w:r w:rsidRPr="00C3485B">
              <w:t>Судың</w:t>
            </w:r>
            <w:proofErr w:type="spellEnd"/>
            <w:r w:rsidRPr="00C3485B">
              <w:t xml:space="preserve"> </w:t>
            </w:r>
            <w:proofErr w:type="spellStart"/>
            <w:r w:rsidRPr="00C3485B">
              <w:t>берілуіне</w:t>
            </w:r>
            <w:proofErr w:type="spellEnd"/>
            <w:r w:rsidRPr="00C3485B">
              <w:t xml:space="preserve"> </w:t>
            </w:r>
            <w:proofErr w:type="spellStart"/>
            <w:r w:rsidRPr="00C3485B">
              <w:t>кедергі</w:t>
            </w:r>
            <w:proofErr w:type="spellEnd"/>
            <w:r w:rsidRPr="00C3485B">
              <w:t xml:space="preserve"> </w:t>
            </w:r>
            <w:proofErr w:type="spellStart"/>
            <w:r w:rsidRPr="00C3485B">
              <w:t>келтіретін</w:t>
            </w:r>
            <w:proofErr w:type="spellEnd"/>
            <w:r w:rsidRPr="00C3485B">
              <w:t xml:space="preserve"> </w:t>
            </w:r>
            <w:proofErr w:type="spellStart"/>
            <w:r w:rsidRPr="00C3485B">
              <w:t>ақауларды</w:t>
            </w:r>
            <w:proofErr w:type="spellEnd"/>
            <w:r w:rsidRPr="00C3485B">
              <w:t xml:space="preserve"> </w:t>
            </w:r>
            <w:proofErr w:type="spellStart"/>
            <w:r w:rsidRPr="00C3485B">
              <w:t>анықтау</w:t>
            </w:r>
            <w:proofErr w:type="spellEnd"/>
            <w:r w:rsidRPr="00C3485B">
              <w:t>.</w:t>
            </w:r>
          </w:p>
        </w:tc>
        <w:tc>
          <w:tcPr>
            <w:tcW w:w="1276" w:type="dxa"/>
            <w:vAlign w:val="center"/>
          </w:tcPr>
          <w:p w:rsidR="003A5525" w:rsidRPr="00C3485B" w:rsidRDefault="00C3485B">
            <w:proofErr w:type="spellStart"/>
            <w:r w:rsidRPr="00C3485B">
              <w:t>комплекс</w:t>
            </w:r>
            <w:proofErr w:type="spellEnd"/>
            <w:r w:rsidRPr="00C3485B">
              <w:t xml:space="preserve"> / </w:t>
            </w:r>
            <w:proofErr w:type="spellStart"/>
            <w:r w:rsidRPr="00C3485B">
              <w:t>кешен</w:t>
            </w:r>
            <w:proofErr w:type="spellEnd"/>
          </w:p>
        </w:tc>
        <w:tc>
          <w:tcPr>
            <w:tcW w:w="441" w:type="dxa"/>
            <w:vAlign w:val="center"/>
          </w:tcPr>
          <w:p w:rsidR="003A5525" w:rsidRPr="00C3485B" w:rsidRDefault="00C3485B">
            <w:r w:rsidRPr="00C3485B">
              <w:t>1</w:t>
            </w:r>
          </w:p>
        </w:tc>
      </w:tr>
      <w:tr w:rsidR="003A5525" w:rsidRPr="00C3485B" w:rsidTr="00C3485B">
        <w:trPr>
          <w:jc w:val="center"/>
        </w:trPr>
        <w:tc>
          <w:tcPr>
            <w:tcW w:w="425" w:type="dxa"/>
            <w:vAlign w:val="center"/>
          </w:tcPr>
          <w:p w:rsidR="003A5525" w:rsidRPr="00C3485B" w:rsidRDefault="00C3485B">
            <w:r w:rsidRPr="00C3485B">
              <w:t>2</w:t>
            </w:r>
          </w:p>
        </w:tc>
        <w:tc>
          <w:tcPr>
            <w:tcW w:w="2807" w:type="dxa"/>
            <w:vAlign w:val="center"/>
          </w:tcPr>
          <w:p w:rsidR="003A5525" w:rsidRPr="00C3485B" w:rsidRDefault="00C3485B">
            <w:pPr>
              <w:rPr>
                <w:lang w:val="ru-RU"/>
              </w:rPr>
            </w:pPr>
            <w:r w:rsidRPr="00C3485B">
              <w:rPr>
                <w:lang w:val="ru-RU"/>
              </w:rPr>
              <w:t xml:space="preserve">Доукомплектование шкафа управления / </w:t>
            </w:r>
            <w:proofErr w:type="spellStart"/>
            <w:r w:rsidRPr="00C3485B">
              <w:rPr>
                <w:lang w:val="ru-RU"/>
              </w:rPr>
              <w:t>Басқару</w:t>
            </w:r>
            <w:proofErr w:type="spellEnd"/>
            <w:r w:rsidRPr="00C3485B">
              <w:rPr>
                <w:lang w:val="ru-RU"/>
              </w:rPr>
              <w:t xml:space="preserve"> </w:t>
            </w:r>
            <w:proofErr w:type="spellStart"/>
            <w:r w:rsidRPr="00C3485B">
              <w:rPr>
                <w:lang w:val="ru-RU"/>
              </w:rPr>
              <w:t>шкафын</w:t>
            </w:r>
            <w:proofErr w:type="spellEnd"/>
            <w:r w:rsidRPr="00C3485B">
              <w:rPr>
                <w:lang w:val="ru-RU"/>
              </w:rPr>
              <w:t xml:space="preserve"> </w:t>
            </w:r>
            <w:proofErr w:type="spellStart"/>
            <w:r w:rsidRPr="00C3485B">
              <w:rPr>
                <w:lang w:val="ru-RU"/>
              </w:rPr>
              <w:t>толық</w:t>
            </w:r>
            <w:proofErr w:type="spellEnd"/>
            <w:r w:rsidRPr="00C3485B">
              <w:rPr>
                <w:lang w:val="ru-RU"/>
              </w:rPr>
              <w:t xml:space="preserve"> </w:t>
            </w:r>
            <w:proofErr w:type="spellStart"/>
            <w:r w:rsidRPr="00C3485B">
              <w:rPr>
                <w:lang w:val="ru-RU"/>
              </w:rPr>
              <w:t>жинақтау</w:t>
            </w:r>
            <w:proofErr w:type="spellEnd"/>
          </w:p>
        </w:tc>
        <w:tc>
          <w:tcPr>
            <w:tcW w:w="5523" w:type="dxa"/>
            <w:vAlign w:val="center"/>
          </w:tcPr>
          <w:p w:rsidR="003A5525" w:rsidRPr="00C3485B" w:rsidRDefault="00C3485B">
            <w:r w:rsidRPr="00C3485B">
              <w:rPr>
                <w:lang w:val="ru-RU"/>
              </w:rPr>
              <w:t xml:space="preserve">Выполнить доукомплектование шкафа управления необходимыми аппаратами, устройствами защиты, коммутации и управления для штатной работы системы. Материалы — за счёт Исполнителя. / </w:t>
            </w:r>
            <w:proofErr w:type="spellStart"/>
            <w:r w:rsidRPr="00C3485B">
              <w:rPr>
                <w:lang w:val="ru-RU"/>
              </w:rPr>
              <w:t>Жүйенің</w:t>
            </w:r>
            <w:proofErr w:type="spellEnd"/>
            <w:r w:rsidRPr="00C3485B">
              <w:rPr>
                <w:lang w:val="ru-RU"/>
              </w:rPr>
              <w:t xml:space="preserve"> </w:t>
            </w:r>
            <w:proofErr w:type="spellStart"/>
            <w:r w:rsidRPr="00C3485B">
              <w:rPr>
                <w:lang w:val="ru-RU"/>
              </w:rPr>
              <w:t>қалыпты</w:t>
            </w:r>
            <w:proofErr w:type="spellEnd"/>
            <w:r w:rsidRPr="00C3485B">
              <w:rPr>
                <w:lang w:val="ru-RU"/>
              </w:rPr>
              <w:t xml:space="preserve"> </w:t>
            </w:r>
            <w:proofErr w:type="spellStart"/>
            <w:r w:rsidRPr="00C3485B">
              <w:rPr>
                <w:lang w:val="ru-RU"/>
              </w:rPr>
              <w:t>жұмыс</w:t>
            </w:r>
            <w:proofErr w:type="spellEnd"/>
            <w:r w:rsidRPr="00C3485B">
              <w:rPr>
                <w:lang w:val="ru-RU"/>
              </w:rPr>
              <w:t xml:space="preserve"> </w:t>
            </w:r>
            <w:proofErr w:type="spellStart"/>
            <w:r w:rsidRPr="00C3485B">
              <w:rPr>
                <w:lang w:val="ru-RU"/>
              </w:rPr>
              <w:t>істеуі</w:t>
            </w:r>
            <w:proofErr w:type="spellEnd"/>
            <w:r w:rsidRPr="00C3485B">
              <w:rPr>
                <w:lang w:val="ru-RU"/>
              </w:rPr>
              <w:t xml:space="preserve"> </w:t>
            </w:r>
            <w:proofErr w:type="spellStart"/>
            <w:r w:rsidRPr="00C3485B">
              <w:rPr>
                <w:lang w:val="ru-RU"/>
              </w:rPr>
              <w:t>үшін</w:t>
            </w:r>
            <w:proofErr w:type="spellEnd"/>
            <w:r w:rsidRPr="00C3485B">
              <w:rPr>
                <w:lang w:val="ru-RU"/>
              </w:rPr>
              <w:t xml:space="preserve"> </w:t>
            </w:r>
            <w:proofErr w:type="spellStart"/>
            <w:r w:rsidRPr="00C3485B">
              <w:rPr>
                <w:lang w:val="ru-RU"/>
              </w:rPr>
              <w:t>басқару</w:t>
            </w:r>
            <w:proofErr w:type="spellEnd"/>
            <w:r w:rsidRPr="00C3485B">
              <w:rPr>
                <w:lang w:val="ru-RU"/>
              </w:rPr>
              <w:t xml:space="preserve"> </w:t>
            </w:r>
            <w:proofErr w:type="spellStart"/>
            <w:r w:rsidRPr="00C3485B">
              <w:rPr>
                <w:lang w:val="ru-RU"/>
              </w:rPr>
              <w:t>шкафын</w:t>
            </w:r>
            <w:proofErr w:type="spellEnd"/>
            <w:r w:rsidRPr="00C3485B">
              <w:rPr>
                <w:lang w:val="ru-RU"/>
              </w:rPr>
              <w:t xml:space="preserve"> </w:t>
            </w:r>
            <w:proofErr w:type="spellStart"/>
            <w:r w:rsidRPr="00C3485B">
              <w:rPr>
                <w:lang w:val="ru-RU"/>
              </w:rPr>
              <w:t>қажетті</w:t>
            </w:r>
            <w:proofErr w:type="spellEnd"/>
            <w:r w:rsidRPr="00C3485B">
              <w:rPr>
                <w:lang w:val="ru-RU"/>
              </w:rPr>
              <w:t xml:space="preserve"> </w:t>
            </w:r>
            <w:proofErr w:type="spellStart"/>
            <w:r w:rsidRPr="00C3485B">
              <w:rPr>
                <w:lang w:val="ru-RU"/>
              </w:rPr>
              <w:t>аппараттармен</w:t>
            </w:r>
            <w:proofErr w:type="spellEnd"/>
            <w:r w:rsidRPr="00C3485B">
              <w:rPr>
                <w:lang w:val="ru-RU"/>
              </w:rPr>
              <w:t xml:space="preserve">, </w:t>
            </w:r>
            <w:proofErr w:type="spellStart"/>
            <w:r w:rsidRPr="00C3485B">
              <w:rPr>
                <w:lang w:val="ru-RU"/>
              </w:rPr>
              <w:t>қорғау</w:t>
            </w:r>
            <w:proofErr w:type="spellEnd"/>
            <w:r w:rsidRPr="00C3485B">
              <w:rPr>
                <w:lang w:val="ru-RU"/>
              </w:rPr>
              <w:t xml:space="preserve">, коммутация </w:t>
            </w:r>
            <w:proofErr w:type="spellStart"/>
            <w:r w:rsidRPr="00C3485B">
              <w:rPr>
                <w:lang w:val="ru-RU"/>
              </w:rPr>
              <w:t>және</w:t>
            </w:r>
            <w:proofErr w:type="spellEnd"/>
            <w:r w:rsidRPr="00C3485B">
              <w:rPr>
                <w:lang w:val="ru-RU"/>
              </w:rPr>
              <w:t xml:space="preserve"> </w:t>
            </w:r>
            <w:proofErr w:type="spellStart"/>
            <w:r w:rsidRPr="00C3485B">
              <w:rPr>
                <w:lang w:val="ru-RU"/>
              </w:rPr>
              <w:t>басқару</w:t>
            </w:r>
            <w:proofErr w:type="spellEnd"/>
            <w:r w:rsidRPr="00C3485B">
              <w:rPr>
                <w:lang w:val="ru-RU"/>
              </w:rPr>
              <w:t xml:space="preserve"> </w:t>
            </w:r>
            <w:proofErr w:type="spellStart"/>
            <w:r w:rsidRPr="00C3485B">
              <w:rPr>
                <w:lang w:val="ru-RU"/>
              </w:rPr>
              <w:t>құрылғыларымен</w:t>
            </w:r>
            <w:proofErr w:type="spellEnd"/>
            <w:r w:rsidRPr="00C3485B">
              <w:rPr>
                <w:lang w:val="ru-RU"/>
              </w:rPr>
              <w:t xml:space="preserve"> </w:t>
            </w:r>
            <w:proofErr w:type="spellStart"/>
            <w:r w:rsidRPr="00C3485B">
              <w:rPr>
                <w:lang w:val="ru-RU"/>
              </w:rPr>
              <w:t>толық</w:t>
            </w:r>
            <w:proofErr w:type="spellEnd"/>
            <w:r w:rsidRPr="00C3485B">
              <w:rPr>
                <w:lang w:val="ru-RU"/>
              </w:rPr>
              <w:t xml:space="preserve"> </w:t>
            </w:r>
            <w:proofErr w:type="spellStart"/>
            <w:r w:rsidRPr="00C3485B">
              <w:rPr>
                <w:lang w:val="ru-RU"/>
              </w:rPr>
              <w:t>жинақтау</w:t>
            </w:r>
            <w:proofErr w:type="spellEnd"/>
            <w:r w:rsidRPr="00C3485B">
              <w:rPr>
                <w:lang w:val="ru-RU"/>
              </w:rPr>
              <w:t xml:space="preserve">. </w:t>
            </w:r>
            <w:proofErr w:type="spellStart"/>
            <w:r w:rsidRPr="00C3485B">
              <w:t>Материалдар</w:t>
            </w:r>
            <w:proofErr w:type="spellEnd"/>
            <w:r w:rsidRPr="00C3485B">
              <w:t xml:space="preserve"> — </w:t>
            </w:r>
            <w:proofErr w:type="spellStart"/>
            <w:r w:rsidRPr="00C3485B">
              <w:t>Орындаушы</w:t>
            </w:r>
            <w:proofErr w:type="spellEnd"/>
            <w:r w:rsidRPr="00C3485B">
              <w:t xml:space="preserve"> </w:t>
            </w:r>
            <w:proofErr w:type="spellStart"/>
            <w:r w:rsidRPr="00C3485B">
              <w:t>есебінен</w:t>
            </w:r>
            <w:proofErr w:type="spellEnd"/>
            <w:r w:rsidRPr="00C3485B">
              <w:t>.</w:t>
            </w:r>
          </w:p>
        </w:tc>
        <w:tc>
          <w:tcPr>
            <w:tcW w:w="1276" w:type="dxa"/>
            <w:vAlign w:val="center"/>
          </w:tcPr>
          <w:p w:rsidR="003A5525" w:rsidRPr="00C3485B" w:rsidRDefault="00C3485B">
            <w:proofErr w:type="spellStart"/>
            <w:r w:rsidRPr="00C3485B">
              <w:t>комплект</w:t>
            </w:r>
            <w:proofErr w:type="spellEnd"/>
            <w:r w:rsidRPr="00C3485B">
              <w:t xml:space="preserve"> / </w:t>
            </w:r>
            <w:proofErr w:type="spellStart"/>
            <w:r w:rsidRPr="00C3485B">
              <w:t>жиынтық</w:t>
            </w:r>
            <w:proofErr w:type="spellEnd"/>
          </w:p>
        </w:tc>
        <w:tc>
          <w:tcPr>
            <w:tcW w:w="441" w:type="dxa"/>
            <w:vAlign w:val="center"/>
          </w:tcPr>
          <w:p w:rsidR="003A5525" w:rsidRPr="00C3485B" w:rsidRDefault="00C3485B">
            <w:r w:rsidRPr="00C3485B">
              <w:t>1</w:t>
            </w:r>
          </w:p>
        </w:tc>
      </w:tr>
      <w:tr w:rsidR="003A5525" w:rsidRPr="00C3485B" w:rsidTr="00C3485B">
        <w:trPr>
          <w:jc w:val="center"/>
        </w:trPr>
        <w:tc>
          <w:tcPr>
            <w:tcW w:w="425" w:type="dxa"/>
            <w:vAlign w:val="center"/>
          </w:tcPr>
          <w:p w:rsidR="003A5525" w:rsidRPr="00C3485B" w:rsidRDefault="00C3485B">
            <w:r w:rsidRPr="00C3485B">
              <w:t>3</w:t>
            </w:r>
          </w:p>
        </w:tc>
        <w:tc>
          <w:tcPr>
            <w:tcW w:w="2807" w:type="dxa"/>
            <w:vAlign w:val="center"/>
          </w:tcPr>
          <w:p w:rsidR="003A5525" w:rsidRPr="00C3485B" w:rsidRDefault="00C3485B">
            <w:pPr>
              <w:rPr>
                <w:lang w:val="ru-RU"/>
              </w:rPr>
            </w:pPr>
            <w:r w:rsidRPr="00C3485B">
              <w:rPr>
                <w:lang w:val="ru-RU"/>
              </w:rPr>
              <w:t xml:space="preserve">Монтаж и подключение кабеля / </w:t>
            </w:r>
            <w:proofErr w:type="spellStart"/>
            <w:r w:rsidRPr="00C3485B">
              <w:rPr>
                <w:lang w:val="ru-RU"/>
              </w:rPr>
              <w:t>Кабельді</w:t>
            </w:r>
            <w:proofErr w:type="spellEnd"/>
            <w:r w:rsidRPr="00C3485B">
              <w:rPr>
                <w:lang w:val="ru-RU"/>
              </w:rPr>
              <w:t xml:space="preserve"> </w:t>
            </w:r>
            <w:proofErr w:type="spellStart"/>
            <w:r w:rsidRPr="00C3485B">
              <w:rPr>
                <w:lang w:val="ru-RU"/>
              </w:rPr>
              <w:t>монтаждау</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қосу</w:t>
            </w:r>
            <w:proofErr w:type="spellEnd"/>
          </w:p>
        </w:tc>
        <w:tc>
          <w:tcPr>
            <w:tcW w:w="5523" w:type="dxa"/>
            <w:vAlign w:val="center"/>
          </w:tcPr>
          <w:p w:rsidR="003A5525" w:rsidRPr="00C3485B" w:rsidRDefault="00C3485B">
            <w:pPr>
              <w:rPr>
                <w:lang w:val="ru-RU"/>
              </w:rPr>
            </w:pPr>
            <w:r w:rsidRPr="00C3485B">
              <w:rPr>
                <w:lang w:val="ru-RU"/>
              </w:rPr>
              <w:t xml:space="preserve">Поставить и проложить необходимые кабели для насоса, отсечного клапана и шкафа управления, выполнить защиту </w:t>
            </w:r>
            <w:proofErr w:type="spellStart"/>
            <w:r w:rsidRPr="00C3485B">
              <w:rPr>
                <w:lang w:val="ru-RU"/>
              </w:rPr>
              <w:t>гофрой</w:t>
            </w:r>
            <w:proofErr w:type="spellEnd"/>
            <w:r w:rsidRPr="00C3485B">
              <w:rPr>
                <w:lang w:val="ru-RU"/>
              </w:rPr>
              <w:t xml:space="preserve">/кабель-каналом и крепление. / </w:t>
            </w:r>
            <w:proofErr w:type="spellStart"/>
            <w:r w:rsidRPr="00C3485B">
              <w:rPr>
                <w:lang w:val="ru-RU"/>
              </w:rPr>
              <w:t>Сорғыға</w:t>
            </w:r>
            <w:proofErr w:type="spellEnd"/>
            <w:r w:rsidRPr="00C3485B">
              <w:rPr>
                <w:lang w:val="ru-RU"/>
              </w:rPr>
              <w:t xml:space="preserve">, </w:t>
            </w:r>
            <w:proofErr w:type="spellStart"/>
            <w:r w:rsidRPr="00C3485B">
              <w:rPr>
                <w:lang w:val="ru-RU"/>
              </w:rPr>
              <w:t>ажыратқыш</w:t>
            </w:r>
            <w:proofErr w:type="spellEnd"/>
            <w:r w:rsidRPr="00C3485B">
              <w:rPr>
                <w:lang w:val="ru-RU"/>
              </w:rPr>
              <w:t xml:space="preserve"> </w:t>
            </w:r>
            <w:proofErr w:type="spellStart"/>
            <w:r w:rsidRPr="00C3485B">
              <w:rPr>
                <w:lang w:val="ru-RU"/>
              </w:rPr>
              <w:t>клапанға</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басқару</w:t>
            </w:r>
            <w:proofErr w:type="spellEnd"/>
            <w:r w:rsidRPr="00C3485B">
              <w:rPr>
                <w:lang w:val="ru-RU"/>
              </w:rPr>
              <w:t xml:space="preserve"> </w:t>
            </w:r>
            <w:proofErr w:type="spellStart"/>
            <w:r w:rsidRPr="00C3485B">
              <w:rPr>
                <w:lang w:val="ru-RU"/>
              </w:rPr>
              <w:t>шкафына</w:t>
            </w:r>
            <w:proofErr w:type="spellEnd"/>
            <w:r w:rsidRPr="00C3485B">
              <w:rPr>
                <w:lang w:val="ru-RU"/>
              </w:rPr>
              <w:t xml:space="preserve"> </w:t>
            </w:r>
            <w:proofErr w:type="spellStart"/>
            <w:r w:rsidRPr="00C3485B">
              <w:rPr>
                <w:lang w:val="ru-RU"/>
              </w:rPr>
              <w:lastRenderedPageBreak/>
              <w:t>қажетті</w:t>
            </w:r>
            <w:proofErr w:type="spellEnd"/>
            <w:r w:rsidRPr="00C3485B">
              <w:rPr>
                <w:lang w:val="ru-RU"/>
              </w:rPr>
              <w:t xml:space="preserve"> </w:t>
            </w:r>
            <w:proofErr w:type="spellStart"/>
            <w:r w:rsidRPr="00C3485B">
              <w:rPr>
                <w:lang w:val="ru-RU"/>
              </w:rPr>
              <w:t>кабельдерді</w:t>
            </w:r>
            <w:proofErr w:type="spellEnd"/>
            <w:r w:rsidRPr="00C3485B">
              <w:rPr>
                <w:lang w:val="ru-RU"/>
              </w:rPr>
              <w:t xml:space="preserve"> </w:t>
            </w:r>
            <w:proofErr w:type="spellStart"/>
            <w:r w:rsidRPr="00C3485B">
              <w:rPr>
                <w:lang w:val="ru-RU"/>
              </w:rPr>
              <w:t>жеткізу</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төсеу</w:t>
            </w:r>
            <w:proofErr w:type="spellEnd"/>
            <w:r w:rsidRPr="00C3485B">
              <w:rPr>
                <w:lang w:val="ru-RU"/>
              </w:rPr>
              <w:t xml:space="preserve">, </w:t>
            </w:r>
            <w:proofErr w:type="spellStart"/>
            <w:r w:rsidRPr="00C3485B">
              <w:rPr>
                <w:lang w:val="ru-RU"/>
              </w:rPr>
              <w:t>гофрамен</w:t>
            </w:r>
            <w:proofErr w:type="spellEnd"/>
            <w:r w:rsidRPr="00C3485B">
              <w:rPr>
                <w:lang w:val="ru-RU"/>
              </w:rPr>
              <w:t>/кабель-</w:t>
            </w:r>
            <w:proofErr w:type="spellStart"/>
            <w:r w:rsidRPr="00C3485B">
              <w:rPr>
                <w:lang w:val="ru-RU"/>
              </w:rPr>
              <w:t>арнамен</w:t>
            </w:r>
            <w:proofErr w:type="spellEnd"/>
            <w:r w:rsidRPr="00C3485B">
              <w:rPr>
                <w:lang w:val="ru-RU"/>
              </w:rPr>
              <w:t xml:space="preserve"> </w:t>
            </w:r>
            <w:proofErr w:type="spellStart"/>
            <w:r w:rsidRPr="00C3485B">
              <w:rPr>
                <w:lang w:val="ru-RU"/>
              </w:rPr>
              <w:t>қорғау</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бекіту</w:t>
            </w:r>
            <w:proofErr w:type="spellEnd"/>
            <w:r w:rsidRPr="00C3485B">
              <w:rPr>
                <w:lang w:val="ru-RU"/>
              </w:rPr>
              <w:t>.</w:t>
            </w:r>
          </w:p>
        </w:tc>
        <w:tc>
          <w:tcPr>
            <w:tcW w:w="1276" w:type="dxa"/>
            <w:vAlign w:val="center"/>
          </w:tcPr>
          <w:p w:rsidR="003A5525" w:rsidRPr="00C3485B" w:rsidRDefault="00C3485B">
            <w:proofErr w:type="spellStart"/>
            <w:r w:rsidRPr="00C3485B">
              <w:lastRenderedPageBreak/>
              <w:t>комплект</w:t>
            </w:r>
            <w:proofErr w:type="spellEnd"/>
            <w:r w:rsidRPr="00C3485B">
              <w:t xml:space="preserve"> / </w:t>
            </w:r>
            <w:proofErr w:type="spellStart"/>
            <w:r w:rsidRPr="00C3485B">
              <w:t>жиынтық</w:t>
            </w:r>
            <w:proofErr w:type="spellEnd"/>
          </w:p>
        </w:tc>
        <w:tc>
          <w:tcPr>
            <w:tcW w:w="441" w:type="dxa"/>
            <w:vAlign w:val="center"/>
          </w:tcPr>
          <w:p w:rsidR="003A5525" w:rsidRPr="00C3485B" w:rsidRDefault="00C3485B">
            <w:r w:rsidRPr="00C3485B">
              <w:t>1</w:t>
            </w:r>
          </w:p>
        </w:tc>
      </w:tr>
      <w:tr w:rsidR="003A5525" w:rsidRPr="00C3485B" w:rsidTr="00C3485B">
        <w:trPr>
          <w:jc w:val="center"/>
        </w:trPr>
        <w:tc>
          <w:tcPr>
            <w:tcW w:w="425" w:type="dxa"/>
            <w:vAlign w:val="center"/>
          </w:tcPr>
          <w:p w:rsidR="003A5525" w:rsidRPr="00C3485B" w:rsidRDefault="00C3485B">
            <w:r w:rsidRPr="00C3485B">
              <w:lastRenderedPageBreak/>
              <w:t>4</w:t>
            </w:r>
          </w:p>
        </w:tc>
        <w:tc>
          <w:tcPr>
            <w:tcW w:w="2807" w:type="dxa"/>
            <w:vAlign w:val="center"/>
          </w:tcPr>
          <w:p w:rsidR="003A5525" w:rsidRPr="00C3485B" w:rsidRDefault="00C3485B">
            <w:pPr>
              <w:rPr>
                <w:lang w:val="ru-RU"/>
              </w:rPr>
            </w:pPr>
            <w:r w:rsidRPr="00C3485B">
              <w:rPr>
                <w:lang w:val="ru-RU"/>
              </w:rPr>
              <w:t xml:space="preserve">Монтаж и подключение отсечного клапана / </w:t>
            </w:r>
            <w:proofErr w:type="spellStart"/>
            <w:r w:rsidRPr="00C3485B">
              <w:rPr>
                <w:lang w:val="ru-RU"/>
              </w:rPr>
              <w:t>Ажыратқыш</w:t>
            </w:r>
            <w:proofErr w:type="spellEnd"/>
            <w:r w:rsidRPr="00C3485B">
              <w:rPr>
                <w:lang w:val="ru-RU"/>
              </w:rPr>
              <w:t xml:space="preserve"> </w:t>
            </w:r>
            <w:proofErr w:type="spellStart"/>
            <w:r w:rsidRPr="00C3485B">
              <w:rPr>
                <w:lang w:val="ru-RU"/>
              </w:rPr>
              <w:t>клапанды</w:t>
            </w:r>
            <w:proofErr w:type="spellEnd"/>
            <w:r w:rsidRPr="00C3485B">
              <w:rPr>
                <w:lang w:val="ru-RU"/>
              </w:rPr>
              <w:t xml:space="preserve"> </w:t>
            </w:r>
            <w:proofErr w:type="spellStart"/>
            <w:r w:rsidRPr="00C3485B">
              <w:rPr>
                <w:lang w:val="ru-RU"/>
              </w:rPr>
              <w:t>монтаждау</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қосу</w:t>
            </w:r>
            <w:proofErr w:type="spellEnd"/>
          </w:p>
        </w:tc>
        <w:tc>
          <w:tcPr>
            <w:tcW w:w="5523" w:type="dxa"/>
            <w:vAlign w:val="center"/>
          </w:tcPr>
          <w:p w:rsidR="003A5525" w:rsidRPr="00C3485B" w:rsidRDefault="00C3485B">
            <w:r w:rsidRPr="00C3485B">
              <w:rPr>
                <w:lang w:val="ru-RU"/>
              </w:rPr>
              <w:t xml:space="preserve">Монтаж отсечного клапана с необходимыми фланцами, креплениями и комплектующими. Обеспечить герметичность и штатную работу. / </w:t>
            </w:r>
            <w:proofErr w:type="spellStart"/>
            <w:r w:rsidRPr="00C3485B">
              <w:rPr>
                <w:lang w:val="ru-RU"/>
              </w:rPr>
              <w:t>Ажыратқыш</w:t>
            </w:r>
            <w:proofErr w:type="spellEnd"/>
            <w:r w:rsidRPr="00C3485B">
              <w:rPr>
                <w:lang w:val="ru-RU"/>
              </w:rPr>
              <w:t xml:space="preserve"> </w:t>
            </w:r>
            <w:proofErr w:type="spellStart"/>
            <w:r w:rsidRPr="00C3485B">
              <w:rPr>
                <w:lang w:val="ru-RU"/>
              </w:rPr>
              <w:t>клапанды</w:t>
            </w:r>
            <w:proofErr w:type="spellEnd"/>
            <w:r w:rsidRPr="00C3485B">
              <w:rPr>
                <w:lang w:val="ru-RU"/>
              </w:rPr>
              <w:t xml:space="preserve"> </w:t>
            </w:r>
            <w:proofErr w:type="spellStart"/>
            <w:r w:rsidRPr="00C3485B">
              <w:rPr>
                <w:lang w:val="ru-RU"/>
              </w:rPr>
              <w:t>қажетті</w:t>
            </w:r>
            <w:proofErr w:type="spellEnd"/>
            <w:r w:rsidRPr="00C3485B">
              <w:rPr>
                <w:lang w:val="ru-RU"/>
              </w:rPr>
              <w:t xml:space="preserve"> </w:t>
            </w:r>
            <w:proofErr w:type="spellStart"/>
            <w:r w:rsidRPr="00C3485B">
              <w:rPr>
                <w:lang w:val="ru-RU"/>
              </w:rPr>
              <w:t>фланецтермен</w:t>
            </w:r>
            <w:proofErr w:type="spellEnd"/>
            <w:r w:rsidRPr="00C3485B">
              <w:rPr>
                <w:lang w:val="ru-RU"/>
              </w:rPr>
              <w:t xml:space="preserve">, </w:t>
            </w:r>
            <w:proofErr w:type="spellStart"/>
            <w:r w:rsidRPr="00C3485B">
              <w:rPr>
                <w:lang w:val="ru-RU"/>
              </w:rPr>
              <w:t>бекітпелермен</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жинақтаушы</w:t>
            </w:r>
            <w:proofErr w:type="spellEnd"/>
            <w:r w:rsidRPr="00C3485B">
              <w:rPr>
                <w:lang w:val="ru-RU"/>
              </w:rPr>
              <w:t xml:space="preserve"> </w:t>
            </w:r>
            <w:proofErr w:type="spellStart"/>
            <w:r w:rsidRPr="00C3485B">
              <w:rPr>
                <w:lang w:val="ru-RU"/>
              </w:rPr>
              <w:t>бөлшектермен</w:t>
            </w:r>
            <w:proofErr w:type="spellEnd"/>
            <w:r w:rsidRPr="00C3485B">
              <w:rPr>
                <w:lang w:val="ru-RU"/>
              </w:rPr>
              <w:t xml:space="preserve"> </w:t>
            </w:r>
            <w:proofErr w:type="spellStart"/>
            <w:r w:rsidRPr="00C3485B">
              <w:rPr>
                <w:lang w:val="ru-RU"/>
              </w:rPr>
              <w:t>монтаждау</w:t>
            </w:r>
            <w:proofErr w:type="spellEnd"/>
            <w:r w:rsidRPr="00C3485B">
              <w:rPr>
                <w:lang w:val="ru-RU"/>
              </w:rPr>
              <w:t xml:space="preserve">. </w:t>
            </w:r>
            <w:proofErr w:type="spellStart"/>
            <w:r w:rsidRPr="00C3485B">
              <w:t>Герметикалығын</w:t>
            </w:r>
            <w:proofErr w:type="spellEnd"/>
            <w:r w:rsidRPr="00C3485B">
              <w:t xml:space="preserve"> </w:t>
            </w:r>
            <w:proofErr w:type="spellStart"/>
            <w:r w:rsidRPr="00C3485B">
              <w:t>және</w:t>
            </w:r>
            <w:proofErr w:type="spellEnd"/>
            <w:r w:rsidRPr="00C3485B">
              <w:t xml:space="preserve"> </w:t>
            </w:r>
            <w:proofErr w:type="spellStart"/>
            <w:r w:rsidRPr="00C3485B">
              <w:t>қалыпты</w:t>
            </w:r>
            <w:proofErr w:type="spellEnd"/>
            <w:r w:rsidRPr="00C3485B">
              <w:t xml:space="preserve"> </w:t>
            </w:r>
            <w:proofErr w:type="spellStart"/>
            <w:r w:rsidRPr="00C3485B">
              <w:t>жұмысын</w:t>
            </w:r>
            <w:proofErr w:type="spellEnd"/>
            <w:r w:rsidRPr="00C3485B">
              <w:t xml:space="preserve"> </w:t>
            </w:r>
            <w:proofErr w:type="spellStart"/>
            <w:r w:rsidRPr="00C3485B">
              <w:t>қамтамасыз</w:t>
            </w:r>
            <w:proofErr w:type="spellEnd"/>
            <w:r w:rsidRPr="00C3485B">
              <w:t xml:space="preserve"> </w:t>
            </w:r>
            <w:proofErr w:type="spellStart"/>
            <w:r w:rsidRPr="00C3485B">
              <w:t>ету</w:t>
            </w:r>
            <w:proofErr w:type="spellEnd"/>
            <w:r w:rsidRPr="00C3485B">
              <w:t>.</w:t>
            </w:r>
          </w:p>
        </w:tc>
        <w:tc>
          <w:tcPr>
            <w:tcW w:w="1276" w:type="dxa"/>
            <w:vAlign w:val="center"/>
          </w:tcPr>
          <w:p w:rsidR="003A5525" w:rsidRPr="00C3485B" w:rsidRDefault="00C3485B">
            <w:proofErr w:type="spellStart"/>
            <w:r w:rsidRPr="00C3485B">
              <w:t>комплект</w:t>
            </w:r>
            <w:proofErr w:type="spellEnd"/>
            <w:r w:rsidRPr="00C3485B">
              <w:t xml:space="preserve"> / </w:t>
            </w:r>
            <w:proofErr w:type="spellStart"/>
            <w:r w:rsidRPr="00C3485B">
              <w:t>жиынтық</w:t>
            </w:r>
            <w:proofErr w:type="spellEnd"/>
          </w:p>
        </w:tc>
        <w:tc>
          <w:tcPr>
            <w:tcW w:w="441" w:type="dxa"/>
            <w:vAlign w:val="center"/>
          </w:tcPr>
          <w:p w:rsidR="003A5525" w:rsidRPr="00C3485B" w:rsidRDefault="00C3485B">
            <w:r w:rsidRPr="00C3485B">
              <w:t>1</w:t>
            </w:r>
          </w:p>
        </w:tc>
      </w:tr>
      <w:tr w:rsidR="003A5525" w:rsidRPr="00C3485B" w:rsidTr="00C3485B">
        <w:trPr>
          <w:jc w:val="center"/>
        </w:trPr>
        <w:tc>
          <w:tcPr>
            <w:tcW w:w="425" w:type="dxa"/>
            <w:vAlign w:val="center"/>
          </w:tcPr>
          <w:p w:rsidR="003A5525" w:rsidRPr="00C3485B" w:rsidRDefault="00C3485B">
            <w:r w:rsidRPr="00C3485B">
              <w:t>5</w:t>
            </w:r>
          </w:p>
        </w:tc>
        <w:tc>
          <w:tcPr>
            <w:tcW w:w="2807" w:type="dxa"/>
            <w:vAlign w:val="center"/>
          </w:tcPr>
          <w:p w:rsidR="003A5525" w:rsidRPr="00C3485B" w:rsidRDefault="00C3485B">
            <w:pPr>
              <w:rPr>
                <w:lang w:val="ru-RU"/>
              </w:rPr>
            </w:pPr>
            <w:r w:rsidRPr="00C3485B">
              <w:rPr>
                <w:lang w:val="ru-RU"/>
              </w:rPr>
              <w:t xml:space="preserve">Устранение протечек трубопровода / </w:t>
            </w:r>
            <w:proofErr w:type="spellStart"/>
            <w:r w:rsidRPr="00C3485B">
              <w:rPr>
                <w:lang w:val="ru-RU"/>
              </w:rPr>
              <w:t>Құбырдағы</w:t>
            </w:r>
            <w:proofErr w:type="spellEnd"/>
            <w:r w:rsidRPr="00C3485B">
              <w:rPr>
                <w:lang w:val="ru-RU"/>
              </w:rPr>
              <w:t xml:space="preserve"> </w:t>
            </w:r>
            <w:proofErr w:type="spellStart"/>
            <w:r w:rsidRPr="00C3485B">
              <w:rPr>
                <w:lang w:val="ru-RU"/>
              </w:rPr>
              <w:t>ағып</w:t>
            </w:r>
            <w:proofErr w:type="spellEnd"/>
            <w:r w:rsidRPr="00C3485B">
              <w:rPr>
                <w:lang w:val="ru-RU"/>
              </w:rPr>
              <w:t xml:space="preserve"> </w:t>
            </w:r>
            <w:proofErr w:type="spellStart"/>
            <w:r w:rsidRPr="00C3485B">
              <w:rPr>
                <w:lang w:val="ru-RU"/>
              </w:rPr>
              <w:t>кетулерді</w:t>
            </w:r>
            <w:proofErr w:type="spellEnd"/>
            <w:r w:rsidRPr="00C3485B">
              <w:rPr>
                <w:lang w:val="ru-RU"/>
              </w:rPr>
              <w:t xml:space="preserve"> </w:t>
            </w:r>
            <w:proofErr w:type="spellStart"/>
            <w:r w:rsidRPr="00C3485B">
              <w:rPr>
                <w:lang w:val="ru-RU"/>
              </w:rPr>
              <w:t>жою</w:t>
            </w:r>
            <w:proofErr w:type="spellEnd"/>
          </w:p>
        </w:tc>
        <w:tc>
          <w:tcPr>
            <w:tcW w:w="5523" w:type="dxa"/>
            <w:vAlign w:val="center"/>
          </w:tcPr>
          <w:p w:rsidR="003A5525" w:rsidRPr="00C3485B" w:rsidRDefault="00C3485B">
            <w:r w:rsidRPr="00C3485B">
              <w:rPr>
                <w:lang w:val="ru-RU"/>
              </w:rPr>
              <w:t xml:space="preserve">Устранить выявленные протечки трубопровода и соединений. При необходимости выполнить уплотнение, ремонт или замену неисправных участков и соединительных элементов. Материалы — Исполнителя. / </w:t>
            </w:r>
            <w:proofErr w:type="spellStart"/>
            <w:r w:rsidRPr="00C3485B">
              <w:rPr>
                <w:lang w:val="ru-RU"/>
              </w:rPr>
              <w:t>Құбырдағы</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қосылыстардағы</w:t>
            </w:r>
            <w:proofErr w:type="spellEnd"/>
            <w:r w:rsidRPr="00C3485B">
              <w:rPr>
                <w:lang w:val="ru-RU"/>
              </w:rPr>
              <w:t xml:space="preserve"> </w:t>
            </w:r>
            <w:proofErr w:type="spellStart"/>
            <w:r w:rsidRPr="00C3485B">
              <w:rPr>
                <w:lang w:val="ru-RU"/>
              </w:rPr>
              <w:t>анықталған</w:t>
            </w:r>
            <w:proofErr w:type="spellEnd"/>
            <w:r w:rsidRPr="00C3485B">
              <w:rPr>
                <w:lang w:val="ru-RU"/>
              </w:rPr>
              <w:t xml:space="preserve"> </w:t>
            </w:r>
            <w:proofErr w:type="spellStart"/>
            <w:r w:rsidRPr="00C3485B">
              <w:rPr>
                <w:lang w:val="ru-RU"/>
              </w:rPr>
              <w:t>ағып</w:t>
            </w:r>
            <w:proofErr w:type="spellEnd"/>
            <w:r w:rsidRPr="00C3485B">
              <w:rPr>
                <w:lang w:val="ru-RU"/>
              </w:rPr>
              <w:t xml:space="preserve"> </w:t>
            </w:r>
            <w:proofErr w:type="spellStart"/>
            <w:r w:rsidRPr="00C3485B">
              <w:rPr>
                <w:lang w:val="ru-RU"/>
              </w:rPr>
              <w:t>кетулерді</w:t>
            </w:r>
            <w:proofErr w:type="spellEnd"/>
            <w:r w:rsidRPr="00C3485B">
              <w:rPr>
                <w:lang w:val="ru-RU"/>
              </w:rPr>
              <w:t xml:space="preserve"> </w:t>
            </w:r>
            <w:proofErr w:type="spellStart"/>
            <w:r w:rsidRPr="00C3485B">
              <w:rPr>
                <w:lang w:val="ru-RU"/>
              </w:rPr>
              <w:t>жою</w:t>
            </w:r>
            <w:proofErr w:type="spellEnd"/>
            <w:r w:rsidRPr="00C3485B">
              <w:rPr>
                <w:lang w:val="ru-RU"/>
              </w:rPr>
              <w:t xml:space="preserve">. </w:t>
            </w:r>
            <w:proofErr w:type="spellStart"/>
            <w:r w:rsidRPr="00C3485B">
              <w:rPr>
                <w:lang w:val="ru-RU"/>
              </w:rPr>
              <w:t>Қажет</w:t>
            </w:r>
            <w:proofErr w:type="spellEnd"/>
            <w:r w:rsidRPr="00C3485B">
              <w:rPr>
                <w:lang w:val="ru-RU"/>
              </w:rPr>
              <w:t xml:space="preserve"> </w:t>
            </w:r>
            <w:proofErr w:type="spellStart"/>
            <w:r w:rsidRPr="00C3485B">
              <w:rPr>
                <w:lang w:val="ru-RU"/>
              </w:rPr>
              <w:t>болған</w:t>
            </w:r>
            <w:proofErr w:type="spellEnd"/>
            <w:r w:rsidRPr="00C3485B">
              <w:rPr>
                <w:lang w:val="ru-RU"/>
              </w:rPr>
              <w:t xml:space="preserve"> </w:t>
            </w:r>
            <w:proofErr w:type="spellStart"/>
            <w:r w:rsidRPr="00C3485B">
              <w:rPr>
                <w:lang w:val="ru-RU"/>
              </w:rPr>
              <w:t>жағдайда</w:t>
            </w:r>
            <w:proofErr w:type="spellEnd"/>
            <w:r w:rsidRPr="00C3485B">
              <w:rPr>
                <w:lang w:val="ru-RU"/>
              </w:rPr>
              <w:t xml:space="preserve"> </w:t>
            </w:r>
            <w:proofErr w:type="spellStart"/>
            <w:r w:rsidRPr="00C3485B">
              <w:rPr>
                <w:lang w:val="ru-RU"/>
              </w:rPr>
              <w:t>тығыздау</w:t>
            </w:r>
            <w:proofErr w:type="spellEnd"/>
            <w:r w:rsidRPr="00C3485B">
              <w:rPr>
                <w:lang w:val="ru-RU"/>
              </w:rPr>
              <w:t xml:space="preserve">, </w:t>
            </w:r>
            <w:proofErr w:type="spellStart"/>
            <w:r w:rsidRPr="00C3485B">
              <w:rPr>
                <w:lang w:val="ru-RU"/>
              </w:rPr>
              <w:t>жөндеу</w:t>
            </w:r>
            <w:proofErr w:type="spellEnd"/>
            <w:r w:rsidRPr="00C3485B">
              <w:rPr>
                <w:lang w:val="ru-RU"/>
              </w:rPr>
              <w:t xml:space="preserve"> </w:t>
            </w:r>
            <w:proofErr w:type="spellStart"/>
            <w:r w:rsidRPr="00C3485B">
              <w:rPr>
                <w:lang w:val="ru-RU"/>
              </w:rPr>
              <w:t>немесе</w:t>
            </w:r>
            <w:proofErr w:type="spellEnd"/>
            <w:r w:rsidRPr="00C3485B">
              <w:rPr>
                <w:lang w:val="ru-RU"/>
              </w:rPr>
              <w:t xml:space="preserve"> </w:t>
            </w:r>
            <w:proofErr w:type="spellStart"/>
            <w:r w:rsidRPr="00C3485B">
              <w:rPr>
                <w:lang w:val="ru-RU"/>
              </w:rPr>
              <w:t>ақаулы</w:t>
            </w:r>
            <w:proofErr w:type="spellEnd"/>
            <w:r w:rsidRPr="00C3485B">
              <w:rPr>
                <w:lang w:val="ru-RU"/>
              </w:rPr>
              <w:t xml:space="preserve"> </w:t>
            </w:r>
            <w:proofErr w:type="spellStart"/>
            <w:r w:rsidRPr="00C3485B">
              <w:rPr>
                <w:lang w:val="ru-RU"/>
              </w:rPr>
              <w:t>учаскелер</w:t>
            </w:r>
            <w:proofErr w:type="spellEnd"/>
            <w:r w:rsidRPr="00C3485B">
              <w:rPr>
                <w:lang w:val="ru-RU"/>
              </w:rPr>
              <w:t xml:space="preserve"> мен </w:t>
            </w:r>
            <w:proofErr w:type="spellStart"/>
            <w:r w:rsidRPr="00C3485B">
              <w:rPr>
                <w:lang w:val="ru-RU"/>
              </w:rPr>
              <w:t>қосу</w:t>
            </w:r>
            <w:proofErr w:type="spellEnd"/>
            <w:r w:rsidRPr="00C3485B">
              <w:rPr>
                <w:lang w:val="ru-RU"/>
              </w:rPr>
              <w:t xml:space="preserve"> </w:t>
            </w:r>
            <w:proofErr w:type="spellStart"/>
            <w:r w:rsidRPr="00C3485B">
              <w:rPr>
                <w:lang w:val="ru-RU"/>
              </w:rPr>
              <w:t>элементтерін</w:t>
            </w:r>
            <w:proofErr w:type="spellEnd"/>
            <w:r w:rsidRPr="00C3485B">
              <w:rPr>
                <w:lang w:val="ru-RU"/>
              </w:rPr>
              <w:t xml:space="preserve"> </w:t>
            </w:r>
            <w:proofErr w:type="spellStart"/>
            <w:r w:rsidRPr="00C3485B">
              <w:rPr>
                <w:lang w:val="ru-RU"/>
              </w:rPr>
              <w:t>ауыстыру</w:t>
            </w:r>
            <w:proofErr w:type="spellEnd"/>
            <w:r w:rsidRPr="00C3485B">
              <w:rPr>
                <w:lang w:val="ru-RU"/>
              </w:rPr>
              <w:t xml:space="preserve">. </w:t>
            </w:r>
            <w:proofErr w:type="spellStart"/>
            <w:r w:rsidRPr="00C3485B">
              <w:t>Материалдар</w:t>
            </w:r>
            <w:proofErr w:type="spellEnd"/>
            <w:r w:rsidRPr="00C3485B">
              <w:t xml:space="preserve"> — </w:t>
            </w:r>
            <w:proofErr w:type="spellStart"/>
            <w:r w:rsidRPr="00C3485B">
              <w:t>Орындаушы</w:t>
            </w:r>
            <w:proofErr w:type="spellEnd"/>
            <w:r w:rsidRPr="00C3485B">
              <w:t xml:space="preserve"> </w:t>
            </w:r>
            <w:proofErr w:type="spellStart"/>
            <w:r w:rsidRPr="00C3485B">
              <w:t>есебінен</w:t>
            </w:r>
            <w:proofErr w:type="spellEnd"/>
            <w:r w:rsidRPr="00C3485B">
              <w:t>.</w:t>
            </w:r>
          </w:p>
        </w:tc>
        <w:tc>
          <w:tcPr>
            <w:tcW w:w="1276" w:type="dxa"/>
            <w:vAlign w:val="center"/>
          </w:tcPr>
          <w:p w:rsidR="003A5525" w:rsidRPr="00C3485B" w:rsidRDefault="00C3485B">
            <w:proofErr w:type="spellStart"/>
            <w:r w:rsidRPr="00C3485B">
              <w:t>комплекс</w:t>
            </w:r>
            <w:proofErr w:type="spellEnd"/>
            <w:r w:rsidRPr="00C3485B">
              <w:t xml:space="preserve"> / </w:t>
            </w:r>
            <w:proofErr w:type="spellStart"/>
            <w:r w:rsidRPr="00C3485B">
              <w:t>кешен</w:t>
            </w:r>
            <w:proofErr w:type="spellEnd"/>
          </w:p>
        </w:tc>
        <w:tc>
          <w:tcPr>
            <w:tcW w:w="441" w:type="dxa"/>
            <w:vAlign w:val="center"/>
          </w:tcPr>
          <w:p w:rsidR="003A5525" w:rsidRPr="00C3485B" w:rsidRDefault="00C3485B">
            <w:r w:rsidRPr="00C3485B">
              <w:t>1</w:t>
            </w:r>
          </w:p>
        </w:tc>
      </w:tr>
      <w:tr w:rsidR="003A5525" w:rsidRPr="00C3485B" w:rsidTr="00C3485B">
        <w:trPr>
          <w:jc w:val="center"/>
        </w:trPr>
        <w:tc>
          <w:tcPr>
            <w:tcW w:w="425" w:type="dxa"/>
            <w:vAlign w:val="center"/>
          </w:tcPr>
          <w:p w:rsidR="003A5525" w:rsidRPr="00C3485B" w:rsidRDefault="00C3485B">
            <w:r w:rsidRPr="00C3485B">
              <w:t>6</w:t>
            </w:r>
          </w:p>
        </w:tc>
        <w:tc>
          <w:tcPr>
            <w:tcW w:w="2807" w:type="dxa"/>
            <w:vAlign w:val="center"/>
          </w:tcPr>
          <w:p w:rsidR="003A5525" w:rsidRPr="00C3485B" w:rsidRDefault="00C3485B">
            <w:pPr>
              <w:rPr>
                <w:lang w:val="ru-RU"/>
              </w:rPr>
            </w:pPr>
            <w:r w:rsidRPr="00C3485B">
              <w:rPr>
                <w:lang w:val="ru-RU"/>
              </w:rPr>
              <w:t xml:space="preserve">Замена неисправных вентилей / </w:t>
            </w:r>
            <w:proofErr w:type="spellStart"/>
            <w:r w:rsidRPr="00C3485B">
              <w:rPr>
                <w:lang w:val="ru-RU"/>
              </w:rPr>
              <w:t>Ақаулы</w:t>
            </w:r>
            <w:proofErr w:type="spellEnd"/>
            <w:r w:rsidRPr="00C3485B">
              <w:rPr>
                <w:lang w:val="ru-RU"/>
              </w:rPr>
              <w:t xml:space="preserve"> </w:t>
            </w:r>
            <w:proofErr w:type="spellStart"/>
            <w:r w:rsidRPr="00C3485B">
              <w:rPr>
                <w:lang w:val="ru-RU"/>
              </w:rPr>
              <w:t>вентильдерді</w:t>
            </w:r>
            <w:proofErr w:type="spellEnd"/>
            <w:r w:rsidRPr="00C3485B">
              <w:rPr>
                <w:lang w:val="ru-RU"/>
              </w:rPr>
              <w:t xml:space="preserve"> </w:t>
            </w:r>
            <w:proofErr w:type="spellStart"/>
            <w:r w:rsidRPr="00C3485B">
              <w:rPr>
                <w:lang w:val="ru-RU"/>
              </w:rPr>
              <w:t>ауыстыру</w:t>
            </w:r>
            <w:proofErr w:type="spellEnd"/>
          </w:p>
        </w:tc>
        <w:tc>
          <w:tcPr>
            <w:tcW w:w="5523" w:type="dxa"/>
            <w:vAlign w:val="center"/>
          </w:tcPr>
          <w:p w:rsidR="003A5525" w:rsidRPr="00C3485B" w:rsidRDefault="00C3485B">
            <w:pPr>
              <w:rPr>
                <w:lang w:val="ru-RU"/>
              </w:rPr>
            </w:pPr>
            <w:r w:rsidRPr="00C3485B">
              <w:rPr>
                <w:lang w:val="ru-RU"/>
              </w:rPr>
              <w:t xml:space="preserve">При выявлении неисправных или негерметичных вентилей выполнить их замену на новые, соответствующие назначению пожарного водовода. / </w:t>
            </w:r>
            <w:proofErr w:type="spellStart"/>
            <w:r w:rsidRPr="00C3485B">
              <w:rPr>
                <w:lang w:val="ru-RU"/>
              </w:rPr>
              <w:t>Ақаулы</w:t>
            </w:r>
            <w:proofErr w:type="spellEnd"/>
            <w:r w:rsidRPr="00C3485B">
              <w:rPr>
                <w:lang w:val="ru-RU"/>
              </w:rPr>
              <w:t xml:space="preserve"> </w:t>
            </w:r>
            <w:proofErr w:type="spellStart"/>
            <w:r w:rsidRPr="00C3485B">
              <w:rPr>
                <w:lang w:val="ru-RU"/>
              </w:rPr>
              <w:t>немесе</w:t>
            </w:r>
            <w:proofErr w:type="spellEnd"/>
            <w:r w:rsidRPr="00C3485B">
              <w:rPr>
                <w:lang w:val="ru-RU"/>
              </w:rPr>
              <w:t xml:space="preserve"> </w:t>
            </w:r>
            <w:proofErr w:type="spellStart"/>
            <w:r w:rsidRPr="00C3485B">
              <w:rPr>
                <w:lang w:val="ru-RU"/>
              </w:rPr>
              <w:t>герметикалық</w:t>
            </w:r>
            <w:proofErr w:type="spellEnd"/>
            <w:r w:rsidRPr="00C3485B">
              <w:rPr>
                <w:lang w:val="ru-RU"/>
              </w:rPr>
              <w:t xml:space="preserve"> </w:t>
            </w:r>
            <w:proofErr w:type="spellStart"/>
            <w:r w:rsidRPr="00C3485B">
              <w:rPr>
                <w:lang w:val="ru-RU"/>
              </w:rPr>
              <w:t>емес</w:t>
            </w:r>
            <w:proofErr w:type="spellEnd"/>
            <w:r w:rsidRPr="00C3485B">
              <w:rPr>
                <w:lang w:val="ru-RU"/>
              </w:rPr>
              <w:t xml:space="preserve"> </w:t>
            </w:r>
            <w:proofErr w:type="spellStart"/>
            <w:r w:rsidRPr="00C3485B">
              <w:rPr>
                <w:lang w:val="ru-RU"/>
              </w:rPr>
              <w:t>вентильдер</w:t>
            </w:r>
            <w:proofErr w:type="spellEnd"/>
            <w:r w:rsidRPr="00C3485B">
              <w:rPr>
                <w:lang w:val="ru-RU"/>
              </w:rPr>
              <w:t xml:space="preserve"> </w:t>
            </w:r>
            <w:proofErr w:type="spellStart"/>
            <w:r w:rsidRPr="00C3485B">
              <w:rPr>
                <w:lang w:val="ru-RU"/>
              </w:rPr>
              <w:t>анықталған</w:t>
            </w:r>
            <w:proofErr w:type="spellEnd"/>
            <w:r w:rsidRPr="00C3485B">
              <w:rPr>
                <w:lang w:val="ru-RU"/>
              </w:rPr>
              <w:t xml:space="preserve"> </w:t>
            </w:r>
            <w:proofErr w:type="spellStart"/>
            <w:r w:rsidRPr="00C3485B">
              <w:rPr>
                <w:lang w:val="ru-RU"/>
              </w:rPr>
              <w:t>жағдайда</w:t>
            </w:r>
            <w:proofErr w:type="spellEnd"/>
            <w:r w:rsidRPr="00C3485B">
              <w:rPr>
                <w:lang w:val="ru-RU"/>
              </w:rPr>
              <w:t xml:space="preserve"> </w:t>
            </w:r>
            <w:proofErr w:type="spellStart"/>
            <w:r w:rsidRPr="00C3485B">
              <w:rPr>
                <w:lang w:val="ru-RU"/>
              </w:rPr>
              <w:t>оларды</w:t>
            </w:r>
            <w:proofErr w:type="spellEnd"/>
            <w:r w:rsidRPr="00C3485B">
              <w:rPr>
                <w:lang w:val="ru-RU"/>
              </w:rPr>
              <w:t xml:space="preserve"> </w:t>
            </w:r>
            <w:proofErr w:type="spellStart"/>
            <w:r w:rsidRPr="00C3485B">
              <w:rPr>
                <w:lang w:val="ru-RU"/>
              </w:rPr>
              <w:t>өртке</w:t>
            </w:r>
            <w:proofErr w:type="spellEnd"/>
            <w:r w:rsidRPr="00C3485B">
              <w:rPr>
                <w:lang w:val="ru-RU"/>
              </w:rPr>
              <w:t xml:space="preserve"> </w:t>
            </w:r>
            <w:proofErr w:type="spellStart"/>
            <w:r w:rsidRPr="00C3485B">
              <w:rPr>
                <w:lang w:val="ru-RU"/>
              </w:rPr>
              <w:t>қарсы</w:t>
            </w:r>
            <w:proofErr w:type="spellEnd"/>
            <w:r w:rsidRPr="00C3485B">
              <w:rPr>
                <w:lang w:val="ru-RU"/>
              </w:rPr>
              <w:t xml:space="preserve"> су </w:t>
            </w:r>
            <w:proofErr w:type="spellStart"/>
            <w:r w:rsidRPr="00C3485B">
              <w:rPr>
                <w:lang w:val="ru-RU"/>
              </w:rPr>
              <w:t>құбырының</w:t>
            </w:r>
            <w:proofErr w:type="spellEnd"/>
            <w:r w:rsidRPr="00C3485B">
              <w:rPr>
                <w:lang w:val="ru-RU"/>
              </w:rPr>
              <w:t xml:space="preserve"> </w:t>
            </w:r>
            <w:proofErr w:type="spellStart"/>
            <w:r w:rsidRPr="00C3485B">
              <w:rPr>
                <w:lang w:val="ru-RU"/>
              </w:rPr>
              <w:t>мақсатына</w:t>
            </w:r>
            <w:proofErr w:type="spellEnd"/>
            <w:r w:rsidRPr="00C3485B">
              <w:rPr>
                <w:lang w:val="ru-RU"/>
              </w:rPr>
              <w:t xml:space="preserve"> </w:t>
            </w:r>
            <w:proofErr w:type="spellStart"/>
            <w:r w:rsidRPr="00C3485B">
              <w:rPr>
                <w:lang w:val="ru-RU"/>
              </w:rPr>
              <w:t>сәйкес</w:t>
            </w:r>
            <w:proofErr w:type="spellEnd"/>
            <w:r w:rsidRPr="00C3485B">
              <w:rPr>
                <w:lang w:val="ru-RU"/>
              </w:rPr>
              <w:t xml:space="preserve"> </w:t>
            </w:r>
            <w:proofErr w:type="spellStart"/>
            <w:r w:rsidRPr="00C3485B">
              <w:rPr>
                <w:lang w:val="ru-RU"/>
              </w:rPr>
              <w:t>жаңа</w:t>
            </w:r>
            <w:proofErr w:type="spellEnd"/>
            <w:r w:rsidRPr="00C3485B">
              <w:rPr>
                <w:lang w:val="ru-RU"/>
              </w:rPr>
              <w:t xml:space="preserve"> </w:t>
            </w:r>
            <w:proofErr w:type="spellStart"/>
            <w:r w:rsidRPr="00C3485B">
              <w:rPr>
                <w:lang w:val="ru-RU"/>
              </w:rPr>
              <w:t>вентильдерге</w:t>
            </w:r>
            <w:proofErr w:type="spellEnd"/>
            <w:r w:rsidRPr="00C3485B">
              <w:rPr>
                <w:lang w:val="ru-RU"/>
              </w:rPr>
              <w:t xml:space="preserve"> </w:t>
            </w:r>
            <w:proofErr w:type="spellStart"/>
            <w:r w:rsidRPr="00C3485B">
              <w:rPr>
                <w:lang w:val="ru-RU"/>
              </w:rPr>
              <w:t>ауыстыру</w:t>
            </w:r>
            <w:proofErr w:type="spellEnd"/>
            <w:r w:rsidRPr="00C3485B">
              <w:rPr>
                <w:lang w:val="ru-RU"/>
              </w:rPr>
              <w:t>.</w:t>
            </w:r>
          </w:p>
        </w:tc>
        <w:tc>
          <w:tcPr>
            <w:tcW w:w="1276" w:type="dxa"/>
            <w:vAlign w:val="center"/>
          </w:tcPr>
          <w:p w:rsidR="003A5525" w:rsidRPr="00C3485B" w:rsidRDefault="00C3485B">
            <w:r w:rsidRPr="00C3485B">
              <w:t>по факту / нақты</w:t>
            </w:r>
          </w:p>
        </w:tc>
        <w:tc>
          <w:tcPr>
            <w:tcW w:w="441" w:type="dxa"/>
            <w:vAlign w:val="center"/>
          </w:tcPr>
          <w:p w:rsidR="003A5525" w:rsidRPr="00C3485B" w:rsidRDefault="00C3485B">
            <w:r w:rsidRPr="00C3485B">
              <w:t>1</w:t>
            </w:r>
          </w:p>
        </w:tc>
      </w:tr>
      <w:tr w:rsidR="003A5525" w:rsidRPr="00C3485B" w:rsidTr="00C3485B">
        <w:trPr>
          <w:jc w:val="center"/>
        </w:trPr>
        <w:tc>
          <w:tcPr>
            <w:tcW w:w="425" w:type="dxa"/>
            <w:vAlign w:val="center"/>
          </w:tcPr>
          <w:p w:rsidR="003A5525" w:rsidRPr="00C3485B" w:rsidRDefault="00C3485B">
            <w:r w:rsidRPr="00C3485B">
              <w:t>7</w:t>
            </w:r>
          </w:p>
        </w:tc>
        <w:tc>
          <w:tcPr>
            <w:tcW w:w="2807" w:type="dxa"/>
            <w:vAlign w:val="center"/>
          </w:tcPr>
          <w:p w:rsidR="003A5525" w:rsidRPr="00C3485B" w:rsidRDefault="00C3485B">
            <w:pPr>
              <w:rPr>
                <w:lang w:val="ru-RU"/>
              </w:rPr>
            </w:pPr>
            <w:r w:rsidRPr="00C3485B">
              <w:rPr>
                <w:lang w:val="ru-RU"/>
              </w:rPr>
              <w:t xml:space="preserve">Монтаж и </w:t>
            </w:r>
            <w:proofErr w:type="spellStart"/>
            <w:r w:rsidRPr="00C3485B">
              <w:rPr>
                <w:lang w:val="ru-RU"/>
              </w:rPr>
              <w:t>пусконаладка</w:t>
            </w:r>
            <w:proofErr w:type="spellEnd"/>
            <w:r w:rsidRPr="00C3485B">
              <w:rPr>
                <w:lang w:val="ru-RU"/>
              </w:rPr>
              <w:t xml:space="preserve"> насоса / </w:t>
            </w:r>
            <w:proofErr w:type="spellStart"/>
            <w:r w:rsidRPr="00C3485B">
              <w:rPr>
                <w:lang w:val="ru-RU"/>
              </w:rPr>
              <w:t>Сорғыны</w:t>
            </w:r>
            <w:proofErr w:type="spellEnd"/>
            <w:r w:rsidRPr="00C3485B">
              <w:rPr>
                <w:lang w:val="ru-RU"/>
              </w:rPr>
              <w:t xml:space="preserve"> </w:t>
            </w:r>
            <w:proofErr w:type="spellStart"/>
            <w:r w:rsidRPr="00C3485B">
              <w:rPr>
                <w:lang w:val="ru-RU"/>
              </w:rPr>
              <w:t>монтаждау</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іске</w:t>
            </w:r>
            <w:proofErr w:type="spellEnd"/>
            <w:r w:rsidRPr="00C3485B">
              <w:rPr>
                <w:lang w:val="ru-RU"/>
              </w:rPr>
              <w:t xml:space="preserve"> </w:t>
            </w:r>
            <w:proofErr w:type="spellStart"/>
            <w:r w:rsidRPr="00C3485B">
              <w:rPr>
                <w:lang w:val="ru-RU"/>
              </w:rPr>
              <w:t>қосу-баптау</w:t>
            </w:r>
            <w:proofErr w:type="spellEnd"/>
          </w:p>
        </w:tc>
        <w:tc>
          <w:tcPr>
            <w:tcW w:w="5523" w:type="dxa"/>
            <w:vAlign w:val="center"/>
          </w:tcPr>
          <w:p w:rsidR="003A5525" w:rsidRPr="00C3485B" w:rsidRDefault="00C3485B">
            <w:r w:rsidRPr="00C3485B">
              <w:rPr>
                <w:lang w:val="ru-RU"/>
              </w:rPr>
              <w:t xml:space="preserve">При необходимости выполнить монтаж, подключение или восстановление работоспособности насоса. Обеспечить штатный запуск и работу в составе системы. / </w:t>
            </w:r>
            <w:proofErr w:type="spellStart"/>
            <w:r w:rsidRPr="00C3485B">
              <w:rPr>
                <w:lang w:val="ru-RU"/>
              </w:rPr>
              <w:t>Қажет</w:t>
            </w:r>
            <w:proofErr w:type="spellEnd"/>
            <w:r w:rsidRPr="00C3485B">
              <w:rPr>
                <w:lang w:val="ru-RU"/>
              </w:rPr>
              <w:t xml:space="preserve"> </w:t>
            </w:r>
            <w:proofErr w:type="spellStart"/>
            <w:r w:rsidRPr="00C3485B">
              <w:rPr>
                <w:lang w:val="ru-RU"/>
              </w:rPr>
              <w:t>болған</w:t>
            </w:r>
            <w:proofErr w:type="spellEnd"/>
            <w:r w:rsidRPr="00C3485B">
              <w:rPr>
                <w:lang w:val="ru-RU"/>
              </w:rPr>
              <w:t xml:space="preserve"> </w:t>
            </w:r>
            <w:proofErr w:type="spellStart"/>
            <w:r w:rsidRPr="00C3485B">
              <w:rPr>
                <w:lang w:val="ru-RU"/>
              </w:rPr>
              <w:t>жағдайда</w:t>
            </w:r>
            <w:proofErr w:type="spellEnd"/>
            <w:r w:rsidRPr="00C3485B">
              <w:rPr>
                <w:lang w:val="ru-RU"/>
              </w:rPr>
              <w:t xml:space="preserve"> </w:t>
            </w:r>
            <w:proofErr w:type="spellStart"/>
            <w:r w:rsidRPr="00C3485B">
              <w:rPr>
                <w:lang w:val="ru-RU"/>
              </w:rPr>
              <w:t>сорғыны</w:t>
            </w:r>
            <w:proofErr w:type="spellEnd"/>
            <w:r w:rsidRPr="00C3485B">
              <w:rPr>
                <w:lang w:val="ru-RU"/>
              </w:rPr>
              <w:t xml:space="preserve"> </w:t>
            </w:r>
            <w:proofErr w:type="spellStart"/>
            <w:r w:rsidRPr="00C3485B">
              <w:rPr>
                <w:lang w:val="ru-RU"/>
              </w:rPr>
              <w:t>монтаждау</w:t>
            </w:r>
            <w:proofErr w:type="spellEnd"/>
            <w:r w:rsidRPr="00C3485B">
              <w:rPr>
                <w:lang w:val="ru-RU"/>
              </w:rPr>
              <w:t xml:space="preserve">, </w:t>
            </w:r>
            <w:proofErr w:type="spellStart"/>
            <w:r w:rsidRPr="00C3485B">
              <w:rPr>
                <w:lang w:val="ru-RU"/>
              </w:rPr>
              <w:t>қосу</w:t>
            </w:r>
            <w:proofErr w:type="spellEnd"/>
            <w:r w:rsidRPr="00C3485B">
              <w:rPr>
                <w:lang w:val="ru-RU"/>
              </w:rPr>
              <w:t xml:space="preserve"> </w:t>
            </w:r>
            <w:proofErr w:type="spellStart"/>
            <w:r w:rsidRPr="00C3485B">
              <w:rPr>
                <w:lang w:val="ru-RU"/>
              </w:rPr>
              <w:t>немесе</w:t>
            </w:r>
            <w:proofErr w:type="spellEnd"/>
            <w:r w:rsidRPr="00C3485B">
              <w:rPr>
                <w:lang w:val="ru-RU"/>
              </w:rPr>
              <w:t xml:space="preserve"> </w:t>
            </w:r>
            <w:proofErr w:type="spellStart"/>
            <w:r w:rsidRPr="00C3485B">
              <w:rPr>
                <w:lang w:val="ru-RU"/>
              </w:rPr>
              <w:t>оның</w:t>
            </w:r>
            <w:proofErr w:type="spellEnd"/>
            <w:r w:rsidRPr="00C3485B">
              <w:rPr>
                <w:lang w:val="ru-RU"/>
              </w:rPr>
              <w:t xml:space="preserve"> </w:t>
            </w:r>
            <w:proofErr w:type="spellStart"/>
            <w:r w:rsidRPr="00C3485B">
              <w:rPr>
                <w:lang w:val="ru-RU"/>
              </w:rPr>
              <w:t>жұмыс</w:t>
            </w:r>
            <w:proofErr w:type="spellEnd"/>
            <w:r w:rsidRPr="00C3485B">
              <w:rPr>
                <w:lang w:val="ru-RU"/>
              </w:rPr>
              <w:t xml:space="preserve"> </w:t>
            </w:r>
            <w:proofErr w:type="spellStart"/>
            <w:r w:rsidRPr="00C3485B">
              <w:rPr>
                <w:lang w:val="ru-RU"/>
              </w:rPr>
              <w:t>қабілеттілігін</w:t>
            </w:r>
            <w:proofErr w:type="spellEnd"/>
            <w:r w:rsidRPr="00C3485B">
              <w:rPr>
                <w:lang w:val="ru-RU"/>
              </w:rPr>
              <w:t xml:space="preserve"> </w:t>
            </w:r>
            <w:proofErr w:type="spellStart"/>
            <w:r w:rsidRPr="00C3485B">
              <w:rPr>
                <w:lang w:val="ru-RU"/>
              </w:rPr>
              <w:t>қалпына</w:t>
            </w:r>
            <w:proofErr w:type="spellEnd"/>
            <w:r w:rsidRPr="00C3485B">
              <w:rPr>
                <w:lang w:val="ru-RU"/>
              </w:rPr>
              <w:t xml:space="preserve"> </w:t>
            </w:r>
            <w:proofErr w:type="spellStart"/>
            <w:r w:rsidRPr="00C3485B">
              <w:rPr>
                <w:lang w:val="ru-RU"/>
              </w:rPr>
              <w:t>келтіру</w:t>
            </w:r>
            <w:proofErr w:type="spellEnd"/>
            <w:r w:rsidRPr="00C3485B">
              <w:rPr>
                <w:lang w:val="ru-RU"/>
              </w:rPr>
              <w:t xml:space="preserve">. </w:t>
            </w:r>
            <w:proofErr w:type="spellStart"/>
            <w:r w:rsidRPr="00C3485B">
              <w:t>Жүйе</w:t>
            </w:r>
            <w:proofErr w:type="spellEnd"/>
            <w:r w:rsidRPr="00C3485B">
              <w:t xml:space="preserve"> </w:t>
            </w:r>
            <w:proofErr w:type="spellStart"/>
            <w:r w:rsidRPr="00C3485B">
              <w:t>құрамында</w:t>
            </w:r>
            <w:proofErr w:type="spellEnd"/>
            <w:r w:rsidRPr="00C3485B">
              <w:t xml:space="preserve"> </w:t>
            </w:r>
            <w:proofErr w:type="spellStart"/>
            <w:r w:rsidRPr="00C3485B">
              <w:t>қалыпты</w:t>
            </w:r>
            <w:proofErr w:type="spellEnd"/>
            <w:r w:rsidRPr="00C3485B">
              <w:t xml:space="preserve"> </w:t>
            </w:r>
            <w:proofErr w:type="spellStart"/>
            <w:r w:rsidRPr="00C3485B">
              <w:t>іске</w:t>
            </w:r>
            <w:proofErr w:type="spellEnd"/>
            <w:r w:rsidRPr="00C3485B">
              <w:t xml:space="preserve"> қосылуын және жұмысын қамтамасыз ету.</w:t>
            </w:r>
          </w:p>
        </w:tc>
        <w:tc>
          <w:tcPr>
            <w:tcW w:w="1276" w:type="dxa"/>
            <w:vAlign w:val="center"/>
          </w:tcPr>
          <w:p w:rsidR="003A5525" w:rsidRPr="00C3485B" w:rsidRDefault="00C3485B">
            <w:r w:rsidRPr="00C3485B">
              <w:t>комплекс / кешен</w:t>
            </w:r>
          </w:p>
        </w:tc>
        <w:tc>
          <w:tcPr>
            <w:tcW w:w="441" w:type="dxa"/>
            <w:vAlign w:val="center"/>
          </w:tcPr>
          <w:p w:rsidR="003A5525" w:rsidRPr="00C3485B" w:rsidRDefault="00C3485B">
            <w:r w:rsidRPr="00C3485B">
              <w:t>1</w:t>
            </w:r>
          </w:p>
        </w:tc>
      </w:tr>
      <w:tr w:rsidR="003A5525" w:rsidRPr="00C3485B" w:rsidTr="00C3485B">
        <w:trPr>
          <w:jc w:val="center"/>
        </w:trPr>
        <w:tc>
          <w:tcPr>
            <w:tcW w:w="425" w:type="dxa"/>
            <w:vAlign w:val="center"/>
          </w:tcPr>
          <w:p w:rsidR="003A5525" w:rsidRPr="00C3485B" w:rsidRDefault="00C3485B">
            <w:r w:rsidRPr="00C3485B">
              <w:t>8</w:t>
            </w:r>
          </w:p>
        </w:tc>
        <w:tc>
          <w:tcPr>
            <w:tcW w:w="2807" w:type="dxa"/>
            <w:vAlign w:val="center"/>
          </w:tcPr>
          <w:p w:rsidR="003A5525" w:rsidRPr="00C3485B" w:rsidRDefault="00C3485B">
            <w:pPr>
              <w:rPr>
                <w:lang w:val="ru-RU"/>
              </w:rPr>
            </w:pPr>
            <w:proofErr w:type="spellStart"/>
            <w:r w:rsidRPr="00C3485B">
              <w:rPr>
                <w:lang w:val="ru-RU"/>
              </w:rPr>
              <w:t>Пусконаладка</w:t>
            </w:r>
            <w:proofErr w:type="spellEnd"/>
            <w:r w:rsidRPr="00C3485B">
              <w:rPr>
                <w:lang w:val="ru-RU"/>
              </w:rPr>
              <w:t xml:space="preserve"> шкафа управления и отсечного клапана / </w:t>
            </w:r>
            <w:proofErr w:type="spellStart"/>
            <w:r w:rsidRPr="00C3485B">
              <w:rPr>
                <w:lang w:val="ru-RU"/>
              </w:rPr>
              <w:t>Басқару</w:t>
            </w:r>
            <w:proofErr w:type="spellEnd"/>
            <w:r w:rsidRPr="00C3485B">
              <w:rPr>
                <w:lang w:val="ru-RU"/>
              </w:rPr>
              <w:t xml:space="preserve"> шкафы мен </w:t>
            </w:r>
            <w:proofErr w:type="spellStart"/>
            <w:r w:rsidRPr="00C3485B">
              <w:rPr>
                <w:lang w:val="ru-RU"/>
              </w:rPr>
              <w:t>ажыратқыш</w:t>
            </w:r>
            <w:proofErr w:type="spellEnd"/>
            <w:r w:rsidRPr="00C3485B">
              <w:rPr>
                <w:lang w:val="ru-RU"/>
              </w:rPr>
              <w:t xml:space="preserve"> </w:t>
            </w:r>
            <w:proofErr w:type="spellStart"/>
            <w:r w:rsidRPr="00C3485B">
              <w:rPr>
                <w:lang w:val="ru-RU"/>
              </w:rPr>
              <w:t>клапанды</w:t>
            </w:r>
            <w:proofErr w:type="spellEnd"/>
            <w:r w:rsidRPr="00C3485B">
              <w:rPr>
                <w:lang w:val="ru-RU"/>
              </w:rPr>
              <w:t xml:space="preserve"> </w:t>
            </w:r>
            <w:proofErr w:type="spellStart"/>
            <w:r w:rsidRPr="00C3485B">
              <w:rPr>
                <w:lang w:val="ru-RU"/>
              </w:rPr>
              <w:t>іске</w:t>
            </w:r>
            <w:proofErr w:type="spellEnd"/>
            <w:r w:rsidRPr="00C3485B">
              <w:rPr>
                <w:lang w:val="ru-RU"/>
              </w:rPr>
              <w:t xml:space="preserve"> </w:t>
            </w:r>
            <w:proofErr w:type="spellStart"/>
            <w:r w:rsidRPr="00C3485B">
              <w:rPr>
                <w:lang w:val="ru-RU"/>
              </w:rPr>
              <w:t>қосу-баптау</w:t>
            </w:r>
            <w:proofErr w:type="spellEnd"/>
          </w:p>
        </w:tc>
        <w:tc>
          <w:tcPr>
            <w:tcW w:w="5523" w:type="dxa"/>
            <w:vAlign w:val="center"/>
          </w:tcPr>
          <w:p w:rsidR="003A5525" w:rsidRPr="00C3485B" w:rsidRDefault="00C3485B">
            <w:pPr>
              <w:rPr>
                <w:lang w:val="ru-RU"/>
              </w:rPr>
            </w:pPr>
            <w:r w:rsidRPr="00C3485B">
              <w:rPr>
                <w:lang w:val="ru-RU"/>
              </w:rPr>
              <w:t xml:space="preserve">Проверить электрические соединения, выполнить настройку и </w:t>
            </w:r>
            <w:proofErr w:type="spellStart"/>
            <w:r w:rsidRPr="00C3485B">
              <w:rPr>
                <w:lang w:val="ru-RU"/>
              </w:rPr>
              <w:t>пусконаладку</w:t>
            </w:r>
            <w:proofErr w:type="spellEnd"/>
            <w:r w:rsidRPr="00C3485B">
              <w:rPr>
                <w:lang w:val="ru-RU"/>
              </w:rPr>
              <w:t xml:space="preserve"> шкафа управления, насоса и отсечного клапана. / </w:t>
            </w:r>
            <w:proofErr w:type="spellStart"/>
            <w:r w:rsidRPr="00C3485B">
              <w:rPr>
                <w:lang w:val="ru-RU"/>
              </w:rPr>
              <w:t>Электрлік</w:t>
            </w:r>
            <w:proofErr w:type="spellEnd"/>
            <w:r w:rsidRPr="00C3485B">
              <w:rPr>
                <w:lang w:val="ru-RU"/>
              </w:rPr>
              <w:t xml:space="preserve"> </w:t>
            </w:r>
            <w:proofErr w:type="spellStart"/>
            <w:r w:rsidRPr="00C3485B">
              <w:rPr>
                <w:lang w:val="ru-RU"/>
              </w:rPr>
              <w:t>қосылыстарды</w:t>
            </w:r>
            <w:proofErr w:type="spellEnd"/>
            <w:r w:rsidRPr="00C3485B">
              <w:rPr>
                <w:lang w:val="ru-RU"/>
              </w:rPr>
              <w:t xml:space="preserve"> </w:t>
            </w:r>
            <w:proofErr w:type="spellStart"/>
            <w:r w:rsidRPr="00C3485B">
              <w:rPr>
                <w:lang w:val="ru-RU"/>
              </w:rPr>
              <w:t>тексеру</w:t>
            </w:r>
            <w:proofErr w:type="spellEnd"/>
            <w:r w:rsidRPr="00C3485B">
              <w:rPr>
                <w:lang w:val="ru-RU"/>
              </w:rPr>
              <w:t xml:space="preserve">, </w:t>
            </w:r>
            <w:proofErr w:type="spellStart"/>
            <w:r w:rsidRPr="00C3485B">
              <w:rPr>
                <w:lang w:val="ru-RU"/>
              </w:rPr>
              <w:t>басқару</w:t>
            </w:r>
            <w:proofErr w:type="spellEnd"/>
            <w:r w:rsidRPr="00C3485B">
              <w:rPr>
                <w:lang w:val="ru-RU"/>
              </w:rPr>
              <w:t xml:space="preserve"> </w:t>
            </w:r>
            <w:proofErr w:type="spellStart"/>
            <w:r w:rsidRPr="00C3485B">
              <w:rPr>
                <w:lang w:val="ru-RU"/>
              </w:rPr>
              <w:t>шкафын</w:t>
            </w:r>
            <w:proofErr w:type="spellEnd"/>
            <w:r w:rsidRPr="00C3485B">
              <w:rPr>
                <w:lang w:val="ru-RU"/>
              </w:rPr>
              <w:t xml:space="preserve">, </w:t>
            </w:r>
            <w:proofErr w:type="spellStart"/>
            <w:r w:rsidRPr="00C3485B">
              <w:rPr>
                <w:lang w:val="ru-RU"/>
              </w:rPr>
              <w:t>сорғыны</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ажыратқыш</w:t>
            </w:r>
            <w:proofErr w:type="spellEnd"/>
            <w:r w:rsidRPr="00C3485B">
              <w:rPr>
                <w:lang w:val="ru-RU"/>
              </w:rPr>
              <w:t xml:space="preserve"> </w:t>
            </w:r>
            <w:proofErr w:type="spellStart"/>
            <w:r w:rsidRPr="00C3485B">
              <w:rPr>
                <w:lang w:val="ru-RU"/>
              </w:rPr>
              <w:t>клапанды</w:t>
            </w:r>
            <w:proofErr w:type="spellEnd"/>
            <w:r w:rsidRPr="00C3485B">
              <w:rPr>
                <w:lang w:val="ru-RU"/>
              </w:rPr>
              <w:t xml:space="preserve"> </w:t>
            </w:r>
            <w:proofErr w:type="spellStart"/>
            <w:r w:rsidRPr="00C3485B">
              <w:rPr>
                <w:lang w:val="ru-RU"/>
              </w:rPr>
              <w:t>баптау</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іске</w:t>
            </w:r>
            <w:proofErr w:type="spellEnd"/>
            <w:r w:rsidRPr="00C3485B">
              <w:rPr>
                <w:lang w:val="ru-RU"/>
              </w:rPr>
              <w:t xml:space="preserve"> </w:t>
            </w:r>
            <w:proofErr w:type="spellStart"/>
            <w:r w:rsidRPr="00C3485B">
              <w:rPr>
                <w:lang w:val="ru-RU"/>
              </w:rPr>
              <w:t>қосу</w:t>
            </w:r>
            <w:proofErr w:type="spellEnd"/>
            <w:r w:rsidRPr="00C3485B">
              <w:rPr>
                <w:lang w:val="ru-RU"/>
              </w:rPr>
              <w:t xml:space="preserve"> </w:t>
            </w:r>
            <w:proofErr w:type="spellStart"/>
            <w:r w:rsidRPr="00C3485B">
              <w:rPr>
                <w:lang w:val="ru-RU"/>
              </w:rPr>
              <w:t>жұмыстарын</w:t>
            </w:r>
            <w:proofErr w:type="spellEnd"/>
            <w:r w:rsidRPr="00C3485B">
              <w:rPr>
                <w:lang w:val="ru-RU"/>
              </w:rPr>
              <w:t xml:space="preserve"> </w:t>
            </w:r>
            <w:proofErr w:type="spellStart"/>
            <w:r w:rsidRPr="00C3485B">
              <w:rPr>
                <w:lang w:val="ru-RU"/>
              </w:rPr>
              <w:t>орындау</w:t>
            </w:r>
            <w:proofErr w:type="spellEnd"/>
            <w:r w:rsidRPr="00C3485B">
              <w:rPr>
                <w:lang w:val="ru-RU"/>
              </w:rPr>
              <w:t>.</w:t>
            </w:r>
          </w:p>
        </w:tc>
        <w:tc>
          <w:tcPr>
            <w:tcW w:w="1276" w:type="dxa"/>
            <w:vAlign w:val="center"/>
          </w:tcPr>
          <w:p w:rsidR="003A5525" w:rsidRPr="00C3485B" w:rsidRDefault="00C3485B">
            <w:proofErr w:type="spellStart"/>
            <w:r w:rsidRPr="00C3485B">
              <w:t>комплекс</w:t>
            </w:r>
            <w:proofErr w:type="spellEnd"/>
            <w:r w:rsidRPr="00C3485B">
              <w:t xml:space="preserve"> / </w:t>
            </w:r>
            <w:proofErr w:type="spellStart"/>
            <w:r w:rsidRPr="00C3485B">
              <w:t>кешен</w:t>
            </w:r>
            <w:proofErr w:type="spellEnd"/>
          </w:p>
        </w:tc>
        <w:tc>
          <w:tcPr>
            <w:tcW w:w="441" w:type="dxa"/>
            <w:vAlign w:val="center"/>
          </w:tcPr>
          <w:p w:rsidR="003A5525" w:rsidRPr="00C3485B" w:rsidRDefault="00C3485B">
            <w:r w:rsidRPr="00C3485B">
              <w:t>1</w:t>
            </w:r>
          </w:p>
        </w:tc>
      </w:tr>
      <w:tr w:rsidR="003A5525" w:rsidRPr="00C3485B" w:rsidTr="00C3485B">
        <w:trPr>
          <w:jc w:val="center"/>
        </w:trPr>
        <w:tc>
          <w:tcPr>
            <w:tcW w:w="425" w:type="dxa"/>
            <w:vAlign w:val="center"/>
          </w:tcPr>
          <w:p w:rsidR="003A5525" w:rsidRPr="00C3485B" w:rsidRDefault="00C3485B">
            <w:r w:rsidRPr="00C3485B">
              <w:t>9</w:t>
            </w:r>
          </w:p>
        </w:tc>
        <w:tc>
          <w:tcPr>
            <w:tcW w:w="2807" w:type="dxa"/>
            <w:vAlign w:val="center"/>
          </w:tcPr>
          <w:p w:rsidR="003A5525" w:rsidRPr="00C3485B" w:rsidRDefault="00C3485B">
            <w:pPr>
              <w:rPr>
                <w:lang w:val="ru-RU"/>
              </w:rPr>
            </w:pPr>
            <w:r w:rsidRPr="00C3485B">
              <w:rPr>
                <w:lang w:val="ru-RU"/>
              </w:rPr>
              <w:t xml:space="preserve">Комплексная проверка системы / </w:t>
            </w:r>
            <w:proofErr w:type="spellStart"/>
            <w:r w:rsidRPr="00C3485B">
              <w:rPr>
                <w:lang w:val="ru-RU"/>
              </w:rPr>
              <w:t>Жүйені</w:t>
            </w:r>
            <w:proofErr w:type="spellEnd"/>
            <w:r w:rsidRPr="00C3485B">
              <w:rPr>
                <w:lang w:val="ru-RU"/>
              </w:rPr>
              <w:t xml:space="preserve"> </w:t>
            </w:r>
            <w:proofErr w:type="spellStart"/>
            <w:r w:rsidRPr="00C3485B">
              <w:rPr>
                <w:lang w:val="ru-RU"/>
              </w:rPr>
              <w:t>кешенді</w:t>
            </w:r>
            <w:proofErr w:type="spellEnd"/>
            <w:r w:rsidRPr="00C3485B">
              <w:rPr>
                <w:lang w:val="ru-RU"/>
              </w:rPr>
              <w:t xml:space="preserve"> </w:t>
            </w:r>
            <w:proofErr w:type="spellStart"/>
            <w:r w:rsidRPr="00C3485B">
              <w:rPr>
                <w:lang w:val="ru-RU"/>
              </w:rPr>
              <w:t>тексеру</w:t>
            </w:r>
            <w:proofErr w:type="spellEnd"/>
          </w:p>
        </w:tc>
        <w:tc>
          <w:tcPr>
            <w:tcW w:w="5523" w:type="dxa"/>
            <w:vAlign w:val="center"/>
          </w:tcPr>
          <w:p w:rsidR="003A5525" w:rsidRPr="00C3485B" w:rsidRDefault="00C3485B">
            <w:pPr>
              <w:rPr>
                <w:lang w:val="ru-RU"/>
              </w:rPr>
            </w:pPr>
            <w:r w:rsidRPr="00C3485B">
              <w:rPr>
                <w:lang w:val="ru-RU"/>
              </w:rPr>
              <w:t xml:space="preserve">Проверить герметичность трубопровода и соединений, работу вентилей, насоса, шкафа управления и отсечного клапана. / </w:t>
            </w:r>
            <w:proofErr w:type="spellStart"/>
            <w:r w:rsidRPr="00C3485B">
              <w:rPr>
                <w:lang w:val="ru-RU"/>
              </w:rPr>
              <w:t>Құбырдың</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қосылыстардың</w:t>
            </w:r>
            <w:proofErr w:type="spellEnd"/>
            <w:r w:rsidRPr="00C3485B">
              <w:rPr>
                <w:lang w:val="ru-RU"/>
              </w:rPr>
              <w:t xml:space="preserve"> </w:t>
            </w:r>
            <w:proofErr w:type="spellStart"/>
            <w:r w:rsidRPr="00C3485B">
              <w:rPr>
                <w:lang w:val="ru-RU"/>
              </w:rPr>
              <w:t>герметикалығын</w:t>
            </w:r>
            <w:proofErr w:type="spellEnd"/>
            <w:r w:rsidRPr="00C3485B">
              <w:rPr>
                <w:lang w:val="ru-RU"/>
              </w:rPr>
              <w:t xml:space="preserve">, </w:t>
            </w:r>
            <w:proofErr w:type="spellStart"/>
            <w:r w:rsidRPr="00C3485B">
              <w:rPr>
                <w:lang w:val="ru-RU"/>
              </w:rPr>
              <w:t>вентильдердің</w:t>
            </w:r>
            <w:proofErr w:type="spellEnd"/>
            <w:r w:rsidRPr="00C3485B">
              <w:rPr>
                <w:lang w:val="ru-RU"/>
              </w:rPr>
              <w:t xml:space="preserve">, </w:t>
            </w:r>
            <w:proofErr w:type="spellStart"/>
            <w:r w:rsidRPr="00C3485B">
              <w:rPr>
                <w:lang w:val="ru-RU"/>
              </w:rPr>
              <w:t>сорғының</w:t>
            </w:r>
            <w:proofErr w:type="spellEnd"/>
            <w:r w:rsidRPr="00C3485B">
              <w:rPr>
                <w:lang w:val="ru-RU"/>
              </w:rPr>
              <w:t xml:space="preserve">, </w:t>
            </w:r>
            <w:proofErr w:type="spellStart"/>
            <w:r w:rsidRPr="00C3485B">
              <w:rPr>
                <w:lang w:val="ru-RU"/>
              </w:rPr>
              <w:t>басқару</w:t>
            </w:r>
            <w:proofErr w:type="spellEnd"/>
            <w:r w:rsidRPr="00C3485B">
              <w:rPr>
                <w:lang w:val="ru-RU"/>
              </w:rPr>
              <w:t xml:space="preserve"> </w:t>
            </w:r>
            <w:proofErr w:type="spellStart"/>
            <w:r w:rsidRPr="00C3485B">
              <w:rPr>
                <w:lang w:val="ru-RU"/>
              </w:rPr>
              <w:t>шкафының</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ажыратқыш</w:t>
            </w:r>
            <w:proofErr w:type="spellEnd"/>
            <w:r w:rsidRPr="00C3485B">
              <w:rPr>
                <w:lang w:val="ru-RU"/>
              </w:rPr>
              <w:t xml:space="preserve"> </w:t>
            </w:r>
            <w:proofErr w:type="spellStart"/>
            <w:r w:rsidRPr="00C3485B">
              <w:rPr>
                <w:lang w:val="ru-RU"/>
              </w:rPr>
              <w:t>клапанның</w:t>
            </w:r>
            <w:proofErr w:type="spellEnd"/>
            <w:r w:rsidRPr="00C3485B">
              <w:rPr>
                <w:lang w:val="ru-RU"/>
              </w:rPr>
              <w:t xml:space="preserve"> </w:t>
            </w:r>
            <w:proofErr w:type="spellStart"/>
            <w:r w:rsidRPr="00C3485B">
              <w:rPr>
                <w:lang w:val="ru-RU"/>
              </w:rPr>
              <w:t>жұмысын</w:t>
            </w:r>
            <w:proofErr w:type="spellEnd"/>
            <w:r w:rsidRPr="00C3485B">
              <w:rPr>
                <w:lang w:val="ru-RU"/>
              </w:rPr>
              <w:t xml:space="preserve"> </w:t>
            </w:r>
            <w:proofErr w:type="spellStart"/>
            <w:r w:rsidRPr="00C3485B">
              <w:rPr>
                <w:lang w:val="ru-RU"/>
              </w:rPr>
              <w:t>тексеру</w:t>
            </w:r>
            <w:proofErr w:type="spellEnd"/>
            <w:r w:rsidRPr="00C3485B">
              <w:rPr>
                <w:lang w:val="ru-RU"/>
              </w:rPr>
              <w:t>.</w:t>
            </w:r>
          </w:p>
        </w:tc>
        <w:tc>
          <w:tcPr>
            <w:tcW w:w="1276" w:type="dxa"/>
            <w:vAlign w:val="center"/>
          </w:tcPr>
          <w:p w:rsidR="003A5525" w:rsidRPr="00C3485B" w:rsidRDefault="00C3485B">
            <w:proofErr w:type="spellStart"/>
            <w:r w:rsidRPr="00C3485B">
              <w:t>комплекс</w:t>
            </w:r>
            <w:proofErr w:type="spellEnd"/>
            <w:r w:rsidRPr="00C3485B">
              <w:t xml:space="preserve"> / </w:t>
            </w:r>
            <w:proofErr w:type="spellStart"/>
            <w:r w:rsidRPr="00C3485B">
              <w:t>кешен</w:t>
            </w:r>
            <w:proofErr w:type="spellEnd"/>
          </w:p>
        </w:tc>
        <w:tc>
          <w:tcPr>
            <w:tcW w:w="441" w:type="dxa"/>
            <w:vAlign w:val="center"/>
          </w:tcPr>
          <w:p w:rsidR="003A5525" w:rsidRPr="00C3485B" w:rsidRDefault="00C3485B">
            <w:r w:rsidRPr="00C3485B">
              <w:t>1</w:t>
            </w:r>
          </w:p>
        </w:tc>
      </w:tr>
      <w:tr w:rsidR="003A5525" w:rsidRPr="00C3485B" w:rsidTr="00C3485B">
        <w:trPr>
          <w:jc w:val="center"/>
        </w:trPr>
        <w:tc>
          <w:tcPr>
            <w:tcW w:w="425" w:type="dxa"/>
            <w:vAlign w:val="center"/>
          </w:tcPr>
          <w:p w:rsidR="003A5525" w:rsidRPr="00C3485B" w:rsidRDefault="00C3485B">
            <w:r w:rsidRPr="00C3485B">
              <w:t>10</w:t>
            </w:r>
          </w:p>
        </w:tc>
        <w:tc>
          <w:tcPr>
            <w:tcW w:w="2807" w:type="dxa"/>
            <w:vAlign w:val="center"/>
          </w:tcPr>
          <w:p w:rsidR="003A5525" w:rsidRPr="00C3485B" w:rsidRDefault="00C3485B">
            <w:pPr>
              <w:rPr>
                <w:lang w:val="ru-RU"/>
              </w:rPr>
            </w:pPr>
            <w:r w:rsidRPr="00C3485B">
              <w:rPr>
                <w:lang w:val="ru-RU"/>
              </w:rPr>
              <w:t xml:space="preserve">Обеспечение подачи воды / </w:t>
            </w:r>
            <w:proofErr w:type="spellStart"/>
            <w:r w:rsidRPr="00C3485B">
              <w:rPr>
                <w:lang w:val="ru-RU"/>
              </w:rPr>
              <w:t>Сумен</w:t>
            </w:r>
            <w:proofErr w:type="spellEnd"/>
            <w:r w:rsidRPr="00C3485B">
              <w:rPr>
                <w:lang w:val="ru-RU"/>
              </w:rPr>
              <w:t xml:space="preserve"> </w:t>
            </w:r>
            <w:proofErr w:type="spellStart"/>
            <w:r w:rsidRPr="00C3485B">
              <w:rPr>
                <w:lang w:val="ru-RU"/>
              </w:rPr>
              <w:t>қамтамасыз</w:t>
            </w:r>
            <w:proofErr w:type="spellEnd"/>
            <w:r w:rsidRPr="00C3485B">
              <w:rPr>
                <w:lang w:val="ru-RU"/>
              </w:rPr>
              <w:t xml:space="preserve"> </w:t>
            </w:r>
            <w:proofErr w:type="spellStart"/>
            <w:r w:rsidRPr="00C3485B">
              <w:rPr>
                <w:lang w:val="ru-RU"/>
              </w:rPr>
              <w:t>ету</w:t>
            </w:r>
            <w:proofErr w:type="spellEnd"/>
          </w:p>
        </w:tc>
        <w:tc>
          <w:tcPr>
            <w:tcW w:w="5523" w:type="dxa"/>
            <w:vAlign w:val="center"/>
          </w:tcPr>
          <w:p w:rsidR="003A5525" w:rsidRPr="00C3485B" w:rsidRDefault="00C3485B">
            <w:pPr>
              <w:rPr>
                <w:lang w:val="ru-RU"/>
              </w:rPr>
            </w:pPr>
            <w:r w:rsidRPr="00C3485B">
              <w:rPr>
                <w:lang w:val="ru-RU"/>
              </w:rPr>
              <w:t xml:space="preserve">После выполнения работ обеспечить фактическую подачу воды по пожарному водоводу и работоспособность системы. / </w:t>
            </w:r>
            <w:proofErr w:type="spellStart"/>
            <w:r w:rsidRPr="00C3485B">
              <w:rPr>
                <w:lang w:val="ru-RU"/>
              </w:rPr>
              <w:t>Жұмыстар</w:t>
            </w:r>
            <w:proofErr w:type="spellEnd"/>
            <w:r w:rsidRPr="00C3485B">
              <w:rPr>
                <w:lang w:val="ru-RU"/>
              </w:rPr>
              <w:t xml:space="preserve"> </w:t>
            </w:r>
            <w:proofErr w:type="spellStart"/>
            <w:r w:rsidRPr="00C3485B">
              <w:rPr>
                <w:lang w:val="ru-RU"/>
              </w:rPr>
              <w:t>аяқталғаннан</w:t>
            </w:r>
            <w:proofErr w:type="spellEnd"/>
            <w:r w:rsidRPr="00C3485B">
              <w:rPr>
                <w:lang w:val="ru-RU"/>
              </w:rPr>
              <w:t xml:space="preserve"> </w:t>
            </w:r>
            <w:proofErr w:type="spellStart"/>
            <w:r w:rsidRPr="00C3485B">
              <w:rPr>
                <w:lang w:val="ru-RU"/>
              </w:rPr>
              <w:t>кейін</w:t>
            </w:r>
            <w:proofErr w:type="spellEnd"/>
            <w:r w:rsidRPr="00C3485B">
              <w:rPr>
                <w:lang w:val="ru-RU"/>
              </w:rPr>
              <w:t xml:space="preserve"> </w:t>
            </w:r>
            <w:proofErr w:type="spellStart"/>
            <w:r w:rsidRPr="00C3485B">
              <w:rPr>
                <w:lang w:val="ru-RU"/>
              </w:rPr>
              <w:t>өртке</w:t>
            </w:r>
            <w:proofErr w:type="spellEnd"/>
            <w:r w:rsidRPr="00C3485B">
              <w:rPr>
                <w:lang w:val="ru-RU"/>
              </w:rPr>
              <w:t xml:space="preserve"> </w:t>
            </w:r>
            <w:proofErr w:type="spellStart"/>
            <w:r w:rsidRPr="00C3485B">
              <w:rPr>
                <w:lang w:val="ru-RU"/>
              </w:rPr>
              <w:t>қарсы</w:t>
            </w:r>
            <w:proofErr w:type="spellEnd"/>
            <w:r w:rsidRPr="00C3485B">
              <w:rPr>
                <w:lang w:val="ru-RU"/>
              </w:rPr>
              <w:t xml:space="preserve"> су </w:t>
            </w:r>
            <w:proofErr w:type="spellStart"/>
            <w:r w:rsidRPr="00C3485B">
              <w:rPr>
                <w:lang w:val="ru-RU"/>
              </w:rPr>
              <w:t>құбыры</w:t>
            </w:r>
            <w:proofErr w:type="spellEnd"/>
            <w:r w:rsidRPr="00C3485B">
              <w:rPr>
                <w:lang w:val="ru-RU"/>
              </w:rPr>
              <w:t xml:space="preserve"> </w:t>
            </w:r>
            <w:proofErr w:type="spellStart"/>
            <w:r w:rsidRPr="00C3485B">
              <w:rPr>
                <w:lang w:val="ru-RU"/>
              </w:rPr>
              <w:t>арқылы</w:t>
            </w:r>
            <w:proofErr w:type="spellEnd"/>
            <w:r w:rsidRPr="00C3485B">
              <w:rPr>
                <w:lang w:val="ru-RU"/>
              </w:rPr>
              <w:t xml:space="preserve"> </w:t>
            </w:r>
            <w:proofErr w:type="spellStart"/>
            <w:r w:rsidRPr="00C3485B">
              <w:rPr>
                <w:lang w:val="ru-RU"/>
              </w:rPr>
              <w:t>нақты</w:t>
            </w:r>
            <w:proofErr w:type="spellEnd"/>
            <w:r w:rsidRPr="00C3485B">
              <w:rPr>
                <w:lang w:val="ru-RU"/>
              </w:rPr>
              <w:t xml:space="preserve"> су </w:t>
            </w:r>
            <w:proofErr w:type="spellStart"/>
            <w:r w:rsidRPr="00C3485B">
              <w:rPr>
                <w:lang w:val="ru-RU"/>
              </w:rPr>
              <w:t>беруді</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жүйенің</w:t>
            </w:r>
            <w:proofErr w:type="spellEnd"/>
            <w:r w:rsidRPr="00C3485B">
              <w:rPr>
                <w:lang w:val="ru-RU"/>
              </w:rPr>
              <w:t xml:space="preserve"> </w:t>
            </w:r>
            <w:proofErr w:type="spellStart"/>
            <w:r w:rsidRPr="00C3485B">
              <w:rPr>
                <w:lang w:val="ru-RU"/>
              </w:rPr>
              <w:t>жұмысқа</w:t>
            </w:r>
            <w:proofErr w:type="spellEnd"/>
            <w:r w:rsidRPr="00C3485B">
              <w:rPr>
                <w:lang w:val="ru-RU"/>
              </w:rPr>
              <w:t xml:space="preserve"> </w:t>
            </w:r>
            <w:proofErr w:type="spellStart"/>
            <w:r w:rsidRPr="00C3485B">
              <w:rPr>
                <w:lang w:val="ru-RU"/>
              </w:rPr>
              <w:t>қабілеттілігін</w:t>
            </w:r>
            <w:proofErr w:type="spellEnd"/>
            <w:r w:rsidRPr="00C3485B">
              <w:rPr>
                <w:lang w:val="ru-RU"/>
              </w:rPr>
              <w:t xml:space="preserve"> </w:t>
            </w:r>
            <w:proofErr w:type="spellStart"/>
            <w:r w:rsidRPr="00C3485B">
              <w:rPr>
                <w:lang w:val="ru-RU"/>
              </w:rPr>
              <w:t>қамтамасыз</w:t>
            </w:r>
            <w:proofErr w:type="spellEnd"/>
            <w:r w:rsidRPr="00C3485B">
              <w:rPr>
                <w:lang w:val="ru-RU"/>
              </w:rPr>
              <w:t xml:space="preserve"> </w:t>
            </w:r>
            <w:proofErr w:type="spellStart"/>
            <w:r w:rsidRPr="00C3485B">
              <w:rPr>
                <w:lang w:val="ru-RU"/>
              </w:rPr>
              <w:t>ету</w:t>
            </w:r>
            <w:proofErr w:type="spellEnd"/>
            <w:r w:rsidRPr="00C3485B">
              <w:rPr>
                <w:lang w:val="ru-RU"/>
              </w:rPr>
              <w:t>.</w:t>
            </w:r>
          </w:p>
        </w:tc>
        <w:tc>
          <w:tcPr>
            <w:tcW w:w="1276" w:type="dxa"/>
            <w:vAlign w:val="center"/>
          </w:tcPr>
          <w:p w:rsidR="003A5525" w:rsidRPr="00C3485B" w:rsidRDefault="00C3485B">
            <w:proofErr w:type="spellStart"/>
            <w:r w:rsidRPr="00C3485B">
              <w:t>комплекс</w:t>
            </w:r>
            <w:proofErr w:type="spellEnd"/>
            <w:r w:rsidRPr="00C3485B">
              <w:t xml:space="preserve"> / </w:t>
            </w:r>
            <w:proofErr w:type="spellStart"/>
            <w:r w:rsidRPr="00C3485B">
              <w:t>кешен</w:t>
            </w:r>
            <w:proofErr w:type="spellEnd"/>
          </w:p>
        </w:tc>
        <w:tc>
          <w:tcPr>
            <w:tcW w:w="441" w:type="dxa"/>
            <w:vAlign w:val="center"/>
          </w:tcPr>
          <w:p w:rsidR="003A5525" w:rsidRPr="00C3485B" w:rsidRDefault="00C3485B">
            <w:r w:rsidRPr="00C3485B">
              <w:t>1</w:t>
            </w:r>
          </w:p>
        </w:tc>
      </w:tr>
    </w:tbl>
    <w:p w:rsidR="003A5525" w:rsidRPr="00C3485B" w:rsidRDefault="003A5525"/>
    <w:p w:rsidR="003A5525" w:rsidRPr="00C3485B" w:rsidRDefault="00C3485B">
      <w:pPr>
        <w:rPr>
          <w:lang w:val="ru-RU"/>
        </w:rPr>
      </w:pPr>
      <w:r w:rsidRPr="00C3485B">
        <w:rPr>
          <w:b/>
          <w:lang w:val="ru-RU"/>
        </w:rPr>
        <w:t xml:space="preserve">Требования к материалам / </w:t>
      </w:r>
      <w:proofErr w:type="spellStart"/>
      <w:r w:rsidRPr="00C3485B">
        <w:rPr>
          <w:b/>
          <w:lang w:val="ru-RU"/>
        </w:rPr>
        <w:t>Материалдарға</w:t>
      </w:r>
      <w:proofErr w:type="spellEnd"/>
      <w:r w:rsidRPr="00C3485B">
        <w:rPr>
          <w:b/>
          <w:lang w:val="ru-RU"/>
        </w:rPr>
        <w:t xml:space="preserve"> </w:t>
      </w:r>
      <w:proofErr w:type="spellStart"/>
      <w:r w:rsidRPr="00C3485B">
        <w:rPr>
          <w:b/>
          <w:lang w:val="ru-RU"/>
        </w:rPr>
        <w:t>қойылатын</w:t>
      </w:r>
      <w:proofErr w:type="spellEnd"/>
      <w:r w:rsidRPr="00C3485B">
        <w:rPr>
          <w:b/>
          <w:lang w:val="ru-RU"/>
        </w:rPr>
        <w:t xml:space="preserve"> </w:t>
      </w:r>
      <w:proofErr w:type="spellStart"/>
      <w:r w:rsidRPr="00C3485B">
        <w:rPr>
          <w:b/>
          <w:lang w:val="ru-RU"/>
        </w:rPr>
        <w:t>талаптар</w:t>
      </w:r>
      <w:proofErr w:type="spellEnd"/>
    </w:p>
    <w:p w:rsidR="003A5525" w:rsidRPr="00C3485B" w:rsidRDefault="00C3485B">
      <w:pPr>
        <w:rPr>
          <w:lang w:val="ru-RU"/>
        </w:rPr>
      </w:pPr>
      <w:r w:rsidRPr="00C3485B">
        <w:rPr>
          <w:lang w:val="ru-RU"/>
        </w:rPr>
        <w:t xml:space="preserve">Все материалы, оборудование, кабели, крепёжные изделия, вентили, уплотнители и иные комплектующие предоставляет Исполнитель за свой счёт. Материалы должны быть новыми, исправными и соответствовать </w:t>
      </w:r>
      <w:r w:rsidRPr="00C3485B">
        <w:rPr>
          <w:lang w:val="ru-RU"/>
        </w:rPr>
        <w:lastRenderedPageBreak/>
        <w:t xml:space="preserve">назначению. / </w:t>
      </w:r>
      <w:proofErr w:type="spellStart"/>
      <w:r w:rsidRPr="00C3485B">
        <w:rPr>
          <w:lang w:val="ru-RU"/>
        </w:rPr>
        <w:t>Барлық</w:t>
      </w:r>
      <w:proofErr w:type="spellEnd"/>
      <w:r w:rsidRPr="00C3485B">
        <w:rPr>
          <w:lang w:val="ru-RU"/>
        </w:rPr>
        <w:t xml:space="preserve"> </w:t>
      </w:r>
      <w:proofErr w:type="spellStart"/>
      <w:r w:rsidRPr="00C3485B">
        <w:rPr>
          <w:lang w:val="ru-RU"/>
        </w:rPr>
        <w:t>материалдарды</w:t>
      </w:r>
      <w:proofErr w:type="spellEnd"/>
      <w:r w:rsidRPr="00C3485B">
        <w:rPr>
          <w:lang w:val="ru-RU"/>
        </w:rPr>
        <w:t xml:space="preserve">, </w:t>
      </w:r>
      <w:proofErr w:type="spellStart"/>
      <w:r w:rsidRPr="00C3485B">
        <w:rPr>
          <w:lang w:val="ru-RU"/>
        </w:rPr>
        <w:t>жабдықтарды</w:t>
      </w:r>
      <w:proofErr w:type="spellEnd"/>
      <w:r w:rsidRPr="00C3485B">
        <w:rPr>
          <w:lang w:val="ru-RU"/>
        </w:rPr>
        <w:t xml:space="preserve">, </w:t>
      </w:r>
      <w:proofErr w:type="spellStart"/>
      <w:r w:rsidRPr="00C3485B">
        <w:rPr>
          <w:lang w:val="ru-RU"/>
        </w:rPr>
        <w:t>кабельдерді</w:t>
      </w:r>
      <w:proofErr w:type="spellEnd"/>
      <w:r w:rsidRPr="00C3485B">
        <w:rPr>
          <w:lang w:val="ru-RU"/>
        </w:rPr>
        <w:t xml:space="preserve">, </w:t>
      </w:r>
      <w:proofErr w:type="spellStart"/>
      <w:r w:rsidRPr="00C3485B">
        <w:rPr>
          <w:lang w:val="ru-RU"/>
        </w:rPr>
        <w:t>бекіту</w:t>
      </w:r>
      <w:proofErr w:type="spellEnd"/>
      <w:r w:rsidRPr="00C3485B">
        <w:rPr>
          <w:lang w:val="ru-RU"/>
        </w:rPr>
        <w:t xml:space="preserve"> </w:t>
      </w:r>
      <w:proofErr w:type="spellStart"/>
      <w:r w:rsidRPr="00C3485B">
        <w:rPr>
          <w:lang w:val="ru-RU"/>
        </w:rPr>
        <w:t>бұйымдарын</w:t>
      </w:r>
      <w:proofErr w:type="spellEnd"/>
      <w:r w:rsidRPr="00C3485B">
        <w:rPr>
          <w:lang w:val="ru-RU"/>
        </w:rPr>
        <w:t xml:space="preserve">, </w:t>
      </w:r>
      <w:proofErr w:type="spellStart"/>
      <w:r w:rsidRPr="00C3485B">
        <w:rPr>
          <w:lang w:val="ru-RU"/>
        </w:rPr>
        <w:t>вентильдерді</w:t>
      </w:r>
      <w:proofErr w:type="spellEnd"/>
      <w:r w:rsidRPr="00C3485B">
        <w:rPr>
          <w:lang w:val="ru-RU"/>
        </w:rPr>
        <w:t xml:space="preserve">, </w:t>
      </w:r>
      <w:proofErr w:type="spellStart"/>
      <w:r w:rsidRPr="00C3485B">
        <w:rPr>
          <w:lang w:val="ru-RU"/>
        </w:rPr>
        <w:t>тығыздағыштарды</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басқа</w:t>
      </w:r>
      <w:proofErr w:type="spellEnd"/>
      <w:r w:rsidRPr="00C3485B">
        <w:rPr>
          <w:lang w:val="ru-RU"/>
        </w:rPr>
        <w:t xml:space="preserve"> </w:t>
      </w:r>
      <w:proofErr w:type="spellStart"/>
      <w:r w:rsidRPr="00C3485B">
        <w:rPr>
          <w:lang w:val="ru-RU"/>
        </w:rPr>
        <w:t>жинақтаушы</w:t>
      </w:r>
      <w:proofErr w:type="spellEnd"/>
      <w:r w:rsidRPr="00C3485B">
        <w:rPr>
          <w:lang w:val="ru-RU"/>
        </w:rPr>
        <w:t xml:space="preserve"> </w:t>
      </w:r>
      <w:proofErr w:type="spellStart"/>
      <w:r w:rsidRPr="00C3485B">
        <w:rPr>
          <w:lang w:val="ru-RU"/>
        </w:rPr>
        <w:t>бөлшектерді</w:t>
      </w:r>
      <w:proofErr w:type="spellEnd"/>
      <w:r w:rsidRPr="00C3485B">
        <w:rPr>
          <w:lang w:val="ru-RU"/>
        </w:rPr>
        <w:t xml:space="preserve"> </w:t>
      </w:r>
      <w:proofErr w:type="spellStart"/>
      <w:r w:rsidRPr="00C3485B">
        <w:rPr>
          <w:lang w:val="ru-RU"/>
        </w:rPr>
        <w:t>Орындаушы</w:t>
      </w:r>
      <w:proofErr w:type="spellEnd"/>
      <w:r w:rsidRPr="00C3485B">
        <w:rPr>
          <w:lang w:val="ru-RU"/>
        </w:rPr>
        <w:t xml:space="preserve"> </w:t>
      </w:r>
      <w:proofErr w:type="spellStart"/>
      <w:r w:rsidRPr="00C3485B">
        <w:rPr>
          <w:lang w:val="ru-RU"/>
        </w:rPr>
        <w:t>өз</w:t>
      </w:r>
      <w:proofErr w:type="spellEnd"/>
      <w:r w:rsidRPr="00C3485B">
        <w:rPr>
          <w:lang w:val="ru-RU"/>
        </w:rPr>
        <w:t xml:space="preserve"> </w:t>
      </w:r>
      <w:proofErr w:type="spellStart"/>
      <w:r w:rsidRPr="00C3485B">
        <w:rPr>
          <w:lang w:val="ru-RU"/>
        </w:rPr>
        <w:t>қаражаты</w:t>
      </w:r>
      <w:proofErr w:type="spellEnd"/>
      <w:r w:rsidRPr="00C3485B">
        <w:rPr>
          <w:lang w:val="ru-RU"/>
        </w:rPr>
        <w:t xml:space="preserve"> </w:t>
      </w:r>
      <w:proofErr w:type="spellStart"/>
      <w:r w:rsidRPr="00C3485B">
        <w:rPr>
          <w:lang w:val="ru-RU"/>
        </w:rPr>
        <w:t>есебінен</w:t>
      </w:r>
      <w:proofErr w:type="spellEnd"/>
      <w:r w:rsidRPr="00C3485B">
        <w:rPr>
          <w:lang w:val="ru-RU"/>
        </w:rPr>
        <w:t xml:space="preserve"> </w:t>
      </w:r>
      <w:proofErr w:type="spellStart"/>
      <w:r w:rsidRPr="00C3485B">
        <w:rPr>
          <w:lang w:val="ru-RU"/>
        </w:rPr>
        <w:t>ұсынады</w:t>
      </w:r>
      <w:proofErr w:type="spellEnd"/>
      <w:r w:rsidRPr="00C3485B">
        <w:rPr>
          <w:lang w:val="ru-RU"/>
        </w:rPr>
        <w:t xml:space="preserve">. </w:t>
      </w:r>
      <w:proofErr w:type="spellStart"/>
      <w:r w:rsidRPr="00C3485B">
        <w:rPr>
          <w:lang w:val="ru-RU"/>
        </w:rPr>
        <w:t>Материалдар</w:t>
      </w:r>
      <w:proofErr w:type="spellEnd"/>
      <w:r w:rsidRPr="00C3485B">
        <w:rPr>
          <w:lang w:val="ru-RU"/>
        </w:rPr>
        <w:t xml:space="preserve"> </w:t>
      </w:r>
      <w:proofErr w:type="spellStart"/>
      <w:r w:rsidRPr="00C3485B">
        <w:rPr>
          <w:lang w:val="ru-RU"/>
        </w:rPr>
        <w:t>жаңа</w:t>
      </w:r>
      <w:proofErr w:type="spellEnd"/>
      <w:r w:rsidRPr="00C3485B">
        <w:rPr>
          <w:lang w:val="ru-RU"/>
        </w:rPr>
        <w:t xml:space="preserve">, </w:t>
      </w:r>
      <w:proofErr w:type="spellStart"/>
      <w:r w:rsidRPr="00C3485B">
        <w:rPr>
          <w:lang w:val="ru-RU"/>
        </w:rPr>
        <w:t>жарамды</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мақсатына</w:t>
      </w:r>
      <w:proofErr w:type="spellEnd"/>
      <w:r w:rsidRPr="00C3485B">
        <w:rPr>
          <w:lang w:val="ru-RU"/>
        </w:rPr>
        <w:t xml:space="preserve"> </w:t>
      </w:r>
      <w:proofErr w:type="spellStart"/>
      <w:r w:rsidRPr="00C3485B">
        <w:rPr>
          <w:lang w:val="ru-RU"/>
        </w:rPr>
        <w:t>сәйкес</w:t>
      </w:r>
      <w:proofErr w:type="spellEnd"/>
      <w:r w:rsidRPr="00C3485B">
        <w:rPr>
          <w:lang w:val="ru-RU"/>
        </w:rPr>
        <w:t xml:space="preserve"> </w:t>
      </w:r>
      <w:proofErr w:type="spellStart"/>
      <w:r w:rsidRPr="00C3485B">
        <w:rPr>
          <w:lang w:val="ru-RU"/>
        </w:rPr>
        <w:t>болуы</w:t>
      </w:r>
      <w:proofErr w:type="spellEnd"/>
      <w:r w:rsidRPr="00C3485B">
        <w:rPr>
          <w:lang w:val="ru-RU"/>
        </w:rPr>
        <w:t xml:space="preserve"> </w:t>
      </w:r>
      <w:proofErr w:type="spellStart"/>
      <w:r w:rsidRPr="00C3485B">
        <w:rPr>
          <w:lang w:val="ru-RU"/>
        </w:rPr>
        <w:t>тиіс</w:t>
      </w:r>
      <w:proofErr w:type="spellEnd"/>
      <w:r w:rsidRPr="00C3485B">
        <w:rPr>
          <w:lang w:val="ru-RU"/>
        </w:rPr>
        <w:t>.</w:t>
      </w:r>
    </w:p>
    <w:p w:rsidR="003A5525" w:rsidRPr="00C3485B" w:rsidRDefault="00C3485B">
      <w:pPr>
        <w:rPr>
          <w:lang w:val="ru-RU"/>
        </w:rPr>
      </w:pPr>
      <w:r w:rsidRPr="00C3485B">
        <w:rPr>
          <w:b/>
          <w:lang w:val="ru-RU"/>
        </w:rPr>
        <w:t xml:space="preserve">Гарантийные обязательства / </w:t>
      </w:r>
      <w:proofErr w:type="spellStart"/>
      <w:r w:rsidRPr="00C3485B">
        <w:rPr>
          <w:b/>
          <w:lang w:val="ru-RU"/>
        </w:rPr>
        <w:t>Кепілдік</w:t>
      </w:r>
      <w:proofErr w:type="spellEnd"/>
      <w:r w:rsidRPr="00C3485B">
        <w:rPr>
          <w:b/>
          <w:lang w:val="ru-RU"/>
        </w:rPr>
        <w:t xml:space="preserve"> </w:t>
      </w:r>
      <w:proofErr w:type="spellStart"/>
      <w:r w:rsidRPr="00C3485B">
        <w:rPr>
          <w:b/>
          <w:lang w:val="ru-RU"/>
        </w:rPr>
        <w:t>міндеттемелері</w:t>
      </w:r>
      <w:proofErr w:type="spellEnd"/>
    </w:p>
    <w:p w:rsidR="003A5525" w:rsidRPr="00C3485B" w:rsidRDefault="00C3485B">
      <w:pPr>
        <w:rPr>
          <w:lang w:val="ru-RU"/>
        </w:rPr>
      </w:pPr>
      <w:r w:rsidRPr="00C3485B">
        <w:rPr>
          <w:lang w:val="ru-RU"/>
        </w:rPr>
        <w:t xml:space="preserve">Гарантия на выполненные работы, материалы и комплектующие — 12 месяцев. В течение гарантийного срока Исполнитель за свой счёт устраняет недостатки, протечки и неисправности, возникшие по его вине. / </w:t>
      </w:r>
      <w:proofErr w:type="spellStart"/>
      <w:r w:rsidRPr="00C3485B">
        <w:rPr>
          <w:lang w:val="ru-RU"/>
        </w:rPr>
        <w:t>Орындалған</w:t>
      </w:r>
      <w:proofErr w:type="spellEnd"/>
      <w:r w:rsidRPr="00C3485B">
        <w:rPr>
          <w:lang w:val="ru-RU"/>
        </w:rPr>
        <w:t xml:space="preserve"> </w:t>
      </w:r>
      <w:proofErr w:type="spellStart"/>
      <w:r w:rsidRPr="00C3485B">
        <w:rPr>
          <w:lang w:val="ru-RU"/>
        </w:rPr>
        <w:t>жұмыстарға</w:t>
      </w:r>
      <w:proofErr w:type="spellEnd"/>
      <w:r w:rsidRPr="00C3485B">
        <w:rPr>
          <w:lang w:val="ru-RU"/>
        </w:rPr>
        <w:t xml:space="preserve">, </w:t>
      </w:r>
      <w:proofErr w:type="spellStart"/>
      <w:r w:rsidRPr="00C3485B">
        <w:rPr>
          <w:lang w:val="ru-RU"/>
        </w:rPr>
        <w:t>материалдар</w:t>
      </w:r>
      <w:proofErr w:type="spellEnd"/>
      <w:r w:rsidRPr="00C3485B">
        <w:rPr>
          <w:lang w:val="ru-RU"/>
        </w:rPr>
        <w:t xml:space="preserve"> мен </w:t>
      </w:r>
      <w:proofErr w:type="spellStart"/>
      <w:r w:rsidRPr="00C3485B">
        <w:rPr>
          <w:lang w:val="ru-RU"/>
        </w:rPr>
        <w:t>жинақтаушы</w:t>
      </w:r>
      <w:proofErr w:type="spellEnd"/>
      <w:r w:rsidRPr="00C3485B">
        <w:rPr>
          <w:lang w:val="ru-RU"/>
        </w:rPr>
        <w:t xml:space="preserve"> </w:t>
      </w:r>
      <w:proofErr w:type="spellStart"/>
      <w:r w:rsidRPr="00C3485B">
        <w:rPr>
          <w:lang w:val="ru-RU"/>
        </w:rPr>
        <w:t>бөлшектерге</w:t>
      </w:r>
      <w:proofErr w:type="spellEnd"/>
      <w:r w:rsidRPr="00C3485B">
        <w:rPr>
          <w:lang w:val="ru-RU"/>
        </w:rPr>
        <w:t xml:space="preserve"> </w:t>
      </w:r>
      <w:proofErr w:type="spellStart"/>
      <w:r w:rsidRPr="00C3485B">
        <w:rPr>
          <w:lang w:val="ru-RU"/>
        </w:rPr>
        <w:t>кепілдік</w:t>
      </w:r>
      <w:proofErr w:type="spellEnd"/>
      <w:r w:rsidRPr="00C3485B">
        <w:rPr>
          <w:lang w:val="ru-RU"/>
        </w:rPr>
        <w:t xml:space="preserve"> </w:t>
      </w:r>
      <w:proofErr w:type="spellStart"/>
      <w:r w:rsidRPr="00C3485B">
        <w:rPr>
          <w:lang w:val="ru-RU"/>
        </w:rPr>
        <w:t>мерзімі</w:t>
      </w:r>
      <w:proofErr w:type="spellEnd"/>
      <w:r w:rsidRPr="00C3485B">
        <w:rPr>
          <w:lang w:val="ru-RU"/>
        </w:rPr>
        <w:t xml:space="preserve"> — 12 ай. </w:t>
      </w:r>
      <w:proofErr w:type="spellStart"/>
      <w:r w:rsidRPr="00C3485B">
        <w:rPr>
          <w:lang w:val="ru-RU"/>
        </w:rPr>
        <w:t>Кепілдік</w:t>
      </w:r>
      <w:proofErr w:type="spellEnd"/>
      <w:r w:rsidRPr="00C3485B">
        <w:rPr>
          <w:lang w:val="ru-RU"/>
        </w:rPr>
        <w:t xml:space="preserve"> </w:t>
      </w:r>
      <w:proofErr w:type="spellStart"/>
      <w:r w:rsidRPr="00C3485B">
        <w:rPr>
          <w:lang w:val="ru-RU"/>
        </w:rPr>
        <w:t>мерзімі</w:t>
      </w:r>
      <w:proofErr w:type="spellEnd"/>
      <w:r w:rsidRPr="00C3485B">
        <w:rPr>
          <w:lang w:val="ru-RU"/>
        </w:rPr>
        <w:t xml:space="preserve"> </w:t>
      </w:r>
      <w:proofErr w:type="spellStart"/>
      <w:r w:rsidRPr="00C3485B">
        <w:rPr>
          <w:lang w:val="ru-RU"/>
        </w:rPr>
        <w:t>ішінде</w:t>
      </w:r>
      <w:proofErr w:type="spellEnd"/>
      <w:r w:rsidRPr="00C3485B">
        <w:rPr>
          <w:lang w:val="ru-RU"/>
        </w:rPr>
        <w:t xml:space="preserve"> </w:t>
      </w:r>
      <w:proofErr w:type="spellStart"/>
      <w:r w:rsidRPr="00C3485B">
        <w:rPr>
          <w:lang w:val="ru-RU"/>
        </w:rPr>
        <w:t>Орындаушы</w:t>
      </w:r>
      <w:proofErr w:type="spellEnd"/>
      <w:r w:rsidRPr="00C3485B">
        <w:rPr>
          <w:lang w:val="ru-RU"/>
        </w:rPr>
        <w:t xml:space="preserve"> </w:t>
      </w:r>
      <w:proofErr w:type="spellStart"/>
      <w:r w:rsidRPr="00C3485B">
        <w:rPr>
          <w:lang w:val="ru-RU"/>
        </w:rPr>
        <w:t>өз</w:t>
      </w:r>
      <w:proofErr w:type="spellEnd"/>
      <w:r w:rsidRPr="00C3485B">
        <w:rPr>
          <w:lang w:val="ru-RU"/>
        </w:rPr>
        <w:t xml:space="preserve"> </w:t>
      </w:r>
      <w:proofErr w:type="spellStart"/>
      <w:r w:rsidRPr="00C3485B">
        <w:rPr>
          <w:lang w:val="ru-RU"/>
        </w:rPr>
        <w:t>есебінен</w:t>
      </w:r>
      <w:proofErr w:type="spellEnd"/>
      <w:r w:rsidRPr="00C3485B">
        <w:rPr>
          <w:lang w:val="ru-RU"/>
        </w:rPr>
        <w:t xml:space="preserve"> </w:t>
      </w:r>
      <w:proofErr w:type="spellStart"/>
      <w:r w:rsidRPr="00C3485B">
        <w:rPr>
          <w:lang w:val="ru-RU"/>
        </w:rPr>
        <w:t>оның</w:t>
      </w:r>
      <w:proofErr w:type="spellEnd"/>
      <w:r w:rsidRPr="00C3485B">
        <w:rPr>
          <w:lang w:val="ru-RU"/>
        </w:rPr>
        <w:t xml:space="preserve"> </w:t>
      </w:r>
      <w:proofErr w:type="spellStart"/>
      <w:r w:rsidRPr="00C3485B">
        <w:rPr>
          <w:lang w:val="ru-RU"/>
        </w:rPr>
        <w:t>кінәсінен</w:t>
      </w:r>
      <w:proofErr w:type="spellEnd"/>
      <w:r w:rsidRPr="00C3485B">
        <w:rPr>
          <w:lang w:val="ru-RU"/>
        </w:rPr>
        <w:t xml:space="preserve"> </w:t>
      </w:r>
      <w:proofErr w:type="spellStart"/>
      <w:r w:rsidRPr="00C3485B">
        <w:rPr>
          <w:lang w:val="ru-RU"/>
        </w:rPr>
        <w:t>туындаған</w:t>
      </w:r>
      <w:proofErr w:type="spellEnd"/>
      <w:r w:rsidRPr="00C3485B">
        <w:rPr>
          <w:lang w:val="ru-RU"/>
        </w:rPr>
        <w:t xml:space="preserve"> </w:t>
      </w:r>
      <w:proofErr w:type="spellStart"/>
      <w:r w:rsidRPr="00C3485B">
        <w:rPr>
          <w:lang w:val="ru-RU"/>
        </w:rPr>
        <w:t>кемшіліктерді</w:t>
      </w:r>
      <w:proofErr w:type="spellEnd"/>
      <w:r w:rsidRPr="00C3485B">
        <w:rPr>
          <w:lang w:val="ru-RU"/>
        </w:rPr>
        <w:t xml:space="preserve">, </w:t>
      </w:r>
      <w:proofErr w:type="spellStart"/>
      <w:r w:rsidRPr="00C3485B">
        <w:rPr>
          <w:lang w:val="ru-RU"/>
        </w:rPr>
        <w:t>ағып</w:t>
      </w:r>
      <w:proofErr w:type="spellEnd"/>
      <w:r w:rsidRPr="00C3485B">
        <w:rPr>
          <w:lang w:val="ru-RU"/>
        </w:rPr>
        <w:t xml:space="preserve"> </w:t>
      </w:r>
      <w:proofErr w:type="spellStart"/>
      <w:r w:rsidRPr="00C3485B">
        <w:rPr>
          <w:lang w:val="ru-RU"/>
        </w:rPr>
        <w:t>кетулерді</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ақауларды</w:t>
      </w:r>
      <w:proofErr w:type="spellEnd"/>
      <w:r w:rsidRPr="00C3485B">
        <w:rPr>
          <w:lang w:val="ru-RU"/>
        </w:rPr>
        <w:t xml:space="preserve"> </w:t>
      </w:r>
      <w:proofErr w:type="spellStart"/>
      <w:r w:rsidRPr="00C3485B">
        <w:rPr>
          <w:lang w:val="ru-RU"/>
        </w:rPr>
        <w:t>жояды</w:t>
      </w:r>
      <w:proofErr w:type="spellEnd"/>
      <w:r w:rsidRPr="00C3485B">
        <w:rPr>
          <w:lang w:val="ru-RU"/>
        </w:rPr>
        <w:t>.</w:t>
      </w:r>
    </w:p>
    <w:p w:rsidR="003A5525" w:rsidRPr="00C3485B" w:rsidRDefault="00C3485B">
      <w:pPr>
        <w:rPr>
          <w:lang w:val="ru-RU"/>
        </w:rPr>
      </w:pPr>
      <w:r w:rsidRPr="00C3485B">
        <w:rPr>
          <w:b/>
          <w:lang w:val="ru-RU"/>
        </w:rPr>
        <w:t xml:space="preserve">Результат работ / </w:t>
      </w:r>
      <w:proofErr w:type="spellStart"/>
      <w:r w:rsidRPr="00C3485B">
        <w:rPr>
          <w:b/>
          <w:lang w:val="ru-RU"/>
        </w:rPr>
        <w:t>Жұмыстардың</w:t>
      </w:r>
      <w:proofErr w:type="spellEnd"/>
      <w:r w:rsidRPr="00C3485B">
        <w:rPr>
          <w:b/>
          <w:lang w:val="ru-RU"/>
        </w:rPr>
        <w:t xml:space="preserve"> </w:t>
      </w:r>
      <w:proofErr w:type="spellStart"/>
      <w:r w:rsidRPr="00C3485B">
        <w:rPr>
          <w:b/>
          <w:lang w:val="ru-RU"/>
        </w:rPr>
        <w:t>нәтижесі</w:t>
      </w:r>
      <w:proofErr w:type="spellEnd"/>
    </w:p>
    <w:p w:rsidR="003A5525" w:rsidRPr="00C3485B" w:rsidRDefault="00C3485B">
      <w:pPr>
        <w:rPr>
          <w:lang w:val="ru-RU"/>
        </w:rPr>
      </w:pPr>
      <w:r w:rsidRPr="00C3485B">
        <w:rPr>
          <w:lang w:val="ru-RU"/>
        </w:rPr>
        <w:t xml:space="preserve">Пожарный водовод должен быть приведён в рабочее состояние с обеспечением подачи воды и штатной работы насоса, шкафа управления, отсечного клапана и запорной арматуры. / </w:t>
      </w:r>
      <w:proofErr w:type="spellStart"/>
      <w:r w:rsidRPr="00C3485B">
        <w:rPr>
          <w:lang w:val="ru-RU"/>
        </w:rPr>
        <w:t>Өртке</w:t>
      </w:r>
      <w:proofErr w:type="spellEnd"/>
      <w:r w:rsidRPr="00C3485B">
        <w:rPr>
          <w:lang w:val="ru-RU"/>
        </w:rPr>
        <w:t xml:space="preserve"> </w:t>
      </w:r>
      <w:proofErr w:type="spellStart"/>
      <w:r w:rsidRPr="00C3485B">
        <w:rPr>
          <w:lang w:val="ru-RU"/>
        </w:rPr>
        <w:t>қарсы</w:t>
      </w:r>
      <w:proofErr w:type="spellEnd"/>
      <w:r w:rsidRPr="00C3485B">
        <w:rPr>
          <w:lang w:val="ru-RU"/>
        </w:rPr>
        <w:t xml:space="preserve"> су </w:t>
      </w:r>
      <w:proofErr w:type="spellStart"/>
      <w:r w:rsidRPr="00C3485B">
        <w:rPr>
          <w:lang w:val="ru-RU"/>
        </w:rPr>
        <w:t>құбыры</w:t>
      </w:r>
      <w:proofErr w:type="spellEnd"/>
      <w:r w:rsidRPr="00C3485B">
        <w:rPr>
          <w:lang w:val="ru-RU"/>
        </w:rPr>
        <w:t xml:space="preserve"> су </w:t>
      </w:r>
      <w:proofErr w:type="spellStart"/>
      <w:r w:rsidRPr="00C3485B">
        <w:rPr>
          <w:lang w:val="ru-RU"/>
        </w:rPr>
        <w:t>беруді</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сорғының</w:t>
      </w:r>
      <w:proofErr w:type="spellEnd"/>
      <w:r w:rsidRPr="00C3485B">
        <w:rPr>
          <w:lang w:val="ru-RU"/>
        </w:rPr>
        <w:t xml:space="preserve">, </w:t>
      </w:r>
      <w:proofErr w:type="spellStart"/>
      <w:r w:rsidRPr="00C3485B">
        <w:rPr>
          <w:lang w:val="ru-RU"/>
        </w:rPr>
        <w:t>басқару</w:t>
      </w:r>
      <w:proofErr w:type="spellEnd"/>
      <w:r w:rsidRPr="00C3485B">
        <w:rPr>
          <w:lang w:val="ru-RU"/>
        </w:rPr>
        <w:t xml:space="preserve"> </w:t>
      </w:r>
      <w:proofErr w:type="spellStart"/>
      <w:r w:rsidRPr="00C3485B">
        <w:rPr>
          <w:lang w:val="ru-RU"/>
        </w:rPr>
        <w:t>шкафының</w:t>
      </w:r>
      <w:proofErr w:type="spellEnd"/>
      <w:r w:rsidRPr="00C3485B">
        <w:rPr>
          <w:lang w:val="ru-RU"/>
        </w:rPr>
        <w:t xml:space="preserve">, </w:t>
      </w:r>
      <w:proofErr w:type="spellStart"/>
      <w:r w:rsidRPr="00C3485B">
        <w:rPr>
          <w:lang w:val="ru-RU"/>
        </w:rPr>
        <w:t>ажыратқыш</w:t>
      </w:r>
      <w:proofErr w:type="spellEnd"/>
      <w:r w:rsidRPr="00C3485B">
        <w:rPr>
          <w:lang w:val="ru-RU"/>
        </w:rPr>
        <w:t xml:space="preserve"> </w:t>
      </w:r>
      <w:proofErr w:type="spellStart"/>
      <w:r w:rsidRPr="00C3485B">
        <w:rPr>
          <w:lang w:val="ru-RU"/>
        </w:rPr>
        <w:t>клапанның</w:t>
      </w:r>
      <w:proofErr w:type="spellEnd"/>
      <w:r w:rsidRPr="00C3485B">
        <w:rPr>
          <w:lang w:val="ru-RU"/>
        </w:rPr>
        <w:t xml:space="preserve"> </w:t>
      </w:r>
      <w:proofErr w:type="spellStart"/>
      <w:r w:rsidRPr="00C3485B">
        <w:rPr>
          <w:lang w:val="ru-RU"/>
        </w:rPr>
        <w:t>және</w:t>
      </w:r>
      <w:proofErr w:type="spellEnd"/>
      <w:r w:rsidRPr="00C3485B">
        <w:rPr>
          <w:lang w:val="ru-RU"/>
        </w:rPr>
        <w:t xml:space="preserve"> </w:t>
      </w:r>
      <w:proofErr w:type="spellStart"/>
      <w:r w:rsidRPr="00C3485B">
        <w:rPr>
          <w:lang w:val="ru-RU"/>
        </w:rPr>
        <w:t>запорлық</w:t>
      </w:r>
      <w:proofErr w:type="spellEnd"/>
      <w:r w:rsidRPr="00C3485B">
        <w:rPr>
          <w:lang w:val="ru-RU"/>
        </w:rPr>
        <w:t xml:space="preserve"> </w:t>
      </w:r>
      <w:proofErr w:type="spellStart"/>
      <w:r w:rsidRPr="00C3485B">
        <w:rPr>
          <w:lang w:val="ru-RU"/>
        </w:rPr>
        <w:t>арматураның</w:t>
      </w:r>
      <w:proofErr w:type="spellEnd"/>
      <w:r w:rsidRPr="00C3485B">
        <w:rPr>
          <w:lang w:val="ru-RU"/>
        </w:rPr>
        <w:t xml:space="preserve"> </w:t>
      </w:r>
      <w:proofErr w:type="spellStart"/>
      <w:r w:rsidRPr="00C3485B">
        <w:rPr>
          <w:lang w:val="ru-RU"/>
        </w:rPr>
        <w:t>қалыпты</w:t>
      </w:r>
      <w:proofErr w:type="spellEnd"/>
      <w:r w:rsidRPr="00C3485B">
        <w:rPr>
          <w:lang w:val="ru-RU"/>
        </w:rPr>
        <w:t xml:space="preserve"> </w:t>
      </w:r>
      <w:proofErr w:type="spellStart"/>
      <w:r w:rsidRPr="00C3485B">
        <w:rPr>
          <w:lang w:val="ru-RU"/>
        </w:rPr>
        <w:t>жұмысын</w:t>
      </w:r>
      <w:proofErr w:type="spellEnd"/>
      <w:r w:rsidRPr="00C3485B">
        <w:rPr>
          <w:lang w:val="ru-RU"/>
        </w:rPr>
        <w:t xml:space="preserve"> </w:t>
      </w:r>
      <w:proofErr w:type="spellStart"/>
      <w:r w:rsidRPr="00C3485B">
        <w:rPr>
          <w:lang w:val="ru-RU"/>
        </w:rPr>
        <w:t>қамтамасыз</w:t>
      </w:r>
      <w:proofErr w:type="spellEnd"/>
      <w:r w:rsidRPr="00C3485B">
        <w:rPr>
          <w:lang w:val="ru-RU"/>
        </w:rPr>
        <w:t xml:space="preserve"> </w:t>
      </w:r>
      <w:proofErr w:type="spellStart"/>
      <w:r w:rsidRPr="00C3485B">
        <w:rPr>
          <w:lang w:val="ru-RU"/>
        </w:rPr>
        <w:t>ете</w:t>
      </w:r>
      <w:proofErr w:type="spellEnd"/>
      <w:r w:rsidRPr="00C3485B">
        <w:rPr>
          <w:lang w:val="ru-RU"/>
        </w:rPr>
        <w:t xml:space="preserve"> </w:t>
      </w:r>
      <w:proofErr w:type="spellStart"/>
      <w:r w:rsidRPr="00C3485B">
        <w:rPr>
          <w:lang w:val="ru-RU"/>
        </w:rPr>
        <w:t>отырып</w:t>
      </w:r>
      <w:proofErr w:type="spellEnd"/>
      <w:r w:rsidRPr="00C3485B">
        <w:rPr>
          <w:lang w:val="ru-RU"/>
        </w:rPr>
        <w:t xml:space="preserve">, </w:t>
      </w:r>
      <w:proofErr w:type="spellStart"/>
      <w:r w:rsidRPr="00C3485B">
        <w:rPr>
          <w:lang w:val="ru-RU"/>
        </w:rPr>
        <w:t>жұмыс</w:t>
      </w:r>
      <w:proofErr w:type="spellEnd"/>
      <w:r w:rsidRPr="00C3485B">
        <w:rPr>
          <w:lang w:val="ru-RU"/>
        </w:rPr>
        <w:t xml:space="preserve"> </w:t>
      </w:r>
      <w:proofErr w:type="spellStart"/>
      <w:r w:rsidRPr="00C3485B">
        <w:rPr>
          <w:lang w:val="ru-RU"/>
        </w:rPr>
        <w:t>жағдайына</w:t>
      </w:r>
      <w:proofErr w:type="spellEnd"/>
      <w:r w:rsidRPr="00C3485B">
        <w:rPr>
          <w:lang w:val="ru-RU"/>
        </w:rPr>
        <w:t xml:space="preserve"> </w:t>
      </w:r>
      <w:proofErr w:type="spellStart"/>
      <w:r w:rsidRPr="00C3485B">
        <w:rPr>
          <w:lang w:val="ru-RU"/>
        </w:rPr>
        <w:t>келтірілуі</w:t>
      </w:r>
      <w:proofErr w:type="spellEnd"/>
      <w:r w:rsidRPr="00C3485B">
        <w:rPr>
          <w:lang w:val="ru-RU"/>
        </w:rPr>
        <w:t xml:space="preserve"> </w:t>
      </w:r>
      <w:proofErr w:type="spellStart"/>
      <w:r w:rsidRPr="00C3485B">
        <w:rPr>
          <w:lang w:val="ru-RU"/>
        </w:rPr>
        <w:t>тиіс</w:t>
      </w:r>
      <w:proofErr w:type="spellEnd"/>
      <w:r w:rsidRPr="00C3485B">
        <w:rPr>
          <w:lang w:val="ru-RU"/>
        </w:rPr>
        <w:t>.</w:t>
      </w:r>
    </w:p>
    <w:p w:rsidR="000468A6" w:rsidRPr="00E00988" w:rsidRDefault="000468A6">
      <w:pPr>
        <w:rPr>
          <w:lang w:val="ru-RU"/>
        </w:rPr>
      </w:pPr>
    </w:p>
    <w:p w:rsidR="000468A6" w:rsidRPr="00E00988" w:rsidRDefault="00E00988">
      <w:pPr>
        <w:rPr>
          <w:lang w:val="ru-RU"/>
        </w:rPr>
      </w:pPr>
      <w:r w:rsidRPr="00E00988">
        <w:rPr>
          <w:b/>
          <w:lang w:val="ru-RU"/>
        </w:rPr>
        <w:t xml:space="preserve">Дополнительное требование к параметрам пожарного водовода / </w:t>
      </w:r>
      <w:proofErr w:type="spellStart"/>
      <w:r w:rsidRPr="00E00988">
        <w:rPr>
          <w:b/>
          <w:lang w:val="ru-RU"/>
        </w:rPr>
        <w:t>Өртке</w:t>
      </w:r>
      <w:proofErr w:type="spellEnd"/>
      <w:r w:rsidRPr="00E00988">
        <w:rPr>
          <w:b/>
          <w:lang w:val="ru-RU"/>
        </w:rPr>
        <w:t xml:space="preserve"> </w:t>
      </w:r>
      <w:proofErr w:type="spellStart"/>
      <w:r w:rsidRPr="00E00988">
        <w:rPr>
          <w:b/>
          <w:lang w:val="ru-RU"/>
        </w:rPr>
        <w:t>қарсы</w:t>
      </w:r>
      <w:proofErr w:type="spellEnd"/>
      <w:r w:rsidRPr="00E00988">
        <w:rPr>
          <w:b/>
          <w:lang w:val="ru-RU"/>
        </w:rPr>
        <w:t xml:space="preserve"> су </w:t>
      </w:r>
      <w:proofErr w:type="spellStart"/>
      <w:r w:rsidRPr="00E00988">
        <w:rPr>
          <w:b/>
          <w:lang w:val="ru-RU"/>
        </w:rPr>
        <w:t>құбырының</w:t>
      </w:r>
      <w:proofErr w:type="spellEnd"/>
      <w:r w:rsidRPr="00E00988">
        <w:rPr>
          <w:b/>
          <w:lang w:val="ru-RU"/>
        </w:rPr>
        <w:t xml:space="preserve"> </w:t>
      </w:r>
      <w:proofErr w:type="spellStart"/>
      <w:r w:rsidRPr="00E00988">
        <w:rPr>
          <w:b/>
          <w:lang w:val="ru-RU"/>
        </w:rPr>
        <w:t>параметрлеріне</w:t>
      </w:r>
      <w:proofErr w:type="spellEnd"/>
      <w:r w:rsidRPr="00E00988">
        <w:rPr>
          <w:b/>
          <w:lang w:val="ru-RU"/>
        </w:rPr>
        <w:t xml:space="preserve"> </w:t>
      </w:r>
      <w:proofErr w:type="spellStart"/>
      <w:r w:rsidRPr="00E00988">
        <w:rPr>
          <w:b/>
          <w:lang w:val="ru-RU"/>
        </w:rPr>
        <w:t>қосымша</w:t>
      </w:r>
      <w:proofErr w:type="spellEnd"/>
      <w:r w:rsidRPr="00E00988">
        <w:rPr>
          <w:b/>
          <w:lang w:val="ru-RU"/>
        </w:rPr>
        <w:t xml:space="preserve"> </w:t>
      </w:r>
      <w:proofErr w:type="spellStart"/>
      <w:r w:rsidRPr="00E00988">
        <w:rPr>
          <w:b/>
          <w:lang w:val="ru-RU"/>
        </w:rPr>
        <w:t>талап</w:t>
      </w:r>
      <w:proofErr w:type="spellEnd"/>
    </w:p>
    <w:p w:rsidR="000468A6" w:rsidRPr="00E00988" w:rsidRDefault="00E00988">
      <w:pPr>
        <w:rPr>
          <w:lang w:val="ru-RU"/>
        </w:rPr>
      </w:pPr>
      <w:r w:rsidRPr="00E00988">
        <w:rPr>
          <w:lang w:val="ru-RU"/>
        </w:rPr>
        <w:t>У наиболее удалённого (диктующе</w:t>
      </w:r>
      <w:r w:rsidRPr="00E00988">
        <w:rPr>
          <w:lang w:val="ru-RU"/>
        </w:rPr>
        <w:t xml:space="preserve">го) пожарного крана Исполнитель обязан обеспечить нормативные параметры внутреннего противопожарного водопровода: требуемый расход воды, давление и высоту компактной </w:t>
      </w:r>
      <w:proofErr w:type="gramStart"/>
      <w:r w:rsidRPr="00E00988">
        <w:rPr>
          <w:lang w:val="ru-RU"/>
        </w:rPr>
        <w:t>струи .</w:t>
      </w:r>
      <w:proofErr w:type="gramEnd"/>
      <w:r w:rsidRPr="00E00988">
        <w:rPr>
          <w:lang w:val="ru-RU"/>
        </w:rPr>
        <w:t xml:space="preserve"> Фактические параметры должны быть подтверждены испытанием системы с оформлением пр</w:t>
      </w:r>
      <w:r w:rsidRPr="00E00988">
        <w:rPr>
          <w:lang w:val="ru-RU"/>
        </w:rPr>
        <w:t>отокола. При этом давление должно быть не менее расчётного значения, необходимого для обеспечения требуемой водоотдачи и высоты компактной струи.</w:t>
      </w:r>
    </w:p>
    <w:p w:rsidR="000468A6" w:rsidRDefault="00E00988">
      <w:proofErr w:type="spellStart"/>
      <w:r>
        <w:t>Ең</w:t>
      </w:r>
      <w:proofErr w:type="spellEnd"/>
      <w:r>
        <w:t xml:space="preserve"> </w:t>
      </w:r>
      <w:proofErr w:type="spellStart"/>
      <w:r>
        <w:t>қашықтағы</w:t>
      </w:r>
      <w:proofErr w:type="spellEnd"/>
      <w:r>
        <w:t xml:space="preserve"> (</w:t>
      </w:r>
      <w:proofErr w:type="spellStart"/>
      <w:r>
        <w:t>диктанттаушы</w:t>
      </w:r>
      <w:proofErr w:type="spellEnd"/>
      <w:r>
        <w:t xml:space="preserve">) </w:t>
      </w:r>
      <w:proofErr w:type="spellStart"/>
      <w:r>
        <w:t>өрт</w:t>
      </w:r>
      <w:proofErr w:type="spellEnd"/>
      <w:r>
        <w:t xml:space="preserve"> кранында Орындаушы ішкі өртке қарсы су құбырының нормативтік параметрлерін: қа</w:t>
      </w:r>
      <w:r>
        <w:t>жетті су шығынын, қысымды және жинақы ағынның биіктігін қамтамасыз етуге міндетті. Нақты параметрлер жүйені сынау және тиісті хаттама рәсімдеу арқылы расталуы тиіс. Бұл ретте қысым қажетті су беру мөлшері мен жинақы ағынның биіктігін қамтамасыз ету үшін қа</w:t>
      </w:r>
      <w:r>
        <w:t>жетті есептік мәннен төмен болмауы тиіс.</w:t>
      </w:r>
    </w:p>
    <w:p w:rsidR="000468A6" w:rsidRPr="00E00988" w:rsidRDefault="00E00988">
      <w:pPr>
        <w:rPr>
          <w:lang w:val="ru-RU"/>
        </w:rPr>
      </w:pPr>
      <w:r w:rsidRPr="00E00988">
        <w:rPr>
          <w:b/>
          <w:lang w:val="ru-RU"/>
        </w:rPr>
        <w:t xml:space="preserve">Требования по безопасности / </w:t>
      </w:r>
      <w:proofErr w:type="spellStart"/>
      <w:r w:rsidRPr="00E00988">
        <w:rPr>
          <w:b/>
          <w:lang w:val="ru-RU"/>
        </w:rPr>
        <w:t>Қауіпсіздік</w:t>
      </w:r>
      <w:proofErr w:type="spellEnd"/>
      <w:r w:rsidRPr="00E00988">
        <w:rPr>
          <w:b/>
          <w:lang w:val="ru-RU"/>
        </w:rPr>
        <w:t xml:space="preserve"> </w:t>
      </w:r>
      <w:proofErr w:type="spellStart"/>
      <w:r w:rsidRPr="00E00988">
        <w:rPr>
          <w:b/>
          <w:lang w:val="ru-RU"/>
        </w:rPr>
        <w:t>талаптары</w:t>
      </w:r>
      <w:proofErr w:type="spellEnd"/>
    </w:p>
    <w:p w:rsidR="000468A6" w:rsidRPr="00E00988" w:rsidRDefault="00E00988">
      <w:pPr>
        <w:rPr>
          <w:lang w:val="ru-RU"/>
        </w:rPr>
      </w:pPr>
      <w:r w:rsidRPr="00E00988">
        <w:rPr>
          <w:lang w:val="ru-RU"/>
        </w:rPr>
        <w:t>При выполнении работ Исполнитель обязан соблюдать правила техники безопасности, требования охраны труда и пожарной безопасности, обеспечить безопасные условия прове</w:t>
      </w:r>
      <w:r w:rsidRPr="00E00988">
        <w:rPr>
          <w:lang w:val="ru-RU"/>
        </w:rPr>
        <w:t>дения работ для работников и окружающих.</w:t>
      </w:r>
    </w:p>
    <w:p w:rsidR="000468A6" w:rsidRPr="00E00988" w:rsidRDefault="00E00988">
      <w:pPr>
        <w:rPr>
          <w:lang w:val="ru-RU"/>
        </w:rPr>
      </w:pPr>
      <w:proofErr w:type="spellStart"/>
      <w:r w:rsidRPr="00E00988">
        <w:rPr>
          <w:lang w:val="ru-RU"/>
        </w:rPr>
        <w:t>Жұмыстарды</w:t>
      </w:r>
      <w:proofErr w:type="spellEnd"/>
      <w:r w:rsidRPr="00E00988">
        <w:rPr>
          <w:lang w:val="ru-RU"/>
        </w:rPr>
        <w:t xml:space="preserve"> </w:t>
      </w:r>
      <w:proofErr w:type="spellStart"/>
      <w:r w:rsidRPr="00E00988">
        <w:rPr>
          <w:lang w:val="ru-RU"/>
        </w:rPr>
        <w:t>орындау</w:t>
      </w:r>
      <w:proofErr w:type="spellEnd"/>
      <w:r w:rsidRPr="00E00988">
        <w:rPr>
          <w:lang w:val="ru-RU"/>
        </w:rPr>
        <w:t xml:space="preserve"> </w:t>
      </w:r>
      <w:proofErr w:type="spellStart"/>
      <w:r w:rsidRPr="00E00988">
        <w:rPr>
          <w:lang w:val="ru-RU"/>
        </w:rPr>
        <w:t>кезінде</w:t>
      </w:r>
      <w:proofErr w:type="spellEnd"/>
      <w:r w:rsidRPr="00E00988">
        <w:rPr>
          <w:lang w:val="ru-RU"/>
        </w:rPr>
        <w:t xml:space="preserve"> </w:t>
      </w:r>
      <w:proofErr w:type="spellStart"/>
      <w:r w:rsidRPr="00E00988">
        <w:rPr>
          <w:lang w:val="ru-RU"/>
        </w:rPr>
        <w:t>Орындаушы</w:t>
      </w:r>
      <w:proofErr w:type="spellEnd"/>
      <w:r w:rsidRPr="00E00988">
        <w:rPr>
          <w:lang w:val="ru-RU"/>
        </w:rPr>
        <w:t xml:space="preserve"> </w:t>
      </w:r>
      <w:proofErr w:type="spellStart"/>
      <w:r w:rsidRPr="00E00988">
        <w:rPr>
          <w:lang w:val="ru-RU"/>
        </w:rPr>
        <w:t>қауіпсіздік</w:t>
      </w:r>
      <w:proofErr w:type="spellEnd"/>
      <w:r w:rsidRPr="00E00988">
        <w:rPr>
          <w:lang w:val="ru-RU"/>
        </w:rPr>
        <w:t xml:space="preserve"> </w:t>
      </w:r>
      <w:proofErr w:type="spellStart"/>
      <w:r w:rsidRPr="00E00988">
        <w:rPr>
          <w:lang w:val="ru-RU"/>
        </w:rPr>
        <w:t>техникасы</w:t>
      </w:r>
      <w:proofErr w:type="spellEnd"/>
      <w:r w:rsidRPr="00E00988">
        <w:rPr>
          <w:lang w:val="ru-RU"/>
        </w:rPr>
        <w:t xml:space="preserve"> </w:t>
      </w:r>
      <w:proofErr w:type="spellStart"/>
      <w:r w:rsidRPr="00E00988">
        <w:rPr>
          <w:lang w:val="ru-RU"/>
        </w:rPr>
        <w:t>қағидаларын</w:t>
      </w:r>
      <w:proofErr w:type="spellEnd"/>
      <w:r w:rsidRPr="00E00988">
        <w:rPr>
          <w:lang w:val="ru-RU"/>
        </w:rPr>
        <w:t xml:space="preserve">, </w:t>
      </w:r>
      <w:proofErr w:type="spellStart"/>
      <w:r w:rsidRPr="00E00988">
        <w:rPr>
          <w:lang w:val="ru-RU"/>
        </w:rPr>
        <w:t>еңбекті</w:t>
      </w:r>
      <w:proofErr w:type="spellEnd"/>
      <w:r w:rsidRPr="00E00988">
        <w:rPr>
          <w:lang w:val="ru-RU"/>
        </w:rPr>
        <w:t xml:space="preserve"> </w:t>
      </w:r>
      <w:proofErr w:type="spellStart"/>
      <w:r w:rsidRPr="00E00988">
        <w:rPr>
          <w:lang w:val="ru-RU"/>
        </w:rPr>
        <w:t>қорғау</w:t>
      </w:r>
      <w:proofErr w:type="spellEnd"/>
      <w:r w:rsidRPr="00E00988">
        <w:rPr>
          <w:lang w:val="ru-RU"/>
        </w:rPr>
        <w:t xml:space="preserve"> </w:t>
      </w:r>
      <w:proofErr w:type="spellStart"/>
      <w:r w:rsidRPr="00E00988">
        <w:rPr>
          <w:lang w:val="ru-RU"/>
        </w:rPr>
        <w:t>және</w:t>
      </w:r>
      <w:proofErr w:type="spellEnd"/>
      <w:r w:rsidRPr="00E00988">
        <w:rPr>
          <w:lang w:val="ru-RU"/>
        </w:rPr>
        <w:t xml:space="preserve"> </w:t>
      </w:r>
      <w:proofErr w:type="spellStart"/>
      <w:r w:rsidRPr="00E00988">
        <w:rPr>
          <w:lang w:val="ru-RU"/>
        </w:rPr>
        <w:t>өрт</w:t>
      </w:r>
      <w:proofErr w:type="spellEnd"/>
      <w:r w:rsidRPr="00E00988">
        <w:rPr>
          <w:lang w:val="ru-RU"/>
        </w:rPr>
        <w:t xml:space="preserve"> </w:t>
      </w:r>
      <w:proofErr w:type="spellStart"/>
      <w:r w:rsidRPr="00E00988">
        <w:rPr>
          <w:lang w:val="ru-RU"/>
        </w:rPr>
        <w:t>қауіпсіздігі</w:t>
      </w:r>
      <w:proofErr w:type="spellEnd"/>
      <w:r w:rsidRPr="00E00988">
        <w:rPr>
          <w:lang w:val="ru-RU"/>
        </w:rPr>
        <w:t xml:space="preserve"> </w:t>
      </w:r>
      <w:proofErr w:type="spellStart"/>
      <w:r w:rsidRPr="00E00988">
        <w:rPr>
          <w:lang w:val="ru-RU"/>
        </w:rPr>
        <w:t>талаптарын</w:t>
      </w:r>
      <w:proofErr w:type="spellEnd"/>
      <w:r w:rsidRPr="00E00988">
        <w:rPr>
          <w:lang w:val="ru-RU"/>
        </w:rPr>
        <w:t xml:space="preserve"> </w:t>
      </w:r>
      <w:proofErr w:type="spellStart"/>
      <w:r w:rsidRPr="00E00988">
        <w:rPr>
          <w:lang w:val="ru-RU"/>
        </w:rPr>
        <w:t>сақтауға</w:t>
      </w:r>
      <w:proofErr w:type="spellEnd"/>
      <w:r w:rsidRPr="00E00988">
        <w:rPr>
          <w:lang w:val="ru-RU"/>
        </w:rPr>
        <w:t xml:space="preserve">, </w:t>
      </w:r>
      <w:proofErr w:type="spellStart"/>
      <w:r w:rsidRPr="00E00988">
        <w:rPr>
          <w:lang w:val="ru-RU"/>
        </w:rPr>
        <w:t>қызметкерлер</w:t>
      </w:r>
      <w:proofErr w:type="spellEnd"/>
      <w:r w:rsidRPr="00E00988">
        <w:rPr>
          <w:lang w:val="ru-RU"/>
        </w:rPr>
        <w:t xml:space="preserve"> мен </w:t>
      </w:r>
      <w:proofErr w:type="spellStart"/>
      <w:r w:rsidRPr="00E00988">
        <w:rPr>
          <w:lang w:val="ru-RU"/>
        </w:rPr>
        <w:t>айналадағы</w:t>
      </w:r>
      <w:proofErr w:type="spellEnd"/>
      <w:r w:rsidRPr="00E00988">
        <w:rPr>
          <w:lang w:val="ru-RU"/>
        </w:rPr>
        <w:t xml:space="preserve"> </w:t>
      </w:r>
      <w:proofErr w:type="spellStart"/>
      <w:r w:rsidRPr="00E00988">
        <w:rPr>
          <w:lang w:val="ru-RU"/>
        </w:rPr>
        <w:t>адамдар</w:t>
      </w:r>
      <w:proofErr w:type="spellEnd"/>
      <w:r w:rsidRPr="00E00988">
        <w:rPr>
          <w:lang w:val="ru-RU"/>
        </w:rPr>
        <w:t xml:space="preserve"> </w:t>
      </w:r>
      <w:proofErr w:type="spellStart"/>
      <w:r w:rsidRPr="00E00988">
        <w:rPr>
          <w:lang w:val="ru-RU"/>
        </w:rPr>
        <w:t>үшін</w:t>
      </w:r>
      <w:proofErr w:type="spellEnd"/>
      <w:r w:rsidRPr="00E00988">
        <w:rPr>
          <w:lang w:val="ru-RU"/>
        </w:rPr>
        <w:t xml:space="preserve"> </w:t>
      </w:r>
      <w:proofErr w:type="spellStart"/>
      <w:r w:rsidRPr="00E00988">
        <w:rPr>
          <w:lang w:val="ru-RU"/>
        </w:rPr>
        <w:t>жұмыстарды</w:t>
      </w:r>
      <w:proofErr w:type="spellEnd"/>
      <w:r w:rsidRPr="00E00988">
        <w:rPr>
          <w:lang w:val="ru-RU"/>
        </w:rPr>
        <w:t xml:space="preserve"> </w:t>
      </w:r>
      <w:proofErr w:type="spellStart"/>
      <w:r w:rsidRPr="00E00988">
        <w:rPr>
          <w:lang w:val="ru-RU"/>
        </w:rPr>
        <w:t>қауіпсіз</w:t>
      </w:r>
      <w:proofErr w:type="spellEnd"/>
      <w:r w:rsidRPr="00E00988">
        <w:rPr>
          <w:lang w:val="ru-RU"/>
        </w:rPr>
        <w:t xml:space="preserve"> </w:t>
      </w:r>
      <w:proofErr w:type="spellStart"/>
      <w:r w:rsidRPr="00E00988">
        <w:rPr>
          <w:lang w:val="ru-RU"/>
        </w:rPr>
        <w:t>орындау</w:t>
      </w:r>
      <w:proofErr w:type="spellEnd"/>
      <w:r w:rsidRPr="00E00988">
        <w:rPr>
          <w:lang w:val="ru-RU"/>
        </w:rPr>
        <w:t xml:space="preserve"> </w:t>
      </w:r>
      <w:proofErr w:type="spellStart"/>
      <w:r w:rsidRPr="00E00988">
        <w:rPr>
          <w:lang w:val="ru-RU"/>
        </w:rPr>
        <w:t>жағдайларын</w:t>
      </w:r>
      <w:proofErr w:type="spellEnd"/>
      <w:r w:rsidRPr="00E00988">
        <w:rPr>
          <w:lang w:val="ru-RU"/>
        </w:rPr>
        <w:t xml:space="preserve"> </w:t>
      </w:r>
      <w:proofErr w:type="spellStart"/>
      <w:r w:rsidRPr="00E00988">
        <w:rPr>
          <w:lang w:val="ru-RU"/>
        </w:rPr>
        <w:t>қамт</w:t>
      </w:r>
      <w:r w:rsidRPr="00E00988">
        <w:rPr>
          <w:lang w:val="ru-RU"/>
        </w:rPr>
        <w:t>амасыз</w:t>
      </w:r>
      <w:proofErr w:type="spellEnd"/>
      <w:r w:rsidRPr="00E00988">
        <w:rPr>
          <w:lang w:val="ru-RU"/>
        </w:rPr>
        <w:t xml:space="preserve"> </w:t>
      </w:r>
      <w:proofErr w:type="spellStart"/>
      <w:r w:rsidRPr="00E00988">
        <w:rPr>
          <w:lang w:val="ru-RU"/>
        </w:rPr>
        <w:t>етуге</w:t>
      </w:r>
      <w:proofErr w:type="spellEnd"/>
      <w:r w:rsidRPr="00E00988">
        <w:rPr>
          <w:lang w:val="ru-RU"/>
        </w:rPr>
        <w:t xml:space="preserve"> </w:t>
      </w:r>
      <w:proofErr w:type="spellStart"/>
      <w:r w:rsidRPr="00E00988">
        <w:rPr>
          <w:lang w:val="ru-RU"/>
        </w:rPr>
        <w:t>міндетті</w:t>
      </w:r>
      <w:proofErr w:type="spellEnd"/>
      <w:r w:rsidRPr="00E00988">
        <w:rPr>
          <w:lang w:val="ru-RU"/>
        </w:rPr>
        <w:t>.</w:t>
      </w:r>
    </w:p>
    <w:p w:rsidR="000468A6" w:rsidRPr="00E00988" w:rsidRDefault="00E00988">
      <w:pPr>
        <w:rPr>
          <w:lang w:val="ru-RU"/>
        </w:rPr>
      </w:pPr>
      <w:r w:rsidRPr="00E00988">
        <w:rPr>
          <w:lang w:val="ru-RU"/>
        </w:rPr>
        <w:t>Работы выполнить в соответствии с действующими нормативными правовыми актами, правилами, нормами и требованиями Республики Казахстан</w:t>
      </w:r>
      <w:r>
        <w:rPr>
          <w:lang w:val="ru-RU"/>
        </w:rPr>
        <w:t xml:space="preserve"> (СН РК 4.01-01-2011СН РК 4.01-01-201)</w:t>
      </w:r>
      <w:r w:rsidRPr="00E00988">
        <w:rPr>
          <w:lang w:val="ru-RU"/>
        </w:rPr>
        <w:t>, регулирующими выполнение работ по внутреннему противопожарному водоснабжению, пожарной безопасности</w:t>
      </w:r>
      <w:r w:rsidRPr="00E00988">
        <w:rPr>
          <w:lang w:val="ru-RU"/>
        </w:rPr>
        <w:t xml:space="preserve"> и охране труда.</w:t>
      </w:r>
    </w:p>
    <w:p w:rsidR="000468A6" w:rsidRDefault="00E00988">
      <w:proofErr w:type="spellStart"/>
      <w:r>
        <w:lastRenderedPageBreak/>
        <w:t>Жұмыстарды</w:t>
      </w:r>
      <w:proofErr w:type="spellEnd"/>
      <w:r>
        <w:t xml:space="preserve"> </w:t>
      </w:r>
      <w:proofErr w:type="spellStart"/>
      <w:r>
        <w:t>Қазақстан</w:t>
      </w:r>
      <w:proofErr w:type="spellEnd"/>
      <w:r>
        <w:t xml:space="preserve"> </w:t>
      </w:r>
      <w:proofErr w:type="spellStart"/>
      <w:r>
        <w:t>Республикасында</w:t>
      </w:r>
      <w:proofErr w:type="spellEnd"/>
      <w:r>
        <w:t xml:space="preserve"> </w:t>
      </w:r>
      <w:proofErr w:type="spellStart"/>
      <w:r>
        <w:t>ішкі</w:t>
      </w:r>
      <w:proofErr w:type="spellEnd"/>
      <w:r>
        <w:t xml:space="preserve"> </w:t>
      </w:r>
      <w:proofErr w:type="spellStart"/>
      <w:r>
        <w:t>өртке</w:t>
      </w:r>
      <w:proofErr w:type="spellEnd"/>
      <w:r>
        <w:t xml:space="preserve"> </w:t>
      </w:r>
      <w:proofErr w:type="spellStart"/>
      <w:r>
        <w:t>қарсы</w:t>
      </w:r>
      <w:proofErr w:type="spellEnd"/>
      <w:r>
        <w:t xml:space="preserve"> </w:t>
      </w:r>
      <w:proofErr w:type="spellStart"/>
      <w:r>
        <w:t>сумен</w:t>
      </w:r>
      <w:proofErr w:type="spellEnd"/>
      <w:r>
        <w:t xml:space="preserve"> </w:t>
      </w:r>
      <w:proofErr w:type="spellStart"/>
      <w:r>
        <w:t>жабдықтау</w:t>
      </w:r>
      <w:proofErr w:type="spellEnd"/>
      <w:r>
        <w:rPr>
          <w:lang w:val="ru-RU"/>
        </w:rPr>
        <w:t>(СН РК 4.01-01-2011СН РК 4.01-01-201)</w:t>
      </w:r>
      <w:bookmarkStart w:id="0" w:name="_GoBack"/>
      <w:bookmarkEnd w:id="0"/>
      <w:r>
        <w:t>, өрт қауіпсіздігі және еңбекті қорғау саласындағы жұмыстарды орындауды реттейтін қолданыстағы нормативтік құқықтық актілерге, қағидаларға, нормалар мен талаптарға сәйкес</w:t>
      </w:r>
      <w:r>
        <w:t xml:space="preserve"> орындау.</w:t>
      </w:r>
    </w:p>
    <w:sectPr w:rsidR="000468A6" w:rsidSect="00034616">
      <w:pgSz w:w="12240" w:h="15840"/>
      <w:pgMar w:top="1020" w:right="850"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468A6"/>
    <w:rsid w:val="0006063C"/>
    <w:rsid w:val="0015074B"/>
    <w:rsid w:val="0029639D"/>
    <w:rsid w:val="00326F90"/>
    <w:rsid w:val="003A5525"/>
    <w:rsid w:val="00AA1D8D"/>
    <w:rsid w:val="00B47730"/>
    <w:rsid w:val="00C3485B"/>
    <w:rsid w:val="00CB0664"/>
    <w:rsid w:val="00E0098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7C9E3E"/>
  <w14:defaultImageDpi w14:val="300"/>
  <w15:docId w15:val="{9258B1C1-F0D8-480D-801C-3CA94325D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rPr>
      <w:rFonts w:ascii="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49B458-B7DD-4611-ACD4-83106493B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1233</Words>
  <Characters>7033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8250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Сауле</cp:lastModifiedBy>
  <cp:revision>3</cp:revision>
  <dcterms:created xsi:type="dcterms:W3CDTF">2013-12-23T23:15:00Z</dcterms:created>
  <dcterms:modified xsi:type="dcterms:W3CDTF">2026-09-26T13:45:00Z</dcterms:modified>
  <cp:category/>
</cp:coreProperties>
</file>