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6F8FF3" w14:textId="77777777" w:rsidR="000A6E63" w:rsidRPr="00BA50CF" w:rsidRDefault="00C81874" w:rsidP="00010AD4">
      <w:pPr>
        <w:spacing w:after="0"/>
        <w:jc w:val="center"/>
        <w:rPr>
          <w:lang w:val="ru-RU"/>
        </w:rPr>
      </w:pPr>
      <w:r w:rsidRPr="00BA50CF">
        <w:rPr>
          <w:b/>
          <w:sz w:val="28"/>
          <w:lang w:val="ru-RU"/>
        </w:rPr>
        <w:t>ТЕХНИЧЕСКАЯ СПЕЦИФИКАЦИЯ</w:t>
      </w:r>
    </w:p>
    <w:p w14:paraId="2AF236F8" w14:textId="5E4B4263" w:rsidR="000A6E63" w:rsidRPr="00BA50CF" w:rsidRDefault="00C81874" w:rsidP="00010AD4">
      <w:pPr>
        <w:spacing w:after="0"/>
        <w:jc w:val="center"/>
        <w:rPr>
          <w:lang w:val="ru-RU"/>
        </w:rPr>
      </w:pPr>
      <w:r w:rsidRPr="00BA50CF">
        <w:rPr>
          <w:b/>
          <w:lang w:val="ru-RU"/>
        </w:rPr>
        <w:t xml:space="preserve">на выполнение работ по проведению и монтажу локальной сети Интернет в </w:t>
      </w:r>
      <w:r w:rsidR="003131E6">
        <w:rPr>
          <w:b/>
          <w:lang w:val="ru-RU"/>
        </w:rPr>
        <w:t>КГУ «</w:t>
      </w:r>
      <w:proofErr w:type="spellStart"/>
      <w:r w:rsidR="003131E6">
        <w:rPr>
          <w:b/>
          <w:lang w:val="ru-RU"/>
        </w:rPr>
        <w:t>Кокшетауский</w:t>
      </w:r>
      <w:proofErr w:type="spellEnd"/>
      <w:r w:rsidR="003131E6">
        <w:rPr>
          <w:b/>
          <w:lang w:val="ru-RU"/>
        </w:rPr>
        <w:t xml:space="preserve"> городской центр социальной адаптации» отдела занятости и социальных программ города Кокшетау</w:t>
      </w:r>
    </w:p>
    <w:p w14:paraId="29338BD5" w14:textId="77777777" w:rsidR="000A6E63" w:rsidRPr="00BA50CF" w:rsidRDefault="00C81874" w:rsidP="00010AD4">
      <w:pPr>
        <w:spacing w:after="0"/>
        <w:rPr>
          <w:lang w:val="ru-RU"/>
        </w:rPr>
      </w:pPr>
      <w:r w:rsidRPr="00BA50CF">
        <w:rPr>
          <w:b/>
          <w:lang w:val="ru-RU"/>
        </w:rPr>
        <w:t>1. Общие положения</w:t>
      </w:r>
    </w:p>
    <w:p w14:paraId="50BAC165" w14:textId="77777777" w:rsidR="003131E6" w:rsidRPr="003131E6" w:rsidRDefault="00C81874" w:rsidP="00010AD4">
      <w:pPr>
        <w:spacing w:after="0"/>
        <w:rPr>
          <w:bCs/>
          <w:lang w:val="ru-RU"/>
        </w:rPr>
      </w:pPr>
      <w:r w:rsidRPr="00BA50CF">
        <w:rPr>
          <w:lang w:val="ru-RU"/>
        </w:rPr>
        <w:t>Наименование работ: выполнение работ по проведению, прокладке и монтажу локальной сети Интернет на 1-м этаж</w:t>
      </w:r>
      <w:r w:rsidR="003131E6">
        <w:rPr>
          <w:lang w:val="ru-RU"/>
        </w:rPr>
        <w:t xml:space="preserve">е </w:t>
      </w:r>
      <w:r w:rsidR="003131E6" w:rsidRPr="003131E6">
        <w:rPr>
          <w:bCs/>
          <w:lang w:val="ru-RU"/>
        </w:rPr>
        <w:t>в КГУ «</w:t>
      </w:r>
      <w:proofErr w:type="spellStart"/>
      <w:r w:rsidR="003131E6" w:rsidRPr="003131E6">
        <w:rPr>
          <w:bCs/>
          <w:lang w:val="ru-RU"/>
        </w:rPr>
        <w:t>Кокшетауский</w:t>
      </w:r>
      <w:proofErr w:type="spellEnd"/>
      <w:r w:rsidR="003131E6" w:rsidRPr="003131E6">
        <w:rPr>
          <w:bCs/>
          <w:lang w:val="ru-RU"/>
        </w:rPr>
        <w:t xml:space="preserve"> городской центр социальной адаптации» отдела занятости и социальных программ города Кокшетау</w:t>
      </w:r>
    </w:p>
    <w:p w14:paraId="37191EC8" w14:textId="647574E6" w:rsidR="000A6E63" w:rsidRPr="00BA50CF" w:rsidRDefault="00C81874" w:rsidP="00010AD4">
      <w:pPr>
        <w:spacing w:after="0"/>
        <w:ind w:firstLine="709"/>
        <w:rPr>
          <w:lang w:val="ru-RU"/>
        </w:rPr>
      </w:pPr>
      <w:r w:rsidRPr="00BA50CF">
        <w:rPr>
          <w:lang w:val="ru-RU"/>
        </w:rPr>
        <w:t>Место выполнения работ:</w:t>
      </w:r>
      <w:r w:rsidR="00BA50CF">
        <w:rPr>
          <w:lang w:val="ru-RU"/>
        </w:rPr>
        <w:t xml:space="preserve"> </w:t>
      </w:r>
      <w:proofErr w:type="spellStart"/>
      <w:r w:rsidR="00BA50CF">
        <w:rPr>
          <w:lang w:val="ru-RU"/>
        </w:rPr>
        <w:t>г.</w:t>
      </w:r>
      <w:r w:rsidR="003131E6">
        <w:rPr>
          <w:lang w:val="ru-RU"/>
        </w:rPr>
        <w:t>Кокшетау</w:t>
      </w:r>
      <w:proofErr w:type="spellEnd"/>
      <w:r w:rsidR="00BA50CF">
        <w:rPr>
          <w:lang w:val="ru-RU"/>
        </w:rPr>
        <w:t xml:space="preserve">, улица </w:t>
      </w:r>
      <w:proofErr w:type="spellStart"/>
      <w:r w:rsidR="003131E6">
        <w:rPr>
          <w:lang w:val="ru-RU"/>
        </w:rPr>
        <w:t>Саина</w:t>
      </w:r>
      <w:proofErr w:type="spellEnd"/>
      <w:r w:rsidR="003131E6">
        <w:rPr>
          <w:lang w:val="ru-RU"/>
        </w:rPr>
        <w:t xml:space="preserve"> 28/1</w:t>
      </w:r>
      <w:r w:rsidRPr="00BA50CF">
        <w:rPr>
          <w:lang w:val="ru-RU"/>
        </w:rPr>
        <w:t>.</w:t>
      </w:r>
    </w:p>
    <w:p w14:paraId="03AA7DF8" w14:textId="0635D8C9" w:rsidR="000A6E63" w:rsidRPr="00BA50CF" w:rsidRDefault="00C81874" w:rsidP="00010AD4">
      <w:pPr>
        <w:spacing w:after="0"/>
        <w:ind w:firstLine="709"/>
        <w:rPr>
          <w:lang w:val="ru-RU"/>
        </w:rPr>
      </w:pPr>
      <w:r w:rsidRPr="00BA50CF">
        <w:rPr>
          <w:lang w:val="ru-RU"/>
        </w:rPr>
        <w:t>Работы выполнить в соответствии с настоящей технической спецификацией</w:t>
      </w:r>
      <w:r w:rsidR="003131E6">
        <w:rPr>
          <w:lang w:val="ru-RU"/>
        </w:rPr>
        <w:t>.</w:t>
      </w:r>
    </w:p>
    <w:p w14:paraId="637E3205" w14:textId="1CE51ED8" w:rsidR="000A6E63" w:rsidRPr="00BA50CF" w:rsidRDefault="00C81874" w:rsidP="00010AD4">
      <w:pPr>
        <w:spacing w:after="0"/>
        <w:rPr>
          <w:lang w:val="ru-RU"/>
        </w:rPr>
      </w:pPr>
      <w:r w:rsidRPr="00BA50CF">
        <w:rPr>
          <w:b/>
          <w:lang w:val="ru-RU"/>
        </w:rPr>
        <w:t>2.</w:t>
      </w:r>
      <w:r w:rsidR="00BA50CF" w:rsidRPr="00BA50CF">
        <w:rPr>
          <w:b/>
          <w:lang w:val="ru-RU"/>
        </w:rPr>
        <w:t xml:space="preserve"> Требования к выполнению работ</w:t>
      </w:r>
    </w:p>
    <w:p w14:paraId="7B51E30C" w14:textId="77777777" w:rsidR="000A6E63" w:rsidRPr="00BA50CF" w:rsidRDefault="00C81874">
      <w:pPr>
        <w:spacing w:after="100"/>
        <w:ind w:firstLine="709"/>
        <w:rPr>
          <w:lang w:val="ru-RU"/>
        </w:rPr>
      </w:pPr>
      <w:r w:rsidRPr="00BA50CF">
        <w:rPr>
          <w:lang w:val="ru-RU"/>
        </w:rPr>
        <w:t>Исполнитель должен:</w:t>
      </w:r>
    </w:p>
    <w:p w14:paraId="0F803F85" w14:textId="21F98363" w:rsidR="000A6E63" w:rsidRPr="00BA50CF" w:rsidRDefault="00C81874">
      <w:pPr>
        <w:spacing w:after="100"/>
        <w:ind w:left="283"/>
        <w:rPr>
          <w:lang w:val="ru-RU"/>
        </w:rPr>
      </w:pPr>
      <w:r w:rsidRPr="00BA50CF">
        <w:rPr>
          <w:lang w:val="ru-RU"/>
        </w:rPr>
        <w:t>1) выполнить прокладку сетевого кабеля на 1-</w:t>
      </w:r>
      <w:proofErr w:type="gramStart"/>
      <w:r w:rsidRPr="00BA50CF">
        <w:rPr>
          <w:lang w:val="ru-RU"/>
        </w:rPr>
        <w:t>м  этаж</w:t>
      </w:r>
      <w:r w:rsidR="003131E6">
        <w:rPr>
          <w:lang w:val="ru-RU"/>
        </w:rPr>
        <w:t>е</w:t>
      </w:r>
      <w:proofErr w:type="gramEnd"/>
      <w:r w:rsidR="003131E6">
        <w:rPr>
          <w:lang w:val="ru-RU"/>
        </w:rPr>
        <w:t xml:space="preserve"> здания</w:t>
      </w:r>
      <w:r w:rsidRPr="00BA50CF">
        <w:rPr>
          <w:lang w:val="ru-RU"/>
        </w:rPr>
        <w:t>;</w:t>
      </w:r>
    </w:p>
    <w:p w14:paraId="4611840B" w14:textId="77777777" w:rsidR="000A6E63" w:rsidRPr="00BA50CF" w:rsidRDefault="00C81874">
      <w:pPr>
        <w:spacing w:after="100"/>
        <w:ind w:left="283"/>
        <w:rPr>
          <w:lang w:val="ru-RU"/>
        </w:rPr>
      </w:pPr>
      <w:r w:rsidRPr="00BA50CF">
        <w:rPr>
          <w:lang w:val="ru-RU"/>
        </w:rPr>
        <w:t>2) выполнить монтаж кабельных каналов по предусмотренным маршрутам;</w:t>
      </w:r>
    </w:p>
    <w:p w14:paraId="290372B7" w14:textId="77777777" w:rsidR="000A6E63" w:rsidRPr="00BA50CF" w:rsidRDefault="00C81874">
      <w:pPr>
        <w:spacing w:after="100"/>
        <w:ind w:left="283"/>
        <w:rPr>
          <w:lang w:val="ru-RU"/>
        </w:rPr>
      </w:pPr>
      <w:r w:rsidRPr="00BA50CF">
        <w:rPr>
          <w:lang w:val="ru-RU"/>
        </w:rPr>
        <w:t>3) обеспечить аккуратную и безопасную прокладку кабеля внутри кабель-каналов;</w:t>
      </w:r>
    </w:p>
    <w:p w14:paraId="3A99498A" w14:textId="77777777" w:rsidR="000A6E63" w:rsidRPr="00BA50CF" w:rsidRDefault="00C81874">
      <w:pPr>
        <w:spacing w:after="100"/>
        <w:ind w:left="283"/>
        <w:rPr>
          <w:lang w:val="ru-RU"/>
        </w:rPr>
      </w:pPr>
      <w:r w:rsidRPr="00BA50CF">
        <w:rPr>
          <w:lang w:val="ru-RU"/>
        </w:rPr>
        <w:t xml:space="preserve">5) выполнить </w:t>
      </w:r>
      <w:proofErr w:type="spellStart"/>
      <w:r w:rsidRPr="00BA50CF">
        <w:rPr>
          <w:lang w:val="ru-RU"/>
        </w:rPr>
        <w:t>оконцевание</w:t>
      </w:r>
      <w:proofErr w:type="spellEnd"/>
      <w:r w:rsidRPr="00BA50CF">
        <w:rPr>
          <w:lang w:val="ru-RU"/>
        </w:rPr>
        <w:t xml:space="preserve"> кабеля коннекторами </w:t>
      </w:r>
      <w:r>
        <w:t>RJ</w:t>
      </w:r>
      <w:r w:rsidRPr="00BA50CF">
        <w:rPr>
          <w:lang w:val="ru-RU"/>
        </w:rPr>
        <w:t>-45;</w:t>
      </w:r>
    </w:p>
    <w:p w14:paraId="12145BE0" w14:textId="77777777" w:rsidR="000A6E63" w:rsidRPr="00BA50CF" w:rsidRDefault="00C81874">
      <w:pPr>
        <w:spacing w:after="100"/>
        <w:ind w:left="283"/>
        <w:rPr>
          <w:lang w:val="ru-RU"/>
        </w:rPr>
      </w:pPr>
      <w:r w:rsidRPr="00BA50CF">
        <w:rPr>
          <w:lang w:val="ru-RU"/>
        </w:rPr>
        <w:t>7) обеспечить надежное крепление кабельных каналов к строительным конструкциям;</w:t>
      </w:r>
    </w:p>
    <w:p w14:paraId="32156E87" w14:textId="77777777" w:rsidR="000A6E63" w:rsidRPr="00BA50CF" w:rsidRDefault="00C81874">
      <w:pPr>
        <w:spacing w:after="100"/>
        <w:ind w:left="283"/>
        <w:rPr>
          <w:lang w:val="ru-RU"/>
        </w:rPr>
      </w:pPr>
      <w:r w:rsidRPr="00BA50CF">
        <w:rPr>
          <w:lang w:val="ru-RU"/>
        </w:rPr>
        <w:t>8) не допускать повреждения стен, дверных проемов, существующих инженерных сетей и другого оборудования;</w:t>
      </w:r>
    </w:p>
    <w:p w14:paraId="7B3DF5D3" w14:textId="77777777" w:rsidR="000A6E63" w:rsidRPr="00BA50CF" w:rsidRDefault="00C81874">
      <w:pPr>
        <w:spacing w:after="100"/>
        <w:ind w:left="283"/>
        <w:rPr>
          <w:lang w:val="ru-RU"/>
        </w:rPr>
      </w:pPr>
      <w:r w:rsidRPr="00BA50CF">
        <w:rPr>
          <w:lang w:val="ru-RU"/>
        </w:rPr>
        <w:t>9) после завершения монтажных работ привести места проведения работ в надлежащее состояние;</w:t>
      </w:r>
    </w:p>
    <w:p w14:paraId="130C961E" w14:textId="77777777" w:rsidR="000A6E63" w:rsidRPr="00BA50CF" w:rsidRDefault="00C81874">
      <w:pPr>
        <w:spacing w:after="100"/>
        <w:ind w:left="283"/>
        <w:rPr>
          <w:lang w:val="ru-RU"/>
        </w:rPr>
      </w:pPr>
      <w:r w:rsidRPr="00BA50CF">
        <w:rPr>
          <w:lang w:val="ru-RU"/>
        </w:rPr>
        <w:t>10) выполнить проверку работоспособности смонтированной сети.</w:t>
      </w:r>
    </w:p>
    <w:p w14:paraId="64E7B71E" w14:textId="660F3A57" w:rsidR="000A6E63" w:rsidRPr="00BA50CF" w:rsidRDefault="003131E6" w:rsidP="00010AD4">
      <w:pPr>
        <w:spacing w:after="0"/>
        <w:rPr>
          <w:lang w:val="ru-RU"/>
        </w:rPr>
      </w:pPr>
      <w:r>
        <w:rPr>
          <w:b/>
          <w:lang w:val="ru-RU"/>
        </w:rPr>
        <w:t>3</w:t>
      </w:r>
      <w:r w:rsidR="00AE7BBD" w:rsidRPr="00BA50CF">
        <w:rPr>
          <w:b/>
          <w:lang w:val="ru-RU"/>
        </w:rPr>
        <w:t>. Требования к качеству</w:t>
      </w:r>
    </w:p>
    <w:p w14:paraId="2868D8E9" w14:textId="77777777" w:rsidR="000A6E63" w:rsidRPr="00BA50CF" w:rsidRDefault="00C81874">
      <w:pPr>
        <w:spacing w:after="100"/>
        <w:ind w:firstLine="709"/>
        <w:rPr>
          <w:lang w:val="ru-RU"/>
        </w:rPr>
      </w:pPr>
      <w:r w:rsidRPr="00BA50CF">
        <w:rPr>
          <w:lang w:val="ru-RU"/>
        </w:rPr>
        <w:t>Все монтажные работы должны выполняться качественно, с соблюдением технологии монтажа структурированных кабельных систем.</w:t>
      </w:r>
    </w:p>
    <w:p w14:paraId="59562268" w14:textId="77777777" w:rsidR="000A6E63" w:rsidRPr="00BA50CF" w:rsidRDefault="00C81874">
      <w:pPr>
        <w:spacing w:after="100"/>
        <w:ind w:firstLine="709"/>
        <w:rPr>
          <w:lang w:val="ru-RU"/>
        </w:rPr>
      </w:pPr>
      <w:r w:rsidRPr="00BA50CF">
        <w:rPr>
          <w:lang w:val="ru-RU"/>
        </w:rPr>
        <w:t>Кабель должен быть проложен без чрезмерных перегибов, натяжения и механических повреждений.</w:t>
      </w:r>
    </w:p>
    <w:p w14:paraId="5872DFB9" w14:textId="77777777" w:rsidR="000A6E63" w:rsidRPr="00BA50CF" w:rsidRDefault="00C81874">
      <w:pPr>
        <w:spacing w:after="100"/>
        <w:ind w:firstLine="709"/>
        <w:rPr>
          <w:lang w:val="ru-RU"/>
        </w:rPr>
      </w:pPr>
      <w:r w:rsidRPr="00BA50CF">
        <w:rPr>
          <w:lang w:val="ru-RU"/>
        </w:rPr>
        <w:t>Кабельные каналы должны быть надежно закреплены, соединения выполнены аккуратно, крышки каналов должны закрываться и обеспечивать защиту проложенного кабеля.</w:t>
      </w:r>
    </w:p>
    <w:p w14:paraId="49FDA448" w14:textId="77777777" w:rsidR="000A6E63" w:rsidRPr="00BA50CF" w:rsidRDefault="00C81874">
      <w:pPr>
        <w:spacing w:after="100"/>
        <w:ind w:firstLine="709"/>
        <w:rPr>
          <w:lang w:val="ru-RU"/>
        </w:rPr>
      </w:pPr>
      <w:r>
        <w:t>RJ</w:t>
      </w:r>
      <w:r w:rsidRPr="00BA50CF">
        <w:rPr>
          <w:lang w:val="ru-RU"/>
        </w:rPr>
        <w:t>-45 розетки должны быть установлены надежно и обеспечивать стабильное подключение сетевого оборудования.</w:t>
      </w:r>
    </w:p>
    <w:p w14:paraId="22944376" w14:textId="77777777" w:rsidR="000A6E63" w:rsidRPr="00BA50CF" w:rsidRDefault="00C81874">
      <w:pPr>
        <w:spacing w:after="100"/>
        <w:ind w:firstLine="709"/>
        <w:rPr>
          <w:lang w:val="ru-RU"/>
        </w:rPr>
      </w:pPr>
      <w:r w:rsidRPr="00BA50CF">
        <w:rPr>
          <w:lang w:val="ru-RU"/>
        </w:rPr>
        <w:t>После окончания работ Исполнитель обязан проверить наличие сетевого соединения во всех установленных точках подключения.</w:t>
      </w:r>
    </w:p>
    <w:p w14:paraId="24AD7ADD" w14:textId="79342C06" w:rsidR="000A6E63" w:rsidRPr="00BA50CF" w:rsidRDefault="003131E6" w:rsidP="00010AD4">
      <w:pPr>
        <w:spacing w:after="0"/>
        <w:rPr>
          <w:lang w:val="ru-RU"/>
        </w:rPr>
      </w:pPr>
      <w:r>
        <w:rPr>
          <w:b/>
          <w:lang w:val="ru-RU"/>
        </w:rPr>
        <w:t>5</w:t>
      </w:r>
      <w:r w:rsidR="00AE7BBD" w:rsidRPr="00BA50CF">
        <w:rPr>
          <w:b/>
          <w:lang w:val="ru-RU"/>
        </w:rPr>
        <w:t>. Приемка выполненных работ</w:t>
      </w:r>
    </w:p>
    <w:p w14:paraId="2E4F48ED" w14:textId="67037AF1" w:rsidR="000A6E63" w:rsidRPr="00BA50CF" w:rsidRDefault="00C81874">
      <w:pPr>
        <w:spacing w:after="100"/>
        <w:ind w:firstLine="709"/>
        <w:rPr>
          <w:lang w:val="ru-RU"/>
        </w:rPr>
      </w:pPr>
      <w:r w:rsidRPr="00BA50CF">
        <w:rPr>
          <w:lang w:val="ru-RU"/>
        </w:rPr>
        <w:t>По завершении работ Исполнитель предоставляет Заказчику: акт выполненных работ; результаты проверки работоспособности сети</w:t>
      </w:r>
      <w:r w:rsidR="003131E6">
        <w:rPr>
          <w:lang w:val="ru-RU"/>
        </w:rPr>
        <w:t>.</w:t>
      </w:r>
    </w:p>
    <w:p w14:paraId="3D538B62" w14:textId="002C3331" w:rsidR="00010AD4" w:rsidRDefault="00C81874" w:rsidP="00010AD4">
      <w:pPr>
        <w:spacing w:after="100"/>
        <w:ind w:firstLine="709"/>
        <w:rPr>
          <w:lang w:val="ru-RU"/>
        </w:rPr>
      </w:pPr>
      <w:r w:rsidRPr="00BA50CF">
        <w:rPr>
          <w:lang w:val="ru-RU"/>
        </w:rPr>
        <w:t>Работы считаются выполненными после фактического выполнения предусмотренного объема работ и подтверждения Заказчиком их соответствия настоящей технической спецификации</w:t>
      </w:r>
    </w:p>
    <w:p w14:paraId="13528CBC" w14:textId="60EDC7FC" w:rsidR="00010AD4" w:rsidRDefault="00010AD4">
      <w:pPr>
        <w:spacing w:after="100"/>
        <w:ind w:firstLine="709"/>
        <w:rPr>
          <w:lang w:val="ru-RU"/>
        </w:rPr>
      </w:pPr>
    </w:p>
    <w:p w14:paraId="6E8AC8F6" w14:textId="77777777" w:rsidR="00010AD4" w:rsidRPr="00010AD4" w:rsidRDefault="00010AD4" w:rsidP="00010AD4">
      <w:pPr>
        <w:spacing w:after="100"/>
        <w:ind w:firstLine="709"/>
        <w:jc w:val="center"/>
        <w:rPr>
          <w:rFonts w:cs="Times New Roman"/>
          <w:b/>
          <w:bCs/>
          <w:lang w:val="ru-RU"/>
        </w:rPr>
      </w:pPr>
      <w:r w:rsidRPr="00010AD4">
        <w:rPr>
          <w:rFonts w:cs="Times New Roman"/>
          <w:b/>
          <w:bCs/>
          <w:lang w:val="ru-RU"/>
        </w:rPr>
        <w:t>ТЕХНИКАЛЫҚ СИПАТТАМАЛАР</w:t>
      </w:r>
    </w:p>
    <w:p w14:paraId="5D4C7A54" w14:textId="77777777" w:rsidR="00010AD4" w:rsidRPr="00010AD4" w:rsidRDefault="00010AD4" w:rsidP="00010AD4">
      <w:pPr>
        <w:spacing w:after="100"/>
        <w:ind w:firstLine="709"/>
        <w:rPr>
          <w:rFonts w:cs="Times New Roman"/>
          <w:b/>
          <w:bCs/>
          <w:lang w:val="ru-RU"/>
        </w:rPr>
      </w:pPr>
      <w:proofErr w:type="spellStart"/>
      <w:r w:rsidRPr="00010AD4">
        <w:rPr>
          <w:rFonts w:cs="Times New Roman"/>
          <w:b/>
          <w:bCs/>
          <w:lang w:val="ru-RU"/>
        </w:rPr>
        <w:t>Көкшетау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қалалық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жұмыспен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қамту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және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әлеуметтік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бағдарламалар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басқармасының</w:t>
      </w:r>
      <w:proofErr w:type="spellEnd"/>
      <w:r w:rsidRPr="00010AD4">
        <w:rPr>
          <w:rFonts w:cs="Times New Roman"/>
          <w:b/>
          <w:bCs/>
          <w:lang w:val="ru-RU"/>
        </w:rPr>
        <w:t xml:space="preserve"> «</w:t>
      </w:r>
      <w:proofErr w:type="spellStart"/>
      <w:r w:rsidRPr="00010AD4">
        <w:rPr>
          <w:rFonts w:cs="Times New Roman"/>
          <w:b/>
          <w:bCs/>
          <w:lang w:val="ru-RU"/>
        </w:rPr>
        <w:t>Көкшетау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қалалық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әлеуметтік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бейімделу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орталығы</w:t>
      </w:r>
      <w:proofErr w:type="spellEnd"/>
      <w:r w:rsidRPr="00010AD4">
        <w:rPr>
          <w:rFonts w:cs="Times New Roman"/>
          <w:b/>
          <w:bCs/>
          <w:lang w:val="ru-RU"/>
        </w:rPr>
        <w:t xml:space="preserve">» </w:t>
      </w:r>
      <w:proofErr w:type="spellStart"/>
      <w:r w:rsidRPr="00010AD4">
        <w:rPr>
          <w:rFonts w:cs="Times New Roman"/>
          <w:b/>
          <w:bCs/>
          <w:lang w:val="ru-RU"/>
        </w:rPr>
        <w:t>мемлекеттік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мекемесінде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жергілікті</w:t>
      </w:r>
      <w:proofErr w:type="spellEnd"/>
      <w:r w:rsidRPr="00010AD4">
        <w:rPr>
          <w:rFonts w:cs="Times New Roman"/>
          <w:b/>
          <w:bCs/>
          <w:lang w:val="ru-RU"/>
        </w:rPr>
        <w:t xml:space="preserve"> интернет </w:t>
      </w:r>
      <w:proofErr w:type="spellStart"/>
      <w:r w:rsidRPr="00010AD4">
        <w:rPr>
          <w:rFonts w:cs="Times New Roman"/>
          <w:b/>
          <w:bCs/>
          <w:lang w:val="ru-RU"/>
        </w:rPr>
        <w:t>желісін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орнату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және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орнату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жұмыстары</w:t>
      </w:r>
      <w:proofErr w:type="spellEnd"/>
      <w:r w:rsidRPr="00010AD4">
        <w:rPr>
          <w:rFonts w:cs="Times New Roman"/>
          <w:b/>
          <w:bCs/>
          <w:lang w:val="ru-RU"/>
        </w:rPr>
        <w:t xml:space="preserve"> </w:t>
      </w:r>
      <w:proofErr w:type="spellStart"/>
      <w:r w:rsidRPr="00010AD4">
        <w:rPr>
          <w:rFonts w:cs="Times New Roman"/>
          <w:b/>
          <w:bCs/>
          <w:lang w:val="ru-RU"/>
        </w:rPr>
        <w:t>үшін</w:t>
      </w:r>
      <w:proofErr w:type="spellEnd"/>
    </w:p>
    <w:p w14:paraId="59FDD72F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1. </w:t>
      </w:r>
      <w:proofErr w:type="spellStart"/>
      <w:r w:rsidRPr="00010AD4">
        <w:rPr>
          <w:rFonts w:cs="Times New Roman"/>
          <w:lang w:val="ru-RU"/>
        </w:rPr>
        <w:t>Жалпы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ережелер</w:t>
      </w:r>
      <w:proofErr w:type="spellEnd"/>
    </w:p>
    <w:p w14:paraId="7A350AC6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proofErr w:type="spellStart"/>
      <w:r w:rsidRPr="00010AD4">
        <w:rPr>
          <w:rFonts w:cs="Times New Roman"/>
          <w:lang w:val="ru-RU"/>
        </w:rPr>
        <w:t>Жұмыс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сипаттамасы</w:t>
      </w:r>
      <w:proofErr w:type="spellEnd"/>
      <w:r w:rsidRPr="00010AD4">
        <w:rPr>
          <w:rFonts w:cs="Times New Roman"/>
          <w:lang w:val="ru-RU"/>
        </w:rPr>
        <w:t xml:space="preserve">: </w:t>
      </w:r>
      <w:proofErr w:type="spellStart"/>
      <w:r w:rsidRPr="00010AD4">
        <w:rPr>
          <w:rFonts w:cs="Times New Roman"/>
          <w:lang w:val="ru-RU"/>
        </w:rPr>
        <w:t>Көкшетау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қалалық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жұмыспен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қамту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және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әлеуметтік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бағдарламалар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басқармасының</w:t>
      </w:r>
      <w:proofErr w:type="spellEnd"/>
      <w:r w:rsidRPr="00010AD4">
        <w:rPr>
          <w:rFonts w:cs="Times New Roman"/>
          <w:lang w:val="ru-RU"/>
        </w:rPr>
        <w:t xml:space="preserve"> «</w:t>
      </w:r>
      <w:proofErr w:type="spellStart"/>
      <w:r w:rsidRPr="00010AD4">
        <w:rPr>
          <w:rFonts w:cs="Times New Roman"/>
          <w:lang w:val="ru-RU"/>
        </w:rPr>
        <w:t>Көкшетау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қалалық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әлеуметтік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бейімделу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орталығы</w:t>
      </w:r>
      <w:proofErr w:type="spellEnd"/>
      <w:r w:rsidRPr="00010AD4">
        <w:rPr>
          <w:rFonts w:cs="Times New Roman"/>
          <w:lang w:val="ru-RU"/>
        </w:rPr>
        <w:t xml:space="preserve">» </w:t>
      </w:r>
      <w:proofErr w:type="spellStart"/>
      <w:r w:rsidRPr="00010AD4">
        <w:rPr>
          <w:rFonts w:cs="Times New Roman"/>
          <w:lang w:val="ru-RU"/>
        </w:rPr>
        <w:t>мемлекеттік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мекемесінің</w:t>
      </w:r>
      <w:proofErr w:type="spellEnd"/>
      <w:r w:rsidRPr="00010AD4">
        <w:rPr>
          <w:rFonts w:cs="Times New Roman"/>
          <w:lang w:val="ru-RU"/>
        </w:rPr>
        <w:t xml:space="preserve"> 1-қабатында </w:t>
      </w:r>
      <w:proofErr w:type="spellStart"/>
      <w:r w:rsidRPr="00010AD4">
        <w:rPr>
          <w:rFonts w:cs="Times New Roman"/>
          <w:lang w:val="ru-RU"/>
        </w:rPr>
        <w:t>жергілікті</w:t>
      </w:r>
      <w:proofErr w:type="spellEnd"/>
      <w:r w:rsidRPr="00010AD4">
        <w:rPr>
          <w:rFonts w:cs="Times New Roman"/>
          <w:lang w:val="ru-RU"/>
        </w:rPr>
        <w:t xml:space="preserve"> интернет </w:t>
      </w:r>
      <w:proofErr w:type="spellStart"/>
      <w:r w:rsidRPr="00010AD4">
        <w:rPr>
          <w:rFonts w:cs="Times New Roman"/>
          <w:lang w:val="ru-RU"/>
        </w:rPr>
        <w:t>желісін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орнату</w:t>
      </w:r>
      <w:proofErr w:type="spellEnd"/>
      <w:r w:rsidRPr="00010AD4">
        <w:rPr>
          <w:rFonts w:cs="Times New Roman"/>
          <w:lang w:val="ru-RU"/>
        </w:rPr>
        <w:t xml:space="preserve">, </w:t>
      </w:r>
      <w:proofErr w:type="spellStart"/>
      <w:r w:rsidRPr="00010AD4">
        <w:rPr>
          <w:rFonts w:cs="Times New Roman"/>
          <w:lang w:val="ru-RU"/>
        </w:rPr>
        <w:t>орнату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және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орнату</w:t>
      </w:r>
      <w:proofErr w:type="spellEnd"/>
      <w:r w:rsidRPr="00010AD4">
        <w:rPr>
          <w:rFonts w:cs="Times New Roman"/>
          <w:lang w:val="ru-RU"/>
        </w:rPr>
        <w:t>.</w:t>
      </w:r>
    </w:p>
    <w:p w14:paraId="5FEB52ED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proofErr w:type="spellStart"/>
      <w:r w:rsidRPr="00010AD4">
        <w:rPr>
          <w:rFonts w:cs="Times New Roman"/>
          <w:lang w:val="ru-RU"/>
        </w:rPr>
        <w:t>Орналасқан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жері</w:t>
      </w:r>
      <w:proofErr w:type="spellEnd"/>
      <w:r w:rsidRPr="00010AD4">
        <w:rPr>
          <w:rFonts w:cs="Times New Roman"/>
          <w:lang w:val="ru-RU"/>
        </w:rPr>
        <w:t xml:space="preserve">: </w:t>
      </w:r>
      <w:proofErr w:type="spellStart"/>
      <w:r w:rsidRPr="00010AD4">
        <w:rPr>
          <w:rFonts w:cs="Times New Roman"/>
          <w:lang w:val="ru-RU"/>
        </w:rPr>
        <w:t>Көкшетау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қаласы</w:t>
      </w:r>
      <w:proofErr w:type="spellEnd"/>
      <w:r w:rsidRPr="00010AD4">
        <w:rPr>
          <w:rFonts w:cs="Times New Roman"/>
          <w:lang w:val="ru-RU"/>
        </w:rPr>
        <w:t xml:space="preserve">, </w:t>
      </w:r>
      <w:proofErr w:type="spellStart"/>
      <w:r w:rsidRPr="00010AD4">
        <w:rPr>
          <w:rFonts w:cs="Times New Roman"/>
          <w:lang w:val="ru-RU"/>
        </w:rPr>
        <w:t>Саина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көшесі</w:t>
      </w:r>
      <w:proofErr w:type="spellEnd"/>
      <w:r w:rsidRPr="00010AD4">
        <w:rPr>
          <w:rFonts w:cs="Times New Roman"/>
          <w:lang w:val="ru-RU"/>
        </w:rPr>
        <w:t xml:space="preserve"> 28/1.</w:t>
      </w:r>
    </w:p>
    <w:p w14:paraId="61D937D2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proofErr w:type="spellStart"/>
      <w:r w:rsidRPr="00010AD4">
        <w:rPr>
          <w:rFonts w:cs="Times New Roman"/>
          <w:lang w:val="ru-RU"/>
        </w:rPr>
        <w:t>Жұмысты</w:t>
      </w:r>
      <w:proofErr w:type="spellEnd"/>
      <w:r w:rsidRPr="00010AD4">
        <w:rPr>
          <w:rFonts w:cs="Times New Roman"/>
          <w:lang w:val="ru-RU"/>
        </w:rPr>
        <w:t xml:space="preserve"> осы </w:t>
      </w:r>
      <w:proofErr w:type="spellStart"/>
      <w:r w:rsidRPr="00010AD4">
        <w:rPr>
          <w:rFonts w:cs="Times New Roman"/>
          <w:lang w:val="ru-RU"/>
        </w:rPr>
        <w:t>техникалық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сипаттамаға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сәйкес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орындау</w:t>
      </w:r>
      <w:proofErr w:type="spellEnd"/>
      <w:r w:rsidRPr="00010AD4">
        <w:rPr>
          <w:rFonts w:cs="Times New Roman"/>
          <w:lang w:val="ru-RU"/>
        </w:rPr>
        <w:t>.</w:t>
      </w:r>
    </w:p>
    <w:p w14:paraId="653F5871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</w:p>
    <w:p w14:paraId="4A30C922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2. </w:t>
      </w:r>
      <w:proofErr w:type="spellStart"/>
      <w:r w:rsidRPr="00010AD4">
        <w:rPr>
          <w:rFonts w:cs="Times New Roman"/>
          <w:lang w:val="ru-RU"/>
        </w:rPr>
        <w:t>Жұмыс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талаптары</w:t>
      </w:r>
      <w:proofErr w:type="spellEnd"/>
    </w:p>
    <w:p w14:paraId="4CA0EE46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proofErr w:type="spellStart"/>
      <w:r w:rsidRPr="00010AD4">
        <w:rPr>
          <w:rFonts w:cs="Times New Roman"/>
          <w:lang w:val="ru-RU"/>
        </w:rPr>
        <w:t>Мердігер</w:t>
      </w:r>
      <w:proofErr w:type="spellEnd"/>
      <w:r w:rsidRPr="00010AD4">
        <w:rPr>
          <w:rFonts w:cs="Times New Roman"/>
          <w:lang w:val="ru-RU"/>
        </w:rPr>
        <w:t>:</w:t>
      </w:r>
    </w:p>
    <w:p w14:paraId="54E1D3DD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1) </w:t>
      </w:r>
      <w:proofErr w:type="spellStart"/>
      <w:r w:rsidRPr="00010AD4">
        <w:rPr>
          <w:rFonts w:cs="Times New Roman"/>
          <w:lang w:val="ru-RU"/>
        </w:rPr>
        <w:t>желілік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кабельді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ғимараттың</w:t>
      </w:r>
      <w:proofErr w:type="spellEnd"/>
      <w:r w:rsidRPr="00010AD4">
        <w:rPr>
          <w:rFonts w:cs="Times New Roman"/>
          <w:lang w:val="ru-RU"/>
        </w:rPr>
        <w:t xml:space="preserve"> 1-қабатына </w:t>
      </w:r>
      <w:proofErr w:type="spellStart"/>
      <w:r w:rsidRPr="00010AD4">
        <w:rPr>
          <w:rFonts w:cs="Times New Roman"/>
          <w:lang w:val="ru-RU"/>
        </w:rPr>
        <w:t>орнату</w:t>
      </w:r>
      <w:proofErr w:type="spellEnd"/>
      <w:r w:rsidRPr="00010AD4">
        <w:rPr>
          <w:rFonts w:cs="Times New Roman"/>
          <w:lang w:val="ru-RU"/>
        </w:rPr>
        <w:t>;</w:t>
      </w:r>
    </w:p>
    <w:p w14:paraId="7689965B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2) </w:t>
      </w:r>
      <w:proofErr w:type="spellStart"/>
      <w:r w:rsidRPr="00010AD4">
        <w:rPr>
          <w:rFonts w:cs="Times New Roman"/>
          <w:lang w:val="ru-RU"/>
        </w:rPr>
        <w:t>белгіленген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бағыттар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бойынша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кабельдік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арналарды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орнату</w:t>
      </w:r>
      <w:proofErr w:type="spellEnd"/>
      <w:r w:rsidRPr="00010AD4">
        <w:rPr>
          <w:rFonts w:cs="Times New Roman"/>
          <w:lang w:val="ru-RU"/>
        </w:rPr>
        <w:t>;</w:t>
      </w:r>
    </w:p>
    <w:p w14:paraId="175A0F6E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3) </w:t>
      </w:r>
      <w:proofErr w:type="spellStart"/>
      <w:r w:rsidRPr="00010AD4">
        <w:rPr>
          <w:rFonts w:cs="Times New Roman"/>
          <w:lang w:val="ru-RU"/>
        </w:rPr>
        <w:t>кабельдердің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арналар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ішіндегі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ұқыпты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және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қауіпсіз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өткізілуін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қамтамасыз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ету</w:t>
      </w:r>
      <w:proofErr w:type="spellEnd"/>
      <w:r w:rsidRPr="00010AD4">
        <w:rPr>
          <w:rFonts w:cs="Times New Roman"/>
          <w:lang w:val="ru-RU"/>
        </w:rPr>
        <w:t>;</w:t>
      </w:r>
    </w:p>
    <w:p w14:paraId="750EB7DD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5) </w:t>
      </w:r>
      <w:proofErr w:type="spellStart"/>
      <w:r w:rsidRPr="00010AD4">
        <w:rPr>
          <w:rFonts w:cs="Times New Roman"/>
          <w:lang w:val="ru-RU"/>
        </w:rPr>
        <w:t>кабельді</w:t>
      </w:r>
      <w:proofErr w:type="spellEnd"/>
      <w:r w:rsidRPr="00010AD4">
        <w:rPr>
          <w:rFonts w:cs="Times New Roman"/>
          <w:lang w:val="ru-RU"/>
        </w:rPr>
        <w:t xml:space="preserve"> RJ-45 </w:t>
      </w:r>
      <w:proofErr w:type="spellStart"/>
      <w:r w:rsidRPr="00010AD4">
        <w:rPr>
          <w:rFonts w:cs="Times New Roman"/>
          <w:lang w:val="ru-RU"/>
        </w:rPr>
        <w:t>қосқыштарымен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аяқтау</w:t>
      </w:r>
      <w:proofErr w:type="spellEnd"/>
      <w:r w:rsidRPr="00010AD4">
        <w:rPr>
          <w:rFonts w:cs="Times New Roman"/>
          <w:lang w:val="ru-RU"/>
        </w:rPr>
        <w:t>;</w:t>
      </w:r>
    </w:p>
    <w:p w14:paraId="50B08F5F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7) </w:t>
      </w:r>
      <w:proofErr w:type="spellStart"/>
      <w:r w:rsidRPr="00010AD4">
        <w:rPr>
          <w:rFonts w:cs="Times New Roman"/>
          <w:lang w:val="ru-RU"/>
        </w:rPr>
        <w:t>Кабельдік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арналардың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ғимарат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құрылымдарына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сенімді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бекітілуін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қамтамасыз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ету</w:t>
      </w:r>
      <w:proofErr w:type="spellEnd"/>
      <w:r w:rsidRPr="00010AD4">
        <w:rPr>
          <w:rFonts w:cs="Times New Roman"/>
          <w:lang w:val="ru-RU"/>
        </w:rPr>
        <w:t>;</w:t>
      </w:r>
    </w:p>
    <w:p w14:paraId="2079138B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8) </w:t>
      </w:r>
      <w:proofErr w:type="spellStart"/>
      <w:r w:rsidRPr="00010AD4">
        <w:rPr>
          <w:rFonts w:cs="Times New Roman"/>
          <w:lang w:val="ru-RU"/>
        </w:rPr>
        <w:t>Қабырғалардың</w:t>
      </w:r>
      <w:proofErr w:type="spellEnd"/>
      <w:r w:rsidRPr="00010AD4">
        <w:rPr>
          <w:rFonts w:cs="Times New Roman"/>
          <w:lang w:val="ru-RU"/>
        </w:rPr>
        <w:t xml:space="preserve">, </w:t>
      </w:r>
      <w:proofErr w:type="spellStart"/>
      <w:r w:rsidRPr="00010AD4">
        <w:rPr>
          <w:rFonts w:cs="Times New Roman"/>
          <w:lang w:val="ru-RU"/>
        </w:rPr>
        <w:t>есіктердің</w:t>
      </w:r>
      <w:proofErr w:type="spellEnd"/>
      <w:r w:rsidRPr="00010AD4">
        <w:rPr>
          <w:rFonts w:cs="Times New Roman"/>
          <w:lang w:val="ru-RU"/>
        </w:rPr>
        <w:t xml:space="preserve">, </w:t>
      </w:r>
      <w:proofErr w:type="spellStart"/>
      <w:r w:rsidRPr="00010AD4">
        <w:rPr>
          <w:rFonts w:cs="Times New Roman"/>
          <w:lang w:val="ru-RU"/>
        </w:rPr>
        <w:t>қолданыстағы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коммуналдық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желілердің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және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басқа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жабдықтардың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зақымдалуына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жол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бермеу</w:t>
      </w:r>
      <w:proofErr w:type="spellEnd"/>
      <w:r w:rsidRPr="00010AD4">
        <w:rPr>
          <w:rFonts w:cs="Times New Roman"/>
          <w:lang w:val="ru-RU"/>
        </w:rPr>
        <w:t>;</w:t>
      </w:r>
    </w:p>
    <w:p w14:paraId="5FEF81C7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9) </w:t>
      </w:r>
      <w:proofErr w:type="spellStart"/>
      <w:r w:rsidRPr="00010AD4">
        <w:rPr>
          <w:rFonts w:cs="Times New Roman"/>
          <w:lang w:val="ru-RU"/>
        </w:rPr>
        <w:t>Орнату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жұмыстары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аяқталғаннан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кейін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жұмыс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аймақтарын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тиісті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жағдайға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келтіріңіз</w:t>
      </w:r>
      <w:proofErr w:type="spellEnd"/>
      <w:r w:rsidRPr="00010AD4">
        <w:rPr>
          <w:rFonts w:cs="Times New Roman"/>
          <w:lang w:val="ru-RU"/>
        </w:rPr>
        <w:t>;</w:t>
      </w:r>
    </w:p>
    <w:p w14:paraId="025297AC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10) </w:t>
      </w:r>
      <w:proofErr w:type="spellStart"/>
      <w:r w:rsidRPr="00010AD4">
        <w:rPr>
          <w:rFonts w:cs="Times New Roman"/>
          <w:lang w:val="ru-RU"/>
        </w:rPr>
        <w:t>Орнатылған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желінің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жұмысқа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жарамдылығын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тексеруді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жүргізіңіз</w:t>
      </w:r>
      <w:proofErr w:type="spellEnd"/>
      <w:r w:rsidRPr="00010AD4">
        <w:rPr>
          <w:rFonts w:cs="Times New Roman"/>
          <w:lang w:val="ru-RU"/>
        </w:rPr>
        <w:t>.</w:t>
      </w:r>
    </w:p>
    <w:p w14:paraId="359155EF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3. Сапа </w:t>
      </w:r>
      <w:proofErr w:type="spellStart"/>
      <w:r w:rsidRPr="00010AD4">
        <w:rPr>
          <w:rFonts w:cs="Times New Roman"/>
          <w:lang w:val="ru-RU"/>
        </w:rPr>
        <w:t>талаптары</w:t>
      </w:r>
      <w:proofErr w:type="spellEnd"/>
    </w:p>
    <w:p w14:paraId="239A915D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proofErr w:type="spellStart"/>
      <w:r w:rsidRPr="00010AD4">
        <w:rPr>
          <w:rFonts w:cs="Times New Roman"/>
          <w:lang w:val="ru-RU"/>
        </w:rPr>
        <w:t>Барлық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орнату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жұмыстары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құрылымдық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кабельдік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жүйені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орнату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технологиясын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сақтай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отырып</w:t>
      </w:r>
      <w:proofErr w:type="spellEnd"/>
      <w:r w:rsidRPr="00010AD4">
        <w:rPr>
          <w:rFonts w:cs="Times New Roman"/>
          <w:lang w:val="ru-RU"/>
        </w:rPr>
        <w:t xml:space="preserve">, </w:t>
      </w:r>
      <w:proofErr w:type="spellStart"/>
      <w:r w:rsidRPr="00010AD4">
        <w:rPr>
          <w:rFonts w:cs="Times New Roman"/>
          <w:lang w:val="ru-RU"/>
        </w:rPr>
        <w:t>жоғары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сапада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орындалуы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керек</w:t>
      </w:r>
      <w:proofErr w:type="spellEnd"/>
      <w:r w:rsidRPr="00010AD4">
        <w:rPr>
          <w:rFonts w:cs="Times New Roman"/>
          <w:lang w:val="ru-RU"/>
        </w:rPr>
        <w:t>.</w:t>
      </w:r>
    </w:p>
    <w:p w14:paraId="7BC7579A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Кабель </w:t>
      </w:r>
      <w:proofErr w:type="spellStart"/>
      <w:r w:rsidRPr="00010AD4">
        <w:rPr>
          <w:rFonts w:cs="Times New Roman"/>
          <w:lang w:val="ru-RU"/>
        </w:rPr>
        <w:t>шамадан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тыс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майысусыз</w:t>
      </w:r>
      <w:proofErr w:type="spellEnd"/>
      <w:r w:rsidRPr="00010AD4">
        <w:rPr>
          <w:rFonts w:cs="Times New Roman"/>
          <w:lang w:val="ru-RU"/>
        </w:rPr>
        <w:t xml:space="preserve">, </w:t>
      </w:r>
      <w:proofErr w:type="spellStart"/>
      <w:r w:rsidRPr="00010AD4">
        <w:rPr>
          <w:rFonts w:cs="Times New Roman"/>
          <w:lang w:val="ru-RU"/>
        </w:rPr>
        <w:t>кернеусіз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немесе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механикалық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зақымданусыз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орнатылуы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керек</w:t>
      </w:r>
      <w:proofErr w:type="spellEnd"/>
      <w:r w:rsidRPr="00010AD4">
        <w:rPr>
          <w:rFonts w:cs="Times New Roman"/>
          <w:lang w:val="ru-RU"/>
        </w:rPr>
        <w:t>.</w:t>
      </w:r>
    </w:p>
    <w:p w14:paraId="29789F57" w14:textId="77777777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proofErr w:type="spellStart"/>
      <w:r w:rsidRPr="00010AD4">
        <w:rPr>
          <w:rFonts w:cs="Times New Roman"/>
          <w:lang w:val="ru-RU"/>
        </w:rPr>
        <w:t>Кабельдік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арналар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мықтап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бекітілуі</w:t>
      </w:r>
      <w:proofErr w:type="spellEnd"/>
      <w:r w:rsidRPr="00010AD4">
        <w:rPr>
          <w:rFonts w:cs="Times New Roman"/>
          <w:lang w:val="ru-RU"/>
        </w:rPr>
        <w:t xml:space="preserve">, </w:t>
      </w:r>
      <w:proofErr w:type="spellStart"/>
      <w:r w:rsidRPr="00010AD4">
        <w:rPr>
          <w:rFonts w:cs="Times New Roman"/>
          <w:lang w:val="ru-RU"/>
        </w:rPr>
        <w:t>қосылымдар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мұқият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жасалуы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және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орнатылған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кабельдің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қорғалуын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қамтамасыз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ету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үшін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арна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қақпақтары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дұрыс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жабылуы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керек</w:t>
      </w:r>
      <w:proofErr w:type="spellEnd"/>
      <w:r w:rsidRPr="00010AD4">
        <w:rPr>
          <w:rFonts w:cs="Times New Roman"/>
          <w:lang w:val="ru-RU"/>
        </w:rPr>
        <w:t>.</w:t>
      </w:r>
    </w:p>
    <w:p w14:paraId="1D1DF786" w14:textId="138591C4" w:rsidR="00010AD4" w:rsidRPr="00010AD4" w:rsidRDefault="00010AD4" w:rsidP="00010AD4">
      <w:pPr>
        <w:spacing w:after="100"/>
        <w:ind w:firstLine="709"/>
        <w:rPr>
          <w:rFonts w:cs="Times New Roman"/>
          <w:lang w:val="ru-RU"/>
        </w:rPr>
      </w:pPr>
      <w:r w:rsidRPr="00010AD4">
        <w:rPr>
          <w:rFonts w:cs="Times New Roman"/>
          <w:lang w:val="ru-RU"/>
        </w:rPr>
        <w:t xml:space="preserve">RJ-45 </w:t>
      </w:r>
      <w:proofErr w:type="spellStart"/>
      <w:r w:rsidRPr="00010AD4">
        <w:rPr>
          <w:rFonts w:cs="Times New Roman"/>
          <w:lang w:val="ru-RU"/>
        </w:rPr>
        <w:t>розеткалары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мықтап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орнатылуы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және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желілік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жабдыққа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тұрақты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қосылуды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қамтамасыз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етуі</w:t>
      </w:r>
      <w:proofErr w:type="spellEnd"/>
      <w:r w:rsidRPr="00010AD4">
        <w:rPr>
          <w:rFonts w:cs="Times New Roman"/>
          <w:lang w:val="ru-RU"/>
        </w:rPr>
        <w:t xml:space="preserve"> </w:t>
      </w:r>
      <w:proofErr w:type="spellStart"/>
      <w:r w:rsidRPr="00010AD4">
        <w:rPr>
          <w:rFonts w:cs="Times New Roman"/>
          <w:lang w:val="ru-RU"/>
        </w:rPr>
        <w:t>керек</w:t>
      </w:r>
      <w:proofErr w:type="spellEnd"/>
      <w:r w:rsidRPr="00010AD4">
        <w:rPr>
          <w:rFonts w:cs="Times New Roman"/>
          <w:lang w:val="ru-RU"/>
        </w:rPr>
        <w:t>.</w:t>
      </w:r>
    </w:p>
    <w:p w14:paraId="1B4DA785" w14:textId="0D20667F" w:rsidR="00010AD4" w:rsidRPr="00010AD4" w:rsidRDefault="00010AD4">
      <w:pPr>
        <w:spacing w:after="100"/>
        <w:ind w:firstLine="709"/>
        <w:rPr>
          <w:rFonts w:cs="Times New Roman"/>
          <w:lang w:val="ru-RU"/>
        </w:rPr>
      </w:pPr>
    </w:p>
    <w:p w14:paraId="2F08CD0F" w14:textId="7FAF97C1" w:rsidR="00010AD4" w:rsidRDefault="00010AD4">
      <w:pPr>
        <w:spacing w:after="100"/>
        <w:ind w:firstLine="709"/>
        <w:rPr>
          <w:lang w:val="ru-RU"/>
        </w:rPr>
      </w:pPr>
    </w:p>
    <w:p w14:paraId="0E5DC91E" w14:textId="3EF93D12" w:rsidR="00010AD4" w:rsidRDefault="00010AD4">
      <w:pPr>
        <w:spacing w:after="100"/>
        <w:ind w:firstLine="709"/>
        <w:rPr>
          <w:lang w:val="ru-RU"/>
        </w:rPr>
      </w:pPr>
      <w:bookmarkStart w:id="0" w:name="_GoBack"/>
      <w:bookmarkEnd w:id="0"/>
    </w:p>
    <w:sectPr w:rsidR="00010AD4" w:rsidSect="00034616">
      <w:pgSz w:w="12240" w:h="15840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AD4"/>
    <w:rsid w:val="00034616"/>
    <w:rsid w:val="0006063C"/>
    <w:rsid w:val="000A6E63"/>
    <w:rsid w:val="000D2CF4"/>
    <w:rsid w:val="0015074B"/>
    <w:rsid w:val="0029639D"/>
    <w:rsid w:val="003131E6"/>
    <w:rsid w:val="00326F90"/>
    <w:rsid w:val="00761DFA"/>
    <w:rsid w:val="00AA1D8D"/>
    <w:rsid w:val="00AE7BBD"/>
    <w:rsid w:val="00B47730"/>
    <w:rsid w:val="00BA50CF"/>
    <w:rsid w:val="00C81874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E23BF4"/>
  <w14:defaultImageDpi w14:val="300"/>
  <w15:docId w15:val="{2F46CA34-B610-4459-B95C-BED785984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3131E6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41C7CE7-2A38-4326-A04F-ABA582B9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3844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cp:lastPrinted>2026-09-03T06:59:00Z</cp:lastPrinted>
  <dcterms:created xsi:type="dcterms:W3CDTF">2026-10-09T12:01:00Z</dcterms:created>
  <dcterms:modified xsi:type="dcterms:W3CDTF">2026-10-09T12:27:00Z</dcterms:modified>
  <cp:category/>
</cp:coreProperties>
</file>