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0F6" w:rsidRPr="0094267F" w:rsidRDefault="0094267F" w:rsidP="0094267F">
      <w:pPr>
        <w:spacing w:after="0" w:line="240" w:lineRule="auto"/>
        <w:jc w:val="center"/>
        <w:rPr>
          <w:rFonts w:cs="Times New Roman"/>
          <w:sz w:val="24"/>
          <w:szCs w:val="24"/>
        </w:rPr>
      </w:pPr>
      <w:r w:rsidRPr="0094267F">
        <w:rPr>
          <w:rFonts w:cs="Times New Roman"/>
          <w:b/>
          <w:sz w:val="24"/>
          <w:szCs w:val="24"/>
        </w:rPr>
        <w:t>ТЕХНИКАЛЫҚ ЕРЕКШЕЛІК</w:t>
      </w:r>
    </w:p>
    <w:p w:rsidR="006960F6" w:rsidRDefault="0094267F" w:rsidP="0094267F">
      <w:pPr>
        <w:spacing w:after="0" w:line="240" w:lineRule="auto"/>
        <w:jc w:val="center"/>
        <w:rPr>
          <w:rFonts w:cs="Times New Roman"/>
          <w:b/>
          <w:sz w:val="24"/>
          <w:szCs w:val="24"/>
          <w:lang w:val="kk-KZ"/>
        </w:rPr>
      </w:pPr>
      <w:r w:rsidRPr="0094267F">
        <w:rPr>
          <w:rFonts w:cs="Times New Roman"/>
          <w:b/>
          <w:sz w:val="24"/>
          <w:szCs w:val="24"/>
        </w:rPr>
        <w:t xml:space="preserve">2026 жылы картридждерді толтыру және </w:t>
      </w:r>
      <w:proofErr w:type="spellStart"/>
      <w:r w:rsidRPr="0094267F">
        <w:rPr>
          <w:rFonts w:cs="Times New Roman"/>
          <w:b/>
          <w:sz w:val="24"/>
          <w:szCs w:val="24"/>
        </w:rPr>
        <w:t>принтерлерге</w:t>
      </w:r>
      <w:proofErr w:type="spellEnd"/>
      <w:r w:rsidRPr="0094267F">
        <w:rPr>
          <w:rFonts w:cs="Times New Roman"/>
          <w:b/>
          <w:sz w:val="24"/>
          <w:szCs w:val="24"/>
        </w:rPr>
        <w:t xml:space="preserve"> </w:t>
      </w:r>
      <w:proofErr w:type="spellStart"/>
      <w:r w:rsidRPr="0094267F">
        <w:rPr>
          <w:rFonts w:cs="Times New Roman"/>
          <w:b/>
          <w:sz w:val="24"/>
          <w:szCs w:val="24"/>
        </w:rPr>
        <w:t>сия</w:t>
      </w:r>
      <w:proofErr w:type="spellEnd"/>
      <w:r w:rsidRPr="0094267F">
        <w:rPr>
          <w:rFonts w:cs="Times New Roman"/>
          <w:b/>
          <w:sz w:val="24"/>
          <w:szCs w:val="24"/>
        </w:rPr>
        <w:t xml:space="preserve"> </w:t>
      </w:r>
      <w:proofErr w:type="spellStart"/>
      <w:r w:rsidRPr="0094267F">
        <w:rPr>
          <w:rFonts w:cs="Times New Roman"/>
          <w:b/>
          <w:sz w:val="24"/>
          <w:szCs w:val="24"/>
        </w:rPr>
        <w:t>құю</w:t>
      </w:r>
      <w:proofErr w:type="spellEnd"/>
      <w:r w:rsidRPr="0094267F">
        <w:rPr>
          <w:rFonts w:cs="Times New Roman"/>
          <w:b/>
          <w:sz w:val="24"/>
          <w:szCs w:val="24"/>
        </w:rPr>
        <w:t xml:space="preserve"> </w:t>
      </w:r>
      <w:proofErr w:type="spellStart"/>
      <w:r w:rsidRPr="0094267F">
        <w:rPr>
          <w:rFonts w:cs="Times New Roman"/>
          <w:b/>
          <w:sz w:val="24"/>
          <w:szCs w:val="24"/>
        </w:rPr>
        <w:t>қызметтері</w:t>
      </w:r>
      <w:proofErr w:type="spellEnd"/>
    </w:p>
    <w:p w:rsidR="0094267F" w:rsidRPr="0094267F" w:rsidRDefault="0094267F" w:rsidP="0094267F">
      <w:pPr>
        <w:spacing w:after="0" w:line="240" w:lineRule="auto"/>
        <w:jc w:val="center"/>
        <w:rPr>
          <w:rFonts w:cs="Times New Roman"/>
          <w:sz w:val="24"/>
          <w:szCs w:val="24"/>
          <w:lang w:val="kk-KZ"/>
        </w:rPr>
      </w:pP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kk-KZ"/>
        </w:rPr>
      </w:pPr>
      <w:r w:rsidRPr="0094267F">
        <w:rPr>
          <w:rFonts w:cs="Times New Roman"/>
          <w:sz w:val="24"/>
          <w:szCs w:val="24"/>
          <w:lang w:val="kk-KZ"/>
        </w:rPr>
        <w:t>1. Сатып алынатын қызметтің атауы: принтер картридждерін тонермен толтыру және түрлі-түсті принтерлерге сия құю қызметтері.</w:t>
      </w:r>
    </w:p>
    <w:p w:rsidR="006960F6" w:rsidRDefault="0094267F" w:rsidP="0094267F">
      <w:pPr>
        <w:spacing w:after="0" w:line="240" w:lineRule="auto"/>
        <w:rPr>
          <w:rFonts w:cs="Times New Roman"/>
          <w:sz w:val="24"/>
          <w:szCs w:val="24"/>
          <w:lang w:val="kk-KZ"/>
        </w:rPr>
      </w:pPr>
      <w:r w:rsidRPr="0094267F">
        <w:rPr>
          <w:rFonts w:cs="Times New Roman"/>
          <w:sz w:val="24"/>
          <w:szCs w:val="24"/>
        </w:rPr>
        <w:t xml:space="preserve">2. </w:t>
      </w:r>
      <w:proofErr w:type="spellStart"/>
      <w:r w:rsidRPr="0094267F">
        <w:rPr>
          <w:rFonts w:cs="Times New Roman"/>
          <w:sz w:val="24"/>
          <w:szCs w:val="24"/>
        </w:rPr>
        <w:t>Қызмет</w:t>
      </w:r>
      <w:proofErr w:type="spellEnd"/>
      <w:r w:rsidRPr="0094267F">
        <w:rPr>
          <w:rFonts w:cs="Times New Roman"/>
          <w:sz w:val="24"/>
          <w:szCs w:val="24"/>
        </w:rPr>
        <w:t xml:space="preserve"> </w:t>
      </w:r>
      <w:proofErr w:type="spellStart"/>
      <w:r w:rsidRPr="0094267F">
        <w:rPr>
          <w:rFonts w:cs="Times New Roman"/>
          <w:sz w:val="24"/>
          <w:szCs w:val="24"/>
        </w:rPr>
        <w:t>көрсетілетін</w:t>
      </w:r>
      <w:proofErr w:type="spellEnd"/>
      <w:r w:rsidRPr="0094267F">
        <w:rPr>
          <w:rFonts w:cs="Times New Roman"/>
          <w:sz w:val="24"/>
          <w:szCs w:val="24"/>
        </w:rPr>
        <w:t xml:space="preserve"> </w:t>
      </w:r>
      <w:proofErr w:type="spellStart"/>
      <w:r w:rsidRPr="0094267F">
        <w:rPr>
          <w:rFonts w:cs="Times New Roman"/>
          <w:sz w:val="24"/>
          <w:szCs w:val="24"/>
        </w:rPr>
        <w:t>құрылғылардың</w:t>
      </w:r>
      <w:proofErr w:type="spellEnd"/>
      <w:r w:rsidRPr="0094267F">
        <w:rPr>
          <w:rFonts w:cs="Times New Roman"/>
          <w:sz w:val="24"/>
          <w:szCs w:val="24"/>
        </w:rPr>
        <w:t xml:space="preserve"> </w:t>
      </w:r>
      <w:proofErr w:type="spellStart"/>
      <w:r w:rsidRPr="0094267F">
        <w:rPr>
          <w:rFonts w:cs="Times New Roman"/>
          <w:sz w:val="24"/>
          <w:szCs w:val="24"/>
        </w:rPr>
        <w:t>тізімі</w:t>
      </w:r>
      <w:proofErr w:type="spellEnd"/>
      <w:r w:rsidRPr="0094267F">
        <w:rPr>
          <w:rFonts w:cs="Times New Roman"/>
          <w:sz w:val="24"/>
          <w:szCs w:val="24"/>
        </w:rPr>
        <w:t>:</w:t>
      </w:r>
    </w:p>
    <w:p w:rsidR="0094267F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kk-KZ"/>
        </w:rPr>
      </w:pPr>
    </w:p>
    <w:tbl>
      <w:tblPr>
        <w:tblStyle w:val="aff0"/>
        <w:tblW w:w="0" w:type="auto"/>
        <w:jc w:val="center"/>
        <w:tblLook w:val="04A0"/>
      </w:tblPr>
      <w:tblGrid>
        <w:gridCol w:w="458"/>
        <w:gridCol w:w="6374"/>
        <w:gridCol w:w="3400"/>
      </w:tblGrid>
      <w:tr w:rsidR="006960F6" w:rsidRPr="0094267F" w:rsidTr="0094267F">
        <w:trPr>
          <w:jc w:val="center"/>
        </w:trPr>
        <w:tc>
          <w:tcPr>
            <w:tcW w:w="458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b/>
                <w:sz w:val="24"/>
                <w:szCs w:val="24"/>
              </w:rPr>
              <w:t>Принтердің маркасы мен моделі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b/>
                <w:sz w:val="24"/>
                <w:szCs w:val="24"/>
              </w:rPr>
              <w:t>Саны</w:t>
            </w:r>
          </w:p>
        </w:tc>
      </w:tr>
      <w:tr w:rsidR="006960F6" w:rsidRPr="0094267F" w:rsidTr="0094267F">
        <w:trPr>
          <w:jc w:val="center"/>
        </w:trPr>
        <w:tc>
          <w:tcPr>
            <w:tcW w:w="426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HP Laser</w:t>
            </w:r>
            <w:r>
              <w:rPr>
                <w:rFonts w:cs="Times New Roman"/>
                <w:sz w:val="24"/>
                <w:szCs w:val="24"/>
                <w:lang w:val="kk-KZ"/>
              </w:rPr>
              <w:t xml:space="preserve"> </w:t>
            </w:r>
            <w:r w:rsidRPr="0094267F">
              <w:rPr>
                <w:rFonts w:cs="Times New Roman"/>
                <w:sz w:val="24"/>
                <w:szCs w:val="24"/>
              </w:rPr>
              <w:t>Jet 107r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6 дана</w:t>
            </w:r>
          </w:p>
        </w:tc>
      </w:tr>
      <w:tr w:rsidR="006960F6" w:rsidRPr="0094267F" w:rsidTr="0094267F">
        <w:trPr>
          <w:jc w:val="center"/>
        </w:trPr>
        <w:tc>
          <w:tcPr>
            <w:tcW w:w="426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HP Laser</w:t>
            </w:r>
            <w:r>
              <w:rPr>
                <w:rFonts w:cs="Times New Roman"/>
                <w:sz w:val="24"/>
                <w:szCs w:val="24"/>
                <w:lang w:val="kk-KZ"/>
              </w:rPr>
              <w:t xml:space="preserve"> </w:t>
            </w:r>
            <w:r w:rsidRPr="0094267F">
              <w:rPr>
                <w:rFonts w:cs="Times New Roman"/>
                <w:sz w:val="24"/>
                <w:szCs w:val="24"/>
              </w:rPr>
              <w:t>Jet P1505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1 дана</w:t>
            </w:r>
          </w:p>
        </w:tc>
      </w:tr>
      <w:tr w:rsidR="006960F6" w:rsidRPr="0094267F" w:rsidTr="0094267F">
        <w:trPr>
          <w:jc w:val="center"/>
        </w:trPr>
        <w:tc>
          <w:tcPr>
            <w:tcW w:w="426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HP Laser</w:t>
            </w:r>
            <w:r>
              <w:rPr>
                <w:rFonts w:cs="Times New Roman"/>
                <w:sz w:val="24"/>
                <w:szCs w:val="24"/>
                <w:lang w:val="kk-KZ"/>
              </w:rPr>
              <w:t xml:space="preserve"> </w:t>
            </w:r>
            <w:r w:rsidRPr="0094267F">
              <w:rPr>
                <w:rFonts w:cs="Times New Roman"/>
                <w:sz w:val="24"/>
                <w:szCs w:val="24"/>
              </w:rPr>
              <w:t>Jet 107wr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1 дана</w:t>
            </w:r>
          </w:p>
        </w:tc>
      </w:tr>
      <w:tr w:rsidR="006960F6" w:rsidRPr="0094267F" w:rsidTr="0094267F">
        <w:trPr>
          <w:jc w:val="center"/>
        </w:trPr>
        <w:tc>
          <w:tcPr>
            <w:tcW w:w="426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Canon G1420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2 дана</w:t>
            </w:r>
          </w:p>
        </w:tc>
      </w:tr>
      <w:tr w:rsidR="006960F6" w:rsidRPr="0094267F" w:rsidTr="0094267F">
        <w:trPr>
          <w:jc w:val="center"/>
        </w:trPr>
        <w:tc>
          <w:tcPr>
            <w:tcW w:w="426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Epson L1300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1 дана</w:t>
            </w:r>
          </w:p>
        </w:tc>
      </w:tr>
      <w:tr w:rsidR="006960F6" w:rsidRPr="0094267F" w:rsidTr="0094267F">
        <w:trPr>
          <w:jc w:val="center"/>
        </w:trPr>
        <w:tc>
          <w:tcPr>
            <w:tcW w:w="426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Epson 11250 (түрлі-түсті)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1 дана</w:t>
            </w:r>
          </w:p>
        </w:tc>
      </w:tr>
      <w:tr w:rsidR="0094267F" w:rsidRPr="0094267F" w:rsidTr="00983F6A">
        <w:trPr>
          <w:jc w:val="center"/>
        </w:trPr>
        <w:tc>
          <w:tcPr>
            <w:tcW w:w="6832" w:type="dxa"/>
            <w:gridSpan w:val="2"/>
            <w:vAlign w:val="center"/>
          </w:tcPr>
          <w:p w:rsidR="0094267F" w:rsidRPr="0094267F" w:rsidRDefault="0094267F" w:rsidP="0094267F">
            <w:pPr>
              <w:rPr>
                <w:rFonts w:cs="Times New Roman"/>
                <w:b/>
                <w:sz w:val="24"/>
                <w:szCs w:val="24"/>
                <w:lang w:val="kk-KZ"/>
              </w:rPr>
            </w:pPr>
            <w:r w:rsidRPr="0094267F">
              <w:rPr>
                <w:rFonts w:cs="Times New Roman"/>
                <w:b/>
                <w:sz w:val="24"/>
                <w:szCs w:val="24"/>
                <w:lang w:val="kk-KZ"/>
              </w:rPr>
              <w:t>Барлығы</w:t>
            </w:r>
          </w:p>
        </w:tc>
        <w:tc>
          <w:tcPr>
            <w:tcW w:w="3400" w:type="dxa"/>
            <w:vAlign w:val="center"/>
          </w:tcPr>
          <w:p w:rsidR="0094267F" w:rsidRPr="0094267F" w:rsidRDefault="0094267F" w:rsidP="0094267F">
            <w:pPr>
              <w:rPr>
                <w:rFonts w:cs="Times New Roman"/>
                <w:b/>
                <w:sz w:val="24"/>
                <w:szCs w:val="24"/>
                <w:lang w:val="kk-KZ"/>
              </w:rPr>
            </w:pPr>
            <w:r w:rsidRPr="0094267F">
              <w:rPr>
                <w:rFonts w:cs="Times New Roman"/>
                <w:b/>
                <w:sz w:val="24"/>
                <w:szCs w:val="24"/>
                <w:lang w:val="kk-KZ"/>
              </w:rPr>
              <w:t>12</w:t>
            </w:r>
          </w:p>
        </w:tc>
      </w:tr>
    </w:tbl>
    <w:p w:rsid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kk-KZ"/>
        </w:rPr>
      </w:pP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</w:rPr>
      </w:pPr>
      <w:r w:rsidRPr="0094267F">
        <w:rPr>
          <w:rFonts w:cs="Times New Roman"/>
          <w:sz w:val="24"/>
          <w:szCs w:val="24"/>
          <w:lang w:val="kk-KZ"/>
        </w:rPr>
        <w:t>3. Қызмет көрсету тәртібі: қызметтер 2026 жылғы</w:t>
      </w:r>
      <w:r w:rsidRPr="0094267F">
        <w:rPr>
          <w:rFonts w:cs="Times New Roman"/>
          <w:sz w:val="24"/>
          <w:szCs w:val="24"/>
          <w:lang w:val="kk-KZ"/>
        </w:rPr>
        <w:t xml:space="preserve"> 31 желтоқсанға дейін Тапсырыс берушінің өтінімі бойынша, нақты қажеттілік туындаған кезде кезең-кезеңімен көрсетіледі. </w:t>
      </w:r>
      <w:proofErr w:type="spellStart"/>
      <w:proofErr w:type="gramStart"/>
      <w:r w:rsidRPr="0094267F">
        <w:rPr>
          <w:rFonts w:cs="Times New Roman"/>
          <w:sz w:val="24"/>
          <w:szCs w:val="24"/>
        </w:rPr>
        <w:t>Бір</w:t>
      </w:r>
      <w:proofErr w:type="spellEnd"/>
      <w:r w:rsidRPr="0094267F">
        <w:rPr>
          <w:rFonts w:cs="Times New Roman"/>
          <w:sz w:val="24"/>
          <w:szCs w:val="24"/>
        </w:rPr>
        <w:t xml:space="preserve"> </w:t>
      </w:r>
      <w:proofErr w:type="spellStart"/>
      <w:r w:rsidRPr="0094267F">
        <w:rPr>
          <w:rFonts w:cs="Times New Roman"/>
          <w:sz w:val="24"/>
          <w:szCs w:val="24"/>
        </w:rPr>
        <w:t>уақытта</w:t>
      </w:r>
      <w:proofErr w:type="spellEnd"/>
      <w:r w:rsidRPr="0094267F">
        <w:rPr>
          <w:rFonts w:cs="Times New Roman"/>
          <w:sz w:val="24"/>
          <w:szCs w:val="24"/>
        </w:rPr>
        <w:t xml:space="preserve"> </w:t>
      </w:r>
      <w:proofErr w:type="spellStart"/>
      <w:r w:rsidRPr="0094267F">
        <w:rPr>
          <w:rFonts w:cs="Times New Roman"/>
          <w:sz w:val="24"/>
          <w:szCs w:val="24"/>
        </w:rPr>
        <w:t>барлық</w:t>
      </w:r>
      <w:proofErr w:type="spellEnd"/>
      <w:r w:rsidRPr="0094267F">
        <w:rPr>
          <w:rFonts w:cs="Times New Roman"/>
          <w:sz w:val="24"/>
          <w:szCs w:val="24"/>
        </w:rPr>
        <w:t xml:space="preserve"> </w:t>
      </w:r>
      <w:proofErr w:type="spellStart"/>
      <w:r w:rsidRPr="0094267F">
        <w:rPr>
          <w:rFonts w:cs="Times New Roman"/>
          <w:sz w:val="24"/>
          <w:szCs w:val="24"/>
        </w:rPr>
        <w:t>картридждерді</w:t>
      </w:r>
      <w:proofErr w:type="spellEnd"/>
      <w:r w:rsidRPr="0094267F">
        <w:rPr>
          <w:rFonts w:cs="Times New Roman"/>
          <w:sz w:val="24"/>
          <w:szCs w:val="24"/>
        </w:rPr>
        <w:t xml:space="preserve"> толтыру талап етілмейді.</w:t>
      </w:r>
      <w:proofErr w:type="gramEnd"/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</w:rPr>
      </w:pPr>
      <w:r w:rsidRPr="0094267F">
        <w:rPr>
          <w:rFonts w:cs="Times New Roman"/>
          <w:sz w:val="24"/>
          <w:szCs w:val="24"/>
        </w:rPr>
        <w:t>4. Қызмет құрамына мыналар кіреді: қара-ақ лазерлік принтерлердің картридждері</w:t>
      </w:r>
      <w:r w:rsidRPr="0094267F">
        <w:rPr>
          <w:rFonts w:cs="Times New Roman"/>
          <w:sz w:val="24"/>
          <w:szCs w:val="24"/>
        </w:rPr>
        <w:t>н тиісті тонермен толтыру; түрлі-түсті принтерлердің сия сауыттарына сәйкес сия құю; толтырғаннан кейін басып шығару сапасын тексеру.</w:t>
      </w: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sz w:val="24"/>
          <w:szCs w:val="24"/>
          <w:lang w:val="ru-RU"/>
        </w:rPr>
        <w:t xml:space="preserve">5. Сапа </w:t>
      </w:r>
      <w:proofErr w:type="spellStart"/>
      <w:r w:rsidRPr="0094267F">
        <w:rPr>
          <w:rFonts w:cs="Times New Roman"/>
          <w:sz w:val="24"/>
          <w:szCs w:val="24"/>
          <w:lang w:val="ru-RU"/>
        </w:rPr>
        <w:t>талаптары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: </w:t>
      </w:r>
      <w:proofErr w:type="spellStart"/>
      <w:r w:rsidRPr="0094267F">
        <w:rPr>
          <w:rFonts w:cs="Times New Roman"/>
          <w:sz w:val="24"/>
          <w:szCs w:val="24"/>
          <w:lang w:val="ru-RU"/>
        </w:rPr>
        <w:t>тиі</w:t>
      </w:r>
      <w:proofErr w:type="gramStart"/>
      <w:r w:rsidRPr="0094267F">
        <w:rPr>
          <w:rFonts w:cs="Times New Roman"/>
          <w:sz w:val="24"/>
          <w:szCs w:val="24"/>
          <w:lang w:val="ru-RU"/>
        </w:rPr>
        <w:t>ст</w:t>
      </w:r>
      <w:proofErr w:type="gramEnd"/>
      <w:r w:rsidRPr="0094267F">
        <w:rPr>
          <w:rFonts w:cs="Times New Roman"/>
          <w:sz w:val="24"/>
          <w:szCs w:val="24"/>
          <w:lang w:val="ru-RU"/>
        </w:rPr>
        <w:t>і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модельге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сәйкес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келетін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тонер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немесе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сия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пайдаланылуы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94267F">
        <w:rPr>
          <w:rFonts w:cs="Times New Roman"/>
          <w:sz w:val="24"/>
          <w:szCs w:val="24"/>
          <w:lang w:val="ru-RU"/>
        </w:rPr>
        <w:t>тиіс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. Қызмет нәтижесінде принтер қалыпты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б</w:t>
      </w:r>
      <w:r w:rsidRPr="0094267F">
        <w:rPr>
          <w:rFonts w:cs="Times New Roman"/>
          <w:sz w:val="24"/>
          <w:szCs w:val="24"/>
          <w:lang w:val="ru-RU"/>
        </w:rPr>
        <w:t>асып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шығаруы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керек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. Қызмет көрсетілгені </w:t>
      </w:r>
      <w:proofErr w:type="spellStart"/>
      <w:r w:rsidRPr="0094267F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берушінің қабылдауымен </w:t>
      </w:r>
      <w:proofErr w:type="spellStart"/>
      <w:r w:rsidRPr="0094267F">
        <w:rPr>
          <w:rFonts w:cs="Times New Roman"/>
          <w:sz w:val="24"/>
          <w:szCs w:val="24"/>
          <w:lang w:val="ru-RU"/>
        </w:rPr>
        <w:t>расталады</w:t>
      </w:r>
      <w:proofErr w:type="spellEnd"/>
      <w:r w:rsidRPr="0094267F">
        <w:rPr>
          <w:rFonts w:cs="Times New Roman"/>
          <w:sz w:val="24"/>
          <w:szCs w:val="24"/>
          <w:lang w:val="ru-RU"/>
        </w:rPr>
        <w:t>.</w:t>
      </w: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sz w:val="24"/>
          <w:szCs w:val="24"/>
          <w:lang w:val="ru-RU"/>
        </w:rPr>
        <w:t xml:space="preserve">6. Қызмет көрсету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мерзімі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: </w:t>
      </w:r>
      <w:proofErr w:type="spellStart"/>
      <w:r w:rsidRPr="0094267F">
        <w:rPr>
          <w:rFonts w:cs="Times New Roman"/>
          <w:sz w:val="24"/>
          <w:szCs w:val="24"/>
          <w:lang w:val="ru-RU"/>
        </w:rPr>
        <w:t>шарт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жасалған күннен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бастап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2026 жылғы 31 желтоқ</w:t>
      </w:r>
      <w:proofErr w:type="gramStart"/>
      <w:r w:rsidRPr="0094267F">
        <w:rPr>
          <w:rFonts w:cs="Times New Roman"/>
          <w:sz w:val="24"/>
          <w:szCs w:val="24"/>
          <w:lang w:val="ru-RU"/>
        </w:rPr>
        <w:t>сан</w:t>
      </w:r>
      <w:proofErr w:type="gramEnd"/>
      <w:r w:rsidRPr="0094267F">
        <w:rPr>
          <w:rFonts w:cs="Times New Roman"/>
          <w:sz w:val="24"/>
          <w:szCs w:val="24"/>
          <w:lang w:val="ru-RU"/>
        </w:rPr>
        <w:t xml:space="preserve">ға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дейін</w:t>
      </w:r>
      <w:proofErr w:type="spellEnd"/>
      <w:r w:rsidRPr="0094267F">
        <w:rPr>
          <w:rFonts w:cs="Times New Roman"/>
          <w:sz w:val="24"/>
          <w:szCs w:val="24"/>
          <w:lang w:val="ru-RU"/>
        </w:rPr>
        <w:t>.</w:t>
      </w: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sz w:val="24"/>
          <w:szCs w:val="24"/>
          <w:lang w:val="ru-RU"/>
        </w:rPr>
        <w:t xml:space="preserve">7. Қызметтердің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жалпы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құны: 60 000 (</w:t>
      </w:r>
      <w:proofErr w:type="spellStart"/>
      <w:r w:rsidRPr="0094267F">
        <w:rPr>
          <w:rFonts w:cs="Times New Roman"/>
          <w:sz w:val="24"/>
          <w:szCs w:val="24"/>
          <w:lang w:val="ru-RU"/>
        </w:rPr>
        <w:t>алпыс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мың) теңге.</w:t>
      </w: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sz w:val="24"/>
          <w:szCs w:val="24"/>
          <w:lang w:val="ru-RU"/>
        </w:rPr>
        <w:t xml:space="preserve">8. Осы </w:t>
      </w:r>
      <w:proofErr w:type="spellStart"/>
      <w:r w:rsidRPr="0094267F">
        <w:rPr>
          <w:rFonts w:cs="Times New Roman"/>
          <w:sz w:val="24"/>
          <w:szCs w:val="24"/>
          <w:lang w:val="ru-RU"/>
        </w:rPr>
        <w:t>сатып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алуға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принтерлерді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жөндеу, диагностика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жасау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барабанды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магниттік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білікті</w:t>
      </w:r>
      <w:proofErr w:type="spellEnd"/>
      <w:r w:rsidRPr="0094267F">
        <w:rPr>
          <w:rFonts w:cs="Times New Roman"/>
          <w:sz w:val="24"/>
          <w:szCs w:val="24"/>
          <w:lang w:val="ru-RU"/>
        </w:rPr>
        <w:t>, резең</w:t>
      </w:r>
      <w:proofErr w:type="gramStart"/>
      <w:r w:rsidRPr="0094267F">
        <w:rPr>
          <w:rFonts w:cs="Times New Roman"/>
          <w:sz w:val="24"/>
          <w:szCs w:val="24"/>
          <w:lang w:val="ru-RU"/>
        </w:rPr>
        <w:t xml:space="preserve">ке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б</w:t>
      </w:r>
      <w:proofErr w:type="gramEnd"/>
      <w:r w:rsidRPr="0094267F">
        <w:rPr>
          <w:rFonts w:cs="Times New Roman"/>
          <w:sz w:val="24"/>
          <w:szCs w:val="24"/>
          <w:lang w:val="ru-RU"/>
        </w:rPr>
        <w:t>ілікті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және өзге де қосалқы бөлшектерді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ауыстыру</w:t>
      </w:r>
      <w:proofErr w:type="spellEnd"/>
      <w:r w:rsidRPr="0094267F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94267F">
        <w:rPr>
          <w:rFonts w:cs="Times New Roman"/>
          <w:sz w:val="24"/>
          <w:szCs w:val="24"/>
          <w:lang w:val="ru-RU"/>
        </w:rPr>
        <w:t>кірмейді</w:t>
      </w:r>
      <w:proofErr w:type="spellEnd"/>
      <w:r w:rsidRPr="0094267F">
        <w:rPr>
          <w:rFonts w:cs="Times New Roman"/>
          <w:sz w:val="24"/>
          <w:szCs w:val="24"/>
          <w:lang w:val="ru-RU"/>
        </w:rPr>
        <w:t>.</w:t>
      </w: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sz w:val="24"/>
          <w:szCs w:val="24"/>
          <w:lang w:val="ru-RU"/>
        </w:rPr>
        <w:br w:type="page"/>
      </w:r>
    </w:p>
    <w:p w:rsidR="006960F6" w:rsidRPr="0094267F" w:rsidRDefault="0094267F" w:rsidP="0094267F">
      <w:pPr>
        <w:spacing w:after="0" w:line="240" w:lineRule="auto"/>
        <w:jc w:val="center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b/>
          <w:sz w:val="24"/>
          <w:szCs w:val="24"/>
          <w:lang w:val="ru-RU"/>
        </w:rPr>
        <w:lastRenderedPageBreak/>
        <w:t>ТЕХНИЧЕСКАЯ СПЕЦИФИКАЦИЯ</w:t>
      </w:r>
    </w:p>
    <w:p w:rsidR="006960F6" w:rsidRDefault="0094267F" w:rsidP="0094267F">
      <w:pPr>
        <w:spacing w:after="0" w:line="240" w:lineRule="auto"/>
        <w:jc w:val="center"/>
        <w:rPr>
          <w:rFonts w:cs="Times New Roman"/>
          <w:b/>
          <w:sz w:val="24"/>
          <w:szCs w:val="24"/>
          <w:lang w:val="ru-RU"/>
        </w:rPr>
      </w:pPr>
      <w:r w:rsidRPr="0094267F">
        <w:rPr>
          <w:rFonts w:cs="Times New Roman"/>
          <w:b/>
          <w:sz w:val="24"/>
          <w:szCs w:val="24"/>
          <w:lang w:val="ru-RU"/>
        </w:rPr>
        <w:t>Услуги по заправке картриджей и заправке принтеров чернилами в 2026 году</w:t>
      </w:r>
    </w:p>
    <w:p w:rsidR="0094267F" w:rsidRPr="0094267F" w:rsidRDefault="0094267F" w:rsidP="0094267F">
      <w:pPr>
        <w:spacing w:after="0" w:line="240" w:lineRule="auto"/>
        <w:jc w:val="center"/>
        <w:rPr>
          <w:rFonts w:cs="Times New Roman"/>
          <w:sz w:val="24"/>
          <w:szCs w:val="24"/>
          <w:lang w:val="ru-RU"/>
        </w:rPr>
      </w:pP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sz w:val="24"/>
          <w:szCs w:val="24"/>
          <w:lang w:val="ru-RU"/>
        </w:rPr>
        <w:t>1. Наименование закупаемой усл</w:t>
      </w:r>
      <w:r w:rsidRPr="0094267F">
        <w:rPr>
          <w:rFonts w:cs="Times New Roman"/>
          <w:sz w:val="24"/>
          <w:szCs w:val="24"/>
          <w:lang w:val="ru-RU"/>
        </w:rPr>
        <w:t>уги: услуги по заправке картриджей принтеров тонером и заправке цветных принтеров чернилами.</w:t>
      </w:r>
    </w:p>
    <w:p w:rsidR="006960F6" w:rsidRDefault="0094267F" w:rsidP="0094267F">
      <w:pPr>
        <w:spacing w:after="0" w:line="240" w:lineRule="auto"/>
        <w:rPr>
          <w:rFonts w:cs="Times New Roman"/>
          <w:sz w:val="24"/>
          <w:szCs w:val="24"/>
          <w:lang w:val="kk-KZ"/>
        </w:rPr>
      </w:pPr>
      <w:r w:rsidRPr="0094267F">
        <w:rPr>
          <w:rFonts w:cs="Times New Roman"/>
          <w:sz w:val="24"/>
          <w:szCs w:val="24"/>
        </w:rPr>
        <w:t xml:space="preserve">2. </w:t>
      </w:r>
      <w:proofErr w:type="spellStart"/>
      <w:r w:rsidRPr="0094267F">
        <w:rPr>
          <w:rFonts w:cs="Times New Roman"/>
          <w:sz w:val="24"/>
          <w:szCs w:val="24"/>
        </w:rPr>
        <w:t>Перечень</w:t>
      </w:r>
      <w:proofErr w:type="spellEnd"/>
      <w:r w:rsidRPr="0094267F">
        <w:rPr>
          <w:rFonts w:cs="Times New Roman"/>
          <w:sz w:val="24"/>
          <w:szCs w:val="24"/>
        </w:rPr>
        <w:t xml:space="preserve"> </w:t>
      </w:r>
      <w:proofErr w:type="spellStart"/>
      <w:r w:rsidRPr="0094267F">
        <w:rPr>
          <w:rFonts w:cs="Times New Roman"/>
          <w:sz w:val="24"/>
          <w:szCs w:val="24"/>
        </w:rPr>
        <w:t>обслуживаемых</w:t>
      </w:r>
      <w:proofErr w:type="spellEnd"/>
      <w:r w:rsidRPr="0094267F">
        <w:rPr>
          <w:rFonts w:cs="Times New Roman"/>
          <w:sz w:val="24"/>
          <w:szCs w:val="24"/>
        </w:rPr>
        <w:t xml:space="preserve"> </w:t>
      </w:r>
      <w:proofErr w:type="spellStart"/>
      <w:r w:rsidRPr="0094267F">
        <w:rPr>
          <w:rFonts w:cs="Times New Roman"/>
          <w:sz w:val="24"/>
          <w:szCs w:val="24"/>
        </w:rPr>
        <w:t>устройств</w:t>
      </w:r>
      <w:proofErr w:type="spellEnd"/>
      <w:r w:rsidRPr="0094267F">
        <w:rPr>
          <w:rFonts w:cs="Times New Roman"/>
          <w:sz w:val="24"/>
          <w:szCs w:val="24"/>
        </w:rPr>
        <w:t>:</w:t>
      </w:r>
    </w:p>
    <w:p w:rsidR="0094267F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kk-KZ"/>
        </w:rPr>
      </w:pPr>
    </w:p>
    <w:tbl>
      <w:tblPr>
        <w:tblStyle w:val="aff0"/>
        <w:tblW w:w="0" w:type="auto"/>
        <w:jc w:val="center"/>
        <w:tblLook w:val="04A0"/>
      </w:tblPr>
      <w:tblGrid>
        <w:gridCol w:w="458"/>
        <w:gridCol w:w="6374"/>
        <w:gridCol w:w="3400"/>
      </w:tblGrid>
      <w:tr w:rsidR="006960F6" w:rsidRPr="0094267F" w:rsidTr="0094267F">
        <w:trPr>
          <w:jc w:val="center"/>
        </w:trPr>
        <w:tc>
          <w:tcPr>
            <w:tcW w:w="458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b/>
                <w:sz w:val="24"/>
                <w:szCs w:val="24"/>
              </w:rPr>
              <w:t>Марка и модель принтера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b/>
                <w:sz w:val="24"/>
                <w:szCs w:val="24"/>
              </w:rPr>
              <w:t>Количество</w:t>
            </w:r>
          </w:p>
        </w:tc>
      </w:tr>
      <w:tr w:rsidR="006960F6" w:rsidRPr="0094267F" w:rsidTr="0094267F">
        <w:trPr>
          <w:jc w:val="center"/>
        </w:trPr>
        <w:tc>
          <w:tcPr>
            <w:tcW w:w="426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HP Laser</w:t>
            </w:r>
            <w:r>
              <w:rPr>
                <w:rFonts w:cs="Times New Roman"/>
                <w:sz w:val="24"/>
                <w:szCs w:val="24"/>
                <w:lang w:val="kk-KZ"/>
              </w:rPr>
              <w:t xml:space="preserve"> </w:t>
            </w:r>
            <w:r w:rsidRPr="0094267F">
              <w:rPr>
                <w:rFonts w:cs="Times New Roman"/>
                <w:sz w:val="24"/>
                <w:szCs w:val="24"/>
              </w:rPr>
              <w:t>Jet 107r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6 шт.</w:t>
            </w:r>
          </w:p>
        </w:tc>
      </w:tr>
      <w:tr w:rsidR="006960F6" w:rsidRPr="0094267F" w:rsidTr="0094267F">
        <w:trPr>
          <w:jc w:val="center"/>
        </w:trPr>
        <w:tc>
          <w:tcPr>
            <w:tcW w:w="426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HP Laser</w:t>
            </w:r>
            <w:r>
              <w:rPr>
                <w:rFonts w:cs="Times New Roman"/>
                <w:sz w:val="24"/>
                <w:szCs w:val="24"/>
                <w:lang w:val="kk-KZ"/>
              </w:rPr>
              <w:t xml:space="preserve"> </w:t>
            </w:r>
            <w:r w:rsidRPr="0094267F">
              <w:rPr>
                <w:rFonts w:cs="Times New Roman"/>
                <w:sz w:val="24"/>
                <w:szCs w:val="24"/>
              </w:rPr>
              <w:t>Jet P1505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6960F6" w:rsidRPr="0094267F" w:rsidTr="0094267F">
        <w:trPr>
          <w:jc w:val="center"/>
        </w:trPr>
        <w:tc>
          <w:tcPr>
            <w:tcW w:w="426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HP Laser</w:t>
            </w:r>
            <w:r>
              <w:rPr>
                <w:rFonts w:cs="Times New Roman"/>
                <w:sz w:val="24"/>
                <w:szCs w:val="24"/>
                <w:lang w:val="kk-KZ"/>
              </w:rPr>
              <w:t xml:space="preserve"> </w:t>
            </w:r>
            <w:r w:rsidRPr="0094267F">
              <w:rPr>
                <w:rFonts w:cs="Times New Roman"/>
                <w:sz w:val="24"/>
                <w:szCs w:val="24"/>
              </w:rPr>
              <w:t>Jet 107wr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6960F6" w:rsidRPr="0094267F" w:rsidTr="0094267F">
        <w:trPr>
          <w:jc w:val="center"/>
        </w:trPr>
        <w:tc>
          <w:tcPr>
            <w:tcW w:w="426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 xml:space="preserve">Canon </w:t>
            </w:r>
            <w:r w:rsidRPr="0094267F">
              <w:rPr>
                <w:rFonts w:cs="Times New Roman"/>
                <w:sz w:val="24"/>
                <w:szCs w:val="24"/>
              </w:rPr>
              <w:t>G1420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2 шт.</w:t>
            </w:r>
          </w:p>
        </w:tc>
      </w:tr>
      <w:tr w:rsidR="006960F6" w:rsidRPr="0094267F" w:rsidTr="0094267F">
        <w:trPr>
          <w:jc w:val="center"/>
        </w:trPr>
        <w:tc>
          <w:tcPr>
            <w:tcW w:w="426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Epson L1300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6960F6" w:rsidRPr="0094267F" w:rsidTr="0094267F">
        <w:trPr>
          <w:jc w:val="center"/>
        </w:trPr>
        <w:tc>
          <w:tcPr>
            <w:tcW w:w="426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6374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Epson 11250 (цветной)</w:t>
            </w:r>
          </w:p>
        </w:tc>
        <w:tc>
          <w:tcPr>
            <w:tcW w:w="3400" w:type="dxa"/>
            <w:vAlign w:val="center"/>
          </w:tcPr>
          <w:p w:rsidR="006960F6" w:rsidRPr="0094267F" w:rsidRDefault="0094267F" w:rsidP="0094267F">
            <w:pPr>
              <w:rPr>
                <w:rFonts w:cs="Times New Roman"/>
                <w:sz w:val="24"/>
                <w:szCs w:val="24"/>
              </w:rPr>
            </w:pPr>
            <w:r w:rsidRPr="0094267F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94267F" w:rsidRPr="0094267F" w:rsidTr="00E55090">
        <w:trPr>
          <w:jc w:val="center"/>
        </w:trPr>
        <w:tc>
          <w:tcPr>
            <w:tcW w:w="6832" w:type="dxa"/>
            <w:gridSpan w:val="2"/>
            <w:vAlign w:val="center"/>
          </w:tcPr>
          <w:p w:rsidR="0094267F" w:rsidRPr="0094267F" w:rsidRDefault="0094267F" w:rsidP="0094267F">
            <w:pPr>
              <w:rPr>
                <w:rFonts w:cs="Times New Roman"/>
                <w:b/>
                <w:sz w:val="24"/>
                <w:szCs w:val="24"/>
                <w:lang w:val="kk-KZ"/>
              </w:rPr>
            </w:pPr>
            <w:r w:rsidRPr="0094267F">
              <w:rPr>
                <w:rFonts w:cs="Times New Roman"/>
                <w:b/>
                <w:sz w:val="24"/>
                <w:szCs w:val="24"/>
                <w:lang w:val="kk-KZ"/>
              </w:rPr>
              <w:t>Всего</w:t>
            </w:r>
          </w:p>
        </w:tc>
        <w:tc>
          <w:tcPr>
            <w:tcW w:w="3400" w:type="dxa"/>
            <w:vAlign w:val="center"/>
          </w:tcPr>
          <w:p w:rsidR="0094267F" w:rsidRPr="0094267F" w:rsidRDefault="0094267F" w:rsidP="0094267F">
            <w:pPr>
              <w:rPr>
                <w:rFonts w:cs="Times New Roman"/>
                <w:b/>
                <w:sz w:val="24"/>
                <w:szCs w:val="24"/>
                <w:lang w:val="kk-KZ"/>
              </w:rPr>
            </w:pPr>
            <w:r w:rsidRPr="0094267F">
              <w:rPr>
                <w:rFonts w:cs="Times New Roman"/>
                <w:b/>
                <w:sz w:val="24"/>
                <w:szCs w:val="24"/>
                <w:lang w:val="kk-KZ"/>
              </w:rPr>
              <w:t>12</w:t>
            </w:r>
          </w:p>
        </w:tc>
      </w:tr>
    </w:tbl>
    <w:p w:rsid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sz w:val="24"/>
          <w:szCs w:val="24"/>
          <w:lang w:val="ru-RU"/>
        </w:rPr>
        <w:t xml:space="preserve">3. Порядок оказания услуг: услуги оказываются по заявке Заказчика при возникновении фактической потребности, поэтапно, до 31 декабря 2026 года. Заправка всех картриджей единовременно не </w:t>
      </w:r>
      <w:r w:rsidRPr="0094267F">
        <w:rPr>
          <w:rFonts w:cs="Times New Roman"/>
          <w:sz w:val="24"/>
          <w:szCs w:val="24"/>
          <w:lang w:val="ru-RU"/>
        </w:rPr>
        <w:t>требуется.</w:t>
      </w: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sz w:val="24"/>
          <w:szCs w:val="24"/>
          <w:lang w:val="ru-RU"/>
        </w:rPr>
        <w:t>4. В состав услуг входит: заправка картриджей черно-белых лазерных принтеров соответствующим тонером; заправка цветных принтеров соответствующими чернилами; проверка качества печати после заправки.</w:t>
      </w: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sz w:val="24"/>
          <w:szCs w:val="24"/>
          <w:lang w:val="ru-RU"/>
        </w:rPr>
        <w:t>5. Требования к качеству: должен использоваться</w:t>
      </w:r>
      <w:r w:rsidRPr="0094267F">
        <w:rPr>
          <w:rFonts w:cs="Times New Roman"/>
          <w:sz w:val="24"/>
          <w:szCs w:val="24"/>
          <w:lang w:val="ru-RU"/>
        </w:rPr>
        <w:t xml:space="preserve"> тонер или чернила, соответствующие модели устройства. После оказания услуги принтер должен обеспечивать нормальное качество печати. Факт оказания услуги подтверждается приемкой Заказчиком.</w:t>
      </w: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sz w:val="24"/>
          <w:szCs w:val="24"/>
          <w:lang w:val="ru-RU"/>
        </w:rPr>
        <w:t xml:space="preserve">6. Срок оказания услуг: </w:t>
      </w:r>
      <w:proofErr w:type="gramStart"/>
      <w:r w:rsidRPr="0094267F">
        <w:rPr>
          <w:rFonts w:cs="Times New Roman"/>
          <w:sz w:val="24"/>
          <w:szCs w:val="24"/>
          <w:lang w:val="ru-RU"/>
        </w:rPr>
        <w:t>с даты заключения</w:t>
      </w:r>
      <w:proofErr w:type="gramEnd"/>
      <w:r w:rsidRPr="0094267F">
        <w:rPr>
          <w:rFonts w:cs="Times New Roman"/>
          <w:sz w:val="24"/>
          <w:szCs w:val="24"/>
          <w:lang w:val="ru-RU"/>
        </w:rPr>
        <w:t xml:space="preserve"> договора по 31 декабря 2</w:t>
      </w:r>
      <w:r w:rsidRPr="0094267F">
        <w:rPr>
          <w:rFonts w:cs="Times New Roman"/>
          <w:sz w:val="24"/>
          <w:szCs w:val="24"/>
          <w:lang w:val="ru-RU"/>
        </w:rPr>
        <w:t>026 года.</w:t>
      </w: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sz w:val="24"/>
          <w:szCs w:val="24"/>
          <w:lang w:val="ru-RU"/>
        </w:rPr>
        <w:t>7. Общая стоимость услуг: 60 000 (шестьдесят тысяч) тенге.</w:t>
      </w:r>
    </w:p>
    <w:p w:rsidR="006960F6" w:rsidRPr="0094267F" w:rsidRDefault="0094267F" w:rsidP="0094267F">
      <w:pPr>
        <w:spacing w:after="0" w:line="240" w:lineRule="auto"/>
        <w:rPr>
          <w:rFonts w:cs="Times New Roman"/>
          <w:sz w:val="24"/>
          <w:szCs w:val="24"/>
          <w:lang w:val="ru-RU"/>
        </w:rPr>
      </w:pPr>
      <w:r w:rsidRPr="0094267F">
        <w:rPr>
          <w:rFonts w:cs="Times New Roman"/>
          <w:sz w:val="24"/>
          <w:szCs w:val="24"/>
          <w:lang w:val="ru-RU"/>
        </w:rPr>
        <w:t>8. Ремонт принтеров, диагностика, замена барабана, магнитного вала, резинового вала и иных запасных частей в данную закупку не входят.</w:t>
      </w:r>
    </w:p>
    <w:sectPr w:rsidR="006960F6" w:rsidRPr="0094267F" w:rsidSect="00034616">
      <w:pgSz w:w="12240" w:h="15840"/>
      <w:pgMar w:top="964" w:right="1020" w:bottom="964" w:left="10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15074B"/>
    <w:rsid w:val="0029639D"/>
    <w:rsid w:val="00326F90"/>
    <w:rsid w:val="006960F6"/>
    <w:rsid w:val="0094267F"/>
    <w:rsid w:val="00AA1D8D"/>
    <w:rsid w:val="00B47730"/>
    <w:rsid w:val="00CB0664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2783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2</cp:revision>
  <dcterms:created xsi:type="dcterms:W3CDTF">2013-12-23T23:15:00Z</dcterms:created>
  <dcterms:modified xsi:type="dcterms:W3CDTF">2026-10-22T09:13:00Z</dcterms:modified>
  <cp:category/>
</cp:coreProperties>
</file>