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521ED" w14:textId="77777777" w:rsidR="00211EAB" w:rsidRPr="00000160" w:rsidRDefault="002F7887">
      <w:pPr>
        <w:jc w:val="center"/>
        <w:rPr>
          <w:lang w:val="ru-RU"/>
        </w:rPr>
      </w:pPr>
      <w:r w:rsidRPr="00000160">
        <w:rPr>
          <w:b/>
          <w:sz w:val="28"/>
          <w:lang w:val="ru-RU"/>
        </w:rPr>
        <w:t>ТЕХНИЧЕСКАЯ СПЕЦИФИКАЦИЯ</w:t>
      </w:r>
    </w:p>
    <w:p w14:paraId="492333F9" w14:textId="77777777" w:rsidR="00211EAB" w:rsidRPr="00000160" w:rsidRDefault="002F7887">
      <w:pPr>
        <w:jc w:val="center"/>
        <w:rPr>
          <w:lang w:val="ru-RU"/>
        </w:rPr>
      </w:pPr>
      <w:r w:rsidRPr="00000160">
        <w:rPr>
          <w:b/>
          <w:lang w:val="ru-RU"/>
        </w:rPr>
        <w:t>на услуги по вывозу отходов</w:t>
      </w:r>
    </w:p>
    <w:p w14:paraId="668DBE1B" w14:textId="77777777" w:rsidR="00211EAB" w:rsidRPr="00000160" w:rsidRDefault="002F7887">
      <w:pPr>
        <w:spacing w:after="120"/>
        <w:rPr>
          <w:lang w:val="ru-RU"/>
        </w:rPr>
      </w:pPr>
      <w:r w:rsidRPr="00000160">
        <w:rPr>
          <w:b/>
          <w:lang w:val="ru-RU"/>
        </w:rPr>
        <w:t xml:space="preserve">Наименование услуги: </w:t>
      </w:r>
      <w:r w:rsidRPr="00000160">
        <w:rPr>
          <w:lang w:val="ru-RU"/>
        </w:rPr>
        <w:t>погрузка и вывоз старых стендов и обрезанных веток с территории Заказчика.</w:t>
      </w:r>
    </w:p>
    <w:p w14:paraId="66C30C2A" w14:textId="77777777" w:rsidR="00211EAB" w:rsidRPr="00000160" w:rsidRDefault="002F7887">
      <w:pPr>
        <w:spacing w:after="120"/>
        <w:rPr>
          <w:lang w:val="ru-RU"/>
        </w:rPr>
      </w:pPr>
      <w:r w:rsidRPr="00000160">
        <w:rPr>
          <w:b/>
          <w:lang w:val="ru-RU"/>
        </w:rPr>
        <w:t xml:space="preserve">Объем: </w:t>
      </w:r>
      <w:r w:rsidRPr="00000160">
        <w:rPr>
          <w:lang w:val="ru-RU"/>
        </w:rPr>
        <w:t>1 грузовая машина типа КамАЗ или эквивалент, 1 рейс.</w:t>
      </w:r>
    </w:p>
    <w:p w14:paraId="63B698D9" w14:textId="77777777" w:rsidR="00211EAB" w:rsidRDefault="002F7887">
      <w:pPr>
        <w:spacing w:after="60"/>
      </w:pPr>
      <w:r>
        <w:rPr>
          <w:b/>
        </w:rPr>
        <w:t xml:space="preserve">В </w:t>
      </w:r>
      <w:proofErr w:type="spellStart"/>
      <w:r>
        <w:rPr>
          <w:b/>
        </w:rPr>
        <w:t>услугу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входит</w:t>
      </w:r>
      <w:proofErr w:type="spellEnd"/>
      <w:r>
        <w:rPr>
          <w:b/>
        </w:rPr>
        <w:t>:</w:t>
      </w:r>
    </w:p>
    <w:p w14:paraId="6F12A4C1" w14:textId="77777777" w:rsidR="00211EAB" w:rsidRPr="00000160" w:rsidRDefault="002F7887">
      <w:pPr>
        <w:pStyle w:val="a0"/>
        <w:spacing w:after="40"/>
        <w:rPr>
          <w:lang w:val="ru-RU"/>
        </w:rPr>
      </w:pPr>
      <w:r w:rsidRPr="00000160">
        <w:rPr>
          <w:lang w:val="ru-RU"/>
        </w:rPr>
        <w:t>погрузка старых стендов и обрезанных веток;</w:t>
      </w:r>
    </w:p>
    <w:p w14:paraId="39477DD8" w14:textId="77777777" w:rsidR="00211EAB" w:rsidRDefault="002F7887">
      <w:pPr>
        <w:pStyle w:val="a0"/>
        <w:spacing w:after="40"/>
      </w:pPr>
      <w:proofErr w:type="spellStart"/>
      <w:r>
        <w:t>вывоз</w:t>
      </w:r>
      <w:proofErr w:type="spellEnd"/>
      <w:r>
        <w:t xml:space="preserve"> с </w:t>
      </w:r>
      <w:proofErr w:type="spellStart"/>
      <w:r>
        <w:t>территории</w:t>
      </w:r>
      <w:proofErr w:type="spellEnd"/>
      <w:r>
        <w:t xml:space="preserve"> </w:t>
      </w:r>
      <w:proofErr w:type="spellStart"/>
      <w:r>
        <w:t>Заказчика</w:t>
      </w:r>
      <w:proofErr w:type="spellEnd"/>
      <w:r>
        <w:t>;</w:t>
      </w:r>
    </w:p>
    <w:p w14:paraId="06B3995F" w14:textId="77777777" w:rsidR="00211EAB" w:rsidRPr="00000160" w:rsidRDefault="002F7887">
      <w:pPr>
        <w:pStyle w:val="a0"/>
        <w:spacing w:after="40"/>
        <w:rPr>
          <w:lang w:val="ru-RU"/>
        </w:rPr>
      </w:pPr>
      <w:r w:rsidRPr="00000160">
        <w:rPr>
          <w:lang w:val="ru-RU"/>
        </w:rPr>
        <w:t>доставка и разгрузка в специально отведенном месте;</w:t>
      </w:r>
    </w:p>
    <w:p w14:paraId="72BEAE7D" w14:textId="7A815859" w:rsidR="00211EAB" w:rsidRPr="00000160" w:rsidRDefault="002F7887">
      <w:pPr>
        <w:spacing w:after="120"/>
        <w:rPr>
          <w:lang w:val="ru-RU"/>
        </w:rPr>
      </w:pPr>
      <w:r w:rsidRPr="00000160">
        <w:rPr>
          <w:lang w:val="ru-RU"/>
        </w:rPr>
        <w:t>Исполнитель предоставляет</w:t>
      </w:r>
      <w:r w:rsidR="00000160">
        <w:rPr>
          <w:lang w:val="ru-RU"/>
        </w:rPr>
        <w:t xml:space="preserve"> транспорт</w:t>
      </w:r>
      <w:r w:rsidRPr="00000160">
        <w:rPr>
          <w:lang w:val="ru-RU"/>
        </w:rPr>
        <w:t>, работников и необходимые средства для погрузки.</w:t>
      </w:r>
    </w:p>
    <w:p w14:paraId="1838E4A7" w14:textId="77777777" w:rsidR="00211EAB" w:rsidRPr="00000160" w:rsidRDefault="002F7887">
      <w:pPr>
        <w:spacing w:after="120"/>
        <w:rPr>
          <w:lang w:val="ru-RU"/>
        </w:rPr>
      </w:pPr>
      <w:r w:rsidRPr="00000160">
        <w:rPr>
          <w:b/>
          <w:lang w:val="ru-RU"/>
        </w:rPr>
        <w:t xml:space="preserve">Срок выполнения: </w:t>
      </w:r>
      <w:r w:rsidRPr="00000160">
        <w:rPr>
          <w:lang w:val="ru-RU"/>
        </w:rPr>
        <w:t>по согласованию с Заказчиком.</w:t>
      </w:r>
    </w:p>
    <w:p w14:paraId="59A89C14" w14:textId="77777777" w:rsidR="00211EAB" w:rsidRPr="00000160" w:rsidRDefault="002F7887">
      <w:pPr>
        <w:spacing w:after="120"/>
        <w:rPr>
          <w:lang w:val="ru-RU"/>
        </w:rPr>
      </w:pPr>
      <w:r w:rsidRPr="00000160">
        <w:rPr>
          <w:b/>
          <w:lang w:val="ru-RU"/>
        </w:rPr>
        <w:t xml:space="preserve">Место выполнения: </w:t>
      </w:r>
      <w:r w:rsidRPr="00000160">
        <w:rPr>
          <w:lang w:val="ru-RU"/>
        </w:rPr>
        <w:t>территория Заказчика.</w:t>
      </w:r>
    </w:p>
    <w:p w14:paraId="34789B0F" w14:textId="2E5C3937" w:rsidR="00211EAB" w:rsidRPr="00000160" w:rsidRDefault="00211EAB">
      <w:pPr>
        <w:spacing w:after="120"/>
        <w:rPr>
          <w:lang w:val="ru-RU"/>
        </w:rPr>
      </w:pPr>
    </w:p>
    <w:sectPr w:rsidR="00211EAB" w:rsidRPr="00000160" w:rsidSect="00034616">
      <w:pgSz w:w="12240" w:h="15840"/>
      <w:pgMar w:top="1134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11496727">
    <w:abstractNumId w:val="8"/>
  </w:num>
  <w:num w:numId="2" w16cid:durableId="1651668269">
    <w:abstractNumId w:val="6"/>
  </w:num>
  <w:num w:numId="3" w16cid:durableId="1173227988">
    <w:abstractNumId w:val="5"/>
  </w:num>
  <w:num w:numId="4" w16cid:durableId="1860312518">
    <w:abstractNumId w:val="4"/>
  </w:num>
  <w:num w:numId="5" w16cid:durableId="826701580">
    <w:abstractNumId w:val="7"/>
  </w:num>
  <w:num w:numId="6" w16cid:durableId="1013066133">
    <w:abstractNumId w:val="3"/>
  </w:num>
  <w:num w:numId="7" w16cid:durableId="673454720">
    <w:abstractNumId w:val="2"/>
  </w:num>
  <w:num w:numId="8" w16cid:durableId="1549028626">
    <w:abstractNumId w:val="1"/>
  </w:num>
  <w:num w:numId="9" w16cid:durableId="474765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0160"/>
    <w:rsid w:val="00034616"/>
    <w:rsid w:val="0006063C"/>
    <w:rsid w:val="00083705"/>
    <w:rsid w:val="0015074B"/>
    <w:rsid w:val="00211EAB"/>
    <w:rsid w:val="0029639D"/>
    <w:rsid w:val="002F7887"/>
    <w:rsid w:val="00326F90"/>
    <w:rsid w:val="00987B1E"/>
    <w:rsid w:val="00AA1D8D"/>
    <w:rsid w:val="00B2163E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84E523"/>
  <w14:defaultImageDpi w14:val="300"/>
  <w15:docId w15:val="{6A05F288-E30C-7345-80A8-7006CCAE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D48E767-DDFA-42A9-8C33-DC085EF71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524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2</cp:revision>
  <dcterms:created xsi:type="dcterms:W3CDTF">2026-10-09T10:07:00Z</dcterms:created>
  <dcterms:modified xsi:type="dcterms:W3CDTF">2026-10-09T10:07:00Z</dcterms:modified>
  <cp:category/>
</cp:coreProperties>
</file>