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379" w:rsidRDefault="00351379" w:rsidP="00351379">
      <w:pPr>
        <w:jc w:val="center"/>
        <w:rPr>
          <w:b/>
          <w:sz w:val="28"/>
          <w:lang w:val="ru-RU"/>
        </w:rPr>
      </w:pPr>
      <w:r w:rsidRPr="00351379">
        <w:rPr>
          <w:b/>
          <w:sz w:val="28"/>
          <w:lang w:val="ru-RU"/>
        </w:rPr>
        <w:t>ТЕХНИКАЛЫҚ СИПАТТАМА</w:t>
      </w:r>
    </w:p>
    <w:p w:rsidR="00351379" w:rsidRDefault="00351379" w:rsidP="00351379">
      <w:pPr>
        <w:jc w:val="center"/>
        <w:rPr>
          <w:b/>
          <w:lang w:val="ru-RU"/>
        </w:rPr>
      </w:pPr>
      <w:r w:rsidRPr="00351379">
        <w:rPr>
          <w:b/>
          <w:lang w:val="ru-RU"/>
        </w:rPr>
        <w:t xml:space="preserve">құрылыс-техникалық және құрылыс-экономикалық </w:t>
      </w:r>
      <w:proofErr w:type="spellStart"/>
      <w:r w:rsidRPr="00351379">
        <w:rPr>
          <w:b/>
          <w:lang w:val="ru-RU"/>
        </w:rPr>
        <w:t>зерттеулер</w:t>
      </w:r>
      <w:proofErr w:type="spellEnd"/>
      <w:r w:rsidRPr="00351379">
        <w:rPr>
          <w:b/>
          <w:lang w:val="ru-RU"/>
        </w:rPr>
        <w:t xml:space="preserve"> жүргізу </w:t>
      </w:r>
      <w:proofErr w:type="spellStart"/>
      <w:r w:rsidRPr="00351379">
        <w:rPr>
          <w:b/>
          <w:lang w:val="ru-RU"/>
        </w:rPr>
        <w:t>бойынша</w:t>
      </w:r>
      <w:proofErr w:type="spellEnd"/>
      <w:r w:rsidRPr="00351379">
        <w:rPr>
          <w:b/>
          <w:lang w:val="ru-RU"/>
        </w:rPr>
        <w:t xml:space="preserve"> қызметтер көрсетуге</w:t>
      </w:r>
    </w:p>
    <w:p w:rsidR="00351379" w:rsidRDefault="00351379" w:rsidP="00351379">
      <w:pPr>
        <w:spacing w:before="160"/>
        <w:jc w:val="center"/>
        <w:rPr>
          <w:b/>
          <w:lang w:val="ru-RU"/>
        </w:rPr>
      </w:pPr>
      <w:proofErr w:type="spellStart"/>
      <w:r w:rsidRPr="00351379">
        <w:rPr>
          <w:b/>
          <w:lang w:val="ru-RU"/>
        </w:rPr>
        <w:t>нысан</w:t>
      </w:r>
      <w:proofErr w:type="spellEnd"/>
      <w:r w:rsidRPr="00351379">
        <w:rPr>
          <w:b/>
          <w:lang w:val="ru-RU"/>
        </w:rPr>
        <w:t xml:space="preserve"> </w:t>
      </w:r>
      <w:proofErr w:type="spellStart"/>
      <w:r w:rsidRPr="00351379">
        <w:rPr>
          <w:b/>
          <w:lang w:val="ru-RU"/>
        </w:rPr>
        <w:t>бойынша</w:t>
      </w:r>
      <w:proofErr w:type="spellEnd"/>
      <w:proofErr w:type="gramStart"/>
      <w:r w:rsidRPr="00351379">
        <w:rPr>
          <w:b/>
          <w:lang w:val="ru-RU"/>
        </w:rPr>
        <w:t>:"</w:t>
      </w:r>
      <w:proofErr w:type="spellStart"/>
      <w:proofErr w:type="gramEnd"/>
      <w:r w:rsidRPr="00351379">
        <w:rPr>
          <w:b/>
          <w:lang w:val="ru-RU"/>
        </w:rPr>
        <w:t>Жетісу</w:t>
      </w:r>
      <w:proofErr w:type="spellEnd"/>
      <w:r w:rsidRPr="00351379">
        <w:rPr>
          <w:b/>
          <w:lang w:val="ru-RU"/>
        </w:rPr>
        <w:t xml:space="preserve"> </w:t>
      </w:r>
      <w:proofErr w:type="spellStart"/>
      <w:r w:rsidRPr="00351379">
        <w:rPr>
          <w:b/>
          <w:lang w:val="ru-RU"/>
        </w:rPr>
        <w:t>облысы</w:t>
      </w:r>
      <w:proofErr w:type="spellEnd"/>
      <w:r w:rsidRPr="00351379">
        <w:rPr>
          <w:b/>
          <w:lang w:val="ru-RU"/>
        </w:rPr>
        <w:t xml:space="preserve"> </w:t>
      </w:r>
      <w:proofErr w:type="spellStart"/>
      <w:r w:rsidRPr="00351379">
        <w:rPr>
          <w:b/>
          <w:lang w:val="ru-RU"/>
        </w:rPr>
        <w:t>Текелі</w:t>
      </w:r>
      <w:proofErr w:type="spellEnd"/>
      <w:r w:rsidRPr="00351379">
        <w:rPr>
          <w:b/>
          <w:lang w:val="ru-RU"/>
        </w:rPr>
        <w:t xml:space="preserve"> қаласындағы Сейфуллин көшесі, 31 </w:t>
      </w:r>
      <w:proofErr w:type="spellStart"/>
      <w:r w:rsidRPr="00351379">
        <w:rPr>
          <w:b/>
          <w:lang w:val="ru-RU"/>
        </w:rPr>
        <w:t>мекенжайы</w:t>
      </w:r>
      <w:proofErr w:type="spellEnd"/>
      <w:r w:rsidRPr="00351379">
        <w:rPr>
          <w:b/>
          <w:lang w:val="ru-RU"/>
        </w:rPr>
        <w:t xml:space="preserve"> </w:t>
      </w:r>
      <w:proofErr w:type="spellStart"/>
      <w:r w:rsidRPr="00351379">
        <w:rPr>
          <w:b/>
          <w:lang w:val="ru-RU"/>
        </w:rPr>
        <w:t>бойынша</w:t>
      </w:r>
      <w:proofErr w:type="spellEnd"/>
      <w:r w:rsidRPr="00351379">
        <w:rPr>
          <w:b/>
          <w:lang w:val="ru-RU"/>
        </w:rPr>
        <w:t xml:space="preserve"> 5 қабатты 60 пәтерлі жалға </w:t>
      </w:r>
      <w:proofErr w:type="spellStart"/>
      <w:r w:rsidRPr="00351379">
        <w:rPr>
          <w:b/>
          <w:lang w:val="ru-RU"/>
        </w:rPr>
        <w:t>берілетін</w:t>
      </w:r>
      <w:proofErr w:type="spellEnd"/>
      <w:r w:rsidRPr="00351379">
        <w:rPr>
          <w:b/>
          <w:lang w:val="ru-RU"/>
        </w:rPr>
        <w:t xml:space="preserve"> тұрғын үй құрылысы"</w:t>
      </w:r>
    </w:p>
    <w:p w:rsidR="00351379" w:rsidRPr="000B3570" w:rsidRDefault="00351379" w:rsidP="00351379">
      <w:pPr>
        <w:spacing w:before="160"/>
        <w:rPr>
          <w:lang w:val="ru-RU"/>
        </w:rPr>
      </w:pPr>
      <w:r w:rsidRPr="000B3570">
        <w:rPr>
          <w:b/>
          <w:lang w:val="ru-RU"/>
        </w:rPr>
        <w:t xml:space="preserve">1. </w:t>
      </w:r>
      <w:proofErr w:type="spellStart"/>
      <w:r w:rsidRPr="00351379">
        <w:rPr>
          <w:b/>
          <w:lang w:val="ru-RU"/>
        </w:rPr>
        <w:t>Жалпы</w:t>
      </w:r>
      <w:proofErr w:type="spellEnd"/>
      <w:r w:rsidRPr="00351379">
        <w:rPr>
          <w:b/>
          <w:lang w:val="ru-RU"/>
        </w:rPr>
        <w:t xml:space="preserve"> </w:t>
      </w:r>
      <w:proofErr w:type="spellStart"/>
      <w:r w:rsidRPr="00351379">
        <w:rPr>
          <w:b/>
          <w:lang w:val="ru-RU"/>
        </w:rPr>
        <w:t>ережелер</w:t>
      </w:r>
      <w:proofErr w:type="spellEnd"/>
    </w:p>
    <w:p w:rsidR="00351379" w:rsidRPr="00351379" w:rsidRDefault="00351379" w:rsidP="00351379">
      <w:pPr>
        <w:spacing w:before="160"/>
        <w:rPr>
          <w:lang w:val="ru-RU"/>
        </w:rPr>
      </w:pPr>
      <w:r w:rsidRPr="00351379">
        <w:rPr>
          <w:lang w:val="ru-RU"/>
        </w:rPr>
        <w:t xml:space="preserve">Осы Техникалық </w:t>
      </w:r>
      <w:proofErr w:type="spellStart"/>
      <w:r w:rsidRPr="00351379">
        <w:rPr>
          <w:lang w:val="ru-RU"/>
        </w:rPr>
        <w:t>ерекшелік</w:t>
      </w:r>
      <w:proofErr w:type="spellEnd"/>
      <w:r w:rsidRPr="00351379">
        <w:rPr>
          <w:lang w:val="ru-RU"/>
        </w:rPr>
        <w:t xml:space="preserve"> "</w:t>
      </w:r>
      <w:proofErr w:type="spellStart"/>
      <w:r w:rsidRPr="00351379">
        <w:rPr>
          <w:lang w:val="ru-RU"/>
        </w:rPr>
        <w:t>Жетісу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облысы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Текелі</w:t>
      </w:r>
      <w:proofErr w:type="spellEnd"/>
      <w:r w:rsidRPr="00351379">
        <w:rPr>
          <w:lang w:val="ru-RU"/>
        </w:rPr>
        <w:t xml:space="preserve"> қаласындағы Сейфуллин көшесі 31 </w:t>
      </w:r>
      <w:proofErr w:type="spellStart"/>
      <w:r w:rsidRPr="00351379">
        <w:rPr>
          <w:lang w:val="ru-RU"/>
        </w:rPr>
        <w:t>мекенжайы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бойынша</w:t>
      </w:r>
      <w:proofErr w:type="spellEnd"/>
      <w:r w:rsidRPr="00351379">
        <w:rPr>
          <w:lang w:val="ru-RU"/>
        </w:rPr>
        <w:t xml:space="preserve"> 5 қабатты 60 </w:t>
      </w:r>
      <w:proofErr w:type="gramStart"/>
      <w:r w:rsidRPr="00351379">
        <w:rPr>
          <w:lang w:val="ru-RU"/>
        </w:rPr>
        <w:t>п</w:t>
      </w:r>
      <w:proofErr w:type="gramEnd"/>
      <w:r w:rsidRPr="00351379">
        <w:rPr>
          <w:lang w:val="ru-RU"/>
        </w:rPr>
        <w:t xml:space="preserve">әтерлі жалға </w:t>
      </w:r>
      <w:proofErr w:type="spellStart"/>
      <w:r w:rsidRPr="00351379">
        <w:rPr>
          <w:lang w:val="ru-RU"/>
        </w:rPr>
        <w:t>берілетін</w:t>
      </w:r>
      <w:proofErr w:type="spellEnd"/>
      <w:r w:rsidRPr="00351379">
        <w:rPr>
          <w:lang w:val="ru-RU"/>
        </w:rPr>
        <w:t xml:space="preserve"> тұрғын үйдің құрылысы"объектісі </w:t>
      </w:r>
      <w:proofErr w:type="spellStart"/>
      <w:r w:rsidRPr="00351379">
        <w:rPr>
          <w:lang w:val="ru-RU"/>
        </w:rPr>
        <w:t>бойынша</w:t>
      </w:r>
      <w:proofErr w:type="spellEnd"/>
      <w:r w:rsidRPr="00351379">
        <w:rPr>
          <w:lang w:val="ru-RU"/>
        </w:rPr>
        <w:t xml:space="preserve"> орындалған құрылыс-монтаждау жұмыстарының көлеміне, мазмұнына және тәуелсіз құрылыс-техникалық және құрылыс-экономикалық </w:t>
      </w:r>
      <w:proofErr w:type="spellStart"/>
      <w:r w:rsidRPr="00351379">
        <w:rPr>
          <w:lang w:val="ru-RU"/>
        </w:rPr>
        <w:t>зерттеу</w:t>
      </w:r>
      <w:proofErr w:type="spellEnd"/>
      <w:r w:rsidRPr="00351379">
        <w:rPr>
          <w:lang w:val="ru-RU"/>
        </w:rPr>
        <w:t xml:space="preserve"> нәтижелеріне қойылатын </w:t>
      </w:r>
      <w:proofErr w:type="spellStart"/>
      <w:r w:rsidRPr="00351379">
        <w:rPr>
          <w:lang w:val="ru-RU"/>
        </w:rPr>
        <w:t>талаптарды</w:t>
      </w:r>
      <w:proofErr w:type="spellEnd"/>
      <w:r w:rsidRPr="00351379">
        <w:rPr>
          <w:lang w:val="ru-RU"/>
        </w:rPr>
        <w:t xml:space="preserve"> айқындайды.</w:t>
      </w:r>
    </w:p>
    <w:p w:rsidR="00351379" w:rsidRDefault="00351379" w:rsidP="00351379">
      <w:pPr>
        <w:spacing w:before="160"/>
        <w:rPr>
          <w:lang w:val="ru-RU"/>
        </w:rPr>
      </w:pPr>
      <w:r w:rsidRPr="00351379">
        <w:rPr>
          <w:lang w:val="ru-RU"/>
        </w:rPr>
        <w:t xml:space="preserve">Қызметтің мақсаты-орындалған жұмыстардың нақты көлемі, </w:t>
      </w:r>
      <w:proofErr w:type="spellStart"/>
      <w:r w:rsidRPr="00351379">
        <w:rPr>
          <w:lang w:val="ru-RU"/>
        </w:rPr>
        <w:t>сапасы</w:t>
      </w:r>
      <w:proofErr w:type="spellEnd"/>
      <w:r w:rsidRPr="00351379">
        <w:rPr>
          <w:lang w:val="ru-RU"/>
        </w:rPr>
        <w:t xml:space="preserve"> мен құны, қолданылған материалдардың, конструкциялардың және жобалық, атқарушы және нормативтік-техникалық құжаттаманың техникалық шешімдерінің сәйкестігі </w:t>
      </w:r>
      <w:proofErr w:type="spellStart"/>
      <w:r w:rsidRPr="00351379">
        <w:rPr>
          <w:lang w:val="ru-RU"/>
        </w:rPr>
        <w:t>туралы</w:t>
      </w:r>
      <w:proofErr w:type="spellEnd"/>
      <w:r w:rsidRPr="00351379">
        <w:rPr>
          <w:lang w:val="ru-RU"/>
        </w:rPr>
        <w:t xml:space="preserve"> құжаттамалық </w:t>
      </w:r>
      <w:proofErr w:type="spellStart"/>
      <w:r w:rsidRPr="00351379">
        <w:rPr>
          <w:lang w:val="ru-RU"/>
        </w:rPr>
        <w:t>негізделген</w:t>
      </w:r>
      <w:proofErr w:type="spellEnd"/>
      <w:r w:rsidRPr="00351379">
        <w:rPr>
          <w:lang w:val="ru-RU"/>
        </w:rPr>
        <w:t xml:space="preserve"> қорытынды </w:t>
      </w:r>
      <w:proofErr w:type="spellStart"/>
      <w:r w:rsidRPr="00351379">
        <w:rPr>
          <w:lang w:val="ru-RU"/>
        </w:rPr>
        <w:t>алу</w:t>
      </w:r>
      <w:proofErr w:type="spellEnd"/>
      <w:r w:rsidRPr="00351379">
        <w:rPr>
          <w:lang w:val="ru-RU"/>
        </w:rPr>
        <w:t xml:space="preserve">, сондай-ақ мүмкін </w:t>
      </w:r>
      <w:proofErr w:type="spellStart"/>
      <w:r w:rsidRPr="00351379">
        <w:rPr>
          <w:lang w:val="ru-RU"/>
        </w:rPr>
        <w:t>болатын</w:t>
      </w:r>
      <w:proofErr w:type="spellEnd"/>
      <w:r w:rsidRPr="00351379">
        <w:rPr>
          <w:lang w:val="ru-RU"/>
        </w:rPr>
        <w:t xml:space="preserve"> ақауларды, ауытқуларды, орындалмаған </w:t>
      </w:r>
      <w:proofErr w:type="spellStart"/>
      <w:r w:rsidRPr="00351379">
        <w:rPr>
          <w:lang w:val="ru-RU"/>
        </w:rPr>
        <w:t>немесе</w:t>
      </w:r>
      <w:proofErr w:type="spellEnd"/>
      <w:r w:rsidRPr="00351379">
        <w:rPr>
          <w:lang w:val="ru-RU"/>
        </w:rPr>
        <w:t xml:space="preserve"> жұмыстарға </w:t>
      </w:r>
      <w:proofErr w:type="gramStart"/>
      <w:r w:rsidRPr="00351379">
        <w:rPr>
          <w:lang w:val="ru-RU"/>
        </w:rPr>
        <w:t>а</w:t>
      </w:r>
      <w:proofErr w:type="gramEnd"/>
      <w:r w:rsidRPr="00351379">
        <w:rPr>
          <w:lang w:val="ru-RU"/>
        </w:rPr>
        <w:t xml:space="preserve">қы төлеуге </w:t>
      </w:r>
      <w:proofErr w:type="spellStart"/>
      <w:r w:rsidRPr="00351379">
        <w:rPr>
          <w:lang w:val="ru-RU"/>
        </w:rPr>
        <w:t>негізсіз</w:t>
      </w:r>
      <w:proofErr w:type="spellEnd"/>
      <w:r w:rsidRPr="00351379">
        <w:rPr>
          <w:lang w:val="ru-RU"/>
        </w:rPr>
        <w:t xml:space="preserve"> ұсынылғандарды анықтау.</w:t>
      </w:r>
    </w:p>
    <w:p w:rsidR="00351379" w:rsidRPr="00351379" w:rsidRDefault="00351379" w:rsidP="00351379">
      <w:pPr>
        <w:spacing w:before="160"/>
        <w:rPr>
          <w:lang w:val="ru-RU"/>
        </w:rPr>
      </w:pPr>
      <w:r w:rsidRPr="00351379">
        <w:rPr>
          <w:b/>
          <w:lang w:val="ru-RU"/>
        </w:rPr>
        <w:t xml:space="preserve">2. Объектінің </w:t>
      </w:r>
      <w:proofErr w:type="spellStart"/>
      <w:r w:rsidRPr="00351379">
        <w:rPr>
          <w:b/>
          <w:lang w:val="ru-RU"/>
        </w:rPr>
        <w:t>атауы</w:t>
      </w:r>
      <w:proofErr w:type="spellEnd"/>
      <w:r w:rsidRPr="00351379">
        <w:rPr>
          <w:b/>
          <w:lang w:val="ru-RU"/>
        </w:rPr>
        <w:t xml:space="preserve"> және </w:t>
      </w:r>
      <w:proofErr w:type="spellStart"/>
      <w:r w:rsidRPr="00351379">
        <w:rPr>
          <w:b/>
          <w:lang w:val="ru-RU"/>
        </w:rPr>
        <w:t>орны</w:t>
      </w:r>
      <w:proofErr w:type="spellEnd"/>
    </w:p>
    <w:tbl>
      <w:tblPr>
        <w:tblStyle w:val="aff0"/>
        <w:tblW w:w="0" w:type="auto"/>
        <w:jc w:val="center"/>
        <w:tblLook w:val="04A0"/>
      </w:tblPr>
      <w:tblGrid>
        <w:gridCol w:w="4986"/>
        <w:gridCol w:w="4986"/>
      </w:tblGrid>
      <w:tr w:rsidR="00351379" w:rsidRPr="00351379" w:rsidTr="005D06B3">
        <w:trPr>
          <w:jc w:val="center"/>
        </w:trPr>
        <w:tc>
          <w:tcPr>
            <w:tcW w:w="4986" w:type="dxa"/>
            <w:vAlign w:val="center"/>
          </w:tcPr>
          <w:p w:rsidR="00351379" w:rsidRPr="000B3570" w:rsidRDefault="00351379" w:rsidP="005D06B3">
            <w:proofErr w:type="spellStart"/>
            <w:r w:rsidRPr="00351379">
              <w:t>Объектінің</w:t>
            </w:r>
            <w:proofErr w:type="spellEnd"/>
            <w:r w:rsidRPr="00351379">
              <w:t xml:space="preserve"> </w:t>
            </w:r>
            <w:proofErr w:type="spellStart"/>
            <w:r w:rsidRPr="00351379">
              <w:t>атауы</w:t>
            </w:r>
            <w:proofErr w:type="spellEnd"/>
          </w:p>
        </w:tc>
        <w:tc>
          <w:tcPr>
            <w:tcW w:w="4986" w:type="dxa"/>
            <w:vAlign w:val="center"/>
          </w:tcPr>
          <w:p w:rsidR="00351379" w:rsidRPr="00351379" w:rsidRDefault="00351379" w:rsidP="005D06B3">
            <w:proofErr w:type="spellStart"/>
            <w:r w:rsidRPr="00351379">
              <w:rPr>
                <w:rFonts w:cs="Times New Roman"/>
                <w:sz w:val="28"/>
                <w:szCs w:val="28"/>
                <w:lang w:val="ru-RU"/>
              </w:rPr>
              <w:t>Жетісу</w:t>
            </w:r>
            <w:proofErr w:type="spellEnd"/>
            <w:r w:rsidRPr="0035137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351379">
              <w:rPr>
                <w:rFonts w:cs="Times New Roman"/>
                <w:sz w:val="28"/>
                <w:szCs w:val="28"/>
                <w:lang w:val="ru-RU"/>
              </w:rPr>
              <w:t>облысы</w:t>
            </w:r>
            <w:proofErr w:type="spellEnd"/>
            <w:r w:rsidRPr="0035137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351379">
              <w:rPr>
                <w:rFonts w:cs="Times New Roman"/>
                <w:sz w:val="28"/>
                <w:szCs w:val="28"/>
                <w:lang w:val="ru-RU"/>
              </w:rPr>
              <w:t>Текелі</w:t>
            </w:r>
            <w:proofErr w:type="spellEnd"/>
            <w:r w:rsidRPr="00351379">
              <w:rPr>
                <w:rFonts w:cs="Times New Roman"/>
                <w:sz w:val="28"/>
                <w:szCs w:val="28"/>
              </w:rPr>
              <w:t xml:space="preserve"> </w:t>
            </w:r>
            <w:r w:rsidRPr="00351379">
              <w:rPr>
                <w:rFonts w:cs="Times New Roman"/>
                <w:sz w:val="28"/>
                <w:szCs w:val="28"/>
                <w:lang w:val="ru-RU"/>
              </w:rPr>
              <w:t>қаласындағы</w:t>
            </w:r>
            <w:r w:rsidRPr="00351379">
              <w:rPr>
                <w:rFonts w:cs="Times New Roman"/>
                <w:sz w:val="28"/>
                <w:szCs w:val="28"/>
              </w:rPr>
              <w:t xml:space="preserve"> </w:t>
            </w:r>
            <w:r w:rsidRPr="00351379">
              <w:rPr>
                <w:rFonts w:cs="Times New Roman"/>
                <w:sz w:val="28"/>
                <w:szCs w:val="28"/>
                <w:lang w:val="ru-RU"/>
              </w:rPr>
              <w:t>Сейфуллин</w:t>
            </w:r>
            <w:r w:rsidRPr="00351379">
              <w:rPr>
                <w:rFonts w:cs="Times New Roman"/>
                <w:sz w:val="28"/>
                <w:szCs w:val="28"/>
              </w:rPr>
              <w:t xml:space="preserve"> </w:t>
            </w:r>
            <w:r w:rsidRPr="00351379">
              <w:rPr>
                <w:rFonts w:cs="Times New Roman"/>
                <w:sz w:val="28"/>
                <w:szCs w:val="28"/>
                <w:lang w:val="ru-RU"/>
              </w:rPr>
              <w:t>көшесі</w:t>
            </w:r>
            <w:r w:rsidRPr="00351379">
              <w:rPr>
                <w:rFonts w:cs="Times New Roman"/>
                <w:sz w:val="28"/>
                <w:szCs w:val="28"/>
              </w:rPr>
              <w:t xml:space="preserve"> 31 </w:t>
            </w:r>
            <w:proofErr w:type="spellStart"/>
            <w:r w:rsidRPr="00351379">
              <w:rPr>
                <w:rFonts w:cs="Times New Roman"/>
                <w:sz w:val="28"/>
                <w:szCs w:val="28"/>
                <w:lang w:val="ru-RU"/>
              </w:rPr>
              <w:t>мекенжайы</w:t>
            </w:r>
            <w:proofErr w:type="spellEnd"/>
            <w:r w:rsidRPr="0035137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351379">
              <w:rPr>
                <w:rFonts w:cs="Times New Roman"/>
                <w:sz w:val="28"/>
                <w:szCs w:val="28"/>
                <w:lang w:val="ru-RU"/>
              </w:rPr>
              <w:t>бойынша</w:t>
            </w:r>
            <w:proofErr w:type="spellEnd"/>
            <w:r w:rsidRPr="00351379">
              <w:rPr>
                <w:rFonts w:cs="Times New Roman"/>
                <w:sz w:val="28"/>
                <w:szCs w:val="28"/>
              </w:rPr>
              <w:t xml:space="preserve"> 5 </w:t>
            </w:r>
            <w:r w:rsidRPr="00351379">
              <w:rPr>
                <w:rFonts w:cs="Times New Roman"/>
                <w:sz w:val="28"/>
                <w:szCs w:val="28"/>
                <w:lang w:val="ru-RU"/>
              </w:rPr>
              <w:t>қабатты</w:t>
            </w:r>
            <w:r w:rsidRPr="00351379">
              <w:rPr>
                <w:rFonts w:cs="Times New Roman"/>
                <w:sz w:val="28"/>
                <w:szCs w:val="28"/>
              </w:rPr>
              <w:t xml:space="preserve"> 60 </w:t>
            </w:r>
            <w:proofErr w:type="gramStart"/>
            <w:r w:rsidRPr="00351379">
              <w:rPr>
                <w:rFonts w:cs="Times New Roman"/>
                <w:sz w:val="28"/>
                <w:szCs w:val="28"/>
                <w:lang w:val="ru-RU"/>
              </w:rPr>
              <w:t>п</w:t>
            </w:r>
            <w:proofErr w:type="gramEnd"/>
            <w:r w:rsidRPr="00351379">
              <w:rPr>
                <w:rFonts w:cs="Times New Roman"/>
                <w:sz w:val="28"/>
                <w:szCs w:val="28"/>
                <w:lang w:val="ru-RU"/>
              </w:rPr>
              <w:t>әтерлі</w:t>
            </w:r>
            <w:r w:rsidRPr="00351379">
              <w:rPr>
                <w:rFonts w:cs="Times New Roman"/>
                <w:sz w:val="28"/>
                <w:szCs w:val="28"/>
              </w:rPr>
              <w:t xml:space="preserve"> </w:t>
            </w:r>
            <w:r w:rsidRPr="00351379">
              <w:rPr>
                <w:rFonts w:cs="Times New Roman"/>
                <w:sz w:val="28"/>
                <w:szCs w:val="28"/>
                <w:lang w:val="ru-RU"/>
              </w:rPr>
              <w:t>жалға</w:t>
            </w:r>
            <w:r w:rsidRPr="0035137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351379">
              <w:rPr>
                <w:rFonts w:cs="Times New Roman"/>
                <w:sz w:val="28"/>
                <w:szCs w:val="28"/>
                <w:lang w:val="ru-RU"/>
              </w:rPr>
              <w:t>берілетін</w:t>
            </w:r>
            <w:proofErr w:type="spellEnd"/>
            <w:r w:rsidRPr="00351379">
              <w:rPr>
                <w:rFonts w:cs="Times New Roman"/>
                <w:sz w:val="28"/>
                <w:szCs w:val="28"/>
              </w:rPr>
              <w:t xml:space="preserve"> </w:t>
            </w:r>
            <w:r w:rsidRPr="00351379">
              <w:rPr>
                <w:rFonts w:cs="Times New Roman"/>
                <w:sz w:val="28"/>
                <w:szCs w:val="28"/>
                <w:lang w:val="ru-RU"/>
              </w:rPr>
              <w:t>тұрғын</w:t>
            </w:r>
            <w:r w:rsidRPr="00351379">
              <w:rPr>
                <w:rFonts w:cs="Times New Roman"/>
                <w:sz w:val="28"/>
                <w:szCs w:val="28"/>
              </w:rPr>
              <w:t xml:space="preserve"> </w:t>
            </w:r>
            <w:r w:rsidRPr="00351379">
              <w:rPr>
                <w:rFonts w:cs="Times New Roman"/>
                <w:sz w:val="28"/>
                <w:szCs w:val="28"/>
                <w:lang w:val="ru-RU"/>
              </w:rPr>
              <w:t>үй</w:t>
            </w:r>
            <w:r w:rsidRPr="00351379">
              <w:rPr>
                <w:rFonts w:cs="Times New Roman"/>
                <w:sz w:val="28"/>
                <w:szCs w:val="28"/>
              </w:rPr>
              <w:t xml:space="preserve"> </w:t>
            </w:r>
            <w:r w:rsidRPr="00351379">
              <w:rPr>
                <w:rFonts w:cs="Times New Roman"/>
                <w:sz w:val="28"/>
                <w:szCs w:val="28"/>
                <w:lang w:val="ru-RU"/>
              </w:rPr>
              <w:t>салу</w:t>
            </w:r>
          </w:p>
        </w:tc>
      </w:tr>
      <w:tr w:rsidR="00351379" w:rsidRPr="00351379" w:rsidTr="005D06B3">
        <w:trPr>
          <w:jc w:val="center"/>
        </w:trPr>
        <w:tc>
          <w:tcPr>
            <w:tcW w:w="4986" w:type="dxa"/>
            <w:vAlign w:val="center"/>
          </w:tcPr>
          <w:p w:rsidR="00351379" w:rsidRPr="000B3570" w:rsidRDefault="00351379" w:rsidP="005D06B3">
            <w:proofErr w:type="spellStart"/>
            <w:r w:rsidRPr="00351379">
              <w:t>Қызметтерді</w:t>
            </w:r>
            <w:proofErr w:type="spellEnd"/>
            <w:r w:rsidRPr="00351379">
              <w:t xml:space="preserve"> </w:t>
            </w:r>
            <w:proofErr w:type="spellStart"/>
            <w:r w:rsidRPr="00351379">
              <w:t>орындау</w:t>
            </w:r>
            <w:proofErr w:type="spellEnd"/>
            <w:r w:rsidRPr="00351379">
              <w:t xml:space="preserve"> </w:t>
            </w:r>
            <w:proofErr w:type="spellStart"/>
            <w:r w:rsidRPr="00351379">
              <w:t>орны</w:t>
            </w:r>
            <w:proofErr w:type="spellEnd"/>
          </w:p>
        </w:tc>
        <w:tc>
          <w:tcPr>
            <w:tcW w:w="4986" w:type="dxa"/>
            <w:vAlign w:val="center"/>
          </w:tcPr>
          <w:p w:rsidR="00351379" w:rsidRPr="00351379" w:rsidRDefault="00351379" w:rsidP="005D06B3">
            <w:r w:rsidRPr="00351379">
              <w:rPr>
                <w:lang w:val="ru-RU"/>
              </w:rPr>
              <w:t>Объектінің</w:t>
            </w:r>
            <w:r w:rsidRPr="00351379">
              <w:t xml:space="preserve"> </w:t>
            </w:r>
            <w:r w:rsidRPr="00351379">
              <w:rPr>
                <w:lang w:val="ru-RU"/>
              </w:rPr>
              <w:t>орналасқан</w:t>
            </w:r>
            <w:r w:rsidRPr="00351379">
              <w:t xml:space="preserve"> </w:t>
            </w:r>
            <w:proofErr w:type="spellStart"/>
            <w:r w:rsidRPr="00351379">
              <w:rPr>
                <w:lang w:val="ru-RU"/>
              </w:rPr>
              <w:t>жері</w:t>
            </w:r>
            <w:proofErr w:type="spellEnd"/>
            <w:r w:rsidRPr="00351379">
              <w:t xml:space="preserve"> </w:t>
            </w:r>
            <w:proofErr w:type="spellStart"/>
            <w:r w:rsidRPr="00351379">
              <w:rPr>
                <w:lang w:val="ru-RU"/>
              </w:rPr>
              <w:t>бойынша</w:t>
            </w:r>
            <w:proofErr w:type="spellEnd"/>
            <w:r w:rsidRPr="00351379">
              <w:t xml:space="preserve"> </w:t>
            </w:r>
            <w:r w:rsidRPr="00351379">
              <w:rPr>
                <w:lang w:val="ru-RU"/>
              </w:rPr>
              <w:t>және</w:t>
            </w:r>
            <w:r w:rsidRPr="00351379">
              <w:t xml:space="preserve"> </w:t>
            </w:r>
            <w:r w:rsidRPr="00351379">
              <w:rPr>
                <w:lang w:val="ru-RU"/>
              </w:rPr>
              <w:t>ұсынылған</w:t>
            </w:r>
            <w:r w:rsidRPr="00351379">
              <w:t xml:space="preserve"> </w:t>
            </w:r>
            <w:r w:rsidRPr="00351379">
              <w:rPr>
                <w:lang w:val="ru-RU"/>
              </w:rPr>
              <w:t>құжаттаманы</w:t>
            </w:r>
            <w:r w:rsidRPr="00351379">
              <w:t xml:space="preserve"> </w:t>
            </w:r>
            <w:proofErr w:type="spellStart"/>
            <w:r w:rsidRPr="00351379">
              <w:rPr>
                <w:lang w:val="ru-RU"/>
              </w:rPr>
              <w:t>зерделеу</w:t>
            </w:r>
            <w:proofErr w:type="spellEnd"/>
            <w:r w:rsidRPr="00351379">
              <w:t xml:space="preserve"> </w:t>
            </w:r>
            <w:proofErr w:type="spellStart"/>
            <w:r w:rsidRPr="00351379">
              <w:rPr>
                <w:lang w:val="ru-RU"/>
              </w:rPr>
              <w:t>орны</w:t>
            </w:r>
            <w:proofErr w:type="spellEnd"/>
            <w:r w:rsidRPr="00351379">
              <w:t xml:space="preserve"> </w:t>
            </w:r>
            <w:proofErr w:type="spellStart"/>
            <w:r w:rsidRPr="00351379">
              <w:rPr>
                <w:lang w:val="ru-RU"/>
              </w:rPr>
              <w:t>бойынша</w:t>
            </w:r>
            <w:proofErr w:type="spellEnd"/>
          </w:p>
        </w:tc>
      </w:tr>
    </w:tbl>
    <w:p w:rsidR="00351379" w:rsidRPr="000B3570" w:rsidRDefault="00351379" w:rsidP="00351379">
      <w:pPr>
        <w:spacing w:before="160"/>
      </w:pPr>
      <w:r w:rsidRPr="000B3570">
        <w:rPr>
          <w:b/>
        </w:rPr>
        <w:t xml:space="preserve">3. </w:t>
      </w:r>
      <w:proofErr w:type="spellStart"/>
      <w:r w:rsidRPr="00351379">
        <w:rPr>
          <w:b/>
        </w:rPr>
        <w:t>Зерттеудің</w:t>
      </w:r>
      <w:proofErr w:type="spellEnd"/>
      <w:r w:rsidRPr="00351379">
        <w:rPr>
          <w:b/>
        </w:rPr>
        <w:t xml:space="preserve"> </w:t>
      </w:r>
      <w:proofErr w:type="spellStart"/>
      <w:r w:rsidRPr="00351379">
        <w:rPr>
          <w:b/>
        </w:rPr>
        <w:t>негізгі</w:t>
      </w:r>
      <w:proofErr w:type="spellEnd"/>
      <w:r w:rsidRPr="00351379">
        <w:rPr>
          <w:b/>
        </w:rPr>
        <w:t xml:space="preserve"> </w:t>
      </w:r>
      <w:proofErr w:type="spellStart"/>
      <w:r w:rsidRPr="00351379">
        <w:rPr>
          <w:b/>
        </w:rPr>
        <w:t>міндеттері</w:t>
      </w:r>
      <w:proofErr w:type="spellEnd"/>
    </w:p>
    <w:p w:rsidR="00351379" w:rsidRPr="00351379" w:rsidRDefault="00351379" w:rsidP="00351379">
      <w:pPr>
        <w:spacing w:before="160"/>
      </w:pPr>
      <w:r w:rsidRPr="00351379">
        <w:t xml:space="preserve">* </w:t>
      </w:r>
      <w:proofErr w:type="spellStart"/>
      <w:proofErr w:type="gramStart"/>
      <w:r w:rsidRPr="00351379">
        <w:rPr>
          <w:lang w:val="ru-RU"/>
        </w:rPr>
        <w:t>жылу</w:t>
      </w:r>
      <w:proofErr w:type="spellEnd"/>
      <w:proofErr w:type="gramEnd"/>
      <w:r w:rsidRPr="00351379">
        <w:t xml:space="preserve"> </w:t>
      </w:r>
      <w:r w:rsidRPr="00351379">
        <w:rPr>
          <w:lang w:val="ru-RU"/>
        </w:rPr>
        <w:t>желілерінің</w:t>
      </w:r>
      <w:r w:rsidRPr="00351379">
        <w:t xml:space="preserve">, </w:t>
      </w:r>
      <w:r w:rsidRPr="00351379">
        <w:rPr>
          <w:lang w:val="ru-RU"/>
        </w:rPr>
        <w:t>камералардың</w:t>
      </w:r>
      <w:r w:rsidRPr="00351379">
        <w:t xml:space="preserve">, </w:t>
      </w:r>
      <w:r w:rsidRPr="00351379">
        <w:rPr>
          <w:lang w:val="ru-RU"/>
        </w:rPr>
        <w:t>тораптардың</w:t>
      </w:r>
      <w:r w:rsidRPr="00351379">
        <w:t xml:space="preserve">, </w:t>
      </w:r>
      <w:r w:rsidRPr="00351379">
        <w:rPr>
          <w:lang w:val="ru-RU"/>
        </w:rPr>
        <w:t>құбырлардың</w:t>
      </w:r>
      <w:r w:rsidRPr="00351379">
        <w:t xml:space="preserve">, </w:t>
      </w:r>
      <w:r w:rsidRPr="00351379">
        <w:rPr>
          <w:lang w:val="ru-RU"/>
        </w:rPr>
        <w:t>арматураның</w:t>
      </w:r>
      <w:r w:rsidRPr="00351379">
        <w:t xml:space="preserve">, </w:t>
      </w:r>
      <w:r w:rsidRPr="00351379">
        <w:rPr>
          <w:lang w:val="ru-RU"/>
        </w:rPr>
        <w:t>тіректердің</w:t>
      </w:r>
      <w:r w:rsidRPr="00351379">
        <w:t xml:space="preserve">, </w:t>
      </w:r>
      <w:r w:rsidRPr="00351379">
        <w:rPr>
          <w:lang w:val="ru-RU"/>
        </w:rPr>
        <w:t>компенсаторлардың</w:t>
      </w:r>
      <w:r w:rsidRPr="00351379">
        <w:t xml:space="preserve">, </w:t>
      </w:r>
      <w:r w:rsidRPr="00351379">
        <w:rPr>
          <w:lang w:val="ru-RU"/>
        </w:rPr>
        <w:t>оқшаулаудың</w:t>
      </w:r>
      <w:r w:rsidRPr="00351379">
        <w:t xml:space="preserve"> </w:t>
      </w:r>
      <w:r w:rsidRPr="00351379">
        <w:rPr>
          <w:lang w:val="ru-RU"/>
        </w:rPr>
        <w:t>және</w:t>
      </w:r>
      <w:r w:rsidRPr="00351379">
        <w:t xml:space="preserve"> </w:t>
      </w:r>
      <w:r w:rsidRPr="00351379">
        <w:rPr>
          <w:lang w:val="ru-RU"/>
        </w:rPr>
        <w:t>объектінің</w:t>
      </w:r>
      <w:r w:rsidRPr="00351379">
        <w:t xml:space="preserve"> </w:t>
      </w:r>
      <w:r w:rsidRPr="00351379">
        <w:rPr>
          <w:lang w:val="ru-RU"/>
        </w:rPr>
        <w:t>өзге</w:t>
      </w:r>
      <w:r w:rsidRPr="00351379">
        <w:t xml:space="preserve"> </w:t>
      </w:r>
      <w:r w:rsidRPr="00351379">
        <w:rPr>
          <w:lang w:val="ru-RU"/>
        </w:rPr>
        <w:t>де</w:t>
      </w:r>
      <w:r w:rsidRPr="00351379">
        <w:t xml:space="preserve"> </w:t>
      </w:r>
      <w:r w:rsidRPr="00351379">
        <w:rPr>
          <w:lang w:val="ru-RU"/>
        </w:rPr>
        <w:t>элементтерінің</w:t>
      </w:r>
      <w:r w:rsidRPr="00351379">
        <w:t xml:space="preserve"> </w:t>
      </w:r>
      <w:r w:rsidRPr="00351379">
        <w:rPr>
          <w:lang w:val="ru-RU"/>
        </w:rPr>
        <w:t>қолжетімді</w:t>
      </w:r>
      <w:r w:rsidRPr="00351379">
        <w:t xml:space="preserve"> </w:t>
      </w:r>
      <w:proofErr w:type="spellStart"/>
      <w:r w:rsidRPr="00351379">
        <w:rPr>
          <w:lang w:val="ru-RU"/>
        </w:rPr>
        <w:t>учаскелеріне</w:t>
      </w:r>
      <w:proofErr w:type="spellEnd"/>
      <w:r w:rsidRPr="00351379">
        <w:t xml:space="preserve"> </w:t>
      </w:r>
      <w:r w:rsidRPr="00351379">
        <w:rPr>
          <w:lang w:val="ru-RU"/>
        </w:rPr>
        <w:t>көзбен</w:t>
      </w:r>
      <w:r w:rsidRPr="00351379">
        <w:t xml:space="preserve"> </w:t>
      </w:r>
      <w:proofErr w:type="spellStart"/>
      <w:r w:rsidRPr="00351379">
        <w:rPr>
          <w:lang w:val="ru-RU"/>
        </w:rPr>
        <w:t>шолып</w:t>
      </w:r>
      <w:proofErr w:type="spellEnd"/>
      <w:r w:rsidRPr="00351379">
        <w:t xml:space="preserve"> </w:t>
      </w:r>
      <w:r w:rsidRPr="00351379">
        <w:rPr>
          <w:lang w:val="ru-RU"/>
        </w:rPr>
        <w:t>және</w:t>
      </w:r>
      <w:r w:rsidRPr="00351379">
        <w:t xml:space="preserve"> </w:t>
      </w:r>
      <w:r w:rsidRPr="00351379">
        <w:rPr>
          <w:lang w:val="ru-RU"/>
        </w:rPr>
        <w:t>аспаптық</w:t>
      </w:r>
      <w:r w:rsidRPr="00351379">
        <w:t xml:space="preserve"> </w:t>
      </w:r>
      <w:proofErr w:type="spellStart"/>
      <w:r w:rsidRPr="00351379">
        <w:rPr>
          <w:lang w:val="ru-RU"/>
        </w:rPr>
        <w:t>тексеру</w:t>
      </w:r>
      <w:proofErr w:type="spellEnd"/>
      <w:r w:rsidRPr="00351379">
        <w:t xml:space="preserve"> </w:t>
      </w:r>
      <w:r w:rsidRPr="00351379">
        <w:rPr>
          <w:lang w:val="ru-RU"/>
        </w:rPr>
        <w:t>жүргізу</w:t>
      </w:r>
      <w:r w:rsidRPr="00351379">
        <w:t>;</w:t>
      </w:r>
    </w:p>
    <w:p w:rsidR="00351379" w:rsidRPr="00351379" w:rsidRDefault="00351379" w:rsidP="00351379">
      <w:pPr>
        <w:spacing w:before="160"/>
      </w:pPr>
      <w:r w:rsidRPr="00351379">
        <w:t xml:space="preserve">* </w:t>
      </w:r>
      <w:proofErr w:type="gramStart"/>
      <w:r w:rsidRPr="00351379">
        <w:rPr>
          <w:lang w:val="ru-RU"/>
        </w:rPr>
        <w:t>құрылыс</w:t>
      </w:r>
      <w:r w:rsidRPr="00351379">
        <w:t>-</w:t>
      </w:r>
      <w:proofErr w:type="spellStart"/>
      <w:r w:rsidRPr="00351379">
        <w:rPr>
          <w:lang w:val="ru-RU"/>
        </w:rPr>
        <w:t>монтаждау</w:t>
      </w:r>
      <w:proofErr w:type="spellEnd"/>
      <w:proofErr w:type="gramEnd"/>
      <w:r w:rsidRPr="00351379">
        <w:t xml:space="preserve"> </w:t>
      </w:r>
      <w:r w:rsidRPr="00351379">
        <w:rPr>
          <w:lang w:val="ru-RU"/>
        </w:rPr>
        <w:t>жұмыстарының</w:t>
      </w:r>
      <w:r w:rsidRPr="00351379">
        <w:t xml:space="preserve"> </w:t>
      </w:r>
      <w:r w:rsidRPr="00351379">
        <w:rPr>
          <w:lang w:val="ru-RU"/>
        </w:rPr>
        <w:t>нақты</w:t>
      </w:r>
      <w:r w:rsidRPr="00351379">
        <w:t xml:space="preserve"> </w:t>
      </w:r>
      <w:r w:rsidRPr="00351379">
        <w:rPr>
          <w:lang w:val="ru-RU"/>
        </w:rPr>
        <w:t>орындалған</w:t>
      </w:r>
      <w:r w:rsidRPr="00351379">
        <w:t xml:space="preserve"> </w:t>
      </w:r>
      <w:r w:rsidRPr="00351379">
        <w:rPr>
          <w:lang w:val="ru-RU"/>
        </w:rPr>
        <w:t>көлемін</w:t>
      </w:r>
      <w:r w:rsidRPr="00351379">
        <w:t xml:space="preserve"> </w:t>
      </w:r>
      <w:r w:rsidRPr="00351379">
        <w:rPr>
          <w:lang w:val="ru-RU"/>
        </w:rPr>
        <w:t>айқындау</w:t>
      </w:r>
      <w:r w:rsidRPr="00351379">
        <w:t xml:space="preserve"> </w:t>
      </w:r>
      <w:r w:rsidRPr="00351379">
        <w:rPr>
          <w:lang w:val="ru-RU"/>
        </w:rPr>
        <w:t>және</w:t>
      </w:r>
      <w:r w:rsidRPr="00351379">
        <w:t xml:space="preserve"> </w:t>
      </w:r>
      <w:proofErr w:type="spellStart"/>
      <w:r w:rsidRPr="00351379">
        <w:rPr>
          <w:lang w:val="ru-RU"/>
        </w:rPr>
        <w:t>оларды</w:t>
      </w:r>
      <w:proofErr w:type="spellEnd"/>
      <w:r w:rsidRPr="00351379">
        <w:t xml:space="preserve"> </w:t>
      </w:r>
      <w:r w:rsidRPr="00351379">
        <w:rPr>
          <w:lang w:val="ru-RU"/>
        </w:rPr>
        <w:t>жобалық</w:t>
      </w:r>
      <w:r w:rsidRPr="00351379">
        <w:t xml:space="preserve">, </w:t>
      </w:r>
      <w:r w:rsidRPr="00351379">
        <w:rPr>
          <w:lang w:val="ru-RU"/>
        </w:rPr>
        <w:t>атқарушылық</w:t>
      </w:r>
      <w:r w:rsidRPr="00351379">
        <w:t xml:space="preserve"> </w:t>
      </w:r>
      <w:r w:rsidRPr="00351379">
        <w:rPr>
          <w:lang w:val="ru-RU"/>
        </w:rPr>
        <w:t>және</w:t>
      </w:r>
      <w:r w:rsidRPr="00351379">
        <w:t xml:space="preserve"> </w:t>
      </w:r>
      <w:r w:rsidRPr="00351379">
        <w:rPr>
          <w:lang w:val="ru-RU"/>
        </w:rPr>
        <w:t>сметалық</w:t>
      </w:r>
      <w:r w:rsidRPr="00351379">
        <w:t xml:space="preserve"> </w:t>
      </w:r>
      <w:r w:rsidRPr="00351379">
        <w:rPr>
          <w:lang w:val="ru-RU"/>
        </w:rPr>
        <w:t>құжаттамамен</w:t>
      </w:r>
      <w:r w:rsidRPr="00351379">
        <w:t xml:space="preserve">, </w:t>
      </w:r>
      <w:r w:rsidRPr="00351379">
        <w:rPr>
          <w:lang w:val="ru-RU"/>
        </w:rPr>
        <w:t>орындалған</w:t>
      </w:r>
      <w:r w:rsidRPr="00351379">
        <w:t xml:space="preserve"> </w:t>
      </w:r>
      <w:r w:rsidRPr="00351379">
        <w:rPr>
          <w:lang w:val="ru-RU"/>
        </w:rPr>
        <w:t>жұмыстардың</w:t>
      </w:r>
      <w:r w:rsidRPr="00351379">
        <w:t xml:space="preserve"> </w:t>
      </w:r>
      <w:proofErr w:type="spellStart"/>
      <w:r w:rsidRPr="00351379">
        <w:rPr>
          <w:lang w:val="ru-RU"/>
        </w:rPr>
        <w:t>актілерімен</w:t>
      </w:r>
      <w:proofErr w:type="spellEnd"/>
      <w:r w:rsidRPr="00351379">
        <w:t xml:space="preserve"> </w:t>
      </w:r>
      <w:r w:rsidRPr="00351379">
        <w:rPr>
          <w:lang w:val="ru-RU"/>
        </w:rPr>
        <w:t>және</w:t>
      </w:r>
      <w:r w:rsidRPr="00351379">
        <w:t xml:space="preserve"> </w:t>
      </w:r>
      <w:r w:rsidRPr="00351379">
        <w:rPr>
          <w:lang w:val="ru-RU"/>
        </w:rPr>
        <w:t>өзге</w:t>
      </w:r>
      <w:r w:rsidRPr="00351379">
        <w:t xml:space="preserve"> </w:t>
      </w:r>
      <w:r w:rsidRPr="00351379">
        <w:rPr>
          <w:lang w:val="ru-RU"/>
        </w:rPr>
        <w:t>де</w:t>
      </w:r>
      <w:r w:rsidRPr="00351379">
        <w:t xml:space="preserve"> </w:t>
      </w:r>
      <w:r w:rsidRPr="00351379">
        <w:rPr>
          <w:lang w:val="ru-RU"/>
        </w:rPr>
        <w:t>ұсынылған</w:t>
      </w:r>
      <w:r w:rsidRPr="00351379">
        <w:t xml:space="preserve"> </w:t>
      </w:r>
      <w:r w:rsidRPr="00351379">
        <w:rPr>
          <w:lang w:val="ru-RU"/>
        </w:rPr>
        <w:t>құжаттармен</w:t>
      </w:r>
      <w:r w:rsidRPr="00351379">
        <w:t xml:space="preserve"> </w:t>
      </w:r>
      <w:proofErr w:type="spellStart"/>
      <w:r w:rsidRPr="00351379">
        <w:rPr>
          <w:lang w:val="ru-RU"/>
        </w:rPr>
        <w:t>салыстыру</w:t>
      </w:r>
      <w:proofErr w:type="spellEnd"/>
      <w:r w:rsidRPr="00351379">
        <w:t>;</w:t>
      </w:r>
    </w:p>
    <w:p w:rsidR="00351379" w:rsidRPr="00351379" w:rsidRDefault="00351379" w:rsidP="00351379">
      <w:pPr>
        <w:spacing w:before="160"/>
      </w:pPr>
      <w:r w:rsidRPr="00351379">
        <w:t xml:space="preserve">* </w:t>
      </w:r>
      <w:proofErr w:type="gramStart"/>
      <w:r w:rsidRPr="00351379">
        <w:rPr>
          <w:lang w:val="ru-RU"/>
        </w:rPr>
        <w:t>орындалған</w:t>
      </w:r>
      <w:proofErr w:type="gramEnd"/>
      <w:r w:rsidRPr="00351379">
        <w:t xml:space="preserve"> </w:t>
      </w:r>
      <w:r w:rsidRPr="00351379">
        <w:rPr>
          <w:lang w:val="ru-RU"/>
        </w:rPr>
        <w:t>жұмыстардың</w:t>
      </w:r>
      <w:r w:rsidRPr="00351379">
        <w:t xml:space="preserve"> </w:t>
      </w:r>
      <w:r w:rsidRPr="00351379">
        <w:rPr>
          <w:lang w:val="ru-RU"/>
        </w:rPr>
        <w:t>жобалық</w:t>
      </w:r>
      <w:r w:rsidRPr="00351379">
        <w:t xml:space="preserve"> </w:t>
      </w:r>
      <w:proofErr w:type="spellStart"/>
      <w:r w:rsidRPr="00351379">
        <w:rPr>
          <w:lang w:val="ru-RU"/>
        </w:rPr>
        <w:t>шешімдерге</w:t>
      </w:r>
      <w:proofErr w:type="spellEnd"/>
      <w:r w:rsidRPr="00351379">
        <w:t xml:space="preserve">, </w:t>
      </w:r>
      <w:r w:rsidRPr="00351379">
        <w:rPr>
          <w:lang w:val="ru-RU"/>
        </w:rPr>
        <w:t>жұмыс</w:t>
      </w:r>
      <w:r w:rsidRPr="00351379">
        <w:t xml:space="preserve"> </w:t>
      </w:r>
      <w:proofErr w:type="spellStart"/>
      <w:r w:rsidRPr="00351379">
        <w:rPr>
          <w:lang w:val="ru-RU"/>
        </w:rPr>
        <w:t>сызбаларына</w:t>
      </w:r>
      <w:proofErr w:type="spellEnd"/>
      <w:r w:rsidRPr="00351379">
        <w:t xml:space="preserve">, </w:t>
      </w:r>
      <w:r w:rsidRPr="00351379">
        <w:rPr>
          <w:lang w:val="ru-RU"/>
        </w:rPr>
        <w:t>техникалық</w:t>
      </w:r>
      <w:r w:rsidRPr="00351379">
        <w:t xml:space="preserve"> </w:t>
      </w:r>
      <w:r w:rsidRPr="00351379">
        <w:rPr>
          <w:lang w:val="ru-RU"/>
        </w:rPr>
        <w:t>талаптарға</w:t>
      </w:r>
      <w:r w:rsidRPr="00351379">
        <w:t xml:space="preserve"> </w:t>
      </w:r>
      <w:r w:rsidRPr="00351379">
        <w:rPr>
          <w:lang w:val="ru-RU"/>
        </w:rPr>
        <w:t>және</w:t>
      </w:r>
      <w:r w:rsidRPr="00351379">
        <w:t xml:space="preserve"> </w:t>
      </w:r>
      <w:r w:rsidRPr="00351379">
        <w:rPr>
          <w:lang w:val="ru-RU"/>
        </w:rPr>
        <w:t>қолданылатын</w:t>
      </w:r>
      <w:r w:rsidRPr="00351379">
        <w:t xml:space="preserve"> </w:t>
      </w:r>
      <w:proofErr w:type="spellStart"/>
      <w:r w:rsidRPr="00351379">
        <w:rPr>
          <w:lang w:val="ru-RU"/>
        </w:rPr>
        <w:t>нормативтік</w:t>
      </w:r>
      <w:proofErr w:type="spellEnd"/>
      <w:r w:rsidRPr="00351379">
        <w:t xml:space="preserve"> </w:t>
      </w:r>
      <w:r w:rsidRPr="00351379">
        <w:rPr>
          <w:lang w:val="ru-RU"/>
        </w:rPr>
        <w:t>құжаттарға</w:t>
      </w:r>
      <w:r w:rsidRPr="00351379">
        <w:t xml:space="preserve"> </w:t>
      </w:r>
      <w:r w:rsidRPr="00351379">
        <w:rPr>
          <w:lang w:val="ru-RU"/>
        </w:rPr>
        <w:t>сәйкестігін</w:t>
      </w:r>
      <w:r w:rsidRPr="00351379">
        <w:t xml:space="preserve"> </w:t>
      </w:r>
      <w:proofErr w:type="spellStart"/>
      <w:r w:rsidRPr="00351379">
        <w:rPr>
          <w:lang w:val="ru-RU"/>
        </w:rPr>
        <w:t>белгілеу</w:t>
      </w:r>
      <w:proofErr w:type="spellEnd"/>
      <w:r w:rsidRPr="00351379">
        <w:t>;</w:t>
      </w:r>
    </w:p>
    <w:p w:rsidR="00351379" w:rsidRPr="00351379" w:rsidRDefault="00351379" w:rsidP="00351379">
      <w:pPr>
        <w:spacing w:before="160"/>
      </w:pPr>
      <w:r w:rsidRPr="00351379">
        <w:t xml:space="preserve">* </w:t>
      </w:r>
      <w:proofErr w:type="gramStart"/>
      <w:r w:rsidRPr="00351379">
        <w:rPr>
          <w:lang w:val="ru-RU"/>
        </w:rPr>
        <w:t>нақты</w:t>
      </w:r>
      <w:proofErr w:type="gramEnd"/>
      <w:r w:rsidRPr="00351379">
        <w:t xml:space="preserve"> </w:t>
      </w:r>
      <w:r w:rsidRPr="00351379">
        <w:rPr>
          <w:lang w:val="ru-RU"/>
        </w:rPr>
        <w:t>қолданылған</w:t>
      </w:r>
      <w:r w:rsidRPr="00351379">
        <w:t xml:space="preserve"> </w:t>
      </w:r>
      <w:proofErr w:type="spellStart"/>
      <w:r w:rsidRPr="00351379">
        <w:rPr>
          <w:lang w:val="ru-RU"/>
        </w:rPr>
        <w:t>материалдар</w:t>
      </w:r>
      <w:proofErr w:type="spellEnd"/>
      <w:r w:rsidRPr="00351379">
        <w:t xml:space="preserve"> </w:t>
      </w:r>
      <w:r w:rsidRPr="00351379">
        <w:rPr>
          <w:lang w:val="ru-RU"/>
        </w:rPr>
        <w:t>мен</w:t>
      </w:r>
      <w:r w:rsidRPr="00351379">
        <w:t xml:space="preserve"> </w:t>
      </w:r>
      <w:r w:rsidRPr="00351379">
        <w:rPr>
          <w:lang w:val="ru-RU"/>
        </w:rPr>
        <w:t>жабдықтардың</w:t>
      </w:r>
      <w:r w:rsidRPr="00351379">
        <w:t xml:space="preserve"> </w:t>
      </w:r>
      <w:r w:rsidRPr="00351379">
        <w:rPr>
          <w:lang w:val="ru-RU"/>
        </w:rPr>
        <w:t>жобаға</w:t>
      </w:r>
      <w:r w:rsidRPr="00351379">
        <w:t xml:space="preserve"> </w:t>
      </w:r>
      <w:r w:rsidRPr="00351379">
        <w:rPr>
          <w:lang w:val="ru-RU"/>
        </w:rPr>
        <w:t>және</w:t>
      </w:r>
      <w:r w:rsidRPr="00351379">
        <w:t xml:space="preserve"> </w:t>
      </w:r>
      <w:proofErr w:type="spellStart"/>
      <w:r w:rsidRPr="00351379">
        <w:rPr>
          <w:lang w:val="ru-RU"/>
        </w:rPr>
        <w:t>растайтын</w:t>
      </w:r>
      <w:proofErr w:type="spellEnd"/>
      <w:r w:rsidRPr="00351379">
        <w:t xml:space="preserve"> </w:t>
      </w:r>
      <w:r w:rsidRPr="00351379">
        <w:rPr>
          <w:lang w:val="ru-RU"/>
        </w:rPr>
        <w:t>құжаттарға</w:t>
      </w:r>
      <w:r w:rsidRPr="00351379">
        <w:t xml:space="preserve"> (</w:t>
      </w:r>
      <w:proofErr w:type="spellStart"/>
      <w:r w:rsidRPr="00351379">
        <w:rPr>
          <w:lang w:val="ru-RU"/>
        </w:rPr>
        <w:t>сертификаттар</w:t>
      </w:r>
      <w:proofErr w:type="spellEnd"/>
      <w:r w:rsidRPr="00351379">
        <w:t xml:space="preserve">, </w:t>
      </w:r>
      <w:proofErr w:type="spellStart"/>
      <w:r w:rsidRPr="00351379">
        <w:rPr>
          <w:lang w:val="ru-RU"/>
        </w:rPr>
        <w:t>паспорттар</w:t>
      </w:r>
      <w:proofErr w:type="spellEnd"/>
      <w:r w:rsidRPr="00351379">
        <w:t xml:space="preserve">, </w:t>
      </w:r>
      <w:proofErr w:type="spellStart"/>
      <w:r w:rsidRPr="00351379">
        <w:rPr>
          <w:lang w:val="ru-RU"/>
        </w:rPr>
        <w:t>декларациялар</w:t>
      </w:r>
      <w:proofErr w:type="spellEnd"/>
      <w:r w:rsidRPr="00351379">
        <w:t xml:space="preserve">, </w:t>
      </w:r>
      <w:r w:rsidRPr="00351379">
        <w:rPr>
          <w:lang w:val="ru-RU"/>
        </w:rPr>
        <w:t>сапа</w:t>
      </w:r>
      <w:r w:rsidRPr="00351379">
        <w:t xml:space="preserve"> </w:t>
      </w:r>
      <w:proofErr w:type="spellStart"/>
      <w:r w:rsidRPr="00351379">
        <w:rPr>
          <w:lang w:val="ru-RU"/>
        </w:rPr>
        <w:t>туралы</w:t>
      </w:r>
      <w:proofErr w:type="spellEnd"/>
      <w:r w:rsidRPr="00351379">
        <w:t xml:space="preserve"> </w:t>
      </w:r>
      <w:r w:rsidRPr="00351379">
        <w:rPr>
          <w:lang w:val="ru-RU"/>
        </w:rPr>
        <w:t>құжаттар</w:t>
      </w:r>
      <w:r w:rsidRPr="00351379">
        <w:t>)</w:t>
      </w:r>
      <w:r w:rsidRPr="00351379">
        <w:rPr>
          <w:lang w:val="ru-RU"/>
        </w:rPr>
        <w:t>сәйкестігін</w:t>
      </w:r>
      <w:r w:rsidRPr="00351379">
        <w:t xml:space="preserve"> </w:t>
      </w:r>
      <w:proofErr w:type="spellStart"/>
      <w:r w:rsidRPr="00351379">
        <w:rPr>
          <w:lang w:val="ru-RU"/>
        </w:rPr>
        <w:t>тексеру</w:t>
      </w:r>
      <w:proofErr w:type="spellEnd"/>
      <w:r w:rsidRPr="00351379">
        <w:t>;</w:t>
      </w:r>
    </w:p>
    <w:p w:rsidR="00351379" w:rsidRPr="00351379" w:rsidRDefault="00351379" w:rsidP="00351379">
      <w:pPr>
        <w:spacing w:before="160"/>
      </w:pPr>
      <w:r w:rsidRPr="00351379">
        <w:lastRenderedPageBreak/>
        <w:t xml:space="preserve">* </w:t>
      </w:r>
      <w:proofErr w:type="gramStart"/>
      <w:r w:rsidRPr="00351379">
        <w:rPr>
          <w:lang w:val="ru-RU"/>
        </w:rPr>
        <w:t>ақауларды</w:t>
      </w:r>
      <w:proofErr w:type="gramEnd"/>
      <w:r w:rsidRPr="00351379">
        <w:t xml:space="preserve">, </w:t>
      </w:r>
      <w:r w:rsidRPr="00351379">
        <w:rPr>
          <w:lang w:val="ru-RU"/>
        </w:rPr>
        <w:t>зақымдарды</w:t>
      </w:r>
      <w:r w:rsidRPr="00351379">
        <w:t xml:space="preserve">, </w:t>
      </w:r>
      <w:proofErr w:type="spellStart"/>
      <w:r w:rsidRPr="00351379">
        <w:rPr>
          <w:lang w:val="ru-RU"/>
        </w:rPr>
        <w:t>жобадан</w:t>
      </w:r>
      <w:proofErr w:type="spellEnd"/>
      <w:r w:rsidRPr="00351379">
        <w:t xml:space="preserve"> </w:t>
      </w:r>
      <w:r w:rsidRPr="00351379">
        <w:rPr>
          <w:lang w:val="ru-RU"/>
        </w:rPr>
        <w:t>және</w:t>
      </w:r>
      <w:r w:rsidRPr="00351379">
        <w:t xml:space="preserve"> </w:t>
      </w:r>
      <w:r w:rsidRPr="00351379">
        <w:rPr>
          <w:lang w:val="ru-RU"/>
        </w:rPr>
        <w:t>жұмыс</w:t>
      </w:r>
      <w:r w:rsidRPr="00351379">
        <w:t xml:space="preserve"> </w:t>
      </w:r>
      <w:proofErr w:type="spellStart"/>
      <w:r w:rsidRPr="00351379">
        <w:rPr>
          <w:lang w:val="ru-RU"/>
        </w:rPr>
        <w:t>технологиясынан</w:t>
      </w:r>
      <w:proofErr w:type="spellEnd"/>
      <w:r w:rsidRPr="00351379">
        <w:t xml:space="preserve"> </w:t>
      </w:r>
      <w:r w:rsidRPr="00351379">
        <w:rPr>
          <w:lang w:val="ru-RU"/>
        </w:rPr>
        <w:t>ауытқуларды</w:t>
      </w:r>
      <w:r w:rsidRPr="00351379">
        <w:t xml:space="preserve"> </w:t>
      </w:r>
      <w:r w:rsidRPr="00351379">
        <w:rPr>
          <w:lang w:val="ru-RU"/>
        </w:rPr>
        <w:t>анықтау</w:t>
      </w:r>
      <w:r w:rsidRPr="00351379">
        <w:t xml:space="preserve">, </w:t>
      </w:r>
      <w:proofErr w:type="spellStart"/>
      <w:r w:rsidRPr="00351379">
        <w:rPr>
          <w:lang w:val="ru-RU"/>
        </w:rPr>
        <w:t>сондай</w:t>
      </w:r>
      <w:proofErr w:type="spellEnd"/>
      <w:r w:rsidRPr="00351379">
        <w:t>-</w:t>
      </w:r>
      <w:r w:rsidRPr="00351379">
        <w:rPr>
          <w:lang w:val="ru-RU"/>
        </w:rPr>
        <w:t>ақ</w:t>
      </w:r>
      <w:r w:rsidRPr="00351379">
        <w:t xml:space="preserve"> </w:t>
      </w:r>
      <w:r w:rsidRPr="00351379">
        <w:rPr>
          <w:lang w:val="ru-RU"/>
        </w:rPr>
        <w:t>олардың</w:t>
      </w:r>
      <w:r w:rsidRPr="00351379">
        <w:t xml:space="preserve"> </w:t>
      </w:r>
      <w:proofErr w:type="spellStart"/>
      <w:r w:rsidRPr="00351379">
        <w:rPr>
          <w:lang w:val="ru-RU"/>
        </w:rPr>
        <w:t>сипатын</w:t>
      </w:r>
      <w:proofErr w:type="spellEnd"/>
      <w:r w:rsidRPr="00351379">
        <w:t xml:space="preserve"> </w:t>
      </w:r>
      <w:r w:rsidRPr="00351379">
        <w:rPr>
          <w:lang w:val="ru-RU"/>
        </w:rPr>
        <w:t>және</w:t>
      </w:r>
      <w:r w:rsidRPr="00351379">
        <w:t xml:space="preserve"> </w:t>
      </w:r>
      <w:r w:rsidRPr="00351379">
        <w:rPr>
          <w:lang w:val="ru-RU"/>
        </w:rPr>
        <w:t>объектінің</w:t>
      </w:r>
      <w:r w:rsidRPr="00351379">
        <w:t xml:space="preserve"> </w:t>
      </w:r>
      <w:proofErr w:type="spellStart"/>
      <w:r w:rsidRPr="00351379">
        <w:rPr>
          <w:lang w:val="ru-RU"/>
        </w:rPr>
        <w:t>сенімділігі</w:t>
      </w:r>
      <w:proofErr w:type="spellEnd"/>
      <w:r w:rsidRPr="00351379">
        <w:t xml:space="preserve"> </w:t>
      </w:r>
      <w:r w:rsidRPr="00351379">
        <w:rPr>
          <w:lang w:val="ru-RU"/>
        </w:rPr>
        <w:t>мен</w:t>
      </w:r>
      <w:r w:rsidRPr="00351379">
        <w:t xml:space="preserve"> </w:t>
      </w:r>
      <w:r w:rsidRPr="00351379">
        <w:rPr>
          <w:lang w:val="ru-RU"/>
        </w:rPr>
        <w:t>қауіпсіз</w:t>
      </w:r>
      <w:r w:rsidRPr="00351379">
        <w:t xml:space="preserve"> </w:t>
      </w:r>
      <w:r w:rsidRPr="00351379">
        <w:rPr>
          <w:lang w:val="ru-RU"/>
        </w:rPr>
        <w:t>жұмысына</w:t>
      </w:r>
      <w:r w:rsidRPr="00351379">
        <w:t xml:space="preserve"> </w:t>
      </w:r>
      <w:r w:rsidRPr="00351379">
        <w:rPr>
          <w:lang w:val="ru-RU"/>
        </w:rPr>
        <w:t>ықтимал</w:t>
      </w:r>
      <w:r w:rsidRPr="00351379">
        <w:t xml:space="preserve"> </w:t>
      </w:r>
      <w:r w:rsidRPr="00351379">
        <w:rPr>
          <w:lang w:val="ru-RU"/>
        </w:rPr>
        <w:t>әсерін</w:t>
      </w:r>
      <w:r w:rsidRPr="00351379">
        <w:t xml:space="preserve"> </w:t>
      </w:r>
      <w:r w:rsidRPr="00351379">
        <w:rPr>
          <w:lang w:val="ru-RU"/>
        </w:rPr>
        <w:t>анықтау</w:t>
      </w:r>
      <w:r w:rsidRPr="00351379">
        <w:t>;</w:t>
      </w:r>
    </w:p>
    <w:p w:rsidR="00351379" w:rsidRPr="00351379" w:rsidRDefault="00351379" w:rsidP="00351379">
      <w:pPr>
        <w:spacing w:before="160"/>
      </w:pPr>
      <w:r w:rsidRPr="00351379">
        <w:t xml:space="preserve">* </w:t>
      </w:r>
      <w:proofErr w:type="spellStart"/>
      <w:proofErr w:type="gramStart"/>
      <w:r w:rsidRPr="00351379">
        <w:rPr>
          <w:lang w:val="ru-RU"/>
        </w:rPr>
        <w:t>жасырын</w:t>
      </w:r>
      <w:proofErr w:type="spellEnd"/>
      <w:proofErr w:type="gramEnd"/>
      <w:r w:rsidRPr="00351379">
        <w:t xml:space="preserve"> </w:t>
      </w:r>
      <w:proofErr w:type="spellStart"/>
      <w:r w:rsidRPr="00351379">
        <w:rPr>
          <w:lang w:val="ru-RU"/>
        </w:rPr>
        <w:t>конструкциялар</w:t>
      </w:r>
      <w:proofErr w:type="spellEnd"/>
      <w:r w:rsidRPr="00351379">
        <w:t xml:space="preserve"> </w:t>
      </w:r>
      <w:r w:rsidRPr="00351379">
        <w:rPr>
          <w:lang w:val="ru-RU"/>
        </w:rPr>
        <w:t>мен</w:t>
      </w:r>
      <w:r w:rsidRPr="00351379">
        <w:t xml:space="preserve"> </w:t>
      </w:r>
      <w:r w:rsidRPr="00351379">
        <w:rPr>
          <w:lang w:val="ru-RU"/>
        </w:rPr>
        <w:t>жұмыстардың</w:t>
      </w:r>
      <w:r w:rsidRPr="00351379">
        <w:t xml:space="preserve"> </w:t>
      </w:r>
      <w:r w:rsidRPr="00351379">
        <w:rPr>
          <w:lang w:val="ru-RU"/>
        </w:rPr>
        <w:t>нақты</w:t>
      </w:r>
      <w:r w:rsidRPr="00351379">
        <w:t xml:space="preserve"> </w:t>
      </w:r>
      <w:proofErr w:type="spellStart"/>
      <w:r w:rsidRPr="00351379">
        <w:rPr>
          <w:lang w:val="ru-RU"/>
        </w:rPr>
        <w:t>параметрлерін</w:t>
      </w:r>
      <w:proofErr w:type="spellEnd"/>
      <w:r w:rsidRPr="00351379">
        <w:t xml:space="preserve"> </w:t>
      </w:r>
      <w:r w:rsidRPr="00351379">
        <w:rPr>
          <w:lang w:val="ru-RU"/>
        </w:rPr>
        <w:t>бұзбайтын</w:t>
      </w:r>
      <w:r w:rsidRPr="00351379">
        <w:t xml:space="preserve"> </w:t>
      </w:r>
      <w:r w:rsidRPr="00351379">
        <w:rPr>
          <w:lang w:val="ru-RU"/>
        </w:rPr>
        <w:t>әдістермен</w:t>
      </w:r>
      <w:r w:rsidRPr="00351379">
        <w:t xml:space="preserve"> </w:t>
      </w:r>
      <w:r w:rsidRPr="00351379">
        <w:rPr>
          <w:lang w:val="ru-RU"/>
        </w:rPr>
        <w:t>анықтаудың</w:t>
      </w:r>
      <w:r w:rsidRPr="00351379">
        <w:t xml:space="preserve"> </w:t>
      </w:r>
      <w:r w:rsidRPr="00351379">
        <w:rPr>
          <w:lang w:val="ru-RU"/>
        </w:rPr>
        <w:t>техникалық</w:t>
      </w:r>
      <w:r w:rsidRPr="00351379">
        <w:t xml:space="preserve"> </w:t>
      </w:r>
      <w:r w:rsidRPr="00351379">
        <w:rPr>
          <w:lang w:val="ru-RU"/>
        </w:rPr>
        <w:t>мүмкіндігі</w:t>
      </w:r>
      <w:r w:rsidRPr="00351379">
        <w:t xml:space="preserve"> </w:t>
      </w:r>
      <w:r w:rsidRPr="00351379">
        <w:rPr>
          <w:lang w:val="ru-RU"/>
        </w:rPr>
        <w:t>болған</w:t>
      </w:r>
      <w:r w:rsidRPr="00351379">
        <w:t xml:space="preserve"> </w:t>
      </w:r>
      <w:proofErr w:type="spellStart"/>
      <w:r w:rsidRPr="00351379">
        <w:rPr>
          <w:lang w:val="ru-RU"/>
        </w:rPr>
        <w:t>кезде</w:t>
      </w:r>
      <w:proofErr w:type="spellEnd"/>
      <w:r w:rsidRPr="00351379">
        <w:t xml:space="preserve">; </w:t>
      </w:r>
      <w:proofErr w:type="spellStart"/>
      <w:r w:rsidRPr="00351379">
        <w:rPr>
          <w:lang w:val="ru-RU"/>
        </w:rPr>
        <w:t>жергілікті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ашу</w:t>
      </w:r>
      <w:proofErr w:type="spellEnd"/>
      <w:r w:rsidRPr="00351379">
        <w:t xml:space="preserve"> </w:t>
      </w:r>
      <w:r w:rsidRPr="00351379">
        <w:rPr>
          <w:lang w:val="ru-RU"/>
        </w:rPr>
        <w:t>қажеттілігі</w:t>
      </w:r>
      <w:r w:rsidRPr="00351379">
        <w:t xml:space="preserve"> </w:t>
      </w:r>
      <w:proofErr w:type="spellStart"/>
      <w:r w:rsidRPr="00351379">
        <w:rPr>
          <w:lang w:val="ru-RU"/>
        </w:rPr>
        <w:t>Тапсырыс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берушімен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келісіледі</w:t>
      </w:r>
      <w:proofErr w:type="spellEnd"/>
      <w:r w:rsidRPr="00351379">
        <w:t>;</w:t>
      </w:r>
    </w:p>
    <w:p w:rsidR="00351379" w:rsidRPr="00351379" w:rsidRDefault="00351379" w:rsidP="00351379">
      <w:pPr>
        <w:spacing w:before="160"/>
      </w:pPr>
      <w:r w:rsidRPr="00351379">
        <w:t xml:space="preserve">* </w:t>
      </w:r>
      <w:proofErr w:type="gramStart"/>
      <w:r w:rsidRPr="00351379">
        <w:rPr>
          <w:lang w:val="ru-RU"/>
        </w:rPr>
        <w:t>расталған</w:t>
      </w:r>
      <w:proofErr w:type="gramEnd"/>
      <w:r w:rsidRPr="00351379">
        <w:t xml:space="preserve"> </w:t>
      </w:r>
      <w:r w:rsidRPr="00351379">
        <w:rPr>
          <w:lang w:val="ru-RU"/>
        </w:rPr>
        <w:t>көлемдердің</w:t>
      </w:r>
      <w:r w:rsidRPr="00351379">
        <w:t xml:space="preserve"> </w:t>
      </w:r>
      <w:r w:rsidRPr="00351379">
        <w:rPr>
          <w:lang w:val="ru-RU"/>
        </w:rPr>
        <w:t>және</w:t>
      </w:r>
      <w:r w:rsidRPr="00351379">
        <w:t xml:space="preserve"> </w:t>
      </w:r>
      <w:r w:rsidRPr="00351379">
        <w:rPr>
          <w:lang w:val="ru-RU"/>
        </w:rPr>
        <w:t>ұсынылған</w:t>
      </w:r>
      <w:r w:rsidRPr="00351379">
        <w:t xml:space="preserve"> </w:t>
      </w:r>
      <w:r w:rsidRPr="00351379">
        <w:rPr>
          <w:lang w:val="ru-RU"/>
        </w:rPr>
        <w:t>сметалық</w:t>
      </w:r>
      <w:r w:rsidRPr="00351379">
        <w:t>-</w:t>
      </w:r>
      <w:r w:rsidRPr="00351379">
        <w:rPr>
          <w:lang w:val="ru-RU"/>
        </w:rPr>
        <w:t>шарттық</w:t>
      </w:r>
      <w:r w:rsidRPr="00351379">
        <w:t xml:space="preserve"> </w:t>
      </w:r>
      <w:r w:rsidRPr="00351379">
        <w:rPr>
          <w:lang w:val="ru-RU"/>
        </w:rPr>
        <w:t>құжаттаманың</w:t>
      </w:r>
      <w:r w:rsidRPr="00351379">
        <w:t xml:space="preserve"> </w:t>
      </w:r>
      <w:proofErr w:type="spellStart"/>
      <w:r w:rsidRPr="00351379">
        <w:rPr>
          <w:lang w:val="ru-RU"/>
        </w:rPr>
        <w:t>негізінде</w:t>
      </w:r>
      <w:proofErr w:type="spellEnd"/>
      <w:r w:rsidRPr="00351379">
        <w:t xml:space="preserve"> </w:t>
      </w:r>
      <w:r w:rsidRPr="00351379">
        <w:rPr>
          <w:lang w:val="ru-RU"/>
        </w:rPr>
        <w:t>нақты</w:t>
      </w:r>
      <w:r w:rsidRPr="00351379">
        <w:t xml:space="preserve"> </w:t>
      </w:r>
      <w:r w:rsidRPr="00351379">
        <w:rPr>
          <w:lang w:val="ru-RU"/>
        </w:rPr>
        <w:t>орындалған</w:t>
      </w:r>
      <w:r w:rsidRPr="00351379">
        <w:t xml:space="preserve"> </w:t>
      </w:r>
      <w:r w:rsidRPr="00351379">
        <w:rPr>
          <w:lang w:val="ru-RU"/>
        </w:rPr>
        <w:t>жұмыстар</w:t>
      </w:r>
      <w:r w:rsidRPr="00351379">
        <w:t xml:space="preserve"> </w:t>
      </w:r>
      <w:r w:rsidRPr="00351379">
        <w:rPr>
          <w:lang w:val="ru-RU"/>
        </w:rPr>
        <w:t>мен</w:t>
      </w:r>
      <w:r w:rsidRPr="00351379">
        <w:t xml:space="preserve"> </w:t>
      </w:r>
      <w:r w:rsidRPr="00351379">
        <w:rPr>
          <w:lang w:val="ru-RU"/>
        </w:rPr>
        <w:t>материалдардың</w:t>
      </w:r>
      <w:r w:rsidRPr="00351379">
        <w:t xml:space="preserve"> </w:t>
      </w:r>
      <w:r w:rsidRPr="00351379">
        <w:rPr>
          <w:lang w:val="ru-RU"/>
        </w:rPr>
        <w:t>құнын</w:t>
      </w:r>
      <w:r w:rsidRPr="00351379">
        <w:t xml:space="preserve"> </w:t>
      </w:r>
      <w:r w:rsidRPr="00351379">
        <w:rPr>
          <w:lang w:val="ru-RU"/>
        </w:rPr>
        <w:t>құрылыс</w:t>
      </w:r>
      <w:r w:rsidRPr="00351379">
        <w:t>-</w:t>
      </w:r>
      <w:r w:rsidRPr="00351379">
        <w:rPr>
          <w:lang w:val="ru-RU"/>
        </w:rPr>
        <w:t>экономикалық</w:t>
      </w:r>
      <w:r w:rsidRPr="00351379">
        <w:t xml:space="preserve"> </w:t>
      </w:r>
      <w:proofErr w:type="spellStart"/>
      <w:r w:rsidRPr="00351379">
        <w:rPr>
          <w:lang w:val="ru-RU"/>
        </w:rPr>
        <w:t>зерттеуді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орындау</w:t>
      </w:r>
      <w:proofErr w:type="spellEnd"/>
      <w:r w:rsidRPr="00351379">
        <w:t>;</w:t>
      </w:r>
    </w:p>
    <w:p w:rsidR="00351379" w:rsidRPr="00351379" w:rsidRDefault="00351379" w:rsidP="00351379">
      <w:pPr>
        <w:spacing w:before="160"/>
      </w:pPr>
      <w:r w:rsidRPr="00351379">
        <w:t xml:space="preserve">* </w:t>
      </w:r>
      <w:proofErr w:type="gramStart"/>
      <w:r w:rsidRPr="00351379">
        <w:rPr>
          <w:lang w:val="ru-RU"/>
        </w:rPr>
        <w:t>орындалмаған</w:t>
      </w:r>
      <w:proofErr w:type="gramEnd"/>
      <w:r w:rsidRPr="00351379">
        <w:t xml:space="preserve">, </w:t>
      </w:r>
      <w:r w:rsidRPr="00351379">
        <w:rPr>
          <w:lang w:val="ru-RU"/>
        </w:rPr>
        <w:t>толық</w:t>
      </w:r>
      <w:r w:rsidRPr="00351379">
        <w:t xml:space="preserve"> </w:t>
      </w:r>
      <w:r w:rsidRPr="00351379">
        <w:rPr>
          <w:lang w:val="ru-RU"/>
        </w:rPr>
        <w:t>көлемде</w:t>
      </w:r>
      <w:r w:rsidRPr="00351379">
        <w:t xml:space="preserve"> </w:t>
      </w:r>
      <w:r w:rsidRPr="00351379">
        <w:rPr>
          <w:lang w:val="ru-RU"/>
        </w:rPr>
        <w:t>орындалмаған</w:t>
      </w:r>
      <w:r w:rsidRPr="00351379">
        <w:t xml:space="preserve"> </w:t>
      </w:r>
      <w:r w:rsidRPr="00351379">
        <w:rPr>
          <w:lang w:val="ru-RU"/>
        </w:rPr>
        <w:t>не</w:t>
      </w:r>
      <w:r w:rsidRPr="00351379">
        <w:t xml:space="preserve"> </w:t>
      </w:r>
      <w:r w:rsidRPr="00351379">
        <w:rPr>
          <w:lang w:val="ru-RU"/>
        </w:rPr>
        <w:t>жобаға</w:t>
      </w:r>
      <w:r w:rsidRPr="00351379">
        <w:t xml:space="preserve"> </w:t>
      </w:r>
      <w:r w:rsidRPr="00351379">
        <w:rPr>
          <w:lang w:val="ru-RU"/>
        </w:rPr>
        <w:t>сәйкес</w:t>
      </w:r>
      <w:r w:rsidRPr="00351379">
        <w:t xml:space="preserve"> </w:t>
      </w:r>
      <w:proofErr w:type="spellStart"/>
      <w:r w:rsidRPr="00351379">
        <w:rPr>
          <w:lang w:val="ru-RU"/>
        </w:rPr>
        <w:t>келмейтін</w:t>
      </w:r>
      <w:proofErr w:type="spellEnd"/>
      <w:r w:rsidRPr="00351379">
        <w:t xml:space="preserve"> </w:t>
      </w:r>
      <w:r w:rsidRPr="00351379">
        <w:rPr>
          <w:lang w:val="ru-RU"/>
        </w:rPr>
        <w:t>жұмыстардың</w:t>
      </w:r>
      <w:r w:rsidRPr="00351379">
        <w:t xml:space="preserve"> </w:t>
      </w:r>
      <w:r w:rsidRPr="00351379">
        <w:rPr>
          <w:lang w:val="ru-RU"/>
        </w:rPr>
        <w:t>құнын</w:t>
      </w:r>
      <w:r w:rsidRPr="00351379">
        <w:t xml:space="preserve"> </w:t>
      </w:r>
      <w:r w:rsidRPr="00351379">
        <w:rPr>
          <w:lang w:val="ru-RU"/>
        </w:rPr>
        <w:t>анықтау</w:t>
      </w:r>
      <w:r w:rsidRPr="00351379">
        <w:t xml:space="preserve"> (</w:t>
      </w:r>
      <w:proofErr w:type="spellStart"/>
      <w:r w:rsidRPr="00351379">
        <w:rPr>
          <w:lang w:val="ru-RU"/>
        </w:rPr>
        <w:t>олар</w:t>
      </w:r>
      <w:proofErr w:type="spellEnd"/>
      <w:r w:rsidRPr="00351379">
        <w:t xml:space="preserve"> </w:t>
      </w:r>
      <w:r w:rsidRPr="00351379">
        <w:rPr>
          <w:lang w:val="ru-RU"/>
        </w:rPr>
        <w:t>анықталған</w:t>
      </w:r>
      <w:r w:rsidRPr="00351379">
        <w:t xml:space="preserve"> </w:t>
      </w:r>
      <w:proofErr w:type="spellStart"/>
      <w:r w:rsidRPr="00351379">
        <w:rPr>
          <w:lang w:val="ru-RU"/>
        </w:rPr>
        <w:t>кезде</w:t>
      </w:r>
      <w:proofErr w:type="spellEnd"/>
      <w:r w:rsidRPr="00351379">
        <w:t>);</w:t>
      </w:r>
    </w:p>
    <w:p w:rsidR="00351379" w:rsidRPr="00351379" w:rsidRDefault="00351379" w:rsidP="00351379">
      <w:pPr>
        <w:spacing w:before="160"/>
      </w:pPr>
      <w:r w:rsidRPr="00351379">
        <w:t xml:space="preserve">* </w:t>
      </w:r>
      <w:proofErr w:type="gramStart"/>
      <w:r w:rsidRPr="00351379">
        <w:rPr>
          <w:lang w:val="ru-RU"/>
        </w:rPr>
        <w:t>қорытындылармен</w:t>
      </w:r>
      <w:proofErr w:type="gramEnd"/>
      <w:r w:rsidRPr="00351379">
        <w:t xml:space="preserve">, </w:t>
      </w:r>
      <w:proofErr w:type="spellStart"/>
      <w:r w:rsidRPr="00351379">
        <w:rPr>
          <w:lang w:val="ru-RU"/>
        </w:rPr>
        <w:t>есептеулермен</w:t>
      </w:r>
      <w:proofErr w:type="spellEnd"/>
      <w:r w:rsidRPr="00351379">
        <w:t xml:space="preserve">, </w:t>
      </w:r>
      <w:proofErr w:type="spellStart"/>
      <w:r w:rsidRPr="00351379">
        <w:rPr>
          <w:lang w:val="ru-RU"/>
        </w:rPr>
        <w:t>фотофиксациямен</w:t>
      </w:r>
      <w:proofErr w:type="spellEnd"/>
      <w:r w:rsidRPr="00351379">
        <w:t xml:space="preserve">, </w:t>
      </w:r>
      <w:r w:rsidRPr="00351379">
        <w:rPr>
          <w:lang w:val="ru-RU"/>
        </w:rPr>
        <w:t>анықталған</w:t>
      </w:r>
      <w:r w:rsidRPr="00351379">
        <w:t xml:space="preserve"> </w:t>
      </w:r>
      <w:r w:rsidRPr="00351379">
        <w:rPr>
          <w:lang w:val="ru-RU"/>
        </w:rPr>
        <w:t>сәйкессіздіктер</w:t>
      </w:r>
      <w:r w:rsidRPr="00351379">
        <w:t xml:space="preserve"> </w:t>
      </w:r>
      <w:proofErr w:type="spellStart"/>
      <w:r w:rsidRPr="00351379">
        <w:rPr>
          <w:lang w:val="ru-RU"/>
        </w:rPr>
        <w:t>ведомосімен</w:t>
      </w:r>
      <w:proofErr w:type="spellEnd"/>
      <w:r w:rsidRPr="00351379">
        <w:t xml:space="preserve"> </w:t>
      </w:r>
      <w:r w:rsidRPr="00351379">
        <w:rPr>
          <w:lang w:val="ru-RU"/>
        </w:rPr>
        <w:t>және</w:t>
      </w:r>
      <w:r w:rsidRPr="00351379">
        <w:t xml:space="preserve"> </w:t>
      </w:r>
      <w:proofErr w:type="spellStart"/>
      <w:r w:rsidRPr="00351379">
        <w:rPr>
          <w:lang w:val="ru-RU"/>
        </w:rPr>
        <w:t>зерттелген</w:t>
      </w:r>
      <w:proofErr w:type="spellEnd"/>
      <w:r w:rsidRPr="00351379">
        <w:t xml:space="preserve"> </w:t>
      </w:r>
      <w:r w:rsidRPr="00351379">
        <w:rPr>
          <w:lang w:val="ru-RU"/>
        </w:rPr>
        <w:t>құжаттарға</w:t>
      </w:r>
      <w:r w:rsidRPr="00351379">
        <w:t xml:space="preserve"> </w:t>
      </w:r>
      <w:proofErr w:type="spellStart"/>
      <w:r w:rsidRPr="00351379">
        <w:rPr>
          <w:lang w:val="ru-RU"/>
        </w:rPr>
        <w:t>сілтемелермен</w:t>
      </w:r>
      <w:proofErr w:type="spellEnd"/>
      <w:r w:rsidRPr="00351379">
        <w:t xml:space="preserve"> </w:t>
      </w:r>
      <w:r w:rsidRPr="00351379">
        <w:rPr>
          <w:lang w:val="ru-RU"/>
        </w:rPr>
        <w:t>қорытынды</w:t>
      </w:r>
      <w:r w:rsidRPr="00351379">
        <w:t xml:space="preserve"> </w:t>
      </w:r>
      <w:proofErr w:type="spellStart"/>
      <w:r w:rsidRPr="00351379">
        <w:rPr>
          <w:lang w:val="ru-RU"/>
        </w:rPr>
        <w:t>қорытынды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дайындау</w:t>
      </w:r>
      <w:proofErr w:type="spellEnd"/>
      <w:r w:rsidRPr="00351379">
        <w:t>.</w:t>
      </w:r>
    </w:p>
    <w:p w:rsidR="00351379" w:rsidRPr="00351379" w:rsidRDefault="00351379" w:rsidP="00351379">
      <w:pPr>
        <w:spacing w:before="160"/>
      </w:pPr>
      <w:r w:rsidRPr="00351379">
        <w:rPr>
          <w:b/>
        </w:rPr>
        <w:t xml:space="preserve">4. </w:t>
      </w:r>
      <w:proofErr w:type="spellStart"/>
      <w:r w:rsidRPr="00351379">
        <w:rPr>
          <w:b/>
          <w:lang w:val="ru-RU"/>
        </w:rPr>
        <w:t>Тапсырыс</w:t>
      </w:r>
      <w:proofErr w:type="spellEnd"/>
      <w:r w:rsidRPr="00351379">
        <w:rPr>
          <w:b/>
        </w:rPr>
        <w:t xml:space="preserve"> </w:t>
      </w:r>
      <w:proofErr w:type="spellStart"/>
      <w:r w:rsidRPr="00351379">
        <w:rPr>
          <w:b/>
          <w:lang w:val="ru-RU"/>
        </w:rPr>
        <w:t>беруші</w:t>
      </w:r>
      <w:proofErr w:type="spellEnd"/>
      <w:r w:rsidRPr="00351379">
        <w:rPr>
          <w:b/>
        </w:rPr>
        <w:t xml:space="preserve"> </w:t>
      </w:r>
      <w:r w:rsidRPr="00351379">
        <w:rPr>
          <w:b/>
          <w:lang w:val="ru-RU"/>
        </w:rPr>
        <w:t>ұсынған</w:t>
      </w:r>
      <w:r w:rsidRPr="00351379">
        <w:rPr>
          <w:b/>
        </w:rPr>
        <w:t xml:space="preserve"> </w:t>
      </w:r>
      <w:r w:rsidRPr="00351379">
        <w:rPr>
          <w:b/>
          <w:lang w:val="ru-RU"/>
        </w:rPr>
        <w:t>құжаттар</w:t>
      </w:r>
      <w:r w:rsidRPr="00351379">
        <w:rPr>
          <w:b/>
        </w:rPr>
        <w:t xml:space="preserve"> </w:t>
      </w:r>
      <w:r w:rsidRPr="00351379">
        <w:rPr>
          <w:b/>
          <w:lang w:val="ru-RU"/>
        </w:rPr>
        <w:t>мен</w:t>
      </w:r>
      <w:r w:rsidRPr="00351379">
        <w:rPr>
          <w:b/>
        </w:rPr>
        <w:t xml:space="preserve"> </w:t>
      </w:r>
      <w:r w:rsidRPr="00351379">
        <w:rPr>
          <w:b/>
          <w:lang w:val="ru-RU"/>
        </w:rPr>
        <w:t>бастапқы</w:t>
      </w:r>
      <w:r w:rsidRPr="00351379">
        <w:rPr>
          <w:b/>
        </w:rPr>
        <w:t xml:space="preserve"> </w:t>
      </w:r>
      <w:proofErr w:type="spellStart"/>
      <w:r w:rsidRPr="00351379">
        <w:rPr>
          <w:b/>
          <w:lang w:val="ru-RU"/>
        </w:rPr>
        <w:t>деректер</w:t>
      </w:r>
      <w:proofErr w:type="spellEnd"/>
    </w:p>
    <w:p w:rsidR="00351379" w:rsidRPr="00351379" w:rsidRDefault="00351379" w:rsidP="00351379">
      <w:pPr>
        <w:spacing w:before="160"/>
      </w:pPr>
      <w:r w:rsidRPr="00351379">
        <w:t xml:space="preserve">* </w:t>
      </w:r>
      <w:proofErr w:type="spellStart"/>
      <w:proofErr w:type="gramStart"/>
      <w:r w:rsidRPr="00351379">
        <w:rPr>
          <w:lang w:val="ru-RU"/>
        </w:rPr>
        <w:t>егер</w:t>
      </w:r>
      <w:proofErr w:type="spellEnd"/>
      <w:proofErr w:type="gramEnd"/>
      <w:r w:rsidRPr="00351379">
        <w:t xml:space="preserve"> </w:t>
      </w:r>
      <w:r w:rsidRPr="00351379">
        <w:rPr>
          <w:lang w:val="ru-RU"/>
        </w:rPr>
        <w:t>қажет</w:t>
      </w:r>
      <w:r w:rsidRPr="00351379">
        <w:t xml:space="preserve"> </w:t>
      </w:r>
      <w:proofErr w:type="spellStart"/>
      <w:r w:rsidRPr="00351379">
        <w:rPr>
          <w:lang w:val="ru-RU"/>
        </w:rPr>
        <w:t>болса</w:t>
      </w:r>
      <w:proofErr w:type="spellEnd"/>
      <w:r w:rsidRPr="00351379">
        <w:t xml:space="preserve">, </w:t>
      </w:r>
      <w:proofErr w:type="spellStart"/>
      <w:r w:rsidRPr="00351379">
        <w:rPr>
          <w:lang w:val="ru-RU"/>
        </w:rPr>
        <w:t>тиісті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келісуден</w:t>
      </w:r>
      <w:proofErr w:type="spellEnd"/>
      <w:r w:rsidRPr="00351379">
        <w:t>/</w:t>
      </w:r>
      <w:proofErr w:type="spellStart"/>
      <w:r w:rsidRPr="00351379">
        <w:rPr>
          <w:lang w:val="ru-RU"/>
        </w:rPr>
        <w:t>сараптамадан</w:t>
      </w:r>
      <w:proofErr w:type="spellEnd"/>
      <w:r w:rsidRPr="00351379">
        <w:t xml:space="preserve"> </w:t>
      </w:r>
      <w:r w:rsidRPr="00351379">
        <w:rPr>
          <w:lang w:val="ru-RU"/>
        </w:rPr>
        <w:t>өткен</w:t>
      </w:r>
      <w:r w:rsidRPr="00351379">
        <w:t xml:space="preserve"> </w:t>
      </w:r>
      <w:proofErr w:type="spellStart"/>
      <w:r w:rsidRPr="00351379">
        <w:rPr>
          <w:lang w:val="ru-RU"/>
        </w:rPr>
        <w:t>жобалау</w:t>
      </w:r>
      <w:proofErr w:type="spellEnd"/>
      <w:r w:rsidRPr="00351379">
        <w:t>-</w:t>
      </w:r>
      <w:r w:rsidRPr="00351379">
        <w:rPr>
          <w:lang w:val="ru-RU"/>
        </w:rPr>
        <w:t>сметалық</w:t>
      </w:r>
      <w:r w:rsidRPr="00351379">
        <w:t xml:space="preserve"> </w:t>
      </w:r>
      <w:r w:rsidRPr="00351379">
        <w:rPr>
          <w:lang w:val="ru-RU"/>
        </w:rPr>
        <w:t>және</w:t>
      </w:r>
      <w:r w:rsidRPr="00351379">
        <w:t xml:space="preserve"> </w:t>
      </w:r>
      <w:r w:rsidRPr="00351379">
        <w:rPr>
          <w:lang w:val="ru-RU"/>
        </w:rPr>
        <w:t>жұмыс</w:t>
      </w:r>
      <w:r w:rsidRPr="00351379">
        <w:t xml:space="preserve"> </w:t>
      </w:r>
      <w:r w:rsidRPr="00351379">
        <w:rPr>
          <w:lang w:val="ru-RU"/>
        </w:rPr>
        <w:t>құжаттамасы</w:t>
      </w:r>
      <w:r w:rsidRPr="00351379">
        <w:t>;</w:t>
      </w:r>
    </w:p>
    <w:p w:rsidR="00351379" w:rsidRPr="00351379" w:rsidRDefault="00351379" w:rsidP="00351379">
      <w:pPr>
        <w:spacing w:before="160"/>
      </w:pPr>
      <w:r w:rsidRPr="00351379">
        <w:t xml:space="preserve">* </w:t>
      </w:r>
      <w:proofErr w:type="spellStart"/>
      <w:proofErr w:type="gramStart"/>
      <w:r w:rsidRPr="00351379">
        <w:rPr>
          <w:lang w:val="ru-RU"/>
        </w:rPr>
        <w:t>шарттар</w:t>
      </w:r>
      <w:proofErr w:type="spellEnd"/>
      <w:proofErr w:type="gramEnd"/>
      <w:r w:rsidRPr="00351379">
        <w:t xml:space="preserve">, </w:t>
      </w:r>
      <w:r w:rsidRPr="00351379">
        <w:rPr>
          <w:lang w:val="ru-RU"/>
        </w:rPr>
        <w:t>қосымша</w:t>
      </w:r>
      <w:r w:rsidRPr="00351379">
        <w:t xml:space="preserve"> </w:t>
      </w:r>
      <w:proofErr w:type="spellStart"/>
      <w:r w:rsidRPr="00351379">
        <w:rPr>
          <w:lang w:val="ru-RU"/>
        </w:rPr>
        <w:t>келісімдер</w:t>
      </w:r>
      <w:proofErr w:type="spellEnd"/>
      <w:r w:rsidRPr="00351379">
        <w:t xml:space="preserve">, </w:t>
      </w:r>
      <w:r w:rsidRPr="00351379">
        <w:rPr>
          <w:lang w:val="ru-RU"/>
        </w:rPr>
        <w:t>техникалық</w:t>
      </w:r>
      <w:r w:rsidRPr="00351379">
        <w:t xml:space="preserve"> </w:t>
      </w:r>
      <w:proofErr w:type="spellStart"/>
      <w:r w:rsidRPr="00351379">
        <w:rPr>
          <w:lang w:val="ru-RU"/>
        </w:rPr>
        <w:t>ерекшеліктер</w:t>
      </w:r>
      <w:proofErr w:type="spellEnd"/>
      <w:r w:rsidRPr="00351379">
        <w:t xml:space="preserve"> </w:t>
      </w:r>
      <w:r w:rsidRPr="00351379">
        <w:rPr>
          <w:lang w:val="ru-RU"/>
        </w:rPr>
        <w:t>және</w:t>
      </w:r>
      <w:r w:rsidRPr="00351379">
        <w:t xml:space="preserve"> </w:t>
      </w:r>
      <w:r w:rsidRPr="00351379">
        <w:rPr>
          <w:lang w:val="ru-RU"/>
        </w:rPr>
        <w:t>күнтізбелік</w:t>
      </w:r>
      <w:r w:rsidRPr="00351379">
        <w:t xml:space="preserve"> / </w:t>
      </w:r>
      <w:r w:rsidRPr="00351379">
        <w:rPr>
          <w:lang w:val="ru-RU"/>
        </w:rPr>
        <w:t>өндірістік</w:t>
      </w:r>
      <w:r w:rsidRPr="00351379">
        <w:t xml:space="preserve"> </w:t>
      </w:r>
      <w:proofErr w:type="spellStart"/>
      <w:r w:rsidRPr="00351379">
        <w:rPr>
          <w:lang w:val="ru-RU"/>
        </w:rPr>
        <w:t>кестелер</w:t>
      </w:r>
      <w:proofErr w:type="spellEnd"/>
      <w:r w:rsidRPr="00351379">
        <w:t>;</w:t>
      </w:r>
    </w:p>
    <w:p w:rsidR="00351379" w:rsidRPr="00351379" w:rsidRDefault="00351379" w:rsidP="00351379">
      <w:pPr>
        <w:spacing w:before="160"/>
      </w:pPr>
      <w:r w:rsidRPr="00351379">
        <w:t xml:space="preserve">* </w:t>
      </w:r>
      <w:proofErr w:type="gramStart"/>
      <w:r w:rsidRPr="00351379">
        <w:rPr>
          <w:lang w:val="ru-RU"/>
        </w:rPr>
        <w:t>орындалған</w:t>
      </w:r>
      <w:proofErr w:type="gramEnd"/>
      <w:r w:rsidRPr="00351379">
        <w:t xml:space="preserve"> </w:t>
      </w:r>
      <w:r w:rsidRPr="00351379">
        <w:rPr>
          <w:lang w:val="ru-RU"/>
        </w:rPr>
        <w:t>жұмыстар</w:t>
      </w:r>
      <w:r w:rsidRPr="00351379">
        <w:t xml:space="preserve"> </w:t>
      </w:r>
      <w:proofErr w:type="spellStart"/>
      <w:r w:rsidRPr="00351379">
        <w:rPr>
          <w:lang w:val="ru-RU"/>
        </w:rPr>
        <w:t>актілері</w:t>
      </w:r>
      <w:proofErr w:type="spellEnd"/>
      <w:r w:rsidRPr="00351379">
        <w:t xml:space="preserve">, </w:t>
      </w:r>
      <w:r w:rsidRPr="00351379">
        <w:rPr>
          <w:lang w:val="ru-RU"/>
        </w:rPr>
        <w:t>құны</w:t>
      </w:r>
      <w:r w:rsidRPr="00351379">
        <w:t xml:space="preserve"> </w:t>
      </w:r>
      <w:proofErr w:type="spellStart"/>
      <w:r w:rsidRPr="00351379">
        <w:rPr>
          <w:lang w:val="ru-RU"/>
        </w:rPr>
        <w:t>туралы</w:t>
      </w:r>
      <w:proofErr w:type="spellEnd"/>
      <w:r w:rsidRPr="00351379">
        <w:t xml:space="preserve"> </w:t>
      </w:r>
      <w:r w:rsidRPr="00351379">
        <w:rPr>
          <w:lang w:val="ru-RU"/>
        </w:rPr>
        <w:t>анықтамалар</w:t>
      </w:r>
      <w:r w:rsidRPr="00351379">
        <w:t xml:space="preserve">, </w:t>
      </w:r>
      <w:r w:rsidRPr="00351379">
        <w:rPr>
          <w:lang w:val="ru-RU"/>
        </w:rPr>
        <w:t>қабылдау</w:t>
      </w:r>
      <w:r w:rsidRPr="00351379">
        <w:t xml:space="preserve"> </w:t>
      </w:r>
      <w:proofErr w:type="spellStart"/>
      <w:r w:rsidRPr="00351379">
        <w:rPr>
          <w:lang w:val="ru-RU"/>
        </w:rPr>
        <w:t>актілері</w:t>
      </w:r>
      <w:proofErr w:type="spellEnd"/>
      <w:r w:rsidRPr="00351379">
        <w:t xml:space="preserve">, </w:t>
      </w:r>
      <w:r w:rsidRPr="00351379">
        <w:rPr>
          <w:lang w:val="ru-RU"/>
        </w:rPr>
        <w:t>атқару</w:t>
      </w:r>
      <w:r w:rsidRPr="00351379">
        <w:t xml:space="preserve"> </w:t>
      </w:r>
      <w:proofErr w:type="spellStart"/>
      <w:r w:rsidRPr="00351379">
        <w:rPr>
          <w:lang w:val="ru-RU"/>
        </w:rPr>
        <w:t>схемалары</w:t>
      </w:r>
      <w:proofErr w:type="spellEnd"/>
      <w:r w:rsidRPr="00351379">
        <w:t>;</w:t>
      </w:r>
    </w:p>
    <w:p w:rsidR="00351379" w:rsidRPr="00351379" w:rsidRDefault="00351379" w:rsidP="00351379">
      <w:pPr>
        <w:spacing w:before="160"/>
      </w:pPr>
      <w:r w:rsidRPr="00351379">
        <w:t xml:space="preserve">* </w:t>
      </w:r>
      <w:proofErr w:type="spellStart"/>
      <w:proofErr w:type="gramStart"/>
      <w:r w:rsidRPr="00351379">
        <w:rPr>
          <w:lang w:val="ru-RU"/>
        </w:rPr>
        <w:t>жасырын</w:t>
      </w:r>
      <w:proofErr w:type="spellEnd"/>
      <w:proofErr w:type="gramEnd"/>
      <w:r w:rsidRPr="00351379">
        <w:t xml:space="preserve"> </w:t>
      </w:r>
      <w:r w:rsidRPr="00351379">
        <w:rPr>
          <w:lang w:val="ru-RU"/>
        </w:rPr>
        <w:t>жұмыстар</w:t>
      </w:r>
      <w:r w:rsidRPr="00351379">
        <w:t xml:space="preserve"> </w:t>
      </w:r>
      <w:r w:rsidRPr="00351379">
        <w:rPr>
          <w:lang w:val="ru-RU"/>
        </w:rPr>
        <w:t>мен</w:t>
      </w:r>
      <w:r w:rsidRPr="00351379">
        <w:t xml:space="preserve"> </w:t>
      </w:r>
      <w:proofErr w:type="spellStart"/>
      <w:r w:rsidRPr="00351379">
        <w:rPr>
          <w:lang w:val="ru-RU"/>
        </w:rPr>
        <w:t>жауапты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конструкцияларды</w:t>
      </w:r>
      <w:proofErr w:type="spellEnd"/>
      <w:r w:rsidRPr="00351379">
        <w:t xml:space="preserve"> </w:t>
      </w:r>
      <w:r w:rsidRPr="00351379">
        <w:rPr>
          <w:lang w:val="ru-RU"/>
        </w:rPr>
        <w:t>куәландыру</w:t>
      </w:r>
      <w:r w:rsidRPr="00351379">
        <w:t xml:space="preserve"> </w:t>
      </w:r>
      <w:proofErr w:type="spellStart"/>
      <w:r w:rsidRPr="00351379">
        <w:rPr>
          <w:lang w:val="ru-RU"/>
        </w:rPr>
        <w:t>актілері</w:t>
      </w:r>
      <w:proofErr w:type="spellEnd"/>
      <w:r w:rsidRPr="00351379">
        <w:t>;</w:t>
      </w:r>
    </w:p>
    <w:p w:rsidR="00351379" w:rsidRPr="00351379" w:rsidRDefault="00351379" w:rsidP="00351379">
      <w:pPr>
        <w:spacing w:before="160"/>
      </w:pPr>
      <w:r w:rsidRPr="00351379">
        <w:t xml:space="preserve">* </w:t>
      </w:r>
      <w:proofErr w:type="gramStart"/>
      <w:r w:rsidRPr="00351379">
        <w:rPr>
          <w:lang w:val="ru-RU"/>
        </w:rPr>
        <w:t>жұмыстарды</w:t>
      </w:r>
      <w:proofErr w:type="gramEnd"/>
      <w:r w:rsidRPr="00351379">
        <w:t xml:space="preserve"> </w:t>
      </w:r>
      <w:r w:rsidRPr="00351379">
        <w:rPr>
          <w:lang w:val="ru-RU"/>
        </w:rPr>
        <w:t>жүргізу</w:t>
      </w:r>
      <w:r w:rsidRPr="00351379">
        <w:t xml:space="preserve">, </w:t>
      </w:r>
      <w:r w:rsidRPr="00351379">
        <w:rPr>
          <w:lang w:val="ru-RU"/>
        </w:rPr>
        <w:t>авторлық</w:t>
      </w:r>
      <w:r w:rsidRPr="00351379">
        <w:t xml:space="preserve"> </w:t>
      </w:r>
      <w:r w:rsidRPr="00351379">
        <w:rPr>
          <w:lang w:val="ru-RU"/>
        </w:rPr>
        <w:t>және</w:t>
      </w:r>
      <w:r w:rsidRPr="00351379">
        <w:t xml:space="preserve"> </w:t>
      </w:r>
      <w:r w:rsidRPr="00351379">
        <w:rPr>
          <w:lang w:val="ru-RU"/>
        </w:rPr>
        <w:t>техникалық</w:t>
      </w:r>
      <w:r w:rsidRPr="00351379">
        <w:t xml:space="preserve"> </w:t>
      </w:r>
      <w:r w:rsidRPr="00351379">
        <w:rPr>
          <w:lang w:val="ru-RU"/>
        </w:rPr>
        <w:t>қадағалау</w:t>
      </w:r>
      <w:r w:rsidRPr="00351379">
        <w:t xml:space="preserve"> </w:t>
      </w:r>
      <w:proofErr w:type="spellStart"/>
      <w:r w:rsidRPr="00351379">
        <w:rPr>
          <w:lang w:val="ru-RU"/>
        </w:rPr>
        <w:t>журналдары</w:t>
      </w:r>
      <w:proofErr w:type="spellEnd"/>
      <w:r w:rsidRPr="00351379">
        <w:t>;</w:t>
      </w:r>
    </w:p>
    <w:p w:rsidR="00351379" w:rsidRPr="00351379" w:rsidRDefault="00351379" w:rsidP="00351379">
      <w:pPr>
        <w:spacing w:before="160"/>
      </w:pPr>
      <w:r w:rsidRPr="00351379">
        <w:t xml:space="preserve">* </w:t>
      </w:r>
      <w:proofErr w:type="gramStart"/>
      <w:r w:rsidRPr="00351379">
        <w:rPr>
          <w:lang w:val="ru-RU"/>
        </w:rPr>
        <w:t>құбырларға</w:t>
      </w:r>
      <w:proofErr w:type="gramEnd"/>
      <w:r w:rsidRPr="00351379">
        <w:t xml:space="preserve">, </w:t>
      </w:r>
      <w:proofErr w:type="spellStart"/>
      <w:r w:rsidRPr="00351379">
        <w:rPr>
          <w:lang w:val="ru-RU"/>
        </w:rPr>
        <w:t>пішінделген</w:t>
      </w:r>
      <w:proofErr w:type="spellEnd"/>
      <w:r w:rsidRPr="00351379">
        <w:t xml:space="preserve"> </w:t>
      </w:r>
      <w:r w:rsidRPr="00351379">
        <w:rPr>
          <w:lang w:val="ru-RU"/>
        </w:rPr>
        <w:t>бұйымдарға</w:t>
      </w:r>
      <w:r w:rsidRPr="00351379">
        <w:t xml:space="preserve">, </w:t>
      </w:r>
      <w:proofErr w:type="spellStart"/>
      <w:r w:rsidRPr="00351379">
        <w:rPr>
          <w:lang w:val="ru-RU"/>
        </w:rPr>
        <w:t>бекіту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арматурасына</w:t>
      </w:r>
      <w:proofErr w:type="spellEnd"/>
      <w:r w:rsidRPr="00351379">
        <w:t xml:space="preserve">, </w:t>
      </w:r>
      <w:proofErr w:type="spellStart"/>
      <w:r w:rsidRPr="00351379">
        <w:rPr>
          <w:lang w:val="ru-RU"/>
        </w:rPr>
        <w:t>жылу</w:t>
      </w:r>
      <w:proofErr w:type="spellEnd"/>
      <w:r w:rsidRPr="00351379">
        <w:t xml:space="preserve"> </w:t>
      </w:r>
      <w:r w:rsidRPr="00351379">
        <w:rPr>
          <w:lang w:val="ru-RU"/>
        </w:rPr>
        <w:t>оқшаулауға</w:t>
      </w:r>
      <w:r w:rsidRPr="00351379">
        <w:t xml:space="preserve"> </w:t>
      </w:r>
      <w:r w:rsidRPr="00351379">
        <w:rPr>
          <w:lang w:val="ru-RU"/>
        </w:rPr>
        <w:t>және</w:t>
      </w:r>
      <w:r w:rsidRPr="00351379">
        <w:t xml:space="preserve"> </w:t>
      </w:r>
      <w:r w:rsidRPr="00351379">
        <w:rPr>
          <w:lang w:val="ru-RU"/>
        </w:rPr>
        <w:t>жабдыққа</w:t>
      </w:r>
      <w:r w:rsidRPr="00351379">
        <w:t xml:space="preserve"> </w:t>
      </w:r>
      <w:proofErr w:type="spellStart"/>
      <w:r w:rsidRPr="00351379">
        <w:rPr>
          <w:lang w:val="ru-RU"/>
        </w:rPr>
        <w:t>паспорттар</w:t>
      </w:r>
      <w:proofErr w:type="spellEnd"/>
      <w:r w:rsidRPr="00351379">
        <w:t xml:space="preserve">, </w:t>
      </w:r>
      <w:proofErr w:type="spellStart"/>
      <w:r w:rsidRPr="00351379">
        <w:rPr>
          <w:lang w:val="ru-RU"/>
        </w:rPr>
        <w:t>сертификаттар</w:t>
      </w:r>
      <w:proofErr w:type="spellEnd"/>
      <w:r w:rsidRPr="00351379">
        <w:t xml:space="preserve"> </w:t>
      </w:r>
      <w:r w:rsidRPr="00351379">
        <w:rPr>
          <w:lang w:val="ru-RU"/>
        </w:rPr>
        <w:t>және</w:t>
      </w:r>
      <w:r w:rsidRPr="00351379">
        <w:t xml:space="preserve"> </w:t>
      </w:r>
      <w:r w:rsidRPr="00351379">
        <w:rPr>
          <w:lang w:val="ru-RU"/>
        </w:rPr>
        <w:t>өзге</w:t>
      </w:r>
      <w:r w:rsidRPr="00351379">
        <w:t xml:space="preserve"> </w:t>
      </w:r>
      <w:r w:rsidRPr="00351379">
        <w:rPr>
          <w:lang w:val="ru-RU"/>
        </w:rPr>
        <w:t>де</w:t>
      </w:r>
      <w:r w:rsidRPr="00351379">
        <w:t xml:space="preserve"> </w:t>
      </w:r>
      <w:r w:rsidRPr="00351379">
        <w:rPr>
          <w:lang w:val="ru-RU"/>
        </w:rPr>
        <w:t>құжаттар</w:t>
      </w:r>
      <w:r w:rsidRPr="00351379">
        <w:t>;</w:t>
      </w:r>
    </w:p>
    <w:p w:rsidR="00351379" w:rsidRPr="00351379" w:rsidRDefault="00351379" w:rsidP="00351379">
      <w:pPr>
        <w:spacing w:before="160"/>
      </w:pPr>
      <w:r w:rsidRPr="00351379">
        <w:t xml:space="preserve">* </w:t>
      </w:r>
      <w:proofErr w:type="spellStart"/>
      <w:proofErr w:type="gramStart"/>
      <w:r w:rsidRPr="00351379">
        <w:rPr>
          <w:lang w:val="ru-RU"/>
        </w:rPr>
        <w:t>сынау</w:t>
      </w:r>
      <w:proofErr w:type="spellEnd"/>
      <w:proofErr w:type="gramEnd"/>
      <w:r w:rsidRPr="00351379">
        <w:t xml:space="preserve">, </w:t>
      </w:r>
      <w:proofErr w:type="spellStart"/>
      <w:r w:rsidRPr="00351379">
        <w:rPr>
          <w:lang w:val="ru-RU"/>
        </w:rPr>
        <w:t>жуу</w:t>
      </w:r>
      <w:proofErr w:type="spellEnd"/>
      <w:r w:rsidRPr="00351379">
        <w:t xml:space="preserve">, </w:t>
      </w:r>
      <w:r w:rsidRPr="00351379">
        <w:rPr>
          <w:lang w:val="ru-RU"/>
        </w:rPr>
        <w:t>гидравликалық</w:t>
      </w:r>
      <w:r w:rsidRPr="00351379">
        <w:t xml:space="preserve"> </w:t>
      </w:r>
      <w:proofErr w:type="spellStart"/>
      <w:r w:rsidRPr="00351379">
        <w:rPr>
          <w:lang w:val="ru-RU"/>
        </w:rPr>
        <w:t>сынау</w:t>
      </w:r>
      <w:proofErr w:type="spellEnd"/>
      <w:r w:rsidRPr="00351379">
        <w:t xml:space="preserve"> </w:t>
      </w:r>
      <w:r w:rsidRPr="00351379">
        <w:rPr>
          <w:lang w:val="ru-RU"/>
        </w:rPr>
        <w:t>және</w:t>
      </w:r>
      <w:r w:rsidRPr="00351379">
        <w:t xml:space="preserve"> </w:t>
      </w:r>
      <w:r w:rsidRPr="00351379">
        <w:rPr>
          <w:lang w:val="ru-RU"/>
        </w:rPr>
        <w:t>өзге</w:t>
      </w:r>
      <w:r w:rsidRPr="00351379">
        <w:t xml:space="preserve"> </w:t>
      </w:r>
      <w:r w:rsidRPr="00351379">
        <w:rPr>
          <w:lang w:val="ru-RU"/>
        </w:rPr>
        <w:t>де</w:t>
      </w:r>
      <w:r w:rsidRPr="00351379">
        <w:t xml:space="preserve"> </w:t>
      </w:r>
      <w:r w:rsidRPr="00351379">
        <w:rPr>
          <w:lang w:val="ru-RU"/>
        </w:rPr>
        <w:t>бақылау</w:t>
      </w:r>
      <w:r w:rsidRPr="00351379">
        <w:t xml:space="preserve"> </w:t>
      </w:r>
      <w:proofErr w:type="spellStart"/>
      <w:r w:rsidRPr="00351379">
        <w:rPr>
          <w:lang w:val="ru-RU"/>
        </w:rPr>
        <w:t>іс</w:t>
      </w:r>
      <w:proofErr w:type="spellEnd"/>
      <w:r w:rsidRPr="00351379">
        <w:t>-</w:t>
      </w:r>
      <w:r w:rsidRPr="00351379">
        <w:rPr>
          <w:lang w:val="ru-RU"/>
        </w:rPr>
        <w:t>шараларының</w:t>
      </w:r>
      <w:r w:rsidRPr="00351379">
        <w:t xml:space="preserve"> </w:t>
      </w:r>
      <w:r w:rsidRPr="00351379">
        <w:rPr>
          <w:lang w:val="ru-RU"/>
        </w:rPr>
        <w:t>нәтижелері</w:t>
      </w:r>
      <w:r w:rsidRPr="00351379">
        <w:t>;</w:t>
      </w:r>
    </w:p>
    <w:p w:rsidR="00351379" w:rsidRPr="00351379" w:rsidRDefault="00351379" w:rsidP="00351379">
      <w:pPr>
        <w:spacing w:before="160"/>
      </w:pPr>
      <w:r w:rsidRPr="00351379">
        <w:t xml:space="preserve">* </w:t>
      </w:r>
      <w:proofErr w:type="gramStart"/>
      <w:r w:rsidRPr="00351379">
        <w:rPr>
          <w:lang w:val="ru-RU"/>
        </w:rPr>
        <w:t>геодезиялық</w:t>
      </w:r>
      <w:proofErr w:type="gramEnd"/>
      <w:r w:rsidRPr="00351379">
        <w:t xml:space="preserve"> </w:t>
      </w:r>
      <w:r w:rsidRPr="00351379">
        <w:rPr>
          <w:lang w:val="ru-RU"/>
        </w:rPr>
        <w:t>атқарушылық</w:t>
      </w:r>
      <w:r w:rsidRPr="00351379">
        <w:t xml:space="preserve"> </w:t>
      </w:r>
      <w:r w:rsidRPr="00351379">
        <w:rPr>
          <w:lang w:val="ru-RU"/>
        </w:rPr>
        <w:t>құжаттама</w:t>
      </w:r>
      <w:r w:rsidRPr="00351379">
        <w:t>;</w:t>
      </w:r>
    </w:p>
    <w:p w:rsidR="00351379" w:rsidRPr="00351379" w:rsidRDefault="00351379" w:rsidP="00351379">
      <w:pPr>
        <w:spacing w:before="160"/>
      </w:pPr>
      <w:r w:rsidRPr="00351379">
        <w:t xml:space="preserve">* </w:t>
      </w:r>
      <w:proofErr w:type="gramStart"/>
      <w:r w:rsidRPr="00351379">
        <w:rPr>
          <w:lang w:val="ru-RU"/>
        </w:rPr>
        <w:t>жұмыстың</w:t>
      </w:r>
      <w:proofErr w:type="gramEnd"/>
      <w:r w:rsidRPr="00351379">
        <w:t xml:space="preserve"> </w:t>
      </w:r>
      <w:proofErr w:type="spellStart"/>
      <w:r w:rsidRPr="00351379">
        <w:rPr>
          <w:lang w:val="ru-RU"/>
        </w:rPr>
        <w:t>сапасына</w:t>
      </w:r>
      <w:proofErr w:type="spellEnd"/>
      <w:r w:rsidRPr="00351379">
        <w:t xml:space="preserve">, </w:t>
      </w:r>
      <w:r w:rsidRPr="00351379">
        <w:rPr>
          <w:lang w:val="ru-RU"/>
        </w:rPr>
        <w:t>көлеміне</w:t>
      </w:r>
      <w:r w:rsidRPr="00351379">
        <w:t xml:space="preserve"> </w:t>
      </w:r>
      <w:r w:rsidRPr="00351379">
        <w:rPr>
          <w:lang w:val="ru-RU"/>
        </w:rPr>
        <w:t>және</w:t>
      </w:r>
      <w:r w:rsidRPr="00351379">
        <w:t xml:space="preserve"> </w:t>
      </w:r>
      <w:r w:rsidRPr="00351379">
        <w:rPr>
          <w:lang w:val="ru-RU"/>
        </w:rPr>
        <w:t>құнына</w:t>
      </w:r>
      <w:r w:rsidRPr="00351379">
        <w:t xml:space="preserve"> </w:t>
      </w:r>
      <w:r w:rsidRPr="00351379">
        <w:rPr>
          <w:lang w:val="ru-RU"/>
        </w:rPr>
        <w:t>қатысты</w:t>
      </w:r>
      <w:r w:rsidRPr="00351379">
        <w:t xml:space="preserve"> </w:t>
      </w:r>
      <w:r w:rsidRPr="00351379">
        <w:rPr>
          <w:lang w:val="ru-RU"/>
        </w:rPr>
        <w:t>хат</w:t>
      </w:r>
      <w:r w:rsidRPr="00351379">
        <w:t>-</w:t>
      </w:r>
      <w:proofErr w:type="spellStart"/>
      <w:r w:rsidRPr="00351379">
        <w:rPr>
          <w:lang w:val="ru-RU"/>
        </w:rPr>
        <w:t>хабарлар</w:t>
      </w:r>
      <w:proofErr w:type="spellEnd"/>
      <w:r w:rsidRPr="00351379">
        <w:t xml:space="preserve"> </w:t>
      </w:r>
      <w:r w:rsidRPr="00351379">
        <w:rPr>
          <w:lang w:val="ru-RU"/>
        </w:rPr>
        <w:t>мен</w:t>
      </w:r>
      <w:r w:rsidRPr="00351379">
        <w:t xml:space="preserve"> </w:t>
      </w:r>
      <w:r w:rsidRPr="00351379">
        <w:rPr>
          <w:lang w:val="ru-RU"/>
        </w:rPr>
        <w:t>нұсқамалар</w:t>
      </w:r>
      <w:r w:rsidRPr="00351379">
        <w:t>;</w:t>
      </w:r>
    </w:p>
    <w:p w:rsidR="00351379" w:rsidRPr="00351379" w:rsidRDefault="00351379" w:rsidP="00351379">
      <w:pPr>
        <w:spacing w:before="160"/>
      </w:pPr>
      <w:r w:rsidRPr="00351379">
        <w:t xml:space="preserve">* </w:t>
      </w:r>
      <w:proofErr w:type="spellStart"/>
      <w:proofErr w:type="gramStart"/>
      <w:r w:rsidRPr="00351379">
        <w:rPr>
          <w:lang w:val="ru-RU"/>
        </w:rPr>
        <w:t>зерттеу</w:t>
      </w:r>
      <w:proofErr w:type="spellEnd"/>
      <w:proofErr w:type="gramEnd"/>
      <w:r w:rsidRPr="00351379">
        <w:t xml:space="preserve"> </w:t>
      </w:r>
      <w:r w:rsidRPr="00351379">
        <w:rPr>
          <w:lang w:val="ru-RU"/>
        </w:rPr>
        <w:t>үшін</w:t>
      </w:r>
      <w:r w:rsidRPr="00351379">
        <w:t xml:space="preserve"> </w:t>
      </w:r>
      <w:r w:rsidRPr="00351379">
        <w:rPr>
          <w:lang w:val="ru-RU"/>
        </w:rPr>
        <w:t>маңызы</w:t>
      </w:r>
      <w:r w:rsidRPr="00351379">
        <w:t xml:space="preserve"> </w:t>
      </w:r>
      <w:r w:rsidRPr="00351379">
        <w:rPr>
          <w:lang w:val="ru-RU"/>
        </w:rPr>
        <w:t>бар</w:t>
      </w:r>
      <w:r w:rsidRPr="00351379">
        <w:t xml:space="preserve"> </w:t>
      </w:r>
      <w:r w:rsidRPr="00351379">
        <w:rPr>
          <w:lang w:val="ru-RU"/>
        </w:rPr>
        <w:t>өзге</w:t>
      </w:r>
      <w:r w:rsidRPr="00351379">
        <w:t xml:space="preserve"> </w:t>
      </w:r>
      <w:r w:rsidRPr="00351379">
        <w:rPr>
          <w:lang w:val="ru-RU"/>
        </w:rPr>
        <w:t>де</w:t>
      </w:r>
      <w:r w:rsidRPr="00351379">
        <w:t xml:space="preserve"> </w:t>
      </w:r>
      <w:r w:rsidRPr="00351379">
        <w:rPr>
          <w:lang w:val="ru-RU"/>
        </w:rPr>
        <w:t>құжаттар</w:t>
      </w:r>
      <w:r w:rsidRPr="00351379">
        <w:t>.</w:t>
      </w:r>
    </w:p>
    <w:p w:rsidR="00351379" w:rsidRPr="00351379" w:rsidRDefault="00351379" w:rsidP="00351379">
      <w:pPr>
        <w:spacing w:before="160"/>
      </w:pPr>
      <w:r w:rsidRPr="00351379">
        <w:rPr>
          <w:b/>
        </w:rPr>
        <w:t xml:space="preserve">5. </w:t>
      </w:r>
      <w:r w:rsidRPr="00351379">
        <w:rPr>
          <w:b/>
          <w:lang w:val="ru-RU"/>
        </w:rPr>
        <w:t>Құрылыс</w:t>
      </w:r>
      <w:r w:rsidRPr="00351379">
        <w:rPr>
          <w:b/>
        </w:rPr>
        <w:t>-</w:t>
      </w:r>
      <w:r w:rsidRPr="00351379">
        <w:rPr>
          <w:b/>
          <w:lang w:val="ru-RU"/>
        </w:rPr>
        <w:t>техникалық</w:t>
      </w:r>
      <w:r w:rsidRPr="00351379">
        <w:rPr>
          <w:b/>
        </w:rPr>
        <w:t xml:space="preserve"> </w:t>
      </w:r>
      <w:proofErr w:type="spellStart"/>
      <w:r w:rsidRPr="00351379">
        <w:rPr>
          <w:b/>
          <w:lang w:val="ru-RU"/>
        </w:rPr>
        <w:t>зерттеу</w:t>
      </w:r>
      <w:proofErr w:type="spellEnd"/>
      <w:r w:rsidRPr="00351379">
        <w:rPr>
          <w:b/>
        </w:rPr>
        <w:t xml:space="preserve"> </w:t>
      </w:r>
      <w:r w:rsidRPr="00351379">
        <w:rPr>
          <w:b/>
          <w:lang w:val="ru-RU"/>
        </w:rPr>
        <w:t>жүргізуге</w:t>
      </w:r>
      <w:r w:rsidRPr="00351379">
        <w:rPr>
          <w:b/>
        </w:rPr>
        <w:t xml:space="preserve"> </w:t>
      </w:r>
      <w:r w:rsidRPr="00351379">
        <w:rPr>
          <w:b/>
          <w:lang w:val="ru-RU"/>
        </w:rPr>
        <w:t>қойылатын</w:t>
      </w:r>
      <w:r w:rsidRPr="00351379">
        <w:rPr>
          <w:b/>
        </w:rPr>
        <w:t xml:space="preserve"> </w:t>
      </w:r>
      <w:proofErr w:type="spellStart"/>
      <w:r w:rsidRPr="00351379">
        <w:rPr>
          <w:b/>
          <w:lang w:val="ru-RU"/>
        </w:rPr>
        <w:t>талаптар</w:t>
      </w:r>
      <w:proofErr w:type="spellEnd"/>
    </w:p>
    <w:p w:rsidR="00351379" w:rsidRPr="00351379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 xml:space="preserve">* </w:t>
      </w:r>
      <w:proofErr w:type="spellStart"/>
      <w:r w:rsidRPr="00351379">
        <w:rPr>
          <w:lang w:val="ru-RU"/>
        </w:rPr>
        <w:t>тексеру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объектіге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барып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орындалуы</w:t>
      </w:r>
      <w:proofErr w:type="spellEnd"/>
      <w:r w:rsidRPr="00351379">
        <w:rPr>
          <w:lang w:val="ru-RU"/>
        </w:rPr>
        <w:t xml:space="preserve"> </w:t>
      </w:r>
      <w:proofErr w:type="spellStart"/>
      <w:proofErr w:type="gramStart"/>
      <w:r w:rsidRPr="00351379">
        <w:rPr>
          <w:lang w:val="ru-RU"/>
        </w:rPr>
        <w:t>тиіс</w:t>
      </w:r>
      <w:proofErr w:type="spellEnd"/>
      <w:proofErr w:type="gramEnd"/>
      <w:r w:rsidRPr="00351379">
        <w:rPr>
          <w:lang w:val="ru-RU"/>
        </w:rPr>
        <w:t>;</w:t>
      </w:r>
    </w:p>
    <w:p w:rsidR="00351379" w:rsidRPr="00351379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 xml:space="preserve">* </w:t>
      </w:r>
      <w:proofErr w:type="spellStart"/>
      <w:r w:rsidRPr="00351379">
        <w:rPr>
          <w:lang w:val="ru-RU"/>
        </w:rPr>
        <w:t>зерттелетін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учаскелерді</w:t>
      </w:r>
      <w:proofErr w:type="spellEnd"/>
      <w:r w:rsidRPr="00351379">
        <w:rPr>
          <w:lang w:val="ru-RU"/>
        </w:rPr>
        <w:t xml:space="preserve"> сәйкестенді</w:t>
      </w:r>
      <w:proofErr w:type="gramStart"/>
      <w:r w:rsidRPr="00351379">
        <w:rPr>
          <w:lang w:val="ru-RU"/>
        </w:rPr>
        <w:t>руді ж</w:t>
      </w:r>
      <w:proofErr w:type="gramEnd"/>
      <w:r w:rsidRPr="00351379">
        <w:rPr>
          <w:lang w:val="ru-RU"/>
        </w:rPr>
        <w:t xml:space="preserve">әне </w:t>
      </w:r>
      <w:proofErr w:type="spellStart"/>
      <w:r w:rsidRPr="00351379">
        <w:rPr>
          <w:lang w:val="ru-RU"/>
        </w:rPr>
        <w:t>оларды</w:t>
      </w:r>
      <w:proofErr w:type="spellEnd"/>
      <w:r w:rsidRPr="00351379">
        <w:rPr>
          <w:lang w:val="ru-RU"/>
        </w:rPr>
        <w:t xml:space="preserve"> жобалық және атқарушылық құжаттамамен </w:t>
      </w:r>
      <w:proofErr w:type="spellStart"/>
      <w:r w:rsidRPr="00351379">
        <w:rPr>
          <w:lang w:val="ru-RU"/>
        </w:rPr>
        <w:t>салыстыруды</w:t>
      </w:r>
      <w:proofErr w:type="spellEnd"/>
      <w:r w:rsidRPr="00351379">
        <w:rPr>
          <w:lang w:val="ru-RU"/>
        </w:rPr>
        <w:t xml:space="preserve"> жүргізу;</w:t>
      </w:r>
    </w:p>
    <w:p w:rsidR="00351379" w:rsidRPr="00351379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 xml:space="preserve">* сызықтық өлшемдерді, </w:t>
      </w:r>
      <w:proofErr w:type="spellStart"/>
      <w:r w:rsidRPr="00351379">
        <w:rPr>
          <w:lang w:val="ru-RU"/>
        </w:rPr>
        <w:t>диаметрлерді</w:t>
      </w:r>
      <w:proofErr w:type="spellEnd"/>
      <w:r w:rsidRPr="00351379">
        <w:rPr>
          <w:lang w:val="ru-RU"/>
        </w:rPr>
        <w:t xml:space="preserve">, қол </w:t>
      </w:r>
      <w:proofErr w:type="spellStart"/>
      <w:r w:rsidRPr="00351379">
        <w:rPr>
          <w:lang w:val="ru-RU"/>
        </w:rPr>
        <w:t>жетімді</w:t>
      </w:r>
      <w:proofErr w:type="spellEnd"/>
      <w:r w:rsidRPr="00351379">
        <w:rPr>
          <w:lang w:val="ru-RU"/>
        </w:rPr>
        <w:t xml:space="preserve"> қалыңдықтарды және түйреуіштер үшін маңызы бар </w:t>
      </w:r>
      <w:proofErr w:type="gramStart"/>
      <w:r w:rsidRPr="00351379">
        <w:rPr>
          <w:lang w:val="ru-RU"/>
        </w:rPr>
        <w:t>бас</w:t>
      </w:r>
      <w:proofErr w:type="gramEnd"/>
      <w:r w:rsidRPr="00351379">
        <w:rPr>
          <w:lang w:val="ru-RU"/>
        </w:rPr>
        <w:t xml:space="preserve">қа </w:t>
      </w:r>
      <w:proofErr w:type="spellStart"/>
      <w:r w:rsidRPr="00351379">
        <w:rPr>
          <w:lang w:val="ru-RU"/>
        </w:rPr>
        <w:t>параметрлерді</w:t>
      </w:r>
      <w:proofErr w:type="spellEnd"/>
      <w:r w:rsidRPr="00351379">
        <w:rPr>
          <w:lang w:val="ru-RU"/>
        </w:rPr>
        <w:t xml:space="preserve"> қажетті өлшеуді орындаңыз;</w:t>
      </w:r>
    </w:p>
    <w:p w:rsidR="00351379" w:rsidRPr="00351379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lastRenderedPageBreak/>
        <w:t xml:space="preserve">* дәнекерленген қосылыстардың, оқшаулаудың, </w:t>
      </w:r>
      <w:proofErr w:type="spellStart"/>
      <w:r w:rsidRPr="00351379">
        <w:rPr>
          <w:lang w:val="ru-RU"/>
        </w:rPr>
        <w:t>тірек</w:t>
      </w:r>
      <w:proofErr w:type="spellEnd"/>
      <w:r w:rsidRPr="00351379">
        <w:rPr>
          <w:lang w:val="ru-RU"/>
        </w:rPr>
        <w:t xml:space="preserve"> конструкцияларының, компенсаторлардың, камералардың, дренаждық құрылғылар мен арматураның жай-күйін қол </w:t>
      </w:r>
      <w:proofErr w:type="spellStart"/>
      <w:r w:rsidRPr="00351379">
        <w:rPr>
          <w:lang w:val="ru-RU"/>
        </w:rPr>
        <w:t>жетімділі</w:t>
      </w:r>
      <w:proofErr w:type="gramStart"/>
      <w:r w:rsidRPr="00351379">
        <w:rPr>
          <w:lang w:val="ru-RU"/>
        </w:rPr>
        <w:t>к</w:t>
      </w:r>
      <w:proofErr w:type="spellEnd"/>
      <w:proofErr w:type="gramEnd"/>
      <w:r w:rsidRPr="00351379">
        <w:rPr>
          <w:lang w:val="ru-RU"/>
        </w:rPr>
        <w:t xml:space="preserve"> және қойылған мәселелер </w:t>
      </w:r>
      <w:proofErr w:type="spellStart"/>
      <w:r w:rsidRPr="00351379">
        <w:rPr>
          <w:lang w:val="ru-RU"/>
        </w:rPr>
        <w:t>шегінде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тексеру</w:t>
      </w:r>
      <w:proofErr w:type="spellEnd"/>
      <w:r w:rsidRPr="00351379">
        <w:rPr>
          <w:lang w:val="ru-RU"/>
        </w:rPr>
        <w:t>;</w:t>
      </w:r>
    </w:p>
    <w:p w:rsidR="00351379" w:rsidRPr="00351379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 xml:space="preserve">* </w:t>
      </w:r>
      <w:proofErr w:type="spellStart"/>
      <w:r w:rsidRPr="00351379">
        <w:rPr>
          <w:lang w:val="ru-RU"/>
        </w:rPr>
        <w:t>тексерілген</w:t>
      </w:r>
      <w:proofErr w:type="spellEnd"/>
      <w:r w:rsidRPr="00351379">
        <w:rPr>
          <w:lang w:val="ru-RU"/>
        </w:rPr>
        <w:t xml:space="preserve"> учаскелердің </w:t>
      </w:r>
      <w:proofErr w:type="spellStart"/>
      <w:r w:rsidRPr="00351379">
        <w:rPr>
          <w:lang w:val="ru-RU"/>
        </w:rPr>
        <w:t>фотофиксациясын</w:t>
      </w:r>
      <w:proofErr w:type="spellEnd"/>
      <w:r w:rsidRPr="00351379">
        <w:rPr>
          <w:lang w:val="ru-RU"/>
        </w:rPr>
        <w:t xml:space="preserve"> және </w:t>
      </w:r>
      <w:proofErr w:type="gramStart"/>
      <w:r w:rsidRPr="00351379">
        <w:rPr>
          <w:lang w:val="ru-RU"/>
        </w:rPr>
        <w:t>орын</w:t>
      </w:r>
      <w:proofErr w:type="gramEnd"/>
      <w:r w:rsidRPr="00351379">
        <w:rPr>
          <w:lang w:val="ru-RU"/>
        </w:rPr>
        <w:t xml:space="preserve">ға байланған анықталған ақауларды </w:t>
      </w:r>
      <w:proofErr w:type="spellStart"/>
      <w:r w:rsidRPr="00351379">
        <w:rPr>
          <w:lang w:val="ru-RU"/>
        </w:rPr>
        <w:t>орындау</w:t>
      </w:r>
      <w:proofErr w:type="spellEnd"/>
      <w:r w:rsidRPr="00351379">
        <w:rPr>
          <w:lang w:val="ru-RU"/>
        </w:rPr>
        <w:t>;</w:t>
      </w:r>
    </w:p>
    <w:p w:rsidR="00351379" w:rsidRPr="00351379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 xml:space="preserve">• қолданылатын өлшеу </w:t>
      </w:r>
      <w:proofErr w:type="spellStart"/>
      <w:r w:rsidRPr="00351379">
        <w:rPr>
          <w:lang w:val="ru-RU"/>
        </w:rPr>
        <w:t>аспаптарында</w:t>
      </w:r>
      <w:proofErr w:type="spellEnd"/>
      <w:r w:rsidRPr="00351379">
        <w:rPr>
          <w:lang w:val="ru-RU"/>
        </w:rPr>
        <w:t xml:space="preserve"> (</w:t>
      </w:r>
      <w:proofErr w:type="spellStart"/>
      <w:r w:rsidRPr="00351379">
        <w:rPr>
          <w:lang w:val="ru-RU"/>
        </w:rPr>
        <w:t>novotest</w:t>
      </w:r>
      <w:proofErr w:type="spellEnd"/>
      <w:r w:rsidRPr="00351379">
        <w:rPr>
          <w:lang w:val="ru-RU"/>
        </w:rPr>
        <w:t xml:space="preserve"> ультрадыбыстық Дефектоскопы не техникалық жағынан </w:t>
      </w:r>
      <w:proofErr w:type="spellStart"/>
      <w:r w:rsidRPr="00351379">
        <w:rPr>
          <w:lang w:val="ru-RU"/>
        </w:rPr>
        <w:t>баламалы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аспап</w:t>
      </w:r>
      <w:proofErr w:type="spellEnd"/>
      <w:r w:rsidRPr="00351379">
        <w:rPr>
          <w:lang w:val="ru-RU"/>
        </w:rPr>
        <w:t xml:space="preserve">; </w:t>
      </w:r>
      <w:proofErr w:type="spellStart"/>
      <w:r w:rsidRPr="00351379">
        <w:rPr>
          <w:lang w:val="ru-RU"/>
        </w:rPr>
        <w:t>novotest</w:t>
      </w:r>
      <w:proofErr w:type="spellEnd"/>
      <w:r w:rsidRPr="00351379">
        <w:rPr>
          <w:lang w:val="ru-RU"/>
        </w:rPr>
        <w:t xml:space="preserve"> ультрадыбыстық қалыңдық өлшегіші не техникалық жағынан </w:t>
      </w:r>
      <w:proofErr w:type="spellStart"/>
      <w:r w:rsidRPr="00351379">
        <w:rPr>
          <w:lang w:val="ru-RU"/>
        </w:rPr>
        <w:t>баламалы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аспап</w:t>
      </w:r>
      <w:proofErr w:type="spellEnd"/>
      <w:r w:rsidRPr="00351379">
        <w:rPr>
          <w:lang w:val="ru-RU"/>
        </w:rPr>
        <w:t xml:space="preserve">; GPS/GNSS қабылдағышы; </w:t>
      </w:r>
      <w:proofErr w:type="spellStart"/>
      <w:r w:rsidRPr="00351379">
        <w:rPr>
          <w:lang w:val="ru-RU"/>
        </w:rPr>
        <w:t>s-pod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контроллері</w:t>
      </w:r>
      <w:proofErr w:type="spellEnd"/>
      <w:r w:rsidRPr="00351379">
        <w:rPr>
          <w:lang w:val="ru-RU"/>
        </w:rPr>
        <w:t xml:space="preserve"> не техникалық жағынан </w:t>
      </w:r>
      <w:proofErr w:type="spellStart"/>
      <w:r w:rsidRPr="00351379">
        <w:rPr>
          <w:lang w:val="ru-RU"/>
        </w:rPr>
        <w:t>баламалы</w:t>
      </w:r>
      <w:proofErr w:type="spellEnd"/>
      <w:r w:rsidRPr="00351379">
        <w:rPr>
          <w:lang w:val="ru-RU"/>
        </w:rPr>
        <w:t xml:space="preserve"> контроллер) заңнама мен әдістемелердің </w:t>
      </w:r>
      <w:proofErr w:type="spellStart"/>
      <w:r w:rsidRPr="00351379">
        <w:rPr>
          <w:lang w:val="ru-RU"/>
        </w:rPr>
        <w:t>талаптарында</w:t>
      </w:r>
      <w:proofErr w:type="spellEnd"/>
      <w:r w:rsidRPr="00351379">
        <w:rPr>
          <w:lang w:val="ru-RU"/>
        </w:rPr>
        <w:t xml:space="preserve"> көзделген жағдайларда </w:t>
      </w:r>
      <w:proofErr w:type="spellStart"/>
      <w:r w:rsidRPr="00351379">
        <w:rPr>
          <w:lang w:val="ru-RU"/>
        </w:rPr>
        <w:t>тексеру</w:t>
      </w:r>
      <w:proofErr w:type="spellEnd"/>
      <w:r w:rsidRPr="00351379">
        <w:rPr>
          <w:lang w:val="ru-RU"/>
        </w:rPr>
        <w:t>/</w:t>
      </w:r>
      <w:proofErr w:type="spellStart"/>
      <w:r w:rsidRPr="00351379">
        <w:rPr>
          <w:lang w:val="ru-RU"/>
        </w:rPr>
        <w:t>калибрлеу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туралы</w:t>
      </w:r>
      <w:proofErr w:type="spellEnd"/>
      <w:r w:rsidRPr="00351379">
        <w:rPr>
          <w:lang w:val="ru-RU"/>
        </w:rPr>
        <w:t xml:space="preserve"> қолданыстағы құжаттар </w:t>
      </w:r>
      <w:proofErr w:type="spellStart"/>
      <w:r w:rsidRPr="00351379">
        <w:rPr>
          <w:lang w:val="ru-RU"/>
        </w:rPr>
        <w:t>болуы</w:t>
      </w:r>
      <w:proofErr w:type="spellEnd"/>
      <w:r w:rsidRPr="00351379">
        <w:rPr>
          <w:lang w:val="ru-RU"/>
        </w:rPr>
        <w:t xml:space="preserve"> </w:t>
      </w:r>
      <w:proofErr w:type="spellStart"/>
      <w:proofErr w:type="gramStart"/>
      <w:r w:rsidRPr="00351379">
        <w:rPr>
          <w:lang w:val="ru-RU"/>
        </w:rPr>
        <w:t>тиіс</w:t>
      </w:r>
      <w:proofErr w:type="spellEnd"/>
      <w:proofErr w:type="gramEnd"/>
      <w:r w:rsidRPr="00351379">
        <w:rPr>
          <w:lang w:val="ru-RU"/>
        </w:rPr>
        <w:t>;</w:t>
      </w:r>
    </w:p>
    <w:p w:rsidR="00351379" w:rsidRPr="00776F31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 xml:space="preserve">* </w:t>
      </w:r>
      <w:proofErr w:type="spellStart"/>
      <w:r w:rsidRPr="00351379">
        <w:rPr>
          <w:lang w:val="ru-RU"/>
        </w:rPr>
        <w:t>зерттеу</w:t>
      </w:r>
      <w:proofErr w:type="spellEnd"/>
      <w:r w:rsidRPr="00351379">
        <w:rPr>
          <w:lang w:val="ru-RU"/>
        </w:rPr>
        <w:t xml:space="preserve"> әдістері </w:t>
      </w:r>
      <w:proofErr w:type="spellStart"/>
      <w:r w:rsidRPr="00351379">
        <w:rPr>
          <w:lang w:val="ru-RU"/>
        </w:rPr>
        <w:t>Тапсырыс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берушімен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жеке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келісілген</w:t>
      </w:r>
      <w:proofErr w:type="spellEnd"/>
      <w:r w:rsidRPr="00351379">
        <w:rPr>
          <w:lang w:val="ru-RU"/>
        </w:rPr>
        <w:t xml:space="preserve"> бақылау мәйіттерін </w:t>
      </w:r>
      <w:proofErr w:type="spellStart"/>
      <w:r w:rsidRPr="00351379">
        <w:rPr>
          <w:lang w:val="ru-RU"/>
        </w:rPr>
        <w:t>немесе</w:t>
      </w:r>
      <w:proofErr w:type="spellEnd"/>
      <w:r w:rsidRPr="00351379">
        <w:rPr>
          <w:lang w:val="ru-RU"/>
        </w:rPr>
        <w:t xml:space="preserve"> өзге де қажетті әрекеттерді қоспағанда, </w:t>
      </w:r>
      <w:proofErr w:type="spellStart"/>
      <w:r w:rsidRPr="00351379">
        <w:rPr>
          <w:lang w:val="ru-RU"/>
        </w:rPr>
        <w:t>объектіге</w:t>
      </w:r>
      <w:proofErr w:type="spellEnd"/>
      <w:r w:rsidRPr="00351379">
        <w:rPr>
          <w:lang w:val="ru-RU"/>
        </w:rPr>
        <w:t xml:space="preserve"> зақым </w:t>
      </w:r>
      <w:proofErr w:type="spellStart"/>
      <w:r w:rsidRPr="00351379">
        <w:rPr>
          <w:lang w:val="ru-RU"/>
        </w:rPr>
        <w:t>келтірмеуі</w:t>
      </w:r>
      <w:proofErr w:type="spellEnd"/>
      <w:r w:rsidRPr="00351379">
        <w:rPr>
          <w:lang w:val="ru-RU"/>
        </w:rPr>
        <w:t xml:space="preserve"> </w:t>
      </w:r>
      <w:proofErr w:type="spellStart"/>
      <w:proofErr w:type="gramStart"/>
      <w:r w:rsidRPr="00351379">
        <w:rPr>
          <w:lang w:val="ru-RU"/>
        </w:rPr>
        <w:t>тиіс</w:t>
      </w:r>
      <w:proofErr w:type="spellEnd"/>
      <w:proofErr w:type="gramEnd"/>
      <w:r w:rsidRPr="00351379">
        <w:rPr>
          <w:lang w:val="ru-RU"/>
        </w:rPr>
        <w:t>.</w:t>
      </w:r>
    </w:p>
    <w:p w:rsidR="00351379" w:rsidRPr="00351379" w:rsidRDefault="00351379" w:rsidP="00351379">
      <w:pPr>
        <w:spacing w:before="160"/>
        <w:rPr>
          <w:lang w:val="ru-RU"/>
        </w:rPr>
      </w:pPr>
      <w:r w:rsidRPr="00351379">
        <w:rPr>
          <w:b/>
          <w:lang w:val="ru-RU"/>
        </w:rPr>
        <w:t xml:space="preserve">6. Құрылыс-экономикалық </w:t>
      </w:r>
      <w:proofErr w:type="spellStart"/>
      <w:r w:rsidRPr="00351379">
        <w:rPr>
          <w:b/>
          <w:lang w:val="ru-RU"/>
        </w:rPr>
        <w:t>зерттеуге</w:t>
      </w:r>
      <w:proofErr w:type="spellEnd"/>
      <w:r w:rsidRPr="00351379">
        <w:rPr>
          <w:b/>
          <w:lang w:val="ru-RU"/>
        </w:rPr>
        <w:t xml:space="preserve"> қойылатын </w:t>
      </w:r>
      <w:proofErr w:type="spellStart"/>
      <w:r w:rsidRPr="00351379">
        <w:rPr>
          <w:b/>
          <w:lang w:val="ru-RU"/>
        </w:rPr>
        <w:t>талаптар</w:t>
      </w:r>
      <w:proofErr w:type="spellEnd"/>
    </w:p>
    <w:p w:rsidR="00351379" w:rsidRPr="00351379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 xml:space="preserve">* төлеуге ұсынылған жұмыстардың көлемі мен құнын </w:t>
      </w:r>
      <w:proofErr w:type="gramStart"/>
      <w:r w:rsidRPr="00351379">
        <w:rPr>
          <w:lang w:val="ru-RU"/>
        </w:rPr>
        <w:t>на</w:t>
      </w:r>
      <w:proofErr w:type="gramEnd"/>
      <w:r w:rsidRPr="00351379">
        <w:rPr>
          <w:lang w:val="ru-RU"/>
        </w:rPr>
        <w:t xml:space="preserve">қты </w:t>
      </w:r>
      <w:proofErr w:type="spellStart"/>
      <w:r w:rsidRPr="00351379">
        <w:rPr>
          <w:lang w:val="ru-RU"/>
        </w:rPr>
        <w:t>белгіленген</w:t>
      </w:r>
      <w:proofErr w:type="spellEnd"/>
      <w:r w:rsidRPr="00351379">
        <w:rPr>
          <w:lang w:val="ru-RU"/>
        </w:rPr>
        <w:t xml:space="preserve"> көлемдермен </w:t>
      </w:r>
      <w:proofErr w:type="spellStart"/>
      <w:r w:rsidRPr="00351379">
        <w:rPr>
          <w:lang w:val="ru-RU"/>
        </w:rPr>
        <w:t>салыстыру</w:t>
      </w:r>
      <w:proofErr w:type="spellEnd"/>
      <w:r w:rsidRPr="00351379">
        <w:rPr>
          <w:lang w:val="ru-RU"/>
        </w:rPr>
        <w:t>;</w:t>
      </w:r>
    </w:p>
    <w:p w:rsidR="00351379" w:rsidRPr="00351379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 xml:space="preserve">* ұсынылған сметалық құжаттама және қойылған </w:t>
      </w:r>
      <w:proofErr w:type="gramStart"/>
      <w:r w:rsidRPr="00351379">
        <w:rPr>
          <w:lang w:val="ru-RU"/>
        </w:rPr>
        <w:t>м</w:t>
      </w:r>
      <w:proofErr w:type="gramEnd"/>
      <w:r w:rsidRPr="00351379">
        <w:rPr>
          <w:lang w:val="ru-RU"/>
        </w:rPr>
        <w:t xml:space="preserve">әселелер </w:t>
      </w:r>
      <w:proofErr w:type="spellStart"/>
      <w:r w:rsidRPr="00351379">
        <w:rPr>
          <w:lang w:val="ru-RU"/>
        </w:rPr>
        <w:t>шегінде</w:t>
      </w:r>
      <w:proofErr w:type="spellEnd"/>
      <w:r w:rsidRPr="00351379">
        <w:rPr>
          <w:lang w:val="ru-RU"/>
        </w:rPr>
        <w:t xml:space="preserve"> бағаларды, </w:t>
      </w:r>
      <w:proofErr w:type="spellStart"/>
      <w:r w:rsidRPr="00351379">
        <w:rPr>
          <w:lang w:val="ru-RU"/>
        </w:rPr>
        <w:t>ресурстарды</w:t>
      </w:r>
      <w:proofErr w:type="spellEnd"/>
      <w:r w:rsidRPr="00351379">
        <w:rPr>
          <w:lang w:val="ru-RU"/>
        </w:rPr>
        <w:t xml:space="preserve">, </w:t>
      </w:r>
      <w:proofErr w:type="spellStart"/>
      <w:r w:rsidRPr="00351379">
        <w:rPr>
          <w:lang w:val="ru-RU"/>
        </w:rPr>
        <w:t>коэффициенттерді</w:t>
      </w:r>
      <w:proofErr w:type="spellEnd"/>
      <w:r w:rsidRPr="00351379">
        <w:rPr>
          <w:lang w:val="ru-RU"/>
        </w:rPr>
        <w:t xml:space="preserve"> және өзге де бастапқы </w:t>
      </w:r>
      <w:proofErr w:type="spellStart"/>
      <w:r w:rsidRPr="00351379">
        <w:rPr>
          <w:lang w:val="ru-RU"/>
        </w:rPr>
        <w:t>деректерді</w:t>
      </w:r>
      <w:proofErr w:type="spellEnd"/>
      <w:r w:rsidRPr="00351379">
        <w:rPr>
          <w:lang w:val="ru-RU"/>
        </w:rPr>
        <w:t xml:space="preserve"> қолданудың дұрыстығын </w:t>
      </w:r>
      <w:proofErr w:type="spellStart"/>
      <w:r w:rsidRPr="00351379">
        <w:rPr>
          <w:lang w:val="ru-RU"/>
        </w:rPr>
        <w:t>тексеру</w:t>
      </w:r>
      <w:proofErr w:type="spellEnd"/>
      <w:r w:rsidRPr="00351379">
        <w:rPr>
          <w:lang w:val="ru-RU"/>
        </w:rPr>
        <w:t>;</w:t>
      </w:r>
    </w:p>
    <w:p w:rsidR="00351379" w:rsidRPr="00351379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 xml:space="preserve">* </w:t>
      </w:r>
      <w:proofErr w:type="gramStart"/>
      <w:r w:rsidRPr="00351379">
        <w:rPr>
          <w:lang w:val="ru-RU"/>
        </w:rPr>
        <w:t>ж</w:t>
      </w:r>
      <w:proofErr w:type="gramEnd"/>
      <w:r w:rsidRPr="00351379">
        <w:rPr>
          <w:lang w:val="ru-RU"/>
        </w:rPr>
        <w:t xml:space="preserve">ұмыстың толық көлемінде орындалмаған </w:t>
      </w:r>
      <w:proofErr w:type="spellStart"/>
      <w:r w:rsidRPr="00351379">
        <w:rPr>
          <w:lang w:val="ru-RU"/>
        </w:rPr>
        <w:t>немесе</w:t>
      </w:r>
      <w:proofErr w:type="spellEnd"/>
      <w:r w:rsidRPr="00351379">
        <w:rPr>
          <w:lang w:val="ru-RU"/>
        </w:rPr>
        <w:t xml:space="preserve"> орындалмаған анықталған сәйкессіздіктердің құнын </w:t>
      </w:r>
      <w:proofErr w:type="spellStart"/>
      <w:r w:rsidRPr="00351379">
        <w:rPr>
          <w:lang w:val="ru-RU"/>
        </w:rPr>
        <w:t>есептеу</w:t>
      </w:r>
      <w:proofErr w:type="spellEnd"/>
      <w:r w:rsidRPr="00351379">
        <w:rPr>
          <w:lang w:val="ru-RU"/>
        </w:rPr>
        <w:t>;</w:t>
      </w:r>
    </w:p>
    <w:p w:rsidR="00351379" w:rsidRPr="00351379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 xml:space="preserve">* </w:t>
      </w:r>
      <w:proofErr w:type="spellStart"/>
      <w:r w:rsidRPr="00351379">
        <w:rPr>
          <w:lang w:val="ru-RU"/>
        </w:rPr>
        <w:t>материалдарды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немесе</w:t>
      </w:r>
      <w:proofErr w:type="spellEnd"/>
      <w:r w:rsidRPr="00351379">
        <w:rPr>
          <w:lang w:val="ru-RU"/>
        </w:rPr>
        <w:t xml:space="preserve"> жабдықты </w:t>
      </w:r>
      <w:proofErr w:type="spellStart"/>
      <w:r w:rsidRPr="00351379">
        <w:rPr>
          <w:lang w:val="ru-RU"/>
        </w:rPr>
        <w:t>ауыстыруды</w:t>
      </w:r>
      <w:proofErr w:type="spellEnd"/>
      <w:r w:rsidRPr="00351379">
        <w:rPr>
          <w:lang w:val="ru-RU"/>
        </w:rPr>
        <w:t xml:space="preserve"> анықтаған </w:t>
      </w:r>
      <w:proofErr w:type="spellStart"/>
      <w:r w:rsidRPr="00351379">
        <w:rPr>
          <w:lang w:val="ru-RU"/>
        </w:rPr>
        <w:t>кезде</w:t>
      </w:r>
      <w:proofErr w:type="spellEnd"/>
      <w:r w:rsidRPr="00351379">
        <w:rPr>
          <w:lang w:val="ru-RU"/>
        </w:rPr>
        <w:t xml:space="preserve">, </w:t>
      </w:r>
      <w:proofErr w:type="spellStart"/>
      <w:r w:rsidRPr="00351379">
        <w:rPr>
          <w:lang w:val="ru-RU"/>
        </w:rPr>
        <w:t>жеткілікті</w:t>
      </w:r>
      <w:proofErr w:type="spellEnd"/>
      <w:r w:rsidRPr="00351379">
        <w:rPr>
          <w:lang w:val="ru-RU"/>
        </w:rPr>
        <w:t xml:space="preserve"> бастапқы </w:t>
      </w:r>
      <w:proofErr w:type="spellStart"/>
      <w:r w:rsidRPr="00351379">
        <w:rPr>
          <w:lang w:val="ru-RU"/>
        </w:rPr>
        <w:t>деректер</w:t>
      </w:r>
      <w:proofErr w:type="spellEnd"/>
      <w:r w:rsidRPr="00351379">
        <w:rPr>
          <w:lang w:val="ru-RU"/>
        </w:rPr>
        <w:t xml:space="preserve"> болған </w:t>
      </w:r>
      <w:proofErr w:type="spellStart"/>
      <w:r w:rsidRPr="00351379">
        <w:rPr>
          <w:lang w:val="ru-RU"/>
        </w:rPr>
        <w:t>кезде</w:t>
      </w:r>
      <w:proofErr w:type="spellEnd"/>
      <w:r w:rsidRPr="00351379">
        <w:rPr>
          <w:lang w:val="ru-RU"/>
        </w:rPr>
        <w:t xml:space="preserve"> мұндай ауыстырудың экономикалық әсерін анықтаңыз;</w:t>
      </w:r>
    </w:p>
    <w:p w:rsidR="00351379" w:rsidRPr="00776F31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 xml:space="preserve">* барлық </w:t>
      </w:r>
      <w:proofErr w:type="spellStart"/>
      <w:r w:rsidRPr="00351379">
        <w:rPr>
          <w:lang w:val="ru-RU"/>
        </w:rPr>
        <w:t>есептеулер</w:t>
      </w:r>
      <w:proofErr w:type="spellEnd"/>
      <w:r w:rsidRPr="00351379">
        <w:rPr>
          <w:lang w:val="ru-RU"/>
        </w:rPr>
        <w:t xml:space="preserve"> ашық, </w:t>
      </w:r>
      <w:proofErr w:type="spellStart"/>
      <w:r w:rsidRPr="00351379">
        <w:rPr>
          <w:lang w:val="ru-RU"/>
        </w:rPr>
        <w:t>тексерілетін</w:t>
      </w:r>
      <w:proofErr w:type="spellEnd"/>
      <w:r w:rsidRPr="00351379">
        <w:rPr>
          <w:lang w:val="ru-RU"/>
        </w:rPr>
        <w:t xml:space="preserve"> және қорытынды қосымшаларында көрсетілуі </w:t>
      </w:r>
      <w:proofErr w:type="spellStart"/>
      <w:r w:rsidRPr="00351379">
        <w:rPr>
          <w:lang w:val="ru-RU"/>
        </w:rPr>
        <w:t>керек</w:t>
      </w:r>
      <w:proofErr w:type="spellEnd"/>
      <w:r w:rsidRPr="00776F31">
        <w:rPr>
          <w:lang w:val="ru-RU"/>
        </w:rPr>
        <w:t>.</w:t>
      </w:r>
    </w:p>
    <w:p w:rsidR="00351379" w:rsidRPr="00776F31" w:rsidRDefault="00351379" w:rsidP="00351379">
      <w:pPr>
        <w:spacing w:before="160"/>
        <w:rPr>
          <w:lang w:val="ru-RU"/>
        </w:rPr>
      </w:pPr>
      <w:r w:rsidRPr="00776F31">
        <w:rPr>
          <w:b/>
          <w:lang w:val="ru-RU"/>
        </w:rPr>
        <w:t xml:space="preserve">7. </w:t>
      </w:r>
      <w:r w:rsidRPr="00351379">
        <w:rPr>
          <w:b/>
          <w:lang w:val="ru-RU"/>
        </w:rPr>
        <w:t xml:space="preserve">Қорытындыда </w:t>
      </w:r>
      <w:proofErr w:type="spellStart"/>
      <w:r w:rsidRPr="00351379">
        <w:rPr>
          <w:b/>
          <w:lang w:val="ru-RU"/>
        </w:rPr>
        <w:t>шеші</w:t>
      </w:r>
      <w:proofErr w:type="gramStart"/>
      <w:r w:rsidRPr="00351379">
        <w:rPr>
          <w:b/>
          <w:lang w:val="ru-RU"/>
        </w:rPr>
        <w:t>луге</w:t>
      </w:r>
      <w:proofErr w:type="spellEnd"/>
      <w:proofErr w:type="gramEnd"/>
      <w:r w:rsidRPr="00351379">
        <w:rPr>
          <w:b/>
          <w:lang w:val="ru-RU"/>
        </w:rPr>
        <w:t xml:space="preserve"> </w:t>
      </w:r>
      <w:proofErr w:type="spellStart"/>
      <w:r w:rsidRPr="00351379">
        <w:rPr>
          <w:b/>
          <w:lang w:val="ru-RU"/>
        </w:rPr>
        <w:t>жататын</w:t>
      </w:r>
      <w:proofErr w:type="spellEnd"/>
      <w:r w:rsidRPr="00351379">
        <w:rPr>
          <w:b/>
          <w:lang w:val="ru-RU"/>
        </w:rPr>
        <w:t xml:space="preserve"> мәселелер</w:t>
      </w:r>
    </w:p>
    <w:p w:rsidR="00351379" w:rsidRPr="00351379" w:rsidRDefault="00351379" w:rsidP="00351379">
      <w:pPr>
        <w:rPr>
          <w:lang w:val="ru-RU"/>
        </w:rPr>
      </w:pPr>
      <w:r w:rsidRPr="00351379">
        <w:rPr>
          <w:lang w:val="ru-RU"/>
        </w:rPr>
        <w:t xml:space="preserve">1. </w:t>
      </w:r>
      <w:proofErr w:type="gramStart"/>
      <w:r w:rsidRPr="00351379">
        <w:rPr>
          <w:lang w:val="ru-RU"/>
        </w:rPr>
        <w:t>На</w:t>
      </w:r>
      <w:proofErr w:type="gramEnd"/>
      <w:r w:rsidRPr="00351379">
        <w:rPr>
          <w:lang w:val="ru-RU"/>
        </w:rPr>
        <w:t>қ</w:t>
      </w:r>
      <w:proofErr w:type="gramStart"/>
      <w:r w:rsidRPr="00351379">
        <w:rPr>
          <w:lang w:val="ru-RU"/>
        </w:rPr>
        <w:t>ты</w:t>
      </w:r>
      <w:proofErr w:type="gramEnd"/>
      <w:r w:rsidRPr="00351379">
        <w:rPr>
          <w:lang w:val="ru-RU"/>
        </w:rPr>
        <w:t xml:space="preserve"> орындалған құрылыс-монтаж жұмыстары жобалық және атқарушылық құжаттама </w:t>
      </w:r>
      <w:proofErr w:type="spellStart"/>
      <w:r w:rsidRPr="00351379">
        <w:rPr>
          <w:lang w:val="ru-RU"/>
        </w:rPr>
        <w:t>объектісі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бойынша</w:t>
      </w:r>
      <w:proofErr w:type="spellEnd"/>
      <w:r w:rsidRPr="00351379">
        <w:rPr>
          <w:lang w:val="ru-RU"/>
        </w:rPr>
        <w:t xml:space="preserve"> сәйкес </w:t>
      </w:r>
      <w:proofErr w:type="spellStart"/>
      <w:r w:rsidRPr="00351379">
        <w:rPr>
          <w:lang w:val="ru-RU"/>
        </w:rPr>
        <w:t>келе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ме</w:t>
      </w:r>
      <w:proofErr w:type="spellEnd"/>
      <w:r w:rsidRPr="00351379">
        <w:rPr>
          <w:lang w:val="ru-RU"/>
        </w:rPr>
        <w:t>?</w:t>
      </w:r>
    </w:p>
    <w:p w:rsidR="00351379" w:rsidRPr="00351379" w:rsidRDefault="00351379" w:rsidP="00351379">
      <w:pPr>
        <w:rPr>
          <w:lang w:val="ru-RU"/>
        </w:rPr>
      </w:pPr>
      <w:r w:rsidRPr="00351379">
        <w:rPr>
          <w:lang w:val="ru-RU"/>
        </w:rPr>
        <w:t xml:space="preserve">2. </w:t>
      </w:r>
      <w:proofErr w:type="spellStart"/>
      <w:r w:rsidRPr="00351379">
        <w:rPr>
          <w:lang w:val="ru-RU"/>
        </w:rPr>
        <w:t>Зерттелген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учаскелер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бойынша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негізгі</w:t>
      </w:r>
      <w:proofErr w:type="spellEnd"/>
      <w:r w:rsidRPr="00351379">
        <w:rPr>
          <w:lang w:val="ru-RU"/>
        </w:rPr>
        <w:t xml:space="preserve"> құрылыс-монтаждау жұмыстарының </w:t>
      </w:r>
      <w:proofErr w:type="gramStart"/>
      <w:r w:rsidRPr="00351379">
        <w:rPr>
          <w:lang w:val="ru-RU"/>
        </w:rPr>
        <w:t>на</w:t>
      </w:r>
      <w:proofErr w:type="gramEnd"/>
      <w:r w:rsidRPr="00351379">
        <w:rPr>
          <w:lang w:val="ru-RU"/>
        </w:rPr>
        <w:t>қты көлемі қандай?</w:t>
      </w:r>
    </w:p>
    <w:p w:rsidR="00351379" w:rsidRPr="00351379" w:rsidRDefault="00351379" w:rsidP="00351379">
      <w:pPr>
        <w:rPr>
          <w:lang w:val="ru-RU"/>
        </w:rPr>
      </w:pPr>
      <w:r w:rsidRPr="00351379">
        <w:rPr>
          <w:lang w:val="ru-RU"/>
        </w:rPr>
        <w:t xml:space="preserve">3. Қолданылған </w:t>
      </w:r>
      <w:proofErr w:type="spellStart"/>
      <w:r w:rsidRPr="00351379">
        <w:rPr>
          <w:lang w:val="ru-RU"/>
        </w:rPr>
        <w:t>материалдар</w:t>
      </w:r>
      <w:proofErr w:type="spellEnd"/>
      <w:r w:rsidRPr="00351379">
        <w:rPr>
          <w:lang w:val="ru-RU"/>
        </w:rPr>
        <w:t xml:space="preserve">, бұйымдар мен жабдықтар </w:t>
      </w:r>
      <w:proofErr w:type="spellStart"/>
      <w:r w:rsidRPr="00351379">
        <w:rPr>
          <w:lang w:val="ru-RU"/>
        </w:rPr>
        <w:t>тексеру</w:t>
      </w:r>
      <w:proofErr w:type="spellEnd"/>
      <w:r w:rsidRPr="00351379">
        <w:rPr>
          <w:lang w:val="ru-RU"/>
        </w:rPr>
        <w:t xml:space="preserve"> үшін қолжетімді </w:t>
      </w:r>
      <w:proofErr w:type="spellStart"/>
      <w:r w:rsidRPr="00351379">
        <w:rPr>
          <w:lang w:val="ru-RU"/>
        </w:rPr>
        <w:t>сипаттамалар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бойынша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жобада</w:t>
      </w:r>
      <w:proofErr w:type="spellEnd"/>
      <w:r w:rsidRPr="00351379">
        <w:rPr>
          <w:lang w:val="ru-RU"/>
        </w:rPr>
        <w:t xml:space="preserve"> көзделген </w:t>
      </w:r>
      <w:proofErr w:type="gramStart"/>
      <w:r w:rsidRPr="00351379">
        <w:rPr>
          <w:lang w:val="ru-RU"/>
        </w:rPr>
        <w:t>талаптар</w:t>
      </w:r>
      <w:proofErr w:type="gramEnd"/>
      <w:r w:rsidRPr="00351379">
        <w:rPr>
          <w:lang w:val="ru-RU"/>
        </w:rPr>
        <w:t xml:space="preserve">ға сәйкес </w:t>
      </w:r>
      <w:proofErr w:type="spellStart"/>
      <w:r w:rsidRPr="00351379">
        <w:rPr>
          <w:lang w:val="ru-RU"/>
        </w:rPr>
        <w:t>келе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ме</w:t>
      </w:r>
      <w:proofErr w:type="spellEnd"/>
      <w:r w:rsidRPr="00351379">
        <w:rPr>
          <w:lang w:val="ru-RU"/>
        </w:rPr>
        <w:t>?</w:t>
      </w:r>
    </w:p>
    <w:p w:rsidR="00351379" w:rsidRPr="00351379" w:rsidRDefault="00351379" w:rsidP="00351379">
      <w:pPr>
        <w:rPr>
          <w:lang w:val="ru-RU"/>
        </w:rPr>
      </w:pPr>
      <w:r w:rsidRPr="00351379">
        <w:rPr>
          <w:lang w:val="ru-RU"/>
        </w:rPr>
        <w:t xml:space="preserve">4. Ақаулар, жобалық </w:t>
      </w:r>
      <w:proofErr w:type="spellStart"/>
      <w:r w:rsidRPr="00351379">
        <w:rPr>
          <w:lang w:val="ru-RU"/>
        </w:rPr>
        <w:t>шешімдерден</w:t>
      </w:r>
      <w:proofErr w:type="spellEnd"/>
      <w:r w:rsidRPr="00351379">
        <w:rPr>
          <w:lang w:val="ru-RU"/>
        </w:rPr>
        <w:t xml:space="preserve"> ауытқ</w:t>
      </w:r>
      <w:proofErr w:type="gramStart"/>
      <w:r w:rsidRPr="00351379">
        <w:rPr>
          <w:lang w:val="ru-RU"/>
        </w:rPr>
        <w:t>улар ж</w:t>
      </w:r>
      <w:proofErr w:type="gramEnd"/>
      <w:r w:rsidRPr="00351379">
        <w:rPr>
          <w:lang w:val="ru-RU"/>
        </w:rPr>
        <w:t xml:space="preserve">әне жұмысты </w:t>
      </w:r>
      <w:proofErr w:type="spellStart"/>
      <w:r w:rsidRPr="00351379">
        <w:rPr>
          <w:lang w:val="ru-RU"/>
        </w:rPr>
        <w:t>орындау</w:t>
      </w:r>
      <w:proofErr w:type="spellEnd"/>
      <w:r w:rsidRPr="00351379">
        <w:rPr>
          <w:lang w:val="ru-RU"/>
        </w:rPr>
        <w:t xml:space="preserve"> технологиясының бұзылуы бар </w:t>
      </w:r>
      <w:proofErr w:type="spellStart"/>
      <w:r w:rsidRPr="00351379">
        <w:rPr>
          <w:lang w:val="ru-RU"/>
        </w:rPr>
        <w:t>ма</w:t>
      </w:r>
      <w:proofErr w:type="spellEnd"/>
      <w:r w:rsidRPr="00351379">
        <w:rPr>
          <w:lang w:val="ru-RU"/>
        </w:rPr>
        <w:t xml:space="preserve">? </w:t>
      </w:r>
      <w:proofErr w:type="spellStart"/>
      <w:r w:rsidRPr="00351379">
        <w:rPr>
          <w:lang w:val="ru-RU"/>
        </w:rPr>
        <w:t>Егер</w:t>
      </w:r>
      <w:proofErr w:type="spellEnd"/>
      <w:r w:rsidRPr="00351379">
        <w:rPr>
          <w:lang w:val="ru-RU"/>
        </w:rPr>
        <w:t xml:space="preserve"> бар </w:t>
      </w:r>
      <w:proofErr w:type="spellStart"/>
      <w:r w:rsidRPr="00351379">
        <w:rPr>
          <w:lang w:val="ru-RU"/>
        </w:rPr>
        <w:t>болса-олар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нені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білді</w:t>
      </w:r>
      <w:proofErr w:type="gramStart"/>
      <w:r w:rsidRPr="00351379">
        <w:rPr>
          <w:lang w:val="ru-RU"/>
        </w:rPr>
        <w:t>ред</w:t>
      </w:r>
      <w:proofErr w:type="gramEnd"/>
      <w:r w:rsidRPr="00351379">
        <w:rPr>
          <w:lang w:val="ru-RU"/>
        </w:rPr>
        <w:t>і</w:t>
      </w:r>
      <w:proofErr w:type="spellEnd"/>
      <w:r w:rsidRPr="00351379">
        <w:rPr>
          <w:lang w:val="ru-RU"/>
        </w:rPr>
        <w:t>?</w:t>
      </w:r>
    </w:p>
    <w:p w:rsidR="00351379" w:rsidRPr="00351379" w:rsidRDefault="00351379" w:rsidP="00351379">
      <w:pPr>
        <w:rPr>
          <w:lang w:val="ru-RU"/>
        </w:rPr>
      </w:pPr>
      <w:r w:rsidRPr="00351379">
        <w:rPr>
          <w:lang w:val="ru-RU"/>
        </w:rPr>
        <w:t>5. Орындалғ</w:t>
      </w:r>
      <w:proofErr w:type="gramStart"/>
      <w:r w:rsidRPr="00351379">
        <w:rPr>
          <w:lang w:val="ru-RU"/>
        </w:rPr>
        <w:t>ан ж</w:t>
      </w:r>
      <w:proofErr w:type="gramEnd"/>
      <w:r w:rsidRPr="00351379">
        <w:rPr>
          <w:lang w:val="ru-RU"/>
        </w:rPr>
        <w:t xml:space="preserve">ұмыстардың </w:t>
      </w:r>
      <w:proofErr w:type="spellStart"/>
      <w:r w:rsidRPr="00351379">
        <w:rPr>
          <w:lang w:val="ru-RU"/>
        </w:rPr>
        <w:t>актілерінде</w:t>
      </w:r>
      <w:proofErr w:type="spellEnd"/>
      <w:r w:rsidRPr="00351379">
        <w:rPr>
          <w:lang w:val="ru-RU"/>
        </w:rPr>
        <w:t xml:space="preserve"> көрсетілген, бірақ </w:t>
      </w:r>
      <w:proofErr w:type="spellStart"/>
      <w:r w:rsidRPr="00351379">
        <w:rPr>
          <w:lang w:val="ru-RU"/>
        </w:rPr>
        <w:t>іс</w:t>
      </w:r>
      <w:proofErr w:type="spellEnd"/>
      <w:r w:rsidRPr="00351379">
        <w:rPr>
          <w:lang w:val="ru-RU"/>
        </w:rPr>
        <w:t xml:space="preserve"> жүзінде орындалмаған </w:t>
      </w:r>
      <w:proofErr w:type="spellStart"/>
      <w:r w:rsidRPr="00351379">
        <w:rPr>
          <w:lang w:val="ru-RU"/>
        </w:rPr>
        <w:t>немесе</w:t>
      </w:r>
      <w:proofErr w:type="spellEnd"/>
      <w:r w:rsidRPr="00351379">
        <w:rPr>
          <w:lang w:val="ru-RU"/>
        </w:rPr>
        <w:t xml:space="preserve"> аз көлемде орындалған жұмыстар бар </w:t>
      </w:r>
      <w:proofErr w:type="spellStart"/>
      <w:r w:rsidRPr="00351379">
        <w:rPr>
          <w:lang w:val="ru-RU"/>
        </w:rPr>
        <w:t>ма</w:t>
      </w:r>
      <w:proofErr w:type="spellEnd"/>
      <w:r w:rsidRPr="00351379">
        <w:rPr>
          <w:lang w:val="ru-RU"/>
        </w:rPr>
        <w:t>?</w:t>
      </w:r>
    </w:p>
    <w:p w:rsidR="00351379" w:rsidRPr="00351379" w:rsidRDefault="00351379" w:rsidP="00351379">
      <w:pPr>
        <w:rPr>
          <w:lang w:val="ru-RU"/>
        </w:rPr>
      </w:pPr>
      <w:r w:rsidRPr="00351379">
        <w:rPr>
          <w:lang w:val="ru-RU"/>
        </w:rPr>
        <w:t xml:space="preserve">6. Ұсынылған құжаттама </w:t>
      </w:r>
      <w:proofErr w:type="spellStart"/>
      <w:r w:rsidRPr="00351379">
        <w:rPr>
          <w:lang w:val="ru-RU"/>
        </w:rPr>
        <w:t>шегінде</w:t>
      </w:r>
      <w:proofErr w:type="spellEnd"/>
      <w:r w:rsidRPr="00351379">
        <w:rPr>
          <w:lang w:val="ru-RU"/>
        </w:rPr>
        <w:t xml:space="preserve"> расталған көлемдер </w:t>
      </w:r>
      <w:proofErr w:type="spellStart"/>
      <w:r w:rsidRPr="00351379">
        <w:rPr>
          <w:lang w:val="ru-RU"/>
        </w:rPr>
        <w:t>бойынша</w:t>
      </w:r>
      <w:proofErr w:type="spellEnd"/>
      <w:r w:rsidRPr="00351379">
        <w:rPr>
          <w:lang w:val="ru-RU"/>
        </w:rPr>
        <w:t xml:space="preserve"> </w:t>
      </w:r>
      <w:proofErr w:type="gramStart"/>
      <w:r w:rsidRPr="00351379">
        <w:rPr>
          <w:lang w:val="ru-RU"/>
        </w:rPr>
        <w:t>на</w:t>
      </w:r>
      <w:proofErr w:type="gramEnd"/>
      <w:r w:rsidRPr="00351379">
        <w:rPr>
          <w:lang w:val="ru-RU"/>
        </w:rPr>
        <w:t>қты орындалған жұмыстардың құны қандай?</w:t>
      </w:r>
    </w:p>
    <w:p w:rsidR="00351379" w:rsidRPr="00351379" w:rsidRDefault="00351379" w:rsidP="00351379">
      <w:pPr>
        <w:rPr>
          <w:lang w:val="ru-RU"/>
        </w:rPr>
      </w:pPr>
      <w:r w:rsidRPr="00351379">
        <w:rPr>
          <w:lang w:val="ru-RU"/>
        </w:rPr>
        <w:t xml:space="preserve">7. </w:t>
      </w:r>
      <w:proofErr w:type="spellStart"/>
      <w:r w:rsidRPr="00351379">
        <w:rPr>
          <w:lang w:val="ru-RU"/>
        </w:rPr>
        <w:t>Есептеу</w:t>
      </w:r>
      <w:proofErr w:type="spellEnd"/>
      <w:r w:rsidRPr="00351379">
        <w:rPr>
          <w:lang w:val="ru-RU"/>
        </w:rPr>
        <w:t xml:space="preserve"> үшін </w:t>
      </w:r>
      <w:proofErr w:type="spellStart"/>
      <w:r w:rsidRPr="00351379">
        <w:rPr>
          <w:lang w:val="ru-RU"/>
        </w:rPr>
        <w:t>жеткілікті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деректер</w:t>
      </w:r>
      <w:proofErr w:type="spellEnd"/>
      <w:r w:rsidRPr="00351379">
        <w:rPr>
          <w:lang w:val="ru-RU"/>
        </w:rPr>
        <w:t xml:space="preserve"> болған </w:t>
      </w:r>
      <w:proofErr w:type="spellStart"/>
      <w:r w:rsidRPr="00351379">
        <w:rPr>
          <w:lang w:val="ru-RU"/>
        </w:rPr>
        <w:t>кезде</w:t>
      </w:r>
      <w:proofErr w:type="spellEnd"/>
      <w:r w:rsidRPr="00351379">
        <w:rPr>
          <w:lang w:val="ru-RU"/>
        </w:rPr>
        <w:t xml:space="preserve"> анықталған орындалмаған, </w:t>
      </w:r>
      <w:proofErr w:type="spellStart"/>
      <w:r w:rsidRPr="00351379">
        <w:rPr>
          <w:lang w:val="ru-RU"/>
        </w:rPr>
        <w:t>асыра</w:t>
      </w:r>
      <w:proofErr w:type="spellEnd"/>
      <w:r w:rsidRPr="00351379">
        <w:rPr>
          <w:lang w:val="ru-RU"/>
        </w:rPr>
        <w:t xml:space="preserve"> бағаланған не жобалық </w:t>
      </w:r>
      <w:proofErr w:type="spellStart"/>
      <w:r w:rsidRPr="00351379">
        <w:rPr>
          <w:lang w:val="ru-RU"/>
        </w:rPr>
        <w:t>шешімдерге</w:t>
      </w:r>
      <w:proofErr w:type="spellEnd"/>
      <w:r w:rsidRPr="00351379">
        <w:rPr>
          <w:lang w:val="ru-RU"/>
        </w:rPr>
        <w:t xml:space="preserve"> сәйкес </w:t>
      </w:r>
      <w:proofErr w:type="spellStart"/>
      <w:r w:rsidRPr="00351379">
        <w:rPr>
          <w:lang w:val="ru-RU"/>
        </w:rPr>
        <w:t>келмейтін</w:t>
      </w:r>
      <w:proofErr w:type="spellEnd"/>
      <w:r w:rsidRPr="00351379">
        <w:rPr>
          <w:lang w:val="ru-RU"/>
        </w:rPr>
        <w:t xml:space="preserve"> жұмыстардың құны қандай?</w:t>
      </w:r>
    </w:p>
    <w:p w:rsidR="00351379" w:rsidRPr="00776F31" w:rsidRDefault="00351379" w:rsidP="00351379">
      <w:pPr>
        <w:rPr>
          <w:lang w:val="ru-RU"/>
        </w:rPr>
      </w:pPr>
      <w:r w:rsidRPr="00351379">
        <w:rPr>
          <w:lang w:val="ru-RU"/>
        </w:rPr>
        <w:lastRenderedPageBreak/>
        <w:t xml:space="preserve">8. </w:t>
      </w:r>
      <w:proofErr w:type="spellStart"/>
      <w:r w:rsidRPr="00351379">
        <w:rPr>
          <w:lang w:val="ru-RU"/>
        </w:rPr>
        <w:t>Зерттеу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аясында</w:t>
      </w:r>
      <w:proofErr w:type="spellEnd"/>
      <w:r w:rsidRPr="00351379">
        <w:rPr>
          <w:lang w:val="ru-RU"/>
        </w:rPr>
        <w:t xml:space="preserve"> анықталғ</w:t>
      </w:r>
      <w:proofErr w:type="gramStart"/>
      <w:r w:rsidRPr="00351379">
        <w:rPr>
          <w:lang w:val="ru-RU"/>
        </w:rPr>
        <w:t>ан</w:t>
      </w:r>
      <w:proofErr w:type="gramEnd"/>
      <w:r w:rsidRPr="00351379">
        <w:rPr>
          <w:lang w:val="ru-RU"/>
        </w:rPr>
        <w:t xml:space="preserve"> ақаулар мен сәйкессіздіктерді анықтау үшін қандай </w:t>
      </w:r>
      <w:proofErr w:type="spellStart"/>
      <w:r w:rsidRPr="00351379">
        <w:rPr>
          <w:lang w:val="ru-RU"/>
        </w:rPr>
        <w:t>шаралар</w:t>
      </w:r>
      <w:proofErr w:type="spellEnd"/>
      <w:r w:rsidRPr="00351379">
        <w:rPr>
          <w:lang w:val="ru-RU"/>
        </w:rPr>
        <w:t xml:space="preserve"> қажет?</w:t>
      </w:r>
    </w:p>
    <w:p w:rsidR="00351379" w:rsidRDefault="00351379" w:rsidP="00351379">
      <w:pPr>
        <w:spacing w:before="160"/>
      </w:pPr>
      <w:r>
        <w:rPr>
          <w:b/>
        </w:rPr>
        <w:t xml:space="preserve">8. </w:t>
      </w:r>
      <w:proofErr w:type="spellStart"/>
      <w:r w:rsidRPr="00351379">
        <w:rPr>
          <w:b/>
        </w:rPr>
        <w:t>Орындаушыға</w:t>
      </w:r>
      <w:proofErr w:type="spellEnd"/>
      <w:r w:rsidRPr="00351379">
        <w:rPr>
          <w:b/>
        </w:rPr>
        <w:t xml:space="preserve"> </w:t>
      </w:r>
      <w:proofErr w:type="spellStart"/>
      <w:r w:rsidRPr="00351379">
        <w:rPr>
          <w:b/>
        </w:rPr>
        <w:t>қойылатын</w:t>
      </w:r>
      <w:proofErr w:type="spellEnd"/>
      <w:r w:rsidRPr="00351379">
        <w:rPr>
          <w:b/>
        </w:rPr>
        <w:t xml:space="preserve"> </w:t>
      </w:r>
      <w:proofErr w:type="spellStart"/>
      <w:r w:rsidRPr="00351379">
        <w:rPr>
          <w:b/>
        </w:rPr>
        <w:t>талаптар</w:t>
      </w:r>
      <w:proofErr w:type="spellEnd"/>
    </w:p>
    <w:p w:rsidR="00351379" w:rsidRPr="00351379" w:rsidRDefault="00351379" w:rsidP="00351379">
      <w:pPr>
        <w:pStyle w:val="a0"/>
        <w:ind w:left="397"/>
      </w:pPr>
      <w:r w:rsidRPr="00351379">
        <w:t xml:space="preserve">* </w:t>
      </w:r>
      <w:r w:rsidRPr="00351379">
        <w:rPr>
          <w:lang w:val="ru-RU"/>
        </w:rPr>
        <w:t>Мұндай</w:t>
      </w:r>
      <w:r w:rsidRPr="00351379">
        <w:t xml:space="preserve"> </w:t>
      </w:r>
      <w:r w:rsidRPr="00351379">
        <w:rPr>
          <w:lang w:val="ru-RU"/>
        </w:rPr>
        <w:t>құқық</w:t>
      </w:r>
      <w:r w:rsidRPr="00351379">
        <w:t xml:space="preserve"> </w:t>
      </w:r>
      <w:proofErr w:type="spellStart"/>
      <w:r w:rsidRPr="00351379">
        <w:rPr>
          <w:lang w:val="ru-RU"/>
        </w:rPr>
        <w:t>немесе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арнайы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біліктілік</w:t>
      </w:r>
      <w:proofErr w:type="spellEnd"/>
      <w:r w:rsidRPr="00351379">
        <w:t xml:space="preserve"> </w:t>
      </w:r>
      <w:r w:rsidRPr="00351379">
        <w:rPr>
          <w:lang w:val="ru-RU"/>
        </w:rPr>
        <w:t>Қазақстан</w:t>
      </w:r>
      <w:r w:rsidRPr="00351379">
        <w:t xml:space="preserve"> </w:t>
      </w:r>
      <w:r w:rsidRPr="00351379">
        <w:rPr>
          <w:lang w:val="ru-RU"/>
        </w:rPr>
        <w:t>Республикасының</w:t>
      </w:r>
      <w:r w:rsidRPr="00351379">
        <w:t xml:space="preserve"> </w:t>
      </w:r>
      <w:r w:rsidRPr="00351379">
        <w:rPr>
          <w:lang w:val="ru-RU"/>
        </w:rPr>
        <w:t>заңнамасында</w:t>
      </w:r>
      <w:r w:rsidRPr="00351379">
        <w:t xml:space="preserve"> </w:t>
      </w:r>
      <w:proofErr w:type="spellStart"/>
      <w:r w:rsidRPr="00351379">
        <w:rPr>
          <w:lang w:val="ru-RU"/>
        </w:rPr>
        <w:t>талап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етілетін</w:t>
      </w:r>
      <w:proofErr w:type="spellEnd"/>
      <w:r w:rsidRPr="00351379">
        <w:t xml:space="preserve"> </w:t>
      </w:r>
      <w:r w:rsidRPr="00351379">
        <w:rPr>
          <w:lang w:val="ru-RU"/>
        </w:rPr>
        <w:t>жағдайларда</w:t>
      </w:r>
      <w:r w:rsidRPr="00351379">
        <w:t xml:space="preserve"> </w:t>
      </w:r>
      <w:r w:rsidRPr="00351379">
        <w:rPr>
          <w:lang w:val="ru-RU"/>
        </w:rPr>
        <w:t>Орындаушының</w:t>
      </w:r>
      <w:r w:rsidRPr="00351379">
        <w:t xml:space="preserve"> </w:t>
      </w:r>
      <w:r w:rsidRPr="00351379">
        <w:rPr>
          <w:lang w:val="ru-RU"/>
        </w:rPr>
        <w:t>қажетті</w:t>
      </w:r>
      <w:r w:rsidRPr="00351379">
        <w:t xml:space="preserve"> </w:t>
      </w:r>
      <w:proofErr w:type="spellStart"/>
      <w:r w:rsidRPr="00351379">
        <w:rPr>
          <w:lang w:val="ru-RU"/>
        </w:rPr>
        <w:t>біліктілігі</w:t>
      </w:r>
      <w:proofErr w:type="spellEnd"/>
      <w:r w:rsidRPr="00351379">
        <w:t xml:space="preserve">, </w:t>
      </w:r>
      <w:r w:rsidRPr="00351379">
        <w:rPr>
          <w:lang w:val="ru-RU"/>
        </w:rPr>
        <w:t>тәжірибесі</w:t>
      </w:r>
      <w:r w:rsidRPr="00351379">
        <w:t xml:space="preserve"> </w:t>
      </w:r>
      <w:r w:rsidRPr="00351379">
        <w:rPr>
          <w:lang w:val="ru-RU"/>
        </w:rPr>
        <w:t>және</w:t>
      </w:r>
      <w:r w:rsidRPr="00351379">
        <w:t xml:space="preserve"> </w:t>
      </w:r>
      <w:r w:rsidRPr="00351379">
        <w:rPr>
          <w:lang w:val="ru-RU"/>
        </w:rPr>
        <w:t>зерттеудің</w:t>
      </w:r>
      <w:r w:rsidRPr="00351379">
        <w:t xml:space="preserve"> </w:t>
      </w:r>
      <w:proofErr w:type="spellStart"/>
      <w:r w:rsidRPr="00351379">
        <w:rPr>
          <w:lang w:val="ru-RU"/>
        </w:rPr>
        <w:t>тиісті</w:t>
      </w:r>
      <w:proofErr w:type="spellEnd"/>
      <w:r w:rsidRPr="00351379">
        <w:t xml:space="preserve"> </w:t>
      </w:r>
      <w:r w:rsidRPr="00351379">
        <w:rPr>
          <w:lang w:val="ru-RU"/>
        </w:rPr>
        <w:t>түрін</w:t>
      </w:r>
      <w:r w:rsidRPr="00351379">
        <w:t xml:space="preserve"> </w:t>
      </w:r>
      <w:proofErr w:type="spellStart"/>
      <w:r w:rsidRPr="00351379">
        <w:rPr>
          <w:lang w:val="ru-RU"/>
        </w:rPr>
        <w:t>орындау</w:t>
      </w:r>
      <w:proofErr w:type="spellEnd"/>
      <w:r w:rsidRPr="00351379">
        <w:t xml:space="preserve"> </w:t>
      </w:r>
      <w:r w:rsidRPr="00351379">
        <w:rPr>
          <w:lang w:val="ru-RU"/>
        </w:rPr>
        <w:t>құқығы</w:t>
      </w:r>
      <w:r w:rsidRPr="00351379">
        <w:t xml:space="preserve"> </w:t>
      </w:r>
      <w:r w:rsidRPr="00351379">
        <w:rPr>
          <w:lang w:val="ru-RU"/>
        </w:rPr>
        <w:t>болуға</w:t>
      </w:r>
      <w:r w:rsidRPr="00351379">
        <w:t xml:space="preserve"> </w:t>
      </w:r>
      <w:proofErr w:type="spellStart"/>
      <w:r w:rsidRPr="00351379">
        <w:rPr>
          <w:lang w:val="ru-RU"/>
        </w:rPr>
        <w:t>тиіс</w:t>
      </w:r>
      <w:proofErr w:type="spellEnd"/>
      <w:r w:rsidRPr="00351379">
        <w:t>;</w:t>
      </w:r>
    </w:p>
    <w:p w:rsidR="00351379" w:rsidRPr="00351379" w:rsidRDefault="00351379" w:rsidP="00351379">
      <w:pPr>
        <w:pStyle w:val="a0"/>
        <w:ind w:left="397"/>
      </w:pPr>
      <w:r w:rsidRPr="00351379">
        <w:t xml:space="preserve">* </w:t>
      </w:r>
      <w:proofErr w:type="spellStart"/>
      <w:r w:rsidRPr="00351379">
        <w:rPr>
          <w:lang w:val="ru-RU"/>
        </w:rPr>
        <w:t>зерттеуді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тікелей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орындайтын</w:t>
      </w:r>
      <w:proofErr w:type="spellEnd"/>
      <w:r w:rsidRPr="00351379">
        <w:t xml:space="preserve"> </w:t>
      </w:r>
      <w:r w:rsidRPr="00351379">
        <w:rPr>
          <w:lang w:val="ru-RU"/>
        </w:rPr>
        <w:t>мамандардың</w:t>
      </w:r>
      <w:r w:rsidRPr="00351379">
        <w:t xml:space="preserve"> </w:t>
      </w:r>
      <w:proofErr w:type="spellStart"/>
      <w:r w:rsidRPr="00351379">
        <w:rPr>
          <w:lang w:val="ru-RU"/>
        </w:rPr>
        <w:t>бейіндік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білімі</w:t>
      </w:r>
      <w:proofErr w:type="spellEnd"/>
      <w:r w:rsidRPr="00351379">
        <w:t xml:space="preserve"> </w:t>
      </w:r>
      <w:r w:rsidRPr="00351379">
        <w:rPr>
          <w:lang w:val="ru-RU"/>
        </w:rPr>
        <w:t>және</w:t>
      </w:r>
      <w:r w:rsidRPr="00351379">
        <w:t xml:space="preserve"> </w:t>
      </w:r>
      <w:proofErr w:type="spellStart"/>
      <w:r w:rsidRPr="00351379">
        <w:rPr>
          <w:lang w:val="ru-RU"/>
        </w:rPr>
        <w:t>тиісті</w:t>
      </w:r>
      <w:proofErr w:type="spellEnd"/>
      <w:r w:rsidRPr="00351379">
        <w:t xml:space="preserve"> </w:t>
      </w:r>
      <w:r w:rsidRPr="00351379">
        <w:rPr>
          <w:lang w:val="ru-RU"/>
        </w:rPr>
        <w:t>бағыттар</w:t>
      </w:r>
      <w:r w:rsidRPr="00351379">
        <w:t xml:space="preserve"> </w:t>
      </w:r>
      <w:proofErr w:type="spellStart"/>
      <w:r w:rsidRPr="00351379">
        <w:rPr>
          <w:lang w:val="ru-RU"/>
        </w:rPr>
        <w:t>бойынша</w:t>
      </w:r>
      <w:proofErr w:type="spellEnd"/>
      <w:r w:rsidRPr="00351379">
        <w:t xml:space="preserve"> </w:t>
      </w:r>
      <w:r w:rsidRPr="00351379">
        <w:rPr>
          <w:lang w:val="ru-RU"/>
        </w:rPr>
        <w:t>расталған</w:t>
      </w:r>
      <w:r w:rsidRPr="00351379">
        <w:t xml:space="preserve"> </w:t>
      </w:r>
      <w:r w:rsidRPr="00351379">
        <w:rPr>
          <w:lang w:val="ru-RU"/>
        </w:rPr>
        <w:t>құзыреттілігі</w:t>
      </w:r>
      <w:r w:rsidRPr="00351379">
        <w:t xml:space="preserve"> </w:t>
      </w:r>
      <w:proofErr w:type="spellStart"/>
      <w:r w:rsidRPr="00351379">
        <w:rPr>
          <w:lang w:val="ru-RU"/>
        </w:rPr>
        <w:t>болуы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тиіс</w:t>
      </w:r>
      <w:proofErr w:type="spellEnd"/>
      <w:r w:rsidRPr="00351379">
        <w:t>;</w:t>
      </w:r>
    </w:p>
    <w:p w:rsidR="00351379" w:rsidRPr="00351379" w:rsidRDefault="00351379" w:rsidP="00351379">
      <w:pPr>
        <w:pStyle w:val="a0"/>
        <w:ind w:left="397"/>
      </w:pPr>
      <w:r w:rsidRPr="00351379">
        <w:t xml:space="preserve">* </w:t>
      </w:r>
      <w:proofErr w:type="spellStart"/>
      <w:r w:rsidRPr="00351379">
        <w:rPr>
          <w:lang w:val="ru-RU"/>
        </w:rPr>
        <w:t>Орындаушы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зерттелген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материалдар</w:t>
      </w:r>
      <w:proofErr w:type="spellEnd"/>
      <w:r w:rsidRPr="00351379">
        <w:t xml:space="preserve"> </w:t>
      </w:r>
      <w:r w:rsidRPr="00351379">
        <w:rPr>
          <w:lang w:val="ru-RU"/>
        </w:rPr>
        <w:t>мен</w:t>
      </w:r>
      <w:r w:rsidRPr="00351379">
        <w:t xml:space="preserve"> </w:t>
      </w:r>
      <w:r w:rsidRPr="00351379">
        <w:rPr>
          <w:lang w:val="ru-RU"/>
        </w:rPr>
        <w:t>нақты</w:t>
      </w:r>
      <w:r w:rsidRPr="00351379">
        <w:t xml:space="preserve"> </w:t>
      </w:r>
      <w:proofErr w:type="spellStart"/>
      <w:r w:rsidRPr="00351379">
        <w:rPr>
          <w:lang w:val="ru-RU"/>
        </w:rPr>
        <w:t>зерттелген</w:t>
      </w:r>
      <w:proofErr w:type="spellEnd"/>
      <w:r w:rsidRPr="00351379">
        <w:t xml:space="preserve"> </w:t>
      </w:r>
      <w:r w:rsidRPr="00351379">
        <w:rPr>
          <w:lang w:val="ru-RU"/>
        </w:rPr>
        <w:t>объект</w:t>
      </w:r>
      <w:r w:rsidRPr="00351379">
        <w:t xml:space="preserve"> </w:t>
      </w:r>
      <w:proofErr w:type="spellStart"/>
      <w:r w:rsidRPr="00351379">
        <w:rPr>
          <w:lang w:val="ru-RU"/>
        </w:rPr>
        <w:t>шегінде</w:t>
      </w:r>
      <w:proofErr w:type="spellEnd"/>
      <w:r w:rsidRPr="00351379">
        <w:t xml:space="preserve"> </w:t>
      </w:r>
      <w:r w:rsidRPr="00351379">
        <w:rPr>
          <w:lang w:val="ru-RU"/>
        </w:rPr>
        <w:t>есептеулердің</w:t>
      </w:r>
      <w:r w:rsidRPr="00351379">
        <w:t xml:space="preserve"> </w:t>
      </w:r>
      <w:proofErr w:type="spellStart"/>
      <w:r w:rsidRPr="00351379">
        <w:rPr>
          <w:lang w:val="ru-RU"/>
        </w:rPr>
        <w:t>негізділігіне</w:t>
      </w:r>
      <w:proofErr w:type="spellEnd"/>
      <w:r w:rsidRPr="00351379">
        <w:t xml:space="preserve">, </w:t>
      </w:r>
      <w:r w:rsidRPr="00351379">
        <w:rPr>
          <w:lang w:val="ru-RU"/>
        </w:rPr>
        <w:t>өлшеулер</w:t>
      </w:r>
      <w:r w:rsidRPr="00351379">
        <w:t xml:space="preserve"> </w:t>
      </w:r>
      <w:r w:rsidRPr="00351379">
        <w:rPr>
          <w:lang w:val="ru-RU"/>
        </w:rPr>
        <w:t>мен</w:t>
      </w:r>
      <w:r w:rsidRPr="00351379">
        <w:t xml:space="preserve"> </w:t>
      </w:r>
      <w:r w:rsidRPr="00351379">
        <w:rPr>
          <w:lang w:val="ru-RU"/>
        </w:rPr>
        <w:t>қорытындылар</w:t>
      </w:r>
      <w:r w:rsidRPr="00351379">
        <w:t xml:space="preserve"> </w:t>
      </w:r>
      <w:r w:rsidRPr="00351379">
        <w:rPr>
          <w:lang w:val="ru-RU"/>
        </w:rPr>
        <w:t>нәтижелерінің</w:t>
      </w:r>
      <w:r w:rsidRPr="00351379">
        <w:t xml:space="preserve"> </w:t>
      </w:r>
      <w:r w:rsidRPr="00351379">
        <w:rPr>
          <w:lang w:val="ru-RU"/>
        </w:rPr>
        <w:t>дұрыстығына</w:t>
      </w:r>
      <w:r w:rsidRPr="00351379">
        <w:t xml:space="preserve"> </w:t>
      </w:r>
      <w:proofErr w:type="spellStart"/>
      <w:r w:rsidRPr="00351379">
        <w:rPr>
          <w:lang w:val="ru-RU"/>
        </w:rPr>
        <w:t>жауапты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болады</w:t>
      </w:r>
      <w:proofErr w:type="spellEnd"/>
      <w:r w:rsidRPr="00351379">
        <w:t>;</w:t>
      </w:r>
    </w:p>
    <w:p w:rsidR="00351379" w:rsidRPr="00351379" w:rsidRDefault="00351379" w:rsidP="00351379">
      <w:pPr>
        <w:pStyle w:val="a0"/>
        <w:ind w:left="397"/>
      </w:pPr>
      <w:r w:rsidRPr="00351379">
        <w:t xml:space="preserve">* </w:t>
      </w:r>
      <w:proofErr w:type="spellStart"/>
      <w:proofErr w:type="gramStart"/>
      <w:r w:rsidRPr="00351379">
        <w:rPr>
          <w:lang w:val="ru-RU"/>
        </w:rPr>
        <w:t>зертхананы</w:t>
      </w:r>
      <w:proofErr w:type="spellEnd"/>
      <w:proofErr w:type="gramEnd"/>
      <w:r w:rsidRPr="00351379">
        <w:t xml:space="preserve"> </w:t>
      </w:r>
      <w:proofErr w:type="spellStart"/>
      <w:r w:rsidRPr="00351379">
        <w:rPr>
          <w:lang w:val="ru-RU"/>
        </w:rPr>
        <w:t>немесе</w:t>
      </w:r>
      <w:proofErr w:type="spellEnd"/>
      <w:r w:rsidRPr="00351379">
        <w:t xml:space="preserve"> </w:t>
      </w:r>
      <w:r w:rsidRPr="00351379">
        <w:rPr>
          <w:lang w:val="ru-RU"/>
        </w:rPr>
        <w:t>мамандандырылған</w:t>
      </w:r>
      <w:r w:rsidRPr="00351379">
        <w:t xml:space="preserve"> </w:t>
      </w:r>
      <w:r w:rsidRPr="00351379">
        <w:rPr>
          <w:lang w:val="ru-RU"/>
        </w:rPr>
        <w:t>ұйымды</w:t>
      </w:r>
      <w:r w:rsidRPr="00351379">
        <w:t xml:space="preserve"> </w:t>
      </w:r>
      <w:proofErr w:type="spellStart"/>
      <w:r w:rsidRPr="00351379">
        <w:rPr>
          <w:lang w:val="ru-RU"/>
        </w:rPr>
        <w:t>тарту</w:t>
      </w:r>
      <w:proofErr w:type="spellEnd"/>
      <w:r w:rsidRPr="00351379">
        <w:t xml:space="preserve"> </w:t>
      </w:r>
      <w:r w:rsidRPr="00351379">
        <w:rPr>
          <w:lang w:val="ru-RU"/>
        </w:rPr>
        <w:t>қажет</w:t>
      </w:r>
      <w:r w:rsidRPr="00351379">
        <w:t xml:space="preserve"> </w:t>
      </w:r>
      <w:r w:rsidRPr="00351379">
        <w:rPr>
          <w:lang w:val="ru-RU"/>
        </w:rPr>
        <w:t>болған</w:t>
      </w:r>
      <w:r w:rsidRPr="00351379">
        <w:t xml:space="preserve"> </w:t>
      </w:r>
      <w:r w:rsidRPr="00351379">
        <w:rPr>
          <w:lang w:val="ru-RU"/>
        </w:rPr>
        <w:t>жағдайда</w:t>
      </w:r>
      <w:r w:rsidRPr="00351379">
        <w:t xml:space="preserve"> </w:t>
      </w:r>
      <w:proofErr w:type="spellStart"/>
      <w:r w:rsidRPr="00351379">
        <w:rPr>
          <w:lang w:val="ru-RU"/>
        </w:rPr>
        <w:t>Орындаушы</w:t>
      </w:r>
      <w:proofErr w:type="spellEnd"/>
      <w:r w:rsidRPr="00351379">
        <w:t xml:space="preserve"> </w:t>
      </w:r>
      <w:r w:rsidRPr="00351379">
        <w:rPr>
          <w:lang w:val="ru-RU"/>
        </w:rPr>
        <w:t>тартылған</w:t>
      </w:r>
      <w:r w:rsidRPr="00351379">
        <w:t xml:space="preserve"> </w:t>
      </w:r>
      <w:r w:rsidRPr="00351379">
        <w:rPr>
          <w:lang w:val="ru-RU"/>
        </w:rPr>
        <w:t>мамандардың</w:t>
      </w:r>
      <w:r w:rsidRPr="00351379">
        <w:t>/</w:t>
      </w:r>
      <w:r w:rsidRPr="00351379">
        <w:rPr>
          <w:lang w:val="ru-RU"/>
        </w:rPr>
        <w:t>ұйымдардың</w:t>
      </w:r>
      <w:r w:rsidRPr="00351379">
        <w:t xml:space="preserve"> </w:t>
      </w:r>
      <w:r w:rsidRPr="00351379">
        <w:rPr>
          <w:lang w:val="ru-RU"/>
        </w:rPr>
        <w:t>құзыреттілігін</w:t>
      </w:r>
      <w:r w:rsidRPr="00351379">
        <w:t xml:space="preserve"> </w:t>
      </w:r>
      <w:r w:rsidRPr="00351379">
        <w:rPr>
          <w:lang w:val="ru-RU"/>
        </w:rPr>
        <w:t>құжаттамалық</w:t>
      </w:r>
      <w:r w:rsidRPr="00351379">
        <w:t xml:space="preserve"> </w:t>
      </w:r>
      <w:proofErr w:type="spellStart"/>
      <w:r w:rsidRPr="00351379">
        <w:rPr>
          <w:lang w:val="ru-RU"/>
        </w:rPr>
        <w:t>растауды</w:t>
      </w:r>
      <w:proofErr w:type="spellEnd"/>
      <w:r w:rsidRPr="00351379">
        <w:t xml:space="preserve"> </w:t>
      </w:r>
      <w:r w:rsidRPr="00351379">
        <w:rPr>
          <w:lang w:val="ru-RU"/>
        </w:rPr>
        <w:t>қамтамасыз</w:t>
      </w:r>
      <w:r w:rsidRPr="00351379">
        <w:t xml:space="preserve"> </w:t>
      </w:r>
      <w:proofErr w:type="spellStart"/>
      <w:r w:rsidRPr="00351379">
        <w:rPr>
          <w:lang w:val="ru-RU"/>
        </w:rPr>
        <w:t>етеді</w:t>
      </w:r>
      <w:proofErr w:type="spellEnd"/>
      <w:r w:rsidRPr="00351379">
        <w:t>.</w:t>
      </w:r>
    </w:p>
    <w:p w:rsidR="00351379" w:rsidRPr="00351379" w:rsidRDefault="00351379" w:rsidP="00351379">
      <w:pPr>
        <w:spacing w:after="60"/>
        <w:jc w:val="both"/>
        <w:rPr>
          <w:b/>
        </w:rPr>
      </w:pPr>
      <w:proofErr w:type="gramStart"/>
      <w:r w:rsidRPr="00351379">
        <w:rPr>
          <w:b/>
          <w:lang w:val="ru-RU"/>
        </w:rPr>
        <w:t>Орындаушы</w:t>
      </w:r>
      <w:proofErr w:type="gramEnd"/>
      <w:r w:rsidRPr="00351379">
        <w:rPr>
          <w:b/>
          <w:lang w:val="ru-RU"/>
        </w:rPr>
        <w:t>ға</w:t>
      </w:r>
      <w:r w:rsidRPr="00351379">
        <w:rPr>
          <w:b/>
        </w:rPr>
        <w:t xml:space="preserve"> </w:t>
      </w:r>
      <w:r w:rsidRPr="00351379">
        <w:rPr>
          <w:b/>
          <w:lang w:val="ru-RU"/>
        </w:rPr>
        <w:t>қойылатын</w:t>
      </w:r>
      <w:r w:rsidRPr="00351379">
        <w:rPr>
          <w:b/>
        </w:rPr>
        <w:t xml:space="preserve"> </w:t>
      </w:r>
      <w:r w:rsidRPr="00351379">
        <w:rPr>
          <w:b/>
          <w:lang w:val="ru-RU"/>
        </w:rPr>
        <w:t>қосымша</w:t>
      </w:r>
      <w:r w:rsidRPr="00351379">
        <w:rPr>
          <w:b/>
        </w:rPr>
        <w:t xml:space="preserve"> </w:t>
      </w:r>
      <w:proofErr w:type="spellStart"/>
      <w:r w:rsidRPr="00351379">
        <w:rPr>
          <w:b/>
          <w:lang w:val="ru-RU"/>
        </w:rPr>
        <w:t>талаптар</w:t>
      </w:r>
      <w:proofErr w:type="spellEnd"/>
    </w:p>
    <w:p w:rsidR="00351379" w:rsidRPr="00351379" w:rsidRDefault="00351379" w:rsidP="00351379">
      <w:pPr>
        <w:spacing w:after="60"/>
        <w:jc w:val="both"/>
      </w:pPr>
      <w:proofErr w:type="gramStart"/>
      <w:r w:rsidRPr="00351379">
        <w:t xml:space="preserve">• </w:t>
      </w:r>
      <w:proofErr w:type="spellStart"/>
      <w:r w:rsidRPr="00351379">
        <w:rPr>
          <w:lang w:val="ru-RU"/>
        </w:rPr>
        <w:t>Орындаушы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шарт</w:t>
      </w:r>
      <w:proofErr w:type="spellEnd"/>
      <w:r w:rsidRPr="00351379">
        <w:t xml:space="preserve"> </w:t>
      </w:r>
      <w:r w:rsidRPr="00351379">
        <w:rPr>
          <w:lang w:val="ru-RU"/>
        </w:rPr>
        <w:t>жасалғанға</w:t>
      </w:r>
      <w:r w:rsidRPr="00351379">
        <w:t xml:space="preserve"> </w:t>
      </w:r>
      <w:proofErr w:type="spellStart"/>
      <w:r w:rsidRPr="00351379">
        <w:rPr>
          <w:lang w:val="ru-RU"/>
        </w:rPr>
        <w:t>дейін</w:t>
      </w:r>
      <w:proofErr w:type="spellEnd"/>
      <w:r w:rsidRPr="00351379">
        <w:t xml:space="preserve"> </w:t>
      </w:r>
      <w:r w:rsidRPr="00351379">
        <w:rPr>
          <w:lang w:val="ru-RU"/>
        </w:rPr>
        <w:t>Қазақстан</w:t>
      </w:r>
      <w:r w:rsidRPr="00351379">
        <w:t xml:space="preserve"> </w:t>
      </w:r>
      <w:r w:rsidRPr="00351379">
        <w:rPr>
          <w:lang w:val="ru-RU"/>
        </w:rPr>
        <w:t>Республикасының</w:t>
      </w:r>
      <w:r w:rsidRPr="00351379">
        <w:t xml:space="preserve"> </w:t>
      </w:r>
      <w:r w:rsidRPr="00351379">
        <w:rPr>
          <w:lang w:val="ru-RU"/>
        </w:rPr>
        <w:t>заңнамасында</w:t>
      </w:r>
      <w:r w:rsidRPr="00351379">
        <w:t xml:space="preserve"> </w:t>
      </w:r>
      <w:r w:rsidRPr="00351379">
        <w:rPr>
          <w:lang w:val="ru-RU"/>
        </w:rPr>
        <w:t>көзделген</w:t>
      </w:r>
      <w:r w:rsidRPr="00351379">
        <w:t xml:space="preserve"> </w:t>
      </w:r>
      <w:proofErr w:type="spellStart"/>
      <w:r w:rsidRPr="00351379">
        <w:rPr>
          <w:lang w:val="ru-RU"/>
        </w:rPr>
        <w:t>мамандану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бойынша</w:t>
      </w:r>
      <w:proofErr w:type="spellEnd"/>
      <w:r w:rsidRPr="00351379">
        <w:t xml:space="preserve"> </w:t>
      </w:r>
      <w:r w:rsidRPr="00351379">
        <w:rPr>
          <w:lang w:val="ru-RU"/>
        </w:rPr>
        <w:t>сот</w:t>
      </w:r>
      <w:r w:rsidRPr="00351379">
        <w:t>-</w:t>
      </w:r>
      <w:r w:rsidRPr="00351379">
        <w:rPr>
          <w:lang w:val="ru-RU"/>
        </w:rPr>
        <w:t>құрылыс</w:t>
      </w:r>
      <w:r w:rsidRPr="00351379">
        <w:t xml:space="preserve"> </w:t>
      </w:r>
      <w:r w:rsidRPr="00351379">
        <w:rPr>
          <w:lang w:val="ru-RU"/>
        </w:rPr>
        <w:t>сарапшысының</w:t>
      </w:r>
      <w:r w:rsidRPr="00351379">
        <w:t xml:space="preserve"> </w:t>
      </w:r>
      <w:r w:rsidRPr="00351379">
        <w:rPr>
          <w:lang w:val="ru-RU"/>
        </w:rPr>
        <w:t>лицензиясының</w:t>
      </w:r>
      <w:r w:rsidRPr="00351379">
        <w:t xml:space="preserve"> </w:t>
      </w:r>
      <w:proofErr w:type="spellStart"/>
      <w:r w:rsidRPr="00351379">
        <w:rPr>
          <w:lang w:val="ru-RU"/>
        </w:rPr>
        <w:t>болуын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растайтын</w:t>
      </w:r>
      <w:proofErr w:type="spellEnd"/>
      <w:r w:rsidRPr="00351379">
        <w:t xml:space="preserve"> </w:t>
      </w:r>
      <w:r w:rsidRPr="00351379">
        <w:rPr>
          <w:lang w:val="ru-RU"/>
        </w:rPr>
        <w:t>құжаттарды</w:t>
      </w:r>
      <w:r w:rsidRPr="00351379">
        <w:t xml:space="preserve"> </w:t>
      </w:r>
      <w:r w:rsidRPr="00351379">
        <w:rPr>
          <w:lang w:val="ru-RU"/>
        </w:rPr>
        <w:t>ұсынуға</w:t>
      </w:r>
      <w:r w:rsidRPr="00351379">
        <w:t xml:space="preserve"> </w:t>
      </w:r>
      <w:proofErr w:type="spellStart"/>
      <w:r w:rsidRPr="00351379">
        <w:rPr>
          <w:lang w:val="ru-RU"/>
        </w:rPr>
        <w:t>міндетті</w:t>
      </w:r>
      <w:proofErr w:type="spellEnd"/>
      <w:r w:rsidRPr="00351379">
        <w:t xml:space="preserve"> 11.1.</w:t>
      </w:r>
      <w:proofErr w:type="gramEnd"/>
      <w:r w:rsidRPr="00351379">
        <w:t xml:space="preserve"> </w:t>
      </w:r>
      <w:proofErr w:type="gramStart"/>
      <w:r w:rsidRPr="00351379">
        <w:rPr>
          <w:lang w:val="ru-RU"/>
        </w:rPr>
        <w:t>ж</w:t>
      </w:r>
      <w:proofErr w:type="gramEnd"/>
      <w:r w:rsidRPr="00351379">
        <w:rPr>
          <w:lang w:val="ru-RU"/>
        </w:rPr>
        <w:t>әне</w:t>
      </w:r>
      <w:r w:rsidRPr="00351379">
        <w:t xml:space="preserve"> 11.2.</w:t>
      </w:r>
    </w:p>
    <w:p w:rsidR="00351379" w:rsidRPr="00351379" w:rsidRDefault="00351379" w:rsidP="00351379">
      <w:pPr>
        <w:spacing w:after="60"/>
        <w:jc w:val="both"/>
        <w:rPr>
          <w:lang w:val="ru-RU"/>
        </w:rPr>
      </w:pPr>
      <w:proofErr w:type="gramStart"/>
      <w:r w:rsidRPr="00351379">
        <w:t xml:space="preserve">* </w:t>
      </w:r>
      <w:r w:rsidRPr="00351379">
        <w:rPr>
          <w:lang w:val="ru-RU"/>
        </w:rPr>
        <w:t>Аспаптық</w:t>
      </w:r>
      <w:r w:rsidRPr="00351379">
        <w:t xml:space="preserve"> </w:t>
      </w:r>
      <w:proofErr w:type="spellStart"/>
      <w:r w:rsidRPr="00351379">
        <w:rPr>
          <w:lang w:val="ru-RU"/>
        </w:rPr>
        <w:t>тексеруді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орындау</w:t>
      </w:r>
      <w:proofErr w:type="spellEnd"/>
      <w:r w:rsidRPr="00351379">
        <w:t xml:space="preserve"> </w:t>
      </w:r>
      <w:r w:rsidRPr="00351379">
        <w:rPr>
          <w:lang w:val="ru-RU"/>
        </w:rPr>
        <w:t>үшін</w:t>
      </w:r>
      <w:r w:rsidRPr="00351379">
        <w:t xml:space="preserve"> </w:t>
      </w:r>
      <w:r w:rsidRPr="00351379">
        <w:rPr>
          <w:lang w:val="ru-RU"/>
        </w:rPr>
        <w:t>Орындаушының</w:t>
      </w:r>
      <w:r w:rsidRPr="00351379">
        <w:t xml:space="preserve"> </w:t>
      </w:r>
      <w:r w:rsidRPr="00351379">
        <w:rPr>
          <w:lang w:val="ru-RU"/>
        </w:rPr>
        <w:t>осы</w:t>
      </w:r>
      <w:r w:rsidRPr="00351379">
        <w:t xml:space="preserve"> </w:t>
      </w:r>
      <w:r w:rsidRPr="00351379">
        <w:rPr>
          <w:lang w:val="ru-RU"/>
        </w:rPr>
        <w:t>техникалық</w:t>
      </w:r>
      <w:r w:rsidRPr="00351379">
        <w:t xml:space="preserve"> </w:t>
      </w:r>
      <w:proofErr w:type="spellStart"/>
      <w:r w:rsidRPr="00351379">
        <w:rPr>
          <w:lang w:val="ru-RU"/>
        </w:rPr>
        <w:t>ерекшелікте</w:t>
      </w:r>
      <w:proofErr w:type="spellEnd"/>
      <w:r w:rsidRPr="00351379">
        <w:t xml:space="preserve"> </w:t>
      </w:r>
      <w:r w:rsidRPr="00351379">
        <w:rPr>
          <w:lang w:val="ru-RU"/>
        </w:rPr>
        <w:t>көзделген</w:t>
      </w:r>
      <w:r w:rsidRPr="00351379">
        <w:t xml:space="preserve"> </w:t>
      </w:r>
      <w:proofErr w:type="spellStart"/>
      <w:r w:rsidRPr="00351379">
        <w:rPr>
          <w:lang w:val="ru-RU"/>
        </w:rPr>
        <w:t>зерттеулерді</w:t>
      </w:r>
      <w:proofErr w:type="spellEnd"/>
      <w:r w:rsidRPr="00351379">
        <w:t xml:space="preserve"> </w:t>
      </w:r>
      <w:r w:rsidRPr="00351379">
        <w:rPr>
          <w:lang w:val="ru-RU"/>
        </w:rPr>
        <w:t>орындауға</w:t>
      </w:r>
      <w:r w:rsidRPr="00351379">
        <w:t xml:space="preserve"> </w:t>
      </w:r>
      <w:r w:rsidRPr="00351379">
        <w:rPr>
          <w:lang w:val="ru-RU"/>
        </w:rPr>
        <w:t>мүмкіндік</w:t>
      </w:r>
      <w:r w:rsidRPr="00351379">
        <w:t xml:space="preserve"> </w:t>
      </w:r>
      <w:proofErr w:type="spellStart"/>
      <w:r w:rsidRPr="00351379">
        <w:rPr>
          <w:lang w:val="ru-RU"/>
        </w:rPr>
        <w:t>беретін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сенім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білдірілген</w:t>
      </w:r>
      <w:proofErr w:type="spellEnd"/>
      <w:r w:rsidRPr="00351379">
        <w:t xml:space="preserve"> </w:t>
      </w:r>
      <w:r w:rsidRPr="00351379">
        <w:rPr>
          <w:lang w:val="ru-RU"/>
        </w:rPr>
        <w:t>өкілдің</w:t>
      </w:r>
      <w:r w:rsidRPr="00351379">
        <w:t>/</w:t>
      </w:r>
      <w:proofErr w:type="spellStart"/>
      <w:r w:rsidRPr="00351379">
        <w:rPr>
          <w:lang w:val="ru-RU"/>
        </w:rPr>
        <w:t>калибрленген</w:t>
      </w:r>
      <w:proofErr w:type="spellEnd"/>
      <w:r w:rsidRPr="00351379">
        <w:t xml:space="preserve"> </w:t>
      </w:r>
      <w:r w:rsidRPr="00351379">
        <w:rPr>
          <w:lang w:val="ru-RU"/>
        </w:rPr>
        <w:t>жабдықтар</w:t>
      </w:r>
      <w:r w:rsidRPr="00351379">
        <w:t xml:space="preserve"> </w:t>
      </w:r>
      <w:r w:rsidRPr="00351379">
        <w:rPr>
          <w:lang w:val="ru-RU"/>
        </w:rPr>
        <w:t>мен</w:t>
      </w:r>
      <w:r w:rsidRPr="00351379">
        <w:t xml:space="preserve"> </w:t>
      </w:r>
      <w:r w:rsidRPr="00351379">
        <w:rPr>
          <w:lang w:val="ru-RU"/>
        </w:rPr>
        <w:t>аспаптардың</w:t>
      </w:r>
      <w:r w:rsidRPr="00351379">
        <w:t xml:space="preserve"> </w:t>
      </w:r>
      <w:proofErr w:type="spellStart"/>
      <w:r w:rsidRPr="00351379">
        <w:rPr>
          <w:lang w:val="ru-RU"/>
        </w:rPr>
        <w:t>жеке</w:t>
      </w:r>
      <w:proofErr w:type="spellEnd"/>
      <w:r w:rsidRPr="00351379">
        <w:t xml:space="preserve"> </w:t>
      </w:r>
      <w:r w:rsidRPr="00351379">
        <w:rPr>
          <w:lang w:val="ru-RU"/>
        </w:rPr>
        <w:t>не</w:t>
      </w:r>
      <w:r w:rsidRPr="00351379">
        <w:t xml:space="preserve"> </w:t>
      </w:r>
      <w:r w:rsidRPr="00351379">
        <w:rPr>
          <w:lang w:val="ru-RU"/>
        </w:rPr>
        <w:t>өзге</w:t>
      </w:r>
      <w:r w:rsidRPr="00351379">
        <w:t xml:space="preserve"> </w:t>
      </w:r>
      <w:r w:rsidRPr="00351379">
        <w:rPr>
          <w:lang w:val="ru-RU"/>
        </w:rPr>
        <w:t>заңды</w:t>
      </w:r>
      <w:r w:rsidRPr="00351379">
        <w:t xml:space="preserve"> </w:t>
      </w:r>
      <w:proofErr w:type="spellStart"/>
      <w:r w:rsidRPr="00351379">
        <w:rPr>
          <w:lang w:val="ru-RU"/>
        </w:rPr>
        <w:t>негізде</w:t>
      </w:r>
      <w:proofErr w:type="spellEnd"/>
      <w:r w:rsidRPr="00351379">
        <w:t xml:space="preserve"> </w:t>
      </w:r>
      <w:r w:rsidRPr="00351379">
        <w:rPr>
          <w:lang w:val="ru-RU"/>
        </w:rPr>
        <w:t>тұрған</w:t>
      </w:r>
      <w:r w:rsidRPr="00351379">
        <w:t xml:space="preserve"> </w:t>
      </w:r>
      <w:r w:rsidRPr="00351379">
        <w:rPr>
          <w:lang w:val="ru-RU"/>
        </w:rPr>
        <w:t>жиынтығы</w:t>
      </w:r>
      <w:r w:rsidRPr="00351379">
        <w:t xml:space="preserve"> </w:t>
      </w:r>
      <w:proofErr w:type="spellStart"/>
      <w:r w:rsidRPr="00351379">
        <w:rPr>
          <w:lang w:val="ru-RU"/>
        </w:rPr>
        <w:t>болуы</w:t>
      </w:r>
      <w:proofErr w:type="spellEnd"/>
      <w:r w:rsidRPr="00351379">
        <w:t xml:space="preserve"> </w:t>
      </w:r>
      <w:proofErr w:type="spellStart"/>
      <w:r w:rsidRPr="00351379">
        <w:rPr>
          <w:lang w:val="ru-RU"/>
        </w:rPr>
        <w:t>тиіс</w:t>
      </w:r>
      <w:proofErr w:type="spellEnd"/>
      <w:r w:rsidRPr="00351379">
        <w:t>.</w:t>
      </w:r>
      <w:proofErr w:type="gramEnd"/>
      <w:r w:rsidRPr="00351379">
        <w:t xml:space="preserve"> </w:t>
      </w:r>
      <w:r w:rsidRPr="00351379">
        <w:rPr>
          <w:lang w:val="ru-RU"/>
        </w:rPr>
        <w:t xml:space="preserve">Жабдықтың </w:t>
      </w:r>
      <w:proofErr w:type="spellStart"/>
      <w:r w:rsidRPr="00351379">
        <w:rPr>
          <w:lang w:val="ru-RU"/>
        </w:rPr>
        <w:t>болуы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шарттармен</w:t>
      </w:r>
      <w:proofErr w:type="spellEnd"/>
      <w:r w:rsidRPr="00351379">
        <w:rPr>
          <w:lang w:val="ru-RU"/>
        </w:rPr>
        <w:t xml:space="preserve">, </w:t>
      </w:r>
      <w:proofErr w:type="spellStart"/>
      <w:r w:rsidRPr="00351379">
        <w:rPr>
          <w:lang w:val="ru-RU"/>
        </w:rPr>
        <w:t>шот-фактуралармен</w:t>
      </w:r>
      <w:proofErr w:type="spellEnd"/>
      <w:r w:rsidRPr="00351379">
        <w:rPr>
          <w:lang w:val="ru-RU"/>
        </w:rPr>
        <w:t xml:space="preserve">, жүкқұжаттармен, </w:t>
      </w:r>
      <w:proofErr w:type="spellStart"/>
      <w:r w:rsidRPr="00351379">
        <w:rPr>
          <w:lang w:val="ru-RU"/>
        </w:rPr>
        <w:t>паспорттармен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немесе</w:t>
      </w:r>
      <w:proofErr w:type="spellEnd"/>
      <w:r w:rsidRPr="00351379">
        <w:rPr>
          <w:lang w:val="ru-RU"/>
        </w:rPr>
        <w:t xml:space="preserve"> өзге де </w:t>
      </w:r>
      <w:proofErr w:type="spellStart"/>
      <w:r w:rsidRPr="00351379">
        <w:rPr>
          <w:lang w:val="ru-RU"/>
        </w:rPr>
        <w:t>растайтын</w:t>
      </w:r>
      <w:proofErr w:type="spellEnd"/>
      <w:r w:rsidRPr="00351379">
        <w:rPr>
          <w:lang w:val="ru-RU"/>
        </w:rPr>
        <w:t xml:space="preserve"> құжаттармен </w:t>
      </w:r>
      <w:proofErr w:type="spellStart"/>
      <w:r w:rsidRPr="00351379">
        <w:rPr>
          <w:lang w:val="ru-RU"/>
        </w:rPr>
        <w:t>расталады</w:t>
      </w:r>
      <w:proofErr w:type="spellEnd"/>
      <w:r w:rsidRPr="00351379">
        <w:rPr>
          <w:lang w:val="ru-RU"/>
        </w:rPr>
        <w:t>.</w:t>
      </w:r>
    </w:p>
    <w:p w:rsidR="00351379" w:rsidRPr="00463BDC" w:rsidRDefault="00351379" w:rsidP="00351379">
      <w:pPr>
        <w:spacing w:after="60"/>
        <w:jc w:val="both"/>
        <w:rPr>
          <w:lang w:val="ru-RU"/>
        </w:rPr>
      </w:pPr>
      <w:r w:rsidRPr="00351379">
        <w:rPr>
          <w:lang w:val="ru-RU"/>
        </w:rPr>
        <w:t xml:space="preserve">* Құрылыс-техникалық және құрылыс-Экономикалық </w:t>
      </w:r>
      <w:proofErr w:type="spellStart"/>
      <w:r w:rsidRPr="00351379">
        <w:rPr>
          <w:lang w:val="ru-RU"/>
        </w:rPr>
        <w:t>зерттеулерді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тікелей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орындайтын</w:t>
      </w:r>
      <w:proofErr w:type="spellEnd"/>
      <w:r w:rsidRPr="00351379">
        <w:rPr>
          <w:lang w:val="ru-RU"/>
        </w:rPr>
        <w:t xml:space="preserve"> маманның(лардың) </w:t>
      </w:r>
      <w:proofErr w:type="spellStart"/>
      <w:r w:rsidRPr="00351379">
        <w:rPr>
          <w:lang w:val="ru-RU"/>
        </w:rPr>
        <w:t>бейінді</w:t>
      </w:r>
      <w:proofErr w:type="spellEnd"/>
      <w:r w:rsidRPr="00351379">
        <w:rPr>
          <w:lang w:val="ru-RU"/>
        </w:rPr>
        <w:t xml:space="preserve"> жоғары </w:t>
      </w:r>
      <w:proofErr w:type="spellStart"/>
      <w:r w:rsidRPr="00351379">
        <w:rPr>
          <w:lang w:val="ru-RU"/>
        </w:rPr>
        <w:t>білімі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болуы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тиіс</w:t>
      </w:r>
      <w:proofErr w:type="spellEnd"/>
      <w:r w:rsidRPr="00351379">
        <w:rPr>
          <w:lang w:val="ru-RU"/>
        </w:rPr>
        <w:t xml:space="preserve">. Зерттеудің техникалық және экономикалық бөліктерін </w:t>
      </w:r>
      <w:proofErr w:type="spellStart"/>
      <w:r w:rsidRPr="00351379">
        <w:rPr>
          <w:lang w:val="ru-RU"/>
        </w:rPr>
        <w:t>орындау</w:t>
      </w:r>
      <w:proofErr w:type="spellEnd"/>
      <w:r w:rsidRPr="00351379">
        <w:rPr>
          <w:lang w:val="ru-RU"/>
        </w:rPr>
        <w:t xml:space="preserve"> үшін </w:t>
      </w:r>
      <w:proofErr w:type="spellStart"/>
      <w:r w:rsidRPr="00351379">
        <w:rPr>
          <w:lang w:val="ru-RU"/>
        </w:rPr>
        <w:t>Орындаушы</w:t>
      </w:r>
      <w:proofErr w:type="spellEnd"/>
      <w:r w:rsidRPr="00351379">
        <w:rPr>
          <w:lang w:val="ru-RU"/>
        </w:rPr>
        <w:t xml:space="preserve"> құрылыс </w:t>
      </w:r>
      <w:proofErr w:type="spellStart"/>
      <w:r w:rsidRPr="00351379">
        <w:rPr>
          <w:lang w:val="ru-RU"/>
        </w:rPr>
        <w:t>бейіні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бойынша</w:t>
      </w:r>
      <w:proofErr w:type="spellEnd"/>
      <w:r w:rsidRPr="00351379">
        <w:rPr>
          <w:lang w:val="ru-RU"/>
        </w:rPr>
        <w:t xml:space="preserve"> жоғары техникалық </w:t>
      </w:r>
      <w:proofErr w:type="spellStart"/>
      <w:r w:rsidRPr="00351379">
        <w:rPr>
          <w:lang w:val="ru-RU"/>
        </w:rPr>
        <w:t>білімі</w:t>
      </w:r>
      <w:proofErr w:type="spellEnd"/>
      <w:r w:rsidRPr="00351379">
        <w:rPr>
          <w:lang w:val="ru-RU"/>
        </w:rPr>
        <w:t xml:space="preserve"> және жоғары экономикалық </w:t>
      </w:r>
      <w:proofErr w:type="spellStart"/>
      <w:r w:rsidRPr="00351379">
        <w:rPr>
          <w:lang w:val="ru-RU"/>
        </w:rPr>
        <w:t>білімі</w:t>
      </w:r>
      <w:proofErr w:type="spellEnd"/>
      <w:r w:rsidRPr="00351379">
        <w:rPr>
          <w:lang w:val="ru-RU"/>
        </w:rPr>
        <w:t xml:space="preserve"> бар мамандардың </w:t>
      </w:r>
      <w:proofErr w:type="spellStart"/>
      <w:r w:rsidRPr="00351379">
        <w:rPr>
          <w:lang w:val="ru-RU"/>
        </w:rPr>
        <w:t>болуын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растауы</w:t>
      </w:r>
      <w:proofErr w:type="spellEnd"/>
      <w:r w:rsidRPr="00351379">
        <w:rPr>
          <w:lang w:val="ru-RU"/>
        </w:rPr>
        <w:t xml:space="preserve"> не </w:t>
      </w:r>
      <w:proofErr w:type="spellStart"/>
      <w:r w:rsidRPr="00351379">
        <w:rPr>
          <w:lang w:val="ru-RU"/>
        </w:rPr>
        <w:t>тиі</w:t>
      </w:r>
      <w:proofErr w:type="gramStart"/>
      <w:r w:rsidRPr="00351379">
        <w:rPr>
          <w:lang w:val="ru-RU"/>
        </w:rPr>
        <w:t>ст</w:t>
      </w:r>
      <w:proofErr w:type="gramEnd"/>
      <w:r w:rsidRPr="00351379">
        <w:rPr>
          <w:lang w:val="ru-RU"/>
        </w:rPr>
        <w:t>і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мамандарды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тартуы</w:t>
      </w:r>
      <w:proofErr w:type="spellEnd"/>
      <w:r w:rsidRPr="00351379">
        <w:rPr>
          <w:lang w:val="ru-RU"/>
        </w:rPr>
        <w:t xml:space="preserve"> </w:t>
      </w:r>
      <w:proofErr w:type="spellStart"/>
      <w:proofErr w:type="gramStart"/>
      <w:r w:rsidRPr="00351379">
        <w:rPr>
          <w:lang w:val="ru-RU"/>
        </w:rPr>
        <w:t>тиіс</w:t>
      </w:r>
      <w:proofErr w:type="spellEnd"/>
      <w:proofErr w:type="gramEnd"/>
      <w:r w:rsidRPr="00463BDC">
        <w:rPr>
          <w:lang w:val="ru-RU"/>
        </w:rPr>
        <w:t>.</w:t>
      </w:r>
    </w:p>
    <w:p w:rsidR="00351379" w:rsidRPr="00463BDC" w:rsidRDefault="00351379" w:rsidP="00351379">
      <w:pPr>
        <w:spacing w:before="160"/>
        <w:rPr>
          <w:lang w:val="ru-RU"/>
        </w:rPr>
      </w:pPr>
      <w:r w:rsidRPr="00463BDC">
        <w:rPr>
          <w:b/>
          <w:lang w:val="ru-RU"/>
        </w:rPr>
        <w:t xml:space="preserve">9. </w:t>
      </w:r>
      <w:r w:rsidRPr="00351379">
        <w:rPr>
          <w:b/>
          <w:lang w:val="ru-RU"/>
        </w:rPr>
        <w:t>Қызмет көрсету нәтижесі</w:t>
      </w:r>
    </w:p>
    <w:p w:rsidR="00351379" w:rsidRPr="00351379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 xml:space="preserve">Қызмет көрсету нәтижелері </w:t>
      </w:r>
      <w:proofErr w:type="spellStart"/>
      <w:r w:rsidRPr="00351379">
        <w:rPr>
          <w:lang w:val="ru-RU"/>
        </w:rPr>
        <w:t>бойынша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Орындаушы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Тапсырыс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берушіге</w:t>
      </w:r>
      <w:proofErr w:type="spellEnd"/>
      <w:r w:rsidRPr="00351379">
        <w:rPr>
          <w:lang w:val="ru-RU"/>
        </w:rPr>
        <w:t xml:space="preserve"> тігілген/қол қойылған түрде не ЭЦҚ </w:t>
      </w:r>
      <w:proofErr w:type="spellStart"/>
      <w:r w:rsidRPr="00351379">
        <w:rPr>
          <w:lang w:val="ru-RU"/>
        </w:rPr>
        <w:t>пайдалана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отырып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ресімделген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орыс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тілінде</w:t>
      </w:r>
      <w:proofErr w:type="spellEnd"/>
      <w:r w:rsidRPr="00351379">
        <w:rPr>
          <w:lang w:val="ru-RU"/>
        </w:rPr>
        <w:t xml:space="preserve"> (қажет болған жағдайда — қосымшалармен) қорытынды қорытындыны, сондай-ақ PDF форматындағы электрондық </w:t>
      </w:r>
      <w:proofErr w:type="gramStart"/>
      <w:r w:rsidRPr="00351379">
        <w:rPr>
          <w:lang w:val="ru-RU"/>
        </w:rPr>
        <w:t>н</w:t>
      </w:r>
      <w:proofErr w:type="gramEnd"/>
      <w:r w:rsidRPr="00351379">
        <w:rPr>
          <w:lang w:val="ru-RU"/>
        </w:rPr>
        <w:t xml:space="preserve">ұсқасын ұсынады. </w:t>
      </w:r>
      <w:proofErr w:type="spellStart"/>
      <w:r w:rsidRPr="00351379">
        <w:rPr>
          <w:lang w:val="ru-RU"/>
        </w:rPr>
        <w:t>Тапсырыс</w:t>
      </w:r>
      <w:proofErr w:type="spellEnd"/>
      <w:r w:rsidRPr="00351379">
        <w:rPr>
          <w:lang w:val="ru-RU"/>
        </w:rPr>
        <w:t xml:space="preserve"> берушінің </w:t>
      </w:r>
      <w:proofErr w:type="spellStart"/>
      <w:r w:rsidRPr="00351379">
        <w:rPr>
          <w:lang w:val="ru-RU"/>
        </w:rPr>
        <w:t>талабы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бойынша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есеп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айырысу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кестелері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редакцияланатын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форматта</w:t>
      </w:r>
      <w:proofErr w:type="spellEnd"/>
      <w:r w:rsidRPr="00351379">
        <w:rPr>
          <w:lang w:val="ru-RU"/>
        </w:rPr>
        <w:t xml:space="preserve"> да ұсынылады.</w:t>
      </w:r>
    </w:p>
    <w:p w:rsidR="00351379" w:rsidRPr="00351379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>Қорытындыда:</w:t>
      </w:r>
    </w:p>
    <w:p w:rsidR="00351379" w:rsidRPr="00351379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 xml:space="preserve">* Зерттеудің </w:t>
      </w:r>
      <w:proofErr w:type="spellStart"/>
      <w:r w:rsidRPr="00351379">
        <w:rPr>
          <w:lang w:val="ru-RU"/>
        </w:rPr>
        <w:t>негізі</w:t>
      </w:r>
      <w:proofErr w:type="spellEnd"/>
      <w:r w:rsidRPr="00351379">
        <w:rPr>
          <w:lang w:val="ru-RU"/>
        </w:rPr>
        <w:t xml:space="preserve">, мақсаты, </w:t>
      </w:r>
      <w:proofErr w:type="spellStart"/>
      <w:r w:rsidRPr="00351379">
        <w:rPr>
          <w:lang w:val="ru-RU"/>
        </w:rPr>
        <w:t>объекті</w:t>
      </w:r>
      <w:proofErr w:type="gramStart"/>
      <w:r w:rsidRPr="00351379">
        <w:rPr>
          <w:lang w:val="ru-RU"/>
        </w:rPr>
        <w:t>с</w:t>
      </w:r>
      <w:proofErr w:type="gramEnd"/>
      <w:r w:rsidRPr="00351379">
        <w:rPr>
          <w:lang w:val="ru-RU"/>
        </w:rPr>
        <w:t>і</w:t>
      </w:r>
      <w:proofErr w:type="spellEnd"/>
      <w:r w:rsidRPr="00351379">
        <w:rPr>
          <w:lang w:val="ru-RU"/>
        </w:rPr>
        <w:t xml:space="preserve"> және көлемі;</w:t>
      </w:r>
    </w:p>
    <w:p w:rsidR="00351379" w:rsidRPr="00351379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 xml:space="preserve">* қолданылатын құжаттаманың </w:t>
      </w:r>
      <w:proofErr w:type="spellStart"/>
      <w:r w:rsidRPr="00351379">
        <w:rPr>
          <w:lang w:val="ru-RU"/>
        </w:rPr>
        <w:t>тізбесі</w:t>
      </w:r>
      <w:proofErr w:type="spellEnd"/>
      <w:r w:rsidRPr="00351379">
        <w:rPr>
          <w:lang w:val="ru-RU"/>
        </w:rPr>
        <w:t>;</w:t>
      </w:r>
    </w:p>
    <w:p w:rsidR="00351379" w:rsidRPr="00351379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 xml:space="preserve">* қолданылған өлшеу әдістері мен құралдарының </w:t>
      </w:r>
      <w:proofErr w:type="spellStart"/>
      <w:r w:rsidRPr="00351379">
        <w:rPr>
          <w:lang w:val="ru-RU"/>
        </w:rPr>
        <w:t>сипаттамасы</w:t>
      </w:r>
      <w:proofErr w:type="spellEnd"/>
      <w:r w:rsidRPr="00351379">
        <w:rPr>
          <w:lang w:val="ru-RU"/>
        </w:rPr>
        <w:t>;</w:t>
      </w:r>
    </w:p>
    <w:p w:rsidR="00351379" w:rsidRPr="00351379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 xml:space="preserve">* </w:t>
      </w:r>
      <w:proofErr w:type="spellStart"/>
      <w:r w:rsidRPr="00351379">
        <w:rPr>
          <w:lang w:val="ru-RU"/>
        </w:rPr>
        <w:t>заттай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зерттеу</w:t>
      </w:r>
      <w:proofErr w:type="spellEnd"/>
      <w:r w:rsidRPr="00351379">
        <w:rPr>
          <w:lang w:val="ru-RU"/>
        </w:rPr>
        <w:t xml:space="preserve"> нәтижелерінің </w:t>
      </w:r>
      <w:proofErr w:type="spellStart"/>
      <w:r w:rsidRPr="00351379">
        <w:rPr>
          <w:lang w:val="ru-RU"/>
        </w:rPr>
        <w:t>сипаттамасы</w:t>
      </w:r>
      <w:proofErr w:type="spellEnd"/>
      <w:r w:rsidRPr="00351379">
        <w:rPr>
          <w:lang w:val="ru-RU"/>
        </w:rPr>
        <w:t>;</w:t>
      </w:r>
    </w:p>
    <w:p w:rsidR="00351379" w:rsidRPr="00351379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 xml:space="preserve">* </w:t>
      </w:r>
      <w:proofErr w:type="spellStart"/>
      <w:r w:rsidRPr="00351379">
        <w:rPr>
          <w:lang w:val="ru-RU"/>
        </w:rPr>
        <w:t>фотофиксация</w:t>
      </w:r>
      <w:proofErr w:type="spellEnd"/>
      <w:r w:rsidRPr="00351379">
        <w:rPr>
          <w:lang w:val="ru-RU"/>
        </w:rPr>
        <w:t>;</w:t>
      </w:r>
    </w:p>
    <w:p w:rsidR="00351379" w:rsidRPr="00351379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lastRenderedPageBreak/>
        <w:t xml:space="preserve">* "құжаттар </w:t>
      </w:r>
      <w:proofErr w:type="spellStart"/>
      <w:r w:rsidRPr="00351379">
        <w:rPr>
          <w:lang w:val="ru-RU"/>
        </w:rPr>
        <w:t>бойынша</w:t>
      </w:r>
      <w:proofErr w:type="spellEnd"/>
      <w:r w:rsidRPr="00351379">
        <w:rPr>
          <w:lang w:val="ru-RU"/>
        </w:rPr>
        <w:t xml:space="preserve"> / </w:t>
      </w:r>
      <w:proofErr w:type="spellStart"/>
      <w:r w:rsidRPr="00351379">
        <w:rPr>
          <w:lang w:val="ru-RU"/>
        </w:rPr>
        <w:t>іс</w:t>
      </w:r>
      <w:proofErr w:type="spellEnd"/>
      <w:r w:rsidRPr="00351379">
        <w:rPr>
          <w:lang w:val="ru-RU"/>
        </w:rPr>
        <w:t xml:space="preserve"> жүзінде</w:t>
      </w:r>
      <w:proofErr w:type="gramStart"/>
      <w:r w:rsidRPr="00351379">
        <w:rPr>
          <w:lang w:val="ru-RU"/>
        </w:rPr>
        <w:t>"с</w:t>
      </w:r>
      <w:proofErr w:type="gramEnd"/>
      <w:r w:rsidRPr="00351379">
        <w:rPr>
          <w:lang w:val="ru-RU"/>
        </w:rPr>
        <w:t xml:space="preserve">алыстырмалы </w:t>
      </w:r>
      <w:proofErr w:type="spellStart"/>
      <w:r w:rsidRPr="00351379">
        <w:rPr>
          <w:lang w:val="ru-RU"/>
        </w:rPr>
        <w:t>ведомостары</w:t>
      </w:r>
      <w:proofErr w:type="spellEnd"/>
      <w:r w:rsidRPr="00351379">
        <w:rPr>
          <w:lang w:val="ru-RU"/>
        </w:rPr>
        <w:t>;</w:t>
      </w:r>
    </w:p>
    <w:p w:rsidR="00351379" w:rsidRPr="00351379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 xml:space="preserve">* анықталған сәйкессіздіктердің құнын </w:t>
      </w:r>
      <w:proofErr w:type="spellStart"/>
      <w:r w:rsidRPr="00351379">
        <w:rPr>
          <w:lang w:val="ru-RU"/>
        </w:rPr>
        <w:t>есептеу</w:t>
      </w:r>
      <w:proofErr w:type="spellEnd"/>
      <w:r w:rsidRPr="00351379">
        <w:rPr>
          <w:lang w:val="ru-RU"/>
        </w:rPr>
        <w:t>;</w:t>
      </w:r>
    </w:p>
    <w:p w:rsidR="00351379" w:rsidRPr="00351379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>* қойылған сұрақ</w:t>
      </w:r>
      <w:proofErr w:type="gramStart"/>
      <w:r w:rsidRPr="00351379">
        <w:rPr>
          <w:lang w:val="ru-RU"/>
        </w:rPr>
        <w:t>тар</w:t>
      </w:r>
      <w:proofErr w:type="gramEnd"/>
      <w:r w:rsidRPr="00351379">
        <w:rPr>
          <w:lang w:val="ru-RU"/>
        </w:rPr>
        <w:t xml:space="preserve">ға </w:t>
      </w:r>
      <w:proofErr w:type="spellStart"/>
      <w:r w:rsidRPr="00351379">
        <w:rPr>
          <w:lang w:val="ru-RU"/>
        </w:rPr>
        <w:t>негізделген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жауаптар</w:t>
      </w:r>
      <w:proofErr w:type="spellEnd"/>
      <w:r w:rsidRPr="00351379">
        <w:rPr>
          <w:lang w:val="ru-RU"/>
        </w:rPr>
        <w:t>;</w:t>
      </w:r>
    </w:p>
    <w:p w:rsidR="00351379" w:rsidRPr="00776F31" w:rsidRDefault="00351379" w:rsidP="00351379">
      <w:pPr>
        <w:pStyle w:val="a0"/>
        <w:ind w:left="397"/>
        <w:rPr>
          <w:lang w:val="ru-RU"/>
        </w:rPr>
      </w:pPr>
      <w:r w:rsidRPr="00351379">
        <w:rPr>
          <w:lang w:val="ru-RU"/>
        </w:rPr>
        <w:t xml:space="preserve">* нәтижелерді </w:t>
      </w:r>
      <w:proofErr w:type="spellStart"/>
      <w:r w:rsidRPr="00351379">
        <w:rPr>
          <w:lang w:val="ru-RU"/>
        </w:rPr>
        <w:t>тексеру</w:t>
      </w:r>
      <w:proofErr w:type="spellEnd"/>
      <w:r w:rsidRPr="00351379">
        <w:rPr>
          <w:lang w:val="ru-RU"/>
        </w:rPr>
        <w:t xml:space="preserve"> үшін қажетті нәтижелер мен қосымшалар</w:t>
      </w:r>
      <w:r w:rsidRPr="00776F31">
        <w:rPr>
          <w:lang w:val="ru-RU"/>
        </w:rPr>
        <w:t>.</w:t>
      </w:r>
    </w:p>
    <w:p w:rsidR="00351379" w:rsidRPr="00776F31" w:rsidRDefault="00351379" w:rsidP="00351379">
      <w:pPr>
        <w:spacing w:before="160"/>
        <w:rPr>
          <w:lang w:val="ru-RU"/>
        </w:rPr>
      </w:pPr>
      <w:r w:rsidRPr="00776F31">
        <w:rPr>
          <w:b/>
          <w:lang w:val="ru-RU"/>
        </w:rPr>
        <w:t xml:space="preserve">10. </w:t>
      </w:r>
      <w:r w:rsidRPr="00351379">
        <w:rPr>
          <w:b/>
          <w:lang w:val="ru-RU"/>
        </w:rPr>
        <w:t>Қызметтерді қабылдау тәртібі</w:t>
      </w:r>
    </w:p>
    <w:p w:rsidR="00351379" w:rsidRPr="00776F31" w:rsidRDefault="00351379" w:rsidP="00351379">
      <w:pPr>
        <w:rPr>
          <w:lang w:val="ru-RU"/>
        </w:rPr>
      </w:pPr>
      <w:r w:rsidRPr="00351379">
        <w:rPr>
          <w:lang w:val="ru-RU"/>
        </w:rPr>
        <w:t xml:space="preserve">Қызмет </w:t>
      </w:r>
      <w:proofErr w:type="spellStart"/>
      <w:r w:rsidRPr="00351379">
        <w:rPr>
          <w:lang w:val="ru-RU"/>
        </w:rPr>
        <w:t>Тапсырыс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берушіге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зерттеу</w:t>
      </w:r>
      <w:proofErr w:type="spellEnd"/>
      <w:r w:rsidRPr="00351379">
        <w:rPr>
          <w:lang w:val="ru-RU"/>
        </w:rPr>
        <w:t xml:space="preserve"> нәтижелерінің толық жиынтығын </w:t>
      </w:r>
      <w:proofErr w:type="spellStart"/>
      <w:r w:rsidRPr="00351379">
        <w:rPr>
          <w:lang w:val="ru-RU"/>
        </w:rPr>
        <w:t>бергеннен</w:t>
      </w:r>
      <w:proofErr w:type="spellEnd"/>
      <w:r w:rsidRPr="00351379">
        <w:rPr>
          <w:lang w:val="ru-RU"/>
        </w:rPr>
        <w:t xml:space="preserve"> және техникалық </w:t>
      </w:r>
      <w:proofErr w:type="spellStart"/>
      <w:r w:rsidRPr="00351379">
        <w:rPr>
          <w:lang w:val="ru-RU"/>
        </w:rPr>
        <w:t>ерекшелікті</w:t>
      </w:r>
      <w:proofErr w:type="spellEnd"/>
      <w:r w:rsidRPr="00351379">
        <w:rPr>
          <w:lang w:val="ru-RU"/>
        </w:rPr>
        <w:t xml:space="preserve"> орындаудың толықтығына қатысты </w:t>
      </w:r>
      <w:proofErr w:type="spellStart"/>
      <w:r w:rsidRPr="00351379">
        <w:rPr>
          <w:lang w:val="ru-RU"/>
        </w:rPr>
        <w:t>Тапсырыс</w:t>
      </w:r>
      <w:proofErr w:type="spellEnd"/>
      <w:r w:rsidRPr="00351379">
        <w:rPr>
          <w:lang w:val="ru-RU"/>
        </w:rPr>
        <w:t xml:space="preserve"> берушінің </w:t>
      </w:r>
      <w:proofErr w:type="spellStart"/>
      <w:r w:rsidRPr="00351379">
        <w:rPr>
          <w:lang w:val="ru-RU"/>
        </w:rPr>
        <w:t>негізделген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ескертулерін</w:t>
      </w:r>
      <w:proofErr w:type="spellEnd"/>
      <w:r w:rsidRPr="00351379">
        <w:rPr>
          <w:lang w:val="ru-RU"/>
        </w:rPr>
        <w:t xml:space="preserve"> жойғаннан </w:t>
      </w:r>
      <w:proofErr w:type="spellStart"/>
      <w:r w:rsidRPr="00351379">
        <w:rPr>
          <w:lang w:val="ru-RU"/>
        </w:rPr>
        <w:t>кейін</w:t>
      </w:r>
      <w:proofErr w:type="spellEnd"/>
      <w:r w:rsidRPr="00351379">
        <w:rPr>
          <w:lang w:val="ru-RU"/>
        </w:rPr>
        <w:t xml:space="preserve"> көрсетілген </w:t>
      </w:r>
      <w:proofErr w:type="spellStart"/>
      <w:r w:rsidRPr="00351379">
        <w:rPr>
          <w:lang w:val="ru-RU"/>
        </w:rPr>
        <w:t>болып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есептеледі</w:t>
      </w:r>
      <w:proofErr w:type="spellEnd"/>
      <w:r w:rsidRPr="00351379">
        <w:rPr>
          <w:lang w:val="ru-RU"/>
        </w:rPr>
        <w:t xml:space="preserve">. Арифметикалық қателер, </w:t>
      </w:r>
      <w:proofErr w:type="spellStart"/>
      <w:r w:rsidRPr="00351379">
        <w:rPr>
          <w:lang w:val="ru-RU"/>
        </w:rPr>
        <w:t>ішкі</w:t>
      </w:r>
      <w:proofErr w:type="spellEnd"/>
      <w:r w:rsidRPr="00351379">
        <w:rPr>
          <w:lang w:val="ru-RU"/>
        </w:rPr>
        <w:t xml:space="preserve"> қайшылықтар </w:t>
      </w:r>
      <w:proofErr w:type="spellStart"/>
      <w:r w:rsidRPr="00351379">
        <w:rPr>
          <w:lang w:val="ru-RU"/>
        </w:rPr>
        <w:t>немесе</w:t>
      </w:r>
      <w:proofErr w:type="spellEnd"/>
      <w:r w:rsidRPr="00351379">
        <w:rPr>
          <w:lang w:val="ru-RU"/>
        </w:rPr>
        <w:t xml:space="preserve"> осы </w:t>
      </w:r>
      <w:proofErr w:type="spellStart"/>
      <w:r w:rsidRPr="00351379">
        <w:rPr>
          <w:lang w:val="ru-RU"/>
        </w:rPr>
        <w:t>ерекшелікте</w:t>
      </w:r>
      <w:proofErr w:type="spellEnd"/>
      <w:r w:rsidRPr="00351379">
        <w:rPr>
          <w:lang w:val="ru-RU"/>
        </w:rPr>
        <w:t xml:space="preserve"> көзделген </w:t>
      </w:r>
      <w:proofErr w:type="spellStart"/>
      <w:r w:rsidRPr="00351379">
        <w:rPr>
          <w:lang w:val="ru-RU"/>
        </w:rPr>
        <w:t>материалдар</w:t>
      </w:r>
      <w:proofErr w:type="spellEnd"/>
      <w:r w:rsidRPr="00351379">
        <w:rPr>
          <w:lang w:val="ru-RU"/>
        </w:rPr>
        <w:t xml:space="preserve"> болмаған </w:t>
      </w:r>
      <w:proofErr w:type="spellStart"/>
      <w:r w:rsidRPr="00351379">
        <w:rPr>
          <w:lang w:val="ru-RU"/>
        </w:rPr>
        <w:t>кезде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Орындаушы</w:t>
      </w:r>
      <w:proofErr w:type="spellEnd"/>
      <w:r w:rsidRPr="00351379">
        <w:rPr>
          <w:lang w:val="ru-RU"/>
        </w:rPr>
        <w:t xml:space="preserve"> қосымша төлемсіз </w:t>
      </w:r>
      <w:proofErr w:type="spellStart"/>
      <w:r w:rsidRPr="00351379">
        <w:rPr>
          <w:lang w:val="ru-RU"/>
        </w:rPr>
        <w:t>тиі</w:t>
      </w:r>
      <w:proofErr w:type="gramStart"/>
      <w:r w:rsidRPr="00351379">
        <w:rPr>
          <w:lang w:val="ru-RU"/>
        </w:rPr>
        <w:t>ст</w:t>
      </w:r>
      <w:proofErr w:type="gramEnd"/>
      <w:r w:rsidRPr="00351379">
        <w:rPr>
          <w:lang w:val="ru-RU"/>
        </w:rPr>
        <w:t>і</w:t>
      </w:r>
      <w:proofErr w:type="spellEnd"/>
      <w:r w:rsidRPr="00351379">
        <w:rPr>
          <w:lang w:val="ru-RU"/>
        </w:rPr>
        <w:t xml:space="preserve"> түзетулер </w:t>
      </w:r>
      <w:proofErr w:type="spellStart"/>
      <w:r w:rsidRPr="00351379">
        <w:rPr>
          <w:lang w:val="ru-RU"/>
        </w:rPr>
        <w:t>енгізуге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міндетті</w:t>
      </w:r>
      <w:proofErr w:type="spellEnd"/>
      <w:r w:rsidRPr="00776F31">
        <w:rPr>
          <w:lang w:val="ru-RU"/>
        </w:rPr>
        <w:t>.</w:t>
      </w:r>
    </w:p>
    <w:p w:rsidR="00351379" w:rsidRPr="00776F31" w:rsidRDefault="00351379" w:rsidP="00351379">
      <w:pPr>
        <w:spacing w:before="160"/>
        <w:rPr>
          <w:lang w:val="ru-RU"/>
        </w:rPr>
      </w:pPr>
      <w:r w:rsidRPr="00776F31">
        <w:rPr>
          <w:b/>
          <w:lang w:val="ru-RU"/>
        </w:rPr>
        <w:t xml:space="preserve">11. </w:t>
      </w:r>
      <w:r w:rsidRPr="00351379">
        <w:rPr>
          <w:b/>
          <w:lang w:val="ru-RU"/>
        </w:rPr>
        <w:t xml:space="preserve">Қызмет көрсету </w:t>
      </w:r>
      <w:proofErr w:type="spellStart"/>
      <w:r w:rsidRPr="00351379">
        <w:rPr>
          <w:b/>
          <w:lang w:val="ru-RU"/>
        </w:rPr>
        <w:t>мерзі</w:t>
      </w:r>
      <w:proofErr w:type="gramStart"/>
      <w:r w:rsidRPr="00351379">
        <w:rPr>
          <w:b/>
          <w:lang w:val="ru-RU"/>
        </w:rPr>
        <w:t>м</w:t>
      </w:r>
      <w:proofErr w:type="gramEnd"/>
      <w:r w:rsidRPr="00351379">
        <w:rPr>
          <w:b/>
          <w:lang w:val="ru-RU"/>
        </w:rPr>
        <w:t>і</w:t>
      </w:r>
      <w:proofErr w:type="spellEnd"/>
    </w:p>
    <w:p w:rsidR="00351379" w:rsidRPr="00776F31" w:rsidRDefault="00351379" w:rsidP="00351379">
      <w:pPr>
        <w:rPr>
          <w:lang w:val="ru-RU"/>
        </w:rPr>
      </w:pPr>
      <w:r w:rsidRPr="00351379">
        <w:rPr>
          <w:lang w:val="ru-RU"/>
        </w:rPr>
        <w:t xml:space="preserve">Қызмет көрсету </w:t>
      </w:r>
      <w:proofErr w:type="spellStart"/>
      <w:r w:rsidRPr="00351379">
        <w:rPr>
          <w:lang w:val="ru-RU"/>
        </w:rPr>
        <w:t>мерзі</w:t>
      </w:r>
      <w:proofErr w:type="gramStart"/>
      <w:r w:rsidRPr="00351379">
        <w:rPr>
          <w:lang w:val="ru-RU"/>
        </w:rPr>
        <w:t>м</w:t>
      </w:r>
      <w:proofErr w:type="gramEnd"/>
      <w:r w:rsidRPr="00351379">
        <w:rPr>
          <w:lang w:val="ru-RU"/>
        </w:rPr>
        <w:t>і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Мемлекеттік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сатып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алу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туралы</w:t>
      </w:r>
      <w:proofErr w:type="spellEnd"/>
      <w:r w:rsidRPr="00351379">
        <w:rPr>
          <w:lang w:val="ru-RU"/>
        </w:rPr>
        <w:t xml:space="preserve"> шартта/қызмет көрсетуге арналған </w:t>
      </w:r>
      <w:proofErr w:type="spellStart"/>
      <w:r w:rsidRPr="00351379">
        <w:rPr>
          <w:lang w:val="ru-RU"/>
        </w:rPr>
        <w:t>шартта</w:t>
      </w:r>
      <w:proofErr w:type="spellEnd"/>
      <w:r w:rsidRPr="00351379">
        <w:rPr>
          <w:lang w:val="ru-RU"/>
        </w:rPr>
        <w:t xml:space="preserve"> айқындалады. Мерзімнің </w:t>
      </w:r>
      <w:proofErr w:type="spellStart"/>
      <w:r w:rsidRPr="00351379">
        <w:rPr>
          <w:lang w:val="ru-RU"/>
        </w:rPr>
        <w:t>есебі</w:t>
      </w:r>
      <w:proofErr w:type="spellEnd"/>
      <w:r w:rsidRPr="00351379">
        <w:rPr>
          <w:lang w:val="ru-RU"/>
        </w:rPr>
        <w:t xml:space="preserve"> Орындаушыға қажетті бастапқы </w:t>
      </w:r>
      <w:proofErr w:type="spellStart"/>
      <w:r w:rsidRPr="00351379">
        <w:rPr>
          <w:lang w:val="ru-RU"/>
        </w:rPr>
        <w:t>деректерді</w:t>
      </w:r>
      <w:proofErr w:type="spellEnd"/>
      <w:r w:rsidRPr="00351379">
        <w:rPr>
          <w:lang w:val="ru-RU"/>
        </w:rPr>
        <w:t xml:space="preserve"> ұсынғаннан және </w:t>
      </w:r>
      <w:proofErr w:type="spellStart"/>
      <w:r w:rsidRPr="00351379">
        <w:rPr>
          <w:lang w:val="ru-RU"/>
        </w:rPr>
        <w:t>объекті</w:t>
      </w:r>
      <w:proofErr w:type="gramStart"/>
      <w:r w:rsidRPr="00351379">
        <w:rPr>
          <w:lang w:val="ru-RU"/>
        </w:rPr>
        <w:t>ге</w:t>
      </w:r>
      <w:proofErr w:type="spellEnd"/>
      <w:r w:rsidRPr="00351379">
        <w:rPr>
          <w:lang w:val="ru-RU"/>
        </w:rPr>
        <w:t xml:space="preserve"> қол</w:t>
      </w:r>
      <w:proofErr w:type="gram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жеткізуді</w:t>
      </w:r>
      <w:proofErr w:type="spellEnd"/>
      <w:r w:rsidRPr="00351379">
        <w:rPr>
          <w:lang w:val="ru-RU"/>
        </w:rPr>
        <w:t xml:space="preserve"> қамтамасыз </w:t>
      </w:r>
      <w:proofErr w:type="spellStart"/>
      <w:r w:rsidRPr="00351379">
        <w:rPr>
          <w:lang w:val="ru-RU"/>
        </w:rPr>
        <w:t>еткеннен</w:t>
      </w:r>
      <w:proofErr w:type="spellEnd"/>
      <w:r w:rsidRPr="00351379">
        <w:rPr>
          <w:lang w:val="ru-RU"/>
        </w:rPr>
        <w:t xml:space="preserve"> </w:t>
      </w:r>
      <w:proofErr w:type="spellStart"/>
      <w:r w:rsidRPr="00351379">
        <w:rPr>
          <w:lang w:val="ru-RU"/>
        </w:rPr>
        <w:t>кейін</w:t>
      </w:r>
      <w:proofErr w:type="spellEnd"/>
      <w:r w:rsidRPr="00351379">
        <w:rPr>
          <w:lang w:val="ru-RU"/>
        </w:rPr>
        <w:t xml:space="preserve"> шарттың </w:t>
      </w:r>
      <w:proofErr w:type="spellStart"/>
      <w:r w:rsidRPr="00351379">
        <w:rPr>
          <w:lang w:val="ru-RU"/>
        </w:rPr>
        <w:t>талаптарына</w:t>
      </w:r>
      <w:proofErr w:type="spellEnd"/>
      <w:r w:rsidRPr="00351379">
        <w:rPr>
          <w:lang w:val="ru-RU"/>
        </w:rPr>
        <w:t xml:space="preserve"> сәйкес жүргізіледі</w:t>
      </w:r>
      <w:r w:rsidRPr="00776F31">
        <w:rPr>
          <w:lang w:val="ru-RU"/>
        </w:rPr>
        <w:t>.</w:t>
      </w:r>
    </w:p>
    <w:p w:rsidR="00351379" w:rsidRPr="00351379" w:rsidRDefault="00351379" w:rsidP="00351379">
      <w:pPr>
        <w:spacing w:before="160"/>
        <w:rPr>
          <w:lang w:val="kk-KZ"/>
        </w:rPr>
      </w:pPr>
      <w:r>
        <w:rPr>
          <w:b/>
        </w:rPr>
        <w:t xml:space="preserve">12. </w:t>
      </w:r>
      <w:proofErr w:type="spellStart"/>
      <w:r w:rsidRPr="00351379">
        <w:rPr>
          <w:b/>
        </w:rPr>
        <w:t>Ерекше</w:t>
      </w:r>
      <w:proofErr w:type="spellEnd"/>
      <w:r w:rsidRPr="00351379">
        <w:rPr>
          <w:b/>
        </w:rPr>
        <w:t xml:space="preserve"> </w:t>
      </w:r>
      <w:proofErr w:type="spellStart"/>
      <w:r w:rsidRPr="00351379">
        <w:rPr>
          <w:b/>
        </w:rPr>
        <w:t>шарттар</w:t>
      </w:r>
      <w:proofErr w:type="spellEnd"/>
    </w:p>
    <w:p w:rsidR="00351379" w:rsidRPr="00351379" w:rsidRDefault="00351379" w:rsidP="00351379">
      <w:pPr>
        <w:pStyle w:val="a0"/>
        <w:ind w:left="397"/>
        <w:rPr>
          <w:lang w:val="kk-KZ"/>
        </w:rPr>
      </w:pPr>
      <w:r w:rsidRPr="00351379">
        <w:rPr>
          <w:lang w:val="kk-KZ"/>
        </w:rPr>
        <w:t xml:space="preserve">* Орындаушы объектіде болған кезде еңбекті қорғау және өнеркәсіптік қауіпсіздік талаптарын сақтауға міндетті; </w:t>
      </w:r>
    </w:p>
    <w:p w:rsidR="00351379" w:rsidRPr="00351379" w:rsidRDefault="00351379" w:rsidP="00351379">
      <w:pPr>
        <w:pStyle w:val="a0"/>
        <w:ind w:left="397"/>
        <w:rPr>
          <w:lang w:val="kk-KZ"/>
        </w:rPr>
      </w:pPr>
      <w:r w:rsidRPr="00351379">
        <w:rPr>
          <w:lang w:val="kk-KZ"/>
        </w:rPr>
        <w:t>* барлық тұжырымдар нақты зерттелген материалдарға, зерттеу нәтижелеріне, өлшеулер мен есептеулерге негізделуі керек;</w:t>
      </w:r>
    </w:p>
    <w:p w:rsidR="00351379" w:rsidRPr="00351379" w:rsidRDefault="00351379" w:rsidP="00351379">
      <w:pPr>
        <w:pStyle w:val="a0"/>
        <w:ind w:left="397"/>
        <w:rPr>
          <w:lang w:val="kk-KZ"/>
        </w:rPr>
      </w:pPr>
      <w:r w:rsidRPr="00351379">
        <w:rPr>
          <w:lang w:val="kk-KZ"/>
        </w:rPr>
        <w:t>* егер құжаттардың болмауына, жасырын конструкциялардың қолжетімсіздігіне немесе бастапқы деректердің жеткіліксіздігіне байланысты жеке сұраққа жауап беру мүмкін болмаса, бұл себептердің негіздемесімен қорытындыда тікелей көрсетілуі тиіс;</w:t>
      </w:r>
    </w:p>
    <w:p w:rsidR="00351379" w:rsidRPr="00351379" w:rsidRDefault="00351379" w:rsidP="00351379">
      <w:pPr>
        <w:pStyle w:val="a0"/>
        <w:ind w:left="397"/>
        <w:rPr>
          <w:lang w:val="kk-KZ"/>
        </w:rPr>
      </w:pPr>
      <w:r w:rsidRPr="00351379">
        <w:rPr>
          <w:lang w:val="kk-KZ"/>
        </w:rPr>
        <w:t>* Орындаушының жеткілікті объективті негіздер болмаған кезде бастапқы деректерді өзгертуге немесе категориялық қорытынды жасауға құқығы жоқ;</w:t>
      </w:r>
    </w:p>
    <w:p w:rsidR="00351379" w:rsidRPr="00351379" w:rsidRDefault="00351379" w:rsidP="00351379">
      <w:pPr>
        <w:pStyle w:val="a0"/>
        <w:ind w:left="397"/>
        <w:rPr>
          <w:lang w:val="kk-KZ"/>
        </w:rPr>
      </w:pPr>
      <w:r w:rsidRPr="00351379">
        <w:rPr>
          <w:lang w:val="kk-KZ"/>
        </w:rPr>
        <w:t>* тапсырыс берушіден алынған материалдар мен мәліметтер тек осы қызметті орындау үшін пайдаланылады.</w:t>
      </w:r>
    </w:p>
    <w:p w:rsidR="00351379" w:rsidRPr="00351379" w:rsidRDefault="00351379" w:rsidP="00351379">
      <w:pPr>
        <w:spacing w:before="160"/>
        <w:rPr>
          <w:lang w:val="kk-KZ"/>
        </w:rPr>
      </w:pPr>
      <w:r w:rsidRPr="00351379">
        <w:rPr>
          <w:b/>
          <w:lang w:val="kk-KZ"/>
        </w:rPr>
        <w:t>13. Ескерту</w:t>
      </w:r>
    </w:p>
    <w:p w:rsidR="00351379" w:rsidRPr="00351379" w:rsidRDefault="00351379" w:rsidP="00351379">
      <w:pPr>
        <w:rPr>
          <w:lang w:val="kk-KZ"/>
        </w:rPr>
      </w:pPr>
      <w:r w:rsidRPr="00351379">
        <w:rPr>
          <w:lang w:val="kk-KZ"/>
        </w:rPr>
        <w:t>Зерттелетін учаскелердің, құжаттардың, бақылау өлшемдерінің және қажет болған жағдайда жергілікті ашулардың нақты тізбесі осы техникалық ерекшелікте көзделген зерттеу көлемі мен мақсатын төмендетпей, Объектінің нақты жай-күйі мен қолда бар құжаттаманың құрамын негізге ала отырып, Тапсырыс берушімен бірлесіп нақтыланады.</w:t>
      </w:r>
    </w:p>
    <w:p w:rsidR="00351379" w:rsidRPr="00351379" w:rsidRDefault="00351379" w:rsidP="00351379">
      <w:pPr>
        <w:rPr>
          <w:lang w:val="kk-KZ"/>
        </w:rPr>
      </w:pPr>
    </w:p>
    <w:p w:rsidR="00351379" w:rsidRPr="00351379" w:rsidRDefault="00351379" w:rsidP="00351379">
      <w:pPr>
        <w:rPr>
          <w:lang w:val="kk-KZ"/>
        </w:rPr>
      </w:pPr>
    </w:p>
    <w:p w:rsidR="00351379" w:rsidRPr="00351379" w:rsidRDefault="00351379" w:rsidP="00351379">
      <w:pPr>
        <w:rPr>
          <w:lang w:val="kk-KZ"/>
        </w:rPr>
      </w:pPr>
    </w:p>
    <w:p w:rsidR="00351379" w:rsidRPr="00351379" w:rsidRDefault="00351379">
      <w:pPr>
        <w:jc w:val="center"/>
        <w:rPr>
          <w:b/>
          <w:sz w:val="28"/>
          <w:lang w:val="kk-KZ"/>
        </w:rPr>
      </w:pPr>
    </w:p>
    <w:p w:rsidR="00351379" w:rsidRPr="00351379" w:rsidRDefault="00351379">
      <w:pPr>
        <w:jc w:val="center"/>
        <w:rPr>
          <w:b/>
          <w:sz w:val="28"/>
          <w:lang w:val="kk-KZ"/>
        </w:rPr>
      </w:pPr>
    </w:p>
    <w:p w:rsidR="00450952" w:rsidRPr="000B3570" w:rsidRDefault="003151D8">
      <w:pPr>
        <w:jc w:val="center"/>
        <w:rPr>
          <w:lang w:val="ru-RU"/>
        </w:rPr>
      </w:pPr>
      <w:r w:rsidRPr="000B3570">
        <w:rPr>
          <w:b/>
          <w:sz w:val="28"/>
          <w:lang w:val="ru-RU"/>
        </w:rPr>
        <w:lastRenderedPageBreak/>
        <w:t>ТЕХНИЧЕСКАЯ СПЕЦИФИКАЦИЯ</w:t>
      </w:r>
    </w:p>
    <w:p w:rsidR="00450952" w:rsidRPr="000B3570" w:rsidRDefault="003151D8">
      <w:pPr>
        <w:jc w:val="center"/>
        <w:rPr>
          <w:lang w:val="ru-RU"/>
        </w:rPr>
      </w:pPr>
      <w:r w:rsidRPr="000B3570">
        <w:rPr>
          <w:b/>
          <w:lang w:val="ru-RU"/>
        </w:rPr>
        <w:t>на оказание услуг по проведению строительно-технического и строительно-экономического исследования</w:t>
      </w:r>
    </w:p>
    <w:p w:rsidR="00450952" w:rsidRPr="000B3570" w:rsidRDefault="003151D8">
      <w:pPr>
        <w:jc w:val="center"/>
        <w:rPr>
          <w:lang w:val="ru-RU"/>
        </w:rPr>
      </w:pPr>
      <w:r w:rsidRPr="000B3570">
        <w:rPr>
          <w:b/>
          <w:lang w:val="ru-RU"/>
        </w:rPr>
        <w:t>по объекту: «</w:t>
      </w:r>
      <w:r w:rsidR="002D303B" w:rsidRPr="002D303B">
        <w:rPr>
          <w:rFonts w:cs="Times New Roman"/>
          <w:sz w:val="28"/>
          <w:szCs w:val="28"/>
          <w:lang w:val="ru-RU"/>
        </w:rPr>
        <w:t xml:space="preserve">Строительство 5-ти этажного 60 квартирного арендного жилого дома по ул.Сейфуллина 31 в г.Текели области </w:t>
      </w:r>
      <w:proofErr w:type="spellStart"/>
      <w:r w:rsidR="002D303B" w:rsidRPr="002D303B">
        <w:rPr>
          <w:rFonts w:cs="Times New Roman"/>
          <w:sz w:val="28"/>
          <w:szCs w:val="28"/>
          <w:lang w:val="ru-RU"/>
        </w:rPr>
        <w:t>Жет</w:t>
      </w:r>
      <w:r w:rsidR="002D303B" w:rsidRPr="00CF1112">
        <w:rPr>
          <w:rFonts w:cs="Times New Roman"/>
          <w:sz w:val="28"/>
          <w:szCs w:val="28"/>
        </w:rPr>
        <w:t>i</w:t>
      </w:r>
      <w:proofErr w:type="spellEnd"/>
      <w:r w:rsidR="002D303B" w:rsidRPr="002D303B">
        <w:rPr>
          <w:rFonts w:cs="Times New Roman"/>
          <w:sz w:val="28"/>
          <w:szCs w:val="28"/>
          <w:lang w:val="ru-RU"/>
        </w:rPr>
        <w:t>су</w:t>
      </w:r>
      <w:r w:rsidRPr="000B3570">
        <w:rPr>
          <w:b/>
          <w:lang w:val="ru-RU"/>
        </w:rPr>
        <w:t>»</w:t>
      </w:r>
    </w:p>
    <w:p w:rsidR="00450952" w:rsidRPr="000B3570" w:rsidRDefault="003151D8">
      <w:pPr>
        <w:spacing w:before="160"/>
        <w:rPr>
          <w:lang w:val="ru-RU"/>
        </w:rPr>
      </w:pPr>
      <w:r w:rsidRPr="000B3570">
        <w:rPr>
          <w:b/>
          <w:lang w:val="ru-RU"/>
        </w:rPr>
        <w:t xml:space="preserve">1. </w:t>
      </w:r>
      <w:r w:rsidRPr="000B3570">
        <w:rPr>
          <w:b/>
          <w:lang w:val="ru-RU"/>
        </w:rPr>
        <w:t>Общие положения</w:t>
      </w:r>
    </w:p>
    <w:p w:rsidR="00450952" w:rsidRPr="000B3570" w:rsidRDefault="003151D8">
      <w:pPr>
        <w:rPr>
          <w:lang w:val="ru-RU"/>
        </w:rPr>
      </w:pPr>
      <w:r w:rsidRPr="000B3570">
        <w:rPr>
          <w:lang w:val="ru-RU"/>
        </w:rPr>
        <w:t>Настоящая техническая спецификация определяет требования к объему, содержанию и результатам независимого строительно-технического и строительно-экономического исследования выполненных строительно-монтажных работ по объекту «</w:t>
      </w:r>
      <w:r w:rsidR="002D303B" w:rsidRPr="002D303B">
        <w:rPr>
          <w:rFonts w:cs="Times New Roman"/>
          <w:sz w:val="28"/>
          <w:szCs w:val="28"/>
          <w:lang w:val="ru-RU"/>
        </w:rPr>
        <w:t xml:space="preserve">Строительство 5-ти этажного 60 квартирного арендного жилого дома по ул.Сейфуллина 31 в г.Текели области </w:t>
      </w:r>
      <w:proofErr w:type="spellStart"/>
      <w:r w:rsidR="002D303B" w:rsidRPr="002D303B">
        <w:rPr>
          <w:rFonts w:cs="Times New Roman"/>
          <w:sz w:val="28"/>
          <w:szCs w:val="28"/>
          <w:lang w:val="ru-RU"/>
        </w:rPr>
        <w:t>Жет</w:t>
      </w:r>
      <w:r w:rsidR="002D303B" w:rsidRPr="00CF1112">
        <w:rPr>
          <w:rFonts w:cs="Times New Roman"/>
          <w:sz w:val="28"/>
          <w:szCs w:val="28"/>
        </w:rPr>
        <w:t>i</w:t>
      </w:r>
      <w:proofErr w:type="spellEnd"/>
      <w:r w:rsidR="002D303B" w:rsidRPr="002D303B">
        <w:rPr>
          <w:rFonts w:cs="Times New Roman"/>
          <w:sz w:val="28"/>
          <w:szCs w:val="28"/>
          <w:lang w:val="ru-RU"/>
        </w:rPr>
        <w:t>су</w:t>
      </w:r>
      <w:r w:rsidRPr="000B3570">
        <w:rPr>
          <w:lang w:val="ru-RU"/>
        </w:rPr>
        <w:t>».</w:t>
      </w:r>
    </w:p>
    <w:p w:rsidR="00450952" w:rsidRPr="000B3570" w:rsidRDefault="003151D8">
      <w:pPr>
        <w:rPr>
          <w:lang w:val="ru-RU"/>
        </w:rPr>
      </w:pPr>
      <w:r w:rsidRPr="000B3570">
        <w:rPr>
          <w:lang w:val="ru-RU"/>
        </w:rPr>
        <w:t>Цель услуги — получение документально обоснованного заключения о фактическом объеме, качестве и стоимости выполненных работ, соответствии примененных материало</w:t>
      </w:r>
      <w:r w:rsidRPr="000B3570">
        <w:rPr>
          <w:lang w:val="ru-RU"/>
        </w:rPr>
        <w:t>в, конструкций и технических решений проектной, исполнительной и нормативно-технической документации, а также выявление возможных дефектов, отклонений, невыполненных либо необоснованно предъявленных к оплате работ.</w:t>
      </w:r>
    </w:p>
    <w:p w:rsidR="00450952" w:rsidRPr="000B3570" w:rsidRDefault="003151D8">
      <w:pPr>
        <w:spacing w:before="160"/>
      </w:pPr>
      <w:r w:rsidRPr="000B3570">
        <w:rPr>
          <w:b/>
        </w:rPr>
        <w:t>2. Наименование и место объекта</w:t>
      </w:r>
    </w:p>
    <w:tbl>
      <w:tblPr>
        <w:tblStyle w:val="aff0"/>
        <w:tblW w:w="0" w:type="auto"/>
        <w:jc w:val="center"/>
        <w:tblLook w:val="04A0"/>
      </w:tblPr>
      <w:tblGrid>
        <w:gridCol w:w="4986"/>
        <w:gridCol w:w="4986"/>
      </w:tblGrid>
      <w:tr w:rsidR="00450952" w:rsidRPr="00351379">
        <w:trPr>
          <w:jc w:val="center"/>
        </w:trPr>
        <w:tc>
          <w:tcPr>
            <w:tcW w:w="4986" w:type="dxa"/>
            <w:vAlign w:val="center"/>
          </w:tcPr>
          <w:p w:rsidR="00450952" w:rsidRPr="000B3570" w:rsidRDefault="003151D8">
            <w:r w:rsidRPr="000B3570">
              <w:t>Наименова</w:t>
            </w:r>
            <w:r w:rsidRPr="000B3570">
              <w:t>ние объекта</w:t>
            </w:r>
          </w:p>
        </w:tc>
        <w:tc>
          <w:tcPr>
            <w:tcW w:w="4986" w:type="dxa"/>
            <w:vAlign w:val="center"/>
          </w:tcPr>
          <w:p w:rsidR="00450952" w:rsidRPr="002D303B" w:rsidRDefault="002D303B">
            <w:pPr>
              <w:rPr>
                <w:lang w:val="ru-RU"/>
              </w:rPr>
            </w:pPr>
            <w:r w:rsidRPr="002D303B">
              <w:rPr>
                <w:rFonts w:cs="Times New Roman"/>
                <w:sz w:val="28"/>
                <w:szCs w:val="28"/>
                <w:lang w:val="ru-RU"/>
              </w:rPr>
              <w:t xml:space="preserve">Строительство 5-ти этажного 60 квартирного арендного жилого дома по ул.Сейфуллина 31 в г.Текели области </w:t>
            </w:r>
            <w:proofErr w:type="spellStart"/>
            <w:r w:rsidRPr="002D303B">
              <w:rPr>
                <w:rFonts w:cs="Times New Roman"/>
                <w:sz w:val="28"/>
                <w:szCs w:val="28"/>
                <w:lang w:val="ru-RU"/>
              </w:rPr>
              <w:t>Жет</w:t>
            </w:r>
            <w:r w:rsidRPr="00CF1112">
              <w:rPr>
                <w:rFonts w:cs="Times New Roman"/>
                <w:sz w:val="28"/>
                <w:szCs w:val="28"/>
              </w:rPr>
              <w:t>i</w:t>
            </w:r>
            <w:proofErr w:type="spellEnd"/>
            <w:r w:rsidRPr="002D303B">
              <w:rPr>
                <w:rFonts w:cs="Times New Roman"/>
                <w:sz w:val="28"/>
                <w:szCs w:val="28"/>
                <w:lang w:val="ru-RU"/>
              </w:rPr>
              <w:t>су</w:t>
            </w:r>
          </w:p>
        </w:tc>
      </w:tr>
      <w:tr w:rsidR="00450952" w:rsidRPr="00351379">
        <w:trPr>
          <w:jc w:val="center"/>
        </w:trPr>
        <w:tc>
          <w:tcPr>
            <w:tcW w:w="4986" w:type="dxa"/>
            <w:vAlign w:val="center"/>
          </w:tcPr>
          <w:p w:rsidR="00450952" w:rsidRPr="000B3570" w:rsidRDefault="003151D8">
            <w:proofErr w:type="spellStart"/>
            <w:r w:rsidRPr="000B3570">
              <w:t>Место</w:t>
            </w:r>
            <w:proofErr w:type="spellEnd"/>
            <w:r w:rsidRPr="000B3570">
              <w:t xml:space="preserve"> </w:t>
            </w:r>
            <w:proofErr w:type="spellStart"/>
            <w:r w:rsidRPr="000B3570">
              <w:t>выполнения</w:t>
            </w:r>
            <w:proofErr w:type="spellEnd"/>
            <w:r w:rsidRPr="000B3570">
              <w:t xml:space="preserve"> </w:t>
            </w:r>
            <w:proofErr w:type="spellStart"/>
            <w:r w:rsidRPr="000B3570">
              <w:t>услуг</w:t>
            </w:r>
            <w:proofErr w:type="spellEnd"/>
          </w:p>
        </w:tc>
        <w:tc>
          <w:tcPr>
            <w:tcW w:w="4986" w:type="dxa"/>
            <w:vAlign w:val="center"/>
          </w:tcPr>
          <w:p w:rsidR="00450952" w:rsidRPr="000B3570" w:rsidRDefault="003151D8">
            <w:pPr>
              <w:rPr>
                <w:lang w:val="ru-RU"/>
              </w:rPr>
            </w:pPr>
            <w:r w:rsidRPr="000B3570">
              <w:rPr>
                <w:lang w:val="ru-RU"/>
              </w:rPr>
              <w:t>По месту расположения объекта и по месту изучения представленной документации</w:t>
            </w:r>
          </w:p>
        </w:tc>
      </w:tr>
    </w:tbl>
    <w:p w:rsidR="00450952" w:rsidRPr="000B3570" w:rsidRDefault="003151D8">
      <w:pPr>
        <w:spacing w:before="160"/>
      </w:pPr>
      <w:r w:rsidRPr="000B3570">
        <w:rPr>
          <w:b/>
        </w:rPr>
        <w:t>3. Основные задачи исследовани</w:t>
      </w:r>
      <w:r w:rsidRPr="000B3570">
        <w:rPr>
          <w:b/>
        </w:rPr>
        <w:t>я</w:t>
      </w:r>
    </w:p>
    <w:p w:rsidR="00450952" w:rsidRPr="000B3570" w:rsidRDefault="003151D8">
      <w:pPr>
        <w:pStyle w:val="a0"/>
        <w:ind w:left="397"/>
        <w:rPr>
          <w:lang w:val="ru-RU"/>
        </w:rPr>
      </w:pPr>
      <w:r w:rsidRPr="000B3570">
        <w:rPr>
          <w:lang w:val="ru-RU"/>
        </w:rPr>
        <w:t>провести визуальное и инструментальное обследование доступных участков тепловых сетей, камер, узлов, трубопроводов, арматуры, опор, компенсаторов, изоляции и иных элементов объекта;</w:t>
      </w:r>
    </w:p>
    <w:p w:rsidR="00450952" w:rsidRPr="000B3570" w:rsidRDefault="003151D8">
      <w:pPr>
        <w:pStyle w:val="a0"/>
        <w:ind w:left="397"/>
        <w:rPr>
          <w:lang w:val="ru-RU"/>
        </w:rPr>
      </w:pPr>
      <w:r w:rsidRPr="000B3570">
        <w:rPr>
          <w:lang w:val="ru-RU"/>
        </w:rPr>
        <w:t>определить фактически выполненные объемы строительно-монтажных работ и с</w:t>
      </w:r>
      <w:r w:rsidRPr="000B3570">
        <w:rPr>
          <w:lang w:val="ru-RU"/>
        </w:rPr>
        <w:t>опоставить их с проектной, исполнительной и сметной документацией, актами выполненных работ и иными представленными документами;</w:t>
      </w:r>
    </w:p>
    <w:p w:rsidR="00450952" w:rsidRPr="000B3570" w:rsidRDefault="003151D8">
      <w:pPr>
        <w:pStyle w:val="a0"/>
        <w:ind w:left="397"/>
        <w:rPr>
          <w:lang w:val="ru-RU"/>
        </w:rPr>
      </w:pPr>
      <w:r w:rsidRPr="000B3570">
        <w:rPr>
          <w:lang w:val="ru-RU"/>
        </w:rPr>
        <w:t>установить соответствие выполненных работ проектным решениям, рабочим чертежам, техническим требованиям и применимым нормативны</w:t>
      </w:r>
      <w:r w:rsidRPr="000B3570">
        <w:rPr>
          <w:lang w:val="ru-RU"/>
        </w:rPr>
        <w:t>м документам;</w:t>
      </w:r>
    </w:p>
    <w:p w:rsidR="00450952" w:rsidRPr="000B3570" w:rsidRDefault="003151D8">
      <w:pPr>
        <w:pStyle w:val="a0"/>
        <w:ind w:left="397"/>
        <w:rPr>
          <w:lang w:val="ru-RU"/>
        </w:rPr>
      </w:pPr>
      <w:r w:rsidRPr="000B3570">
        <w:rPr>
          <w:lang w:val="ru-RU"/>
        </w:rPr>
        <w:t>проверить соответствие фактически примененных материалов и оборудования проекту и подтверждающим документам (сертификаты, паспорта, декларации, документы о качестве);</w:t>
      </w:r>
    </w:p>
    <w:p w:rsidR="00450952" w:rsidRPr="000B3570" w:rsidRDefault="003151D8">
      <w:pPr>
        <w:pStyle w:val="a0"/>
        <w:ind w:left="397"/>
        <w:rPr>
          <w:lang w:val="ru-RU"/>
        </w:rPr>
      </w:pPr>
      <w:r w:rsidRPr="000B3570">
        <w:rPr>
          <w:lang w:val="ru-RU"/>
        </w:rPr>
        <w:t>выявить дефекты, повреждения, отступления от проекта и технологии производс</w:t>
      </w:r>
      <w:r w:rsidRPr="000B3570">
        <w:rPr>
          <w:lang w:val="ru-RU"/>
        </w:rPr>
        <w:t>тва работ, а также определить их характер и возможное влияние на надежность и безопасную эксплуатацию объекта;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lastRenderedPageBreak/>
        <w:t xml:space="preserve">при наличии технической возможности определить фактические параметры скрытых конструкций и </w:t>
      </w:r>
      <w:r w:rsidRPr="00463BDC">
        <w:rPr>
          <w:lang w:val="ru-RU"/>
        </w:rPr>
        <w:t>работ неразрушающими методами; необходимость</w:t>
      </w:r>
      <w:r w:rsidRPr="00776F31">
        <w:rPr>
          <w:lang w:val="ru-RU"/>
        </w:rPr>
        <w:t xml:space="preserve"> локальных</w:t>
      </w:r>
      <w:r w:rsidRPr="00776F31">
        <w:rPr>
          <w:lang w:val="ru-RU"/>
        </w:rPr>
        <w:t xml:space="preserve"> вскрытий согласовывается с Заказчиком;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выполнить строительно-экономическое исследование стоимости фактически выполненных работ и материалов на основании подтвержденных объемов и представленной сметно-договорной документации;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 xml:space="preserve">определить стоимость </w:t>
      </w:r>
      <w:r w:rsidRPr="00776F31">
        <w:rPr>
          <w:lang w:val="ru-RU"/>
        </w:rPr>
        <w:t>невыполненных, выполненных не в полном объеме либо не соответствующих проекту работ (при их выявлении);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подготовить итоговое заключение с выводами, расчетами, фотофиксацией, ведомостью выявленных несоответствий и ссылками на исследованные документы.</w:t>
      </w:r>
    </w:p>
    <w:p w:rsidR="00450952" w:rsidRPr="00776F31" w:rsidRDefault="003151D8">
      <w:pPr>
        <w:spacing w:before="160"/>
        <w:rPr>
          <w:lang w:val="ru-RU"/>
        </w:rPr>
      </w:pPr>
      <w:r w:rsidRPr="00776F31">
        <w:rPr>
          <w:b/>
          <w:lang w:val="ru-RU"/>
        </w:rPr>
        <w:t>4. Док</w:t>
      </w:r>
      <w:r w:rsidRPr="00776F31">
        <w:rPr>
          <w:b/>
          <w:lang w:val="ru-RU"/>
        </w:rPr>
        <w:t>ументы и исходные данные, предоставляемые Заказчиком при наличии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проектно-сметная и рабочая документация, прошедшая соответствующие согласования/экспертизу, если это требовалось;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договоры, дополнительные соглашения, техническая спецификация и календарные/п</w:t>
      </w:r>
      <w:r w:rsidRPr="00776F31">
        <w:rPr>
          <w:lang w:val="ru-RU"/>
        </w:rPr>
        <w:t>роизводственные графики;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акты выполненных работ, справки о стоимости, акты приемки, исполнительные схемы;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акты освидетельствования скрытых работ и ответственных конструкций;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журналы производства работ, авторского и технического надзора;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паспорта, сертифика</w:t>
      </w:r>
      <w:r w:rsidRPr="00776F31">
        <w:rPr>
          <w:lang w:val="ru-RU"/>
        </w:rPr>
        <w:t>ты и иные документы на трубы, фасонные изделия, запорную арматуру, теплоизоляцию и оборудование;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результаты испытаний, промывок, гидравлических испытаний и иных контрольных мероприятий;</w:t>
      </w:r>
    </w:p>
    <w:p w:rsidR="00450952" w:rsidRDefault="003151D8">
      <w:pPr>
        <w:pStyle w:val="a0"/>
        <w:ind w:left="397"/>
      </w:pPr>
      <w:proofErr w:type="spellStart"/>
      <w:r>
        <w:t>геодезическая</w:t>
      </w:r>
      <w:proofErr w:type="spellEnd"/>
      <w:r>
        <w:t xml:space="preserve"> </w:t>
      </w:r>
      <w:proofErr w:type="spellStart"/>
      <w:r>
        <w:t>исполнительная</w:t>
      </w:r>
      <w:proofErr w:type="spellEnd"/>
      <w:r>
        <w:t xml:space="preserve"> </w:t>
      </w:r>
      <w:proofErr w:type="spellStart"/>
      <w:r>
        <w:t>документация</w:t>
      </w:r>
      <w:proofErr w:type="spellEnd"/>
      <w:r>
        <w:t>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переписка и предписания, от</w:t>
      </w:r>
      <w:r w:rsidRPr="00776F31">
        <w:rPr>
          <w:lang w:val="ru-RU"/>
        </w:rPr>
        <w:t>носящиеся к качеству, объемам и стоимости работ;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иные документы, имеющие значение для исследования.</w:t>
      </w:r>
    </w:p>
    <w:p w:rsidR="00450952" w:rsidRPr="00776F31" w:rsidRDefault="003151D8">
      <w:pPr>
        <w:spacing w:before="160"/>
        <w:rPr>
          <w:lang w:val="ru-RU"/>
        </w:rPr>
      </w:pPr>
      <w:r w:rsidRPr="00776F31">
        <w:rPr>
          <w:b/>
          <w:lang w:val="ru-RU"/>
        </w:rPr>
        <w:t>5. Требования к проведению строительно-технического исследования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обследование должно выполняться с выездом на объект;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провести идентификацию обследуемых уча</w:t>
      </w:r>
      <w:r w:rsidRPr="00776F31">
        <w:rPr>
          <w:lang w:val="ru-RU"/>
        </w:rPr>
        <w:t>стков и сопоставление их с проектной и исполнительной документацией;</w:t>
      </w:r>
    </w:p>
    <w:p w:rsidR="00450952" w:rsidRPr="00463BDC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 xml:space="preserve">выполнить необходимые обмеры линейных размеров, диаметров, доступных толщин и иных параметров, </w:t>
      </w:r>
      <w:r w:rsidRPr="00463BDC">
        <w:rPr>
          <w:lang w:val="ru-RU"/>
        </w:rPr>
        <w:t>имеющих значение для выводов;</w:t>
      </w:r>
    </w:p>
    <w:p w:rsidR="00450952" w:rsidRPr="00463BDC" w:rsidRDefault="003151D8">
      <w:pPr>
        <w:pStyle w:val="a0"/>
        <w:ind w:left="397"/>
        <w:rPr>
          <w:lang w:val="ru-RU"/>
        </w:rPr>
      </w:pPr>
      <w:r w:rsidRPr="00463BDC">
        <w:rPr>
          <w:lang w:val="ru-RU"/>
        </w:rPr>
        <w:t>проверить состояние сварных соединений, изоляции, опорных конс</w:t>
      </w:r>
      <w:r w:rsidRPr="00463BDC">
        <w:rPr>
          <w:lang w:val="ru-RU"/>
        </w:rPr>
        <w:t>трукций, компенсаторов, камер, дренажных устройств и арматуры в пределах доступности и поставленных вопросов;</w:t>
      </w:r>
    </w:p>
    <w:p w:rsidR="00450952" w:rsidRPr="00463BDC" w:rsidRDefault="003151D8">
      <w:pPr>
        <w:pStyle w:val="a0"/>
        <w:ind w:left="397"/>
        <w:rPr>
          <w:lang w:val="ru-RU"/>
        </w:rPr>
      </w:pPr>
      <w:r w:rsidRPr="00463BDC">
        <w:rPr>
          <w:lang w:val="ru-RU"/>
        </w:rPr>
        <w:t>выполнить фотофиксацию обследованных участков и выявленных дефектов с привязкой к месту;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463BDC">
        <w:rPr>
          <w:lang w:val="ru-RU"/>
        </w:rPr>
        <w:t xml:space="preserve">применяемые измерительные </w:t>
      </w:r>
      <w:r w:rsidRPr="002D303B">
        <w:rPr>
          <w:lang w:val="ru-RU"/>
        </w:rPr>
        <w:t>приборы</w:t>
      </w:r>
      <w:r w:rsidR="000B3570" w:rsidRPr="002D303B">
        <w:rPr>
          <w:lang w:val="ru-RU"/>
        </w:rPr>
        <w:t xml:space="preserve"> (ультразвуковой дефектоскоп </w:t>
      </w:r>
      <w:proofErr w:type="spellStart"/>
      <w:r w:rsidR="000B3570" w:rsidRPr="002D303B">
        <w:t>Novotest</w:t>
      </w:r>
      <w:proofErr w:type="spellEnd"/>
      <w:r w:rsidR="000B3570" w:rsidRPr="002D303B">
        <w:rPr>
          <w:lang w:val="ru-RU"/>
        </w:rPr>
        <w:t xml:space="preserve"> либо технически эквивалентный прибор; ультразвуковой </w:t>
      </w:r>
      <w:proofErr w:type="spellStart"/>
      <w:r w:rsidR="000B3570" w:rsidRPr="002D303B">
        <w:rPr>
          <w:lang w:val="ru-RU"/>
        </w:rPr>
        <w:t>толщиномер</w:t>
      </w:r>
      <w:proofErr w:type="spellEnd"/>
      <w:r w:rsidR="000B3570" w:rsidRPr="002D303B">
        <w:rPr>
          <w:lang w:val="ru-RU"/>
        </w:rPr>
        <w:t xml:space="preserve"> </w:t>
      </w:r>
      <w:proofErr w:type="spellStart"/>
      <w:r w:rsidR="000B3570" w:rsidRPr="002D303B">
        <w:t>Novotest</w:t>
      </w:r>
      <w:proofErr w:type="spellEnd"/>
      <w:r w:rsidR="000B3570" w:rsidRPr="002D303B">
        <w:rPr>
          <w:lang w:val="ru-RU"/>
        </w:rPr>
        <w:t xml:space="preserve"> либо технически эквивалентный прибор; приемник </w:t>
      </w:r>
      <w:r w:rsidR="000B3570" w:rsidRPr="002D303B">
        <w:t>GPS</w:t>
      </w:r>
      <w:r w:rsidR="000B3570" w:rsidRPr="002D303B">
        <w:rPr>
          <w:lang w:val="ru-RU"/>
        </w:rPr>
        <w:t>/</w:t>
      </w:r>
      <w:r w:rsidR="000B3570" w:rsidRPr="002D303B">
        <w:t>GNSS</w:t>
      </w:r>
      <w:r w:rsidR="000B3570" w:rsidRPr="002D303B">
        <w:rPr>
          <w:lang w:val="ru-RU"/>
        </w:rPr>
        <w:t xml:space="preserve">; контроллер </w:t>
      </w:r>
      <w:r w:rsidR="000B3570" w:rsidRPr="002D303B">
        <w:t>S</w:t>
      </w:r>
      <w:r w:rsidR="000B3570" w:rsidRPr="002D303B">
        <w:rPr>
          <w:lang w:val="ru-RU"/>
        </w:rPr>
        <w:t>-</w:t>
      </w:r>
      <w:r w:rsidR="000B3570" w:rsidRPr="002D303B">
        <w:t>POD</w:t>
      </w:r>
      <w:r w:rsidR="000B3570" w:rsidRPr="002D303B">
        <w:rPr>
          <w:lang w:val="ru-RU"/>
        </w:rPr>
        <w:t xml:space="preserve"> либо технически эквивалентный контроллер)</w:t>
      </w:r>
      <w:r w:rsidRPr="00463BDC">
        <w:rPr>
          <w:lang w:val="ru-RU"/>
        </w:rPr>
        <w:t xml:space="preserve"> должны иметь действующие документы о поверке/калибров</w:t>
      </w:r>
      <w:r w:rsidRPr="00463BDC">
        <w:rPr>
          <w:lang w:val="ru-RU"/>
        </w:rPr>
        <w:t>ке в случаях, когда это</w:t>
      </w:r>
      <w:r w:rsidRPr="00776F31">
        <w:rPr>
          <w:lang w:val="ru-RU"/>
        </w:rPr>
        <w:t xml:space="preserve"> предусмотрено требованиями законодательства и методик;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lastRenderedPageBreak/>
        <w:t>методы исследования не должны приводить к повреждению объекта, за исключением отдельно согласованных Заказчиком контрольных вскрытий или иных необходимых действий.</w:t>
      </w:r>
    </w:p>
    <w:p w:rsidR="00450952" w:rsidRDefault="003151D8">
      <w:pPr>
        <w:spacing w:before="160"/>
      </w:pPr>
      <w:r>
        <w:rPr>
          <w:b/>
        </w:rPr>
        <w:t>6. Требования</w:t>
      </w:r>
      <w:r>
        <w:rPr>
          <w:b/>
        </w:rPr>
        <w:t xml:space="preserve"> к строительно-экономическому исследованию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сопоставить объемы и стоимость работ, предъявленных к оплате, с фактически установленными объемами;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проверить корректность применения расценок, ресурсов, коэффициентов и иных исходных данных в пределах представлен</w:t>
      </w:r>
      <w:r w:rsidRPr="00776F31">
        <w:rPr>
          <w:lang w:val="ru-RU"/>
        </w:rPr>
        <w:t>ной сметной документации и поставленных вопросов;</w:t>
      </w:r>
    </w:p>
    <w:p w:rsidR="00450952" w:rsidRPr="00463BDC" w:rsidRDefault="003151D8">
      <w:pPr>
        <w:pStyle w:val="a0"/>
        <w:ind w:left="397"/>
        <w:rPr>
          <w:lang w:val="ru-RU"/>
        </w:rPr>
      </w:pPr>
      <w:r w:rsidRPr="00463BDC">
        <w:rPr>
          <w:lang w:val="ru-RU"/>
        </w:rPr>
        <w:t>рассчитать стоимость выявленных расхождений, невыполненных или выполненных не в полном объеме работ;</w:t>
      </w:r>
    </w:p>
    <w:p w:rsidR="00450952" w:rsidRPr="00463BDC" w:rsidRDefault="003151D8">
      <w:pPr>
        <w:pStyle w:val="a0"/>
        <w:ind w:left="397"/>
        <w:rPr>
          <w:lang w:val="ru-RU"/>
        </w:rPr>
      </w:pPr>
      <w:r w:rsidRPr="00463BDC">
        <w:rPr>
          <w:lang w:val="ru-RU"/>
        </w:rPr>
        <w:t>при выявлении замены материалов или оборудования определить экономическое влияние такой замены при наличи</w:t>
      </w:r>
      <w:r w:rsidRPr="00463BDC">
        <w:rPr>
          <w:lang w:val="ru-RU"/>
        </w:rPr>
        <w:t>и достаточных исходных данных;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463BDC">
        <w:rPr>
          <w:lang w:val="ru-RU"/>
        </w:rPr>
        <w:t>все расчеты должны быть прозрачными, проверяемыми</w:t>
      </w:r>
      <w:r w:rsidRPr="00776F31">
        <w:rPr>
          <w:lang w:val="ru-RU"/>
        </w:rPr>
        <w:t xml:space="preserve"> и приведены в приложениях к заключению.</w:t>
      </w:r>
    </w:p>
    <w:p w:rsidR="00450952" w:rsidRPr="00776F31" w:rsidRDefault="003151D8">
      <w:pPr>
        <w:spacing w:before="160"/>
        <w:rPr>
          <w:lang w:val="ru-RU"/>
        </w:rPr>
      </w:pPr>
      <w:r w:rsidRPr="00776F31">
        <w:rPr>
          <w:b/>
          <w:lang w:val="ru-RU"/>
        </w:rPr>
        <w:t>7. Вопросы, подлежащие разрешению в заключении</w:t>
      </w:r>
    </w:p>
    <w:p w:rsidR="00450952" w:rsidRPr="00776F31" w:rsidRDefault="003151D8">
      <w:pPr>
        <w:rPr>
          <w:lang w:val="ru-RU"/>
        </w:rPr>
      </w:pPr>
      <w:r w:rsidRPr="00776F31">
        <w:rPr>
          <w:lang w:val="ru-RU"/>
        </w:rPr>
        <w:t xml:space="preserve">1. Соответствуют ли фактически выполненные строительно-монтажные работы по объекту </w:t>
      </w:r>
      <w:r w:rsidRPr="00776F31">
        <w:rPr>
          <w:lang w:val="ru-RU"/>
        </w:rPr>
        <w:t>проектной и исполнительной документации?</w:t>
      </w:r>
    </w:p>
    <w:p w:rsidR="00450952" w:rsidRPr="00776F31" w:rsidRDefault="003151D8">
      <w:pPr>
        <w:rPr>
          <w:lang w:val="ru-RU"/>
        </w:rPr>
      </w:pPr>
      <w:r w:rsidRPr="00776F31">
        <w:rPr>
          <w:lang w:val="ru-RU"/>
        </w:rPr>
        <w:t xml:space="preserve">2. Какие фактические объемы основных строительно-монтажных работ </w:t>
      </w:r>
      <w:r w:rsidR="00463BDC" w:rsidRPr="002D303B">
        <w:rPr>
          <w:lang w:val="ru-RU"/>
        </w:rPr>
        <w:t>не</w:t>
      </w:r>
      <w:r w:rsidR="00776F31" w:rsidRPr="002D303B">
        <w:rPr>
          <w:lang w:val="ru-RU"/>
        </w:rPr>
        <w:t xml:space="preserve"> </w:t>
      </w:r>
      <w:r w:rsidRPr="002D303B">
        <w:rPr>
          <w:lang w:val="ru-RU"/>
        </w:rPr>
        <w:t xml:space="preserve">выполнены </w:t>
      </w:r>
      <w:r w:rsidR="000B3570" w:rsidRPr="002D303B">
        <w:rPr>
          <w:lang w:val="ru-RU"/>
        </w:rPr>
        <w:t>и выполнены</w:t>
      </w:r>
      <w:r w:rsidR="000B3570">
        <w:rPr>
          <w:lang w:val="ru-RU"/>
        </w:rPr>
        <w:t xml:space="preserve"> </w:t>
      </w:r>
      <w:r w:rsidRPr="00776F31">
        <w:rPr>
          <w:lang w:val="ru-RU"/>
        </w:rPr>
        <w:t>по обследованным участкам?</w:t>
      </w:r>
    </w:p>
    <w:p w:rsidR="00450952" w:rsidRPr="00463BDC" w:rsidRDefault="003151D8">
      <w:pPr>
        <w:rPr>
          <w:lang w:val="ru-RU"/>
        </w:rPr>
      </w:pPr>
      <w:r w:rsidRPr="00776F31">
        <w:rPr>
          <w:lang w:val="ru-RU"/>
        </w:rPr>
        <w:t xml:space="preserve">3. Соответствуют ли примененные материалы, изделия и оборудование предусмотренным проектом </w:t>
      </w:r>
      <w:r w:rsidRPr="00463BDC">
        <w:rPr>
          <w:lang w:val="ru-RU"/>
        </w:rPr>
        <w:t>требова</w:t>
      </w:r>
      <w:r w:rsidRPr="00463BDC">
        <w:rPr>
          <w:lang w:val="ru-RU"/>
        </w:rPr>
        <w:t>ниям по доступным для проверки характеристикам?</w:t>
      </w:r>
    </w:p>
    <w:p w:rsidR="00450952" w:rsidRPr="00463BDC" w:rsidRDefault="003151D8">
      <w:pPr>
        <w:rPr>
          <w:lang w:val="ru-RU"/>
        </w:rPr>
      </w:pPr>
      <w:r w:rsidRPr="00463BDC">
        <w:rPr>
          <w:lang w:val="ru-RU"/>
        </w:rPr>
        <w:t>4. Имеются ли дефекты, отступления от проектных решений и нарушения технологии выполнения работ? Если имеются — в чем они выражаются?</w:t>
      </w:r>
    </w:p>
    <w:p w:rsidR="00450952" w:rsidRPr="00463BDC" w:rsidRDefault="003151D8">
      <w:pPr>
        <w:rPr>
          <w:lang w:val="ru-RU"/>
        </w:rPr>
      </w:pPr>
      <w:r w:rsidRPr="00463BDC">
        <w:rPr>
          <w:lang w:val="ru-RU"/>
        </w:rPr>
        <w:t>5. Имеются ли работы, указанные в актах выполненных работ, но фактически н</w:t>
      </w:r>
      <w:r w:rsidRPr="00463BDC">
        <w:rPr>
          <w:lang w:val="ru-RU"/>
        </w:rPr>
        <w:t>е выполненные либо выполненные в меньшем объеме?</w:t>
      </w:r>
    </w:p>
    <w:p w:rsidR="00450952" w:rsidRPr="00463BDC" w:rsidRDefault="003151D8">
      <w:pPr>
        <w:rPr>
          <w:lang w:val="ru-RU"/>
        </w:rPr>
      </w:pPr>
      <w:r w:rsidRPr="00463BDC">
        <w:rPr>
          <w:lang w:val="ru-RU"/>
        </w:rPr>
        <w:t>6. Какова стоимость фактически выполненных работ по подтвержденным объемам в пределах представленной документации?</w:t>
      </w:r>
    </w:p>
    <w:p w:rsidR="00450952" w:rsidRPr="00463BDC" w:rsidRDefault="003151D8">
      <w:pPr>
        <w:rPr>
          <w:lang w:val="ru-RU"/>
        </w:rPr>
      </w:pPr>
      <w:r w:rsidRPr="00463BDC">
        <w:rPr>
          <w:lang w:val="ru-RU"/>
        </w:rPr>
        <w:t>7. Какова стоимость выявленных невыполненных, завышенных либо не соответствующих проектным р</w:t>
      </w:r>
      <w:r w:rsidRPr="00463BDC">
        <w:rPr>
          <w:lang w:val="ru-RU"/>
        </w:rPr>
        <w:t>ешениям работ при наличии достаточных данных для расчета?</w:t>
      </w:r>
    </w:p>
    <w:p w:rsidR="00450952" w:rsidRPr="00776F31" w:rsidRDefault="003151D8">
      <w:pPr>
        <w:rPr>
          <w:lang w:val="ru-RU"/>
        </w:rPr>
      </w:pPr>
      <w:r w:rsidRPr="00463BDC">
        <w:rPr>
          <w:lang w:val="ru-RU"/>
        </w:rPr>
        <w:t>8. Какие мероприятия необходимы для устранения выявленных дефектов и несоответствий, если их определение возможно в рамках исследования?</w:t>
      </w:r>
    </w:p>
    <w:p w:rsidR="00450952" w:rsidRDefault="003151D8">
      <w:pPr>
        <w:spacing w:before="160"/>
      </w:pPr>
      <w:r>
        <w:rPr>
          <w:b/>
        </w:rPr>
        <w:t>8. Требования к Исполнителю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Исполнитель должен обладать необх</w:t>
      </w:r>
      <w:r w:rsidRPr="00776F31">
        <w:rPr>
          <w:lang w:val="ru-RU"/>
        </w:rPr>
        <w:t>одимой квалификацией, опытом и правом выполнять соответствующий вид исследования в случаях, когда такое право или специальная квалификация требуются законодательством Республики Казахстан;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 xml:space="preserve">специалисты, непосредственно выполняющие исследование, должны </w:t>
      </w:r>
      <w:r w:rsidRPr="00463BDC">
        <w:rPr>
          <w:lang w:val="ru-RU"/>
        </w:rPr>
        <w:t>иметь</w:t>
      </w:r>
      <w:r w:rsidRPr="00463BDC">
        <w:rPr>
          <w:lang w:val="ru-RU"/>
        </w:rPr>
        <w:t xml:space="preserve"> профильное</w:t>
      </w:r>
      <w:r w:rsidRPr="00776F31">
        <w:rPr>
          <w:lang w:val="ru-RU"/>
        </w:rPr>
        <w:t xml:space="preserve"> образование и подтвержденную компетентность по соответствующим направлениям;</w:t>
      </w:r>
    </w:p>
    <w:p w:rsidR="00450952" w:rsidRPr="00463BDC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lastRenderedPageBreak/>
        <w:t>Исполнитель несет ответственность за обоснованность расчетов, достоверность результатов измерений и выводов в пределах исследованных материалов и фактически обследован</w:t>
      </w:r>
      <w:r w:rsidRPr="00776F31">
        <w:rPr>
          <w:lang w:val="ru-RU"/>
        </w:rPr>
        <w:t xml:space="preserve">ного </w:t>
      </w:r>
      <w:r w:rsidRPr="00463BDC">
        <w:rPr>
          <w:lang w:val="ru-RU"/>
        </w:rPr>
        <w:t>объекта;</w:t>
      </w:r>
    </w:p>
    <w:p w:rsidR="00450952" w:rsidRPr="00463BDC" w:rsidRDefault="003151D8">
      <w:pPr>
        <w:pStyle w:val="a0"/>
        <w:ind w:left="397"/>
        <w:rPr>
          <w:lang w:val="ru-RU"/>
        </w:rPr>
      </w:pPr>
      <w:r w:rsidRPr="00463BDC">
        <w:rPr>
          <w:lang w:val="ru-RU"/>
        </w:rPr>
        <w:t>при необходимости привлечения лаборатории или специализированной организации Исполнитель обеспечивает документальное подтверждение компетентности привлеченных специалистов/организаций.</w:t>
      </w:r>
    </w:p>
    <w:p w:rsidR="00450952" w:rsidRPr="00463BDC" w:rsidRDefault="003151D8">
      <w:pPr>
        <w:spacing w:after="60"/>
        <w:jc w:val="both"/>
        <w:rPr>
          <w:lang w:val="ru-RU"/>
        </w:rPr>
      </w:pPr>
      <w:r w:rsidRPr="00463BDC">
        <w:rPr>
          <w:b/>
          <w:lang w:val="ru-RU"/>
        </w:rPr>
        <w:t>Дополнительные требования к Исполнителю</w:t>
      </w:r>
    </w:p>
    <w:p w:rsidR="00450952" w:rsidRPr="00463BDC" w:rsidRDefault="003151D8">
      <w:pPr>
        <w:spacing w:after="60"/>
        <w:jc w:val="both"/>
        <w:rPr>
          <w:lang w:val="ru-RU"/>
        </w:rPr>
      </w:pPr>
      <w:r w:rsidRPr="00463BDC">
        <w:rPr>
          <w:lang w:val="ru-RU"/>
        </w:rPr>
        <w:t xml:space="preserve">• Исполнитель до </w:t>
      </w:r>
      <w:r w:rsidRPr="00463BDC">
        <w:rPr>
          <w:lang w:val="ru-RU"/>
        </w:rPr>
        <w:t xml:space="preserve">заключения договора обязан предоставить документы, подтверждающие наличие предусмотренных законодательством Республики Казахстан </w:t>
      </w:r>
      <w:r w:rsidR="00977DB1" w:rsidRPr="00463BDC">
        <w:rPr>
          <w:lang w:val="ru-RU"/>
        </w:rPr>
        <w:t>иметь лицензию судебно-строительного эксперта по специализации 11.1. и 11.2</w:t>
      </w:r>
      <w:r w:rsidRPr="00463BDC">
        <w:rPr>
          <w:lang w:val="ru-RU"/>
        </w:rPr>
        <w:t>.</w:t>
      </w:r>
    </w:p>
    <w:p w:rsidR="00450952" w:rsidRPr="00776F31" w:rsidRDefault="003151D8">
      <w:pPr>
        <w:spacing w:after="60"/>
        <w:jc w:val="both"/>
        <w:rPr>
          <w:lang w:val="ru-RU"/>
        </w:rPr>
      </w:pPr>
      <w:r w:rsidRPr="00463BDC">
        <w:rPr>
          <w:lang w:val="ru-RU"/>
        </w:rPr>
        <w:t>• Для выполнения инструментального обследования Ис</w:t>
      </w:r>
      <w:r w:rsidRPr="00463BDC">
        <w:rPr>
          <w:lang w:val="ru-RU"/>
        </w:rPr>
        <w:t>полнитель должен располагать собственным либо находящимся у него на ином законном основании комплектом</w:t>
      </w:r>
      <w:r w:rsidRPr="00776F31">
        <w:rPr>
          <w:lang w:val="ru-RU"/>
        </w:rPr>
        <w:t xml:space="preserve"> поверенного/калиброванного оборудования и приборов, позволяющих выполнить предусмотренные настоящей технической спецификацией исследования. Наличие обору</w:t>
      </w:r>
      <w:r w:rsidRPr="00776F31">
        <w:rPr>
          <w:lang w:val="ru-RU"/>
        </w:rPr>
        <w:t>дования подтверждается договорами, счетами-фактурами, накладными, паспортами либо иными подтверждающими документами.</w:t>
      </w:r>
    </w:p>
    <w:p w:rsidR="00450952" w:rsidRPr="00463BDC" w:rsidRDefault="003151D8">
      <w:pPr>
        <w:spacing w:after="60"/>
        <w:jc w:val="both"/>
        <w:rPr>
          <w:lang w:val="ru-RU"/>
        </w:rPr>
      </w:pPr>
      <w:r w:rsidRPr="00463BDC">
        <w:rPr>
          <w:lang w:val="ru-RU"/>
        </w:rPr>
        <w:t>• Специалист(</w:t>
      </w:r>
      <w:proofErr w:type="spellStart"/>
      <w:r w:rsidRPr="00463BDC">
        <w:rPr>
          <w:lang w:val="ru-RU"/>
        </w:rPr>
        <w:t>ы</w:t>
      </w:r>
      <w:proofErr w:type="spellEnd"/>
      <w:r w:rsidRPr="00463BDC">
        <w:rPr>
          <w:lang w:val="ru-RU"/>
        </w:rPr>
        <w:t>), непосредственно выполняющий(</w:t>
      </w:r>
      <w:proofErr w:type="spellStart"/>
      <w:r w:rsidRPr="00463BDC">
        <w:rPr>
          <w:lang w:val="ru-RU"/>
        </w:rPr>
        <w:t>ие</w:t>
      </w:r>
      <w:proofErr w:type="spellEnd"/>
      <w:r w:rsidRPr="00463BDC">
        <w:rPr>
          <w:lang w:val="ru-RU"/>
        </w:rPr>
        <w:t>) строительно-техническое и строительно-экономическое исследование, должен(</w:t>
      </w:r>
      <w:proofErr w:type="spellStart"/>
      <w:r w:rsidRPr="00463BDC">
        <w:rPr>
          <w:lang w:val="ru-RU"/>
        </w:rPr>
        <w:t>ны</w:t>
      </w:r>
      <w:proofErr w:type="spellEnd"/>
      <w:r w:rsidRPr="00463BDC">
        <w:rPr>
          <w:lang w:val="ru-RU"/>
        </w:rPr>
        <w:t>) иметь профиль</w:t>
      </w:r>
      <w:r w:rsidRPr="00463BDC">
        <w:rPr>
          <w:lang w:val="ru-RU"/>
        </w:rPr>
        <w:t>ное высшее образование. Для выполнения технической и экономической частей исследования Исполнитель должен подтвердить наличие специалистов с высшим техническим образованием по строительному профилю и высшим экономическим образованием либо привлечь соответс</w:t>
      </w:r>
      <w:r w:rsidRPr="00463BDC">
        <w:rPr>
          <w:lang w:val="ru-RU"/>
        </w:rPr>
        <w:t>твующих специалистов.</w:t>
      </w:r>
    </w:p>
    <w:p w:rsidR="00450952" w:rsidRPr="00463BDC" w:rsidRDefault="003151D8">
      <w:pPr>
        <w:spacing w:before="160"/>
        <w:rPr>
          <w:lang w:val="ru-RU"/>
        </w:rPr>
      </w:pPr>
      <w:r w:rsidRPr="00463BDC">
        <w:rPr>
          <w:b/>
          <w:lang w:val="ru-RU"/>
        </w:rPr>
        <w:t>9. Результат оказания услуг</w:t>
      </w:r>
    </w:p>
    <w:p w:rsidR="00450952" w:rsidRPr="00463BDC" w:rsidRDefault="003151D8">
      <w:pPr>
        <w:rPr>
          <w:lang w:val="ru-RU"/>
        </w:rPr>
      </w:pPr>
      <w:r w:rsidRPr="00463BDC">
        <w:rPr>
          <w:lang w:val="ru-RU"/>
        </w:rPr>
        <w:t>По результатам оказания услуг Исполнитель предоставляет Заказчику итоговое заключение на русском языке (при необходимости — с приложениями), оформленное в прошитом/подписанном виде либо с использованием ЭЦП</w:t>
      </w:r>
      <w:r w:rsidRPr="00463BDC">
        <w:rPr>
          <w:lang w:val="ru-RU"/>
        </w:rPr>
        <w:t xml:space="preserve">, а также электронную версию в формате </w:t>
      </w:r>
      <w:r w:rsidRPr="00463BDC">
        <w:t>PDF</w:t>
      </w:r>
      <w:r w:rsidRPr="00463BDC">
        <w:rPr>
          <w:lang w:val="ru-RU"/>
        </w:rPr>
        <w:t>. Расчетные таблицы по требованию Заказчика предоставляются также в редактируемом формате.</w:t>
      </w:r>
    </w:p>
    <w:p w:rsidR="00450952" w:rsidRDefault="003151D8">
      <w:proofErr w:type="spellStart"/>
      <w:r w:rsidRPr="00463BDC">
        <w:t>Заключение</w:t>
      </w:r>
      <w:proofErr w:type="spellEnd"/>
      <w:r w:rsidRPr="00463BDC">
        <w:t xml:space="preserve"> </w:t>
      </w:r>
      <w:proofErr w:type="spellStart"/>
      <w:r w:rsidRPr="00463BDC">
        <w:t>должно</w:t>
      </w:r>
      <w:proofErr w:type="spellEnd"/>
      <w:r w:rsidRPr="00463BDC">
        <w:t xml:space="preserve"> </w:t>
      </w:r>
      <w:proofErr w:type="spellStart"/>
      <w:r w:rsidRPr="00463BDC">
        <w:t>содержать</w:t>
      </w:r>
      <w:proofErr w:type="spellEnd"/>
      <w:r w:rsidRPr="00463BDC">
        <w:t>:</w:t>
      </w:r>
    </w:p>
    <w:p w:rsidR="00450952" w:rsidRPr="00463BDC" w:rsidRDefault="003151D8">
      <w:pPr>
        <w:pStyle w:val="a0"/>
        <w:ind w:left="397"/>
        <w:rPr>
          <w:lang w:val="ru-RU"/>
        </w:rPr>
      </w:pPr>
      <w:r w:rsidRPr="00463BDC">
        <w:rPr>
          <w:lang w:val="ru-RU"/>
        </w:rPr>
        <w:t>основание, цель, объект и объем</w:t>
      </w:r>
      <w:r w:rsidR="00977DB1" w:rsidRPr="00463BDC">
        <w:rPr>
          <w:lang w:val="ru-RU"/>
        </w:rPr>
        <w:t xml:space="preserve"> </w:t>
      </w:r>
      <w:r w:rsidRPr="00463BDC">
        <w:rPr>
          <w:lang w:val="ru-RU"/>
        </w:rPr>
        <w:t>исследования;</w:t>
      </w:r>
    </w:p>
    <w:p w:rsidR="00450952" w:rsidRPr="00463BDC" w:rsidRDefault="003151D8">
      <w:pPr>
        <w:pStyle w:val="a0"/>
        <w:ind w:left="397"/>
      </w:pPr>
      <w:proofErr w:type="spellStart"/>
      <w:r w:rsidRPr="00463BDC">
        <w:t>перечень</w:t>
      </w:r>
      <w:proofErr w:type="spellEnd"/>
      <w:r w:rsidRPr="00463BDC">
        <w:t xml:space="preserve"> </w:t>
      </w:r>
      <w:r w:rsidR="00977DB1" w:rsidRPr="00463BDC">
        <w:rPr>
          <w:lang w:val="ru-RU"/>
        </w:rPr>
        <w:t>применяемой</w:t>
      </w:r>
      <w:r w:rsidRPr="00463BDC">
        <w:t xml:space="preserve"> </w:t>
      </w:r>
      <w:proofErr w:type="spellStart"/>
      <w:r w:rsidRPr="00463BDC">
        <w:t>документации</w:t>
      </w:r>
      <w:proofErr w:type="spellEnd"/>
      <w:r w:rsidRPr="00463BDC">
        <w:t>;</w:t>
      </w:r>
    </w:p>
    <w:p w:rsidR="00450952" w:rsidRPr="00463BDC" w:rsidRDefault="003151D8">
      <w:pPr>
        <w:pStyle w:val="a0"/>
        <w:ind w:left="397"/>
        <w:rPr>
          <w:lang w:val="ru-RU"/>
        </w:rPr>
      </w:pPr>
      <w:r w:rsidRPr="00463BDC">
        <w:rPr>
          <w:lang w:val="ru-RU"/>
        </w:rPr>
        <w:t xml:space="preserve">описание </w:t>
      </w:r>
      <w:r w:rsidRPr="00463BDC">
        <w:rPr>
          <w:lang w:val="ru-RU"/>
        </w:rPr>
        <w:t>примененных методов и средств измерений;</w:t>
      </w:r>
    </w:p>
    <w:p w:rsidR="00450952" w:rsidRPr="00463BDC" w:rsidRDefault="003151D8">
      <w:pPr>
        <w:pStyle w:val="a0"/>
        <w:ind w:left="397"/>
      </w:pPr>
      <w:proofErr w:type="spellStart"/>
      <w:r w:rsidRPr="00463BDC">
        <w:t>описание</w:t>
      </w:r>
      <w:proofErr w:type="spellEnd"/>
      <w:r w:rsidRPr="00463BDC">
        <w:t xml:space="preserve"> </w:t>
      </w:r>
      <w:proofErr w:type="spellStart"/>
      <w:r w:rsidRPr="00463BDC">
        <w:t>результатов</w:t>
      </w:r>
      <w:proofErr w:type="spellEnd"/>
      <w:r w:rsidRPr="00463BDC">
        <w:t xml:space="preserve"> </w:t>
      </w:r>
      <w:proofErr w:type="spellStart"/>
      <w:r w:rsidRPr="00463BDC">
        <w:t>натурного</w:t>
      </w:r>
      <w:proofErr w:type="spellEnd"/>
      <w:r w:rsidRPr="00463BDC">
        <w:t xml:space="preserve"> </w:t>
      </w:r>
      <w:proofErr w:type="spellStart"/>
      <w:r w:rsidRPr="00463BDC">
        <w:t>обследования</w:t>
      </w:r>
      <w:proofErr w:type="spellEnd"/>
      <w:r w:rsidRPr="00463BDC">
        <w:t>;</w:t>
      </w:r>
    </w:p>
    <w:p w:rsidR="00450952" w:rsidRPr="00463BDC" w:rsidRDefault="003151D8">
      <w:pPr>
        <w:pStyle w:val="a0"/>
        <w:ind w:left="397"/>
      </w:pPr>
      <w:r w:rsidRPr="00463BDC">
        <w:t>фотофиксацию;</w:t>
      </w:r>
    </w:p>
    <w:p w:rsidR="00450952" w:rsidRPr="00463BDC" w:rsidRDefault="003151D8">
      <w:pPr>
        <w:pStyle w:val="a0"/>
        <w:ind w:left="397"/>
        <w:rPr>
          <w:lang w:val="ru-RU"/>
        </w:rPr>
      </w:pPr>
      <w:r w:rsidRPr="00463BDC">
        <w:rPr>
          <w:lang w:val="ru-RU"/>
        </w:rPr>
        <w:t>сопоставительные ведомости «по документам / фактически»;</w:t>
      </w:r>
    </w:p>
    <w:p w:rsidR="00450952" w:rsidRDefault="003151D8">
      <w:pPr>
        <w:pStyle w:val="a0"/>
        <w:ind w:left="397"/>
      </w:pPr>
      <w:proofErr w:type="spellStart"/>
      <w:r>
        <w:t>расчеты</w:t>
      </w:r>
      <w:proofErr w:type="spellEnd"/>
      <w:r>
        <w:t xml:space="preserve"> </w:t>
      </w:r>
      <w:proofErr w:type="spellStart"/>
      <w:r>
        <w:t>стоимости</w:t>
      </w:r>
      <w:proofErr w:type="spellEnd"/>
      <w:r>
        <w:t xml:space="preserve"> </w:t>
      </w:r>
      <w:proofErr w:type="spellStart"/>
      <w:r>
        <w:t>выявленных</w:t>
      </w:r>
      <w:proofErr w:type="spellEnd"/>
      <w:r>
        <w:t xml:space="preserve"> </w:t>
      </w:r>
      <w:proofErr w:type="spellStart"/>
      <w:r>
        <w:t>расхождений</w:t>
      </w:r>
      <w:proofErr w:type="spellEnd"/>
      <w:r>
        <w:t>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обоснованные ответы на поставленные вопросы;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 xml:space="preserve">выводы и </w:t>
      </w:r>
      <w:r w:rsidRPr="00776F31">
        <w:rPr>
          <w:lang w:val="ru-RU"/>
        </w:rPr>
        <w:t>приложения, необходимые для проверки результатов.</w:t>
      </w:r>
    </w:p>
    <w:p w:rsidR="00450952" w:rsidRPr="00776F31" w:rsidRDefault="003151D8">
      <w:pPr>
        <w:spacing w:before="160"/>
        <w:rPr>
          <w:lang w:val="ru-RU"/>
        </w:rPr>
      </w:pPr>
      <w:r w:rsidRPr="00776F31">
        <w:rPr>
          <w:b/>
          <w:lang w:val="ru-RU"/>
        </w:rPr>
        <w:t>10. Порядок приемки услуг</w:t>
      </w:r>
    </w:p>
    <w:p w:rsidR="00450952" w:rsidRPr="00776F31" w:rsidRDefault="003151D8">
      <w:pPr>
        <w:rPr>
          <w:lang w:val="ru-RU"/>
        </w:rPr>
      </w:pPr>
      <w:r w:rsidRPr="00776F31">
        <w:rPr>
          <w:lang w:val="ru-RU"/>
        </w:rPr>
        <w:lastRenderedPageBreak/>
        <w:t>Услуга считается оказанной после передачи Заказчику полного комплекта результатов исследования и устранения обоснованных замечаний Заказчика, относящихся к полноте выполнения техни</w:t>
      </w:r>
      <w:r w:rsidRPr="00776F31">
        <w:rPr>
          <w:lang w:val="ru-RU"/>
        </w:rPr>
        <w:t>ческой спецификации. При выявлении арифметических ошибок, внутренних противоречий либо отсутствия предусмотренных настоящей спецификацией материалов Исполнитель обязан внести соответствующие исправления без дополнительной оплаты.</w:t>
      </w:r>
    </w:p>
    <w:p w:rsidR="00450952" w:rsidRPr="00776F31" w:rsidRDefault="003151D8">
      <w:pPr>
        <w:spacing w:before="160"/>
        <w:rPr>
          <w:lang w:val="ru-RU"/>
        </w:rPr>
      </w:pPr>
      <w:r w:rsidRPr="00776F31">
        <w:rPr>
          <w:b/>
          <w:lang w:val="ru-RU"/>
        </w:rPr>
        <w:t>11. Срок оказания услуг</w:t>
      </w:r>
    </w:p>
    <w:p w:rsidR="00450952" w:rsidRPr="00776F31" w:rsidRDefault="003151D8">
      <w:pPr>
        <w:rPr>
          <w:lang w:val="ru-RU"/>
        </w:rPr>
      </w:pPr>
      <w:r w:rsidRPr="00776F31">
        <w:rPr>
          <w:lang w:val="ru-RU"/>
        </w:rPr>
        <w:t>Ср</w:t>
      </w:r>
      <w:r w:rsidRPr="00776F31">
        <w:rPr>
          <w:lang w:val="ru-RU"/>
        </w:rPr>
        <w:t>ок оказания услуг определяется договором о государственных закупках/договором на оказание услуг. Отсчет срока производится в соответствии с условиями договора после предоставления Исполнителю необходимых исходных данных и обеспечения доступа к объекту.</w:t>
      </w:r>
    </w:p>
    <w:p w:rsidR="00450952" w:rsidRDefault="003151D8">
      <w:pPr>
        <w:spacing w:before="160"/>
      </w:pPr>
      <w:r>
        <w:rPr>
          <w:b/>
        </w:rPr>
        <w:t>12.</w:t>
      </w:r>
      <w:r>
        <w:rPr>
          <w:b/>
        </w:rPr>
        <w:t xml:space="preserve"> Особые условия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Исполнитель обязан соблюдать требования охраны труда и промышленной безопасности при нахождении на объекте;</w:t>
      </w:r>
      <w:r w:rsidR="000B3570">
        <w:rPr>
          <w:lang w:val="ru-RU"/>
        </w:rPr>
        <w:t xml:space="preserve"> 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все выводы должны основываться на фактически исследованных материалах, результатах обследования, измерений и расчетов;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если ответ н</w:t>
      </w:r>
      <w:r w:rsidRPr="00776F31">
        <w:rPr>
          <w:lang w:val="ru-RU"/>
        </w:rPr>
        <w:t>а отдельный вопрос невозможен из-за отсутствия документов, недоступности скрытых конструкций либо недостаточности исходных данных, это должно быть прямо указано в заключении с обоснованием причин;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Исполнитель не вправе изменять исходные данные или делать к</w:t>
      </w:r>
      <w:r w:rsidRPr="00776F31">
        <w:rPr>
          <w:lang w:val="ru-RU"/>
        </w:rPr>
        <w:t>атегоричные выводы при отсутствии достаточных объективных оснований;</w:t>
      </w:r>
    </w:p>
    <w:p w:rsidR="00450952" w:rsidRPr="00776F31" w:rsidRDefault="003151D8">
      <w:pPr>
        <w:pStyle w:val="a0"/>
        <w:ind w:left="397"/>
        <w:rPr>
          <w:lang w:val="ru-RU"/>
        </w:rPr>
      </w:pPr>
      <w:r w:rsidRPr="00776F31">
        <w:rPr>
          <w:lang w:val="ru-RU"/>
        </w:rPr>
        <w:t>материалы и сведения, полученные от Заказчика, используются исключительно для выполнения настоящей услуги.</w:t>
      </w:r>
    </w:p>
    <w:p w:rsidR="00450952" w:rsidRPr="00776F31" w:rsidRDefault="003151D8">
      <w:pPr>
        <w:spacing w:before="160"/>
        <w:rPr>
          <w:lang w:val="ru-RU"/>
        </w:rPr>
      </w:pPr>
      <w:r w:rsidRPr="00776F31">
        <w:rPr>
          <w:b/>
          <w:lang w:val="ru-RU"/>
        </w:rPr>
        <w:t>13. Примечание</w:t>
      </w:r>
    </w:p>
    <w:p w:rsidR="00450952" w:rsidRPr="00776F31" w:rsidRDefault="003151D8">
      <w:pPr>
        <w:rPr>
          <w:lang w:val="ru-RU"/>
        </w:rPr>
      </w:pPr>
      <w:r w:rsidRPr="00776F31">
        <w:rPr>
          <w:lang w:val="ru-RU"/>
        </w:rPr>
        <w:t>Конкретный перечень исследуемых участков, документов, контрольных</w:t>
      </w:r>
      <w:r w:rsidRPr="00776F31">
        <w:rPr>
          <w:lang w:val="ru-RU"/>
        </w:rPr>
        <w:t xml:space="preserve"> измерений и при необходимости локальных вскрытий уточняется совместно с Заказчиком исходя из фактического состояния объекта и состава имеющейся документации, без уменьшения предусмотренного настоящей технической спецификацией объема и цели исследования.</w:t>
      </w:r>
    </w:p>
    <w:p w:rsidR="00450952" w:rsidRPr="00776F31" w:rsidRDefault="00450952">
      <w:pPr>
        <w:rPr>
          <w:lang w:val="ru-RU"/>
        </w:rPr>
      </w:pPr>
    </w:p>
    <w:p w:rsidR="000F517D" w:rsidRDefault="000F517D">
      <w:pPr>
        <w:rPr>
          <w:lang w:val="ru-RU"/>
        </w:rPr>
      </w:pPr>
    </w:p>
    <w:p w:rsidR="00351379" w:rsidRDefault="00351379">
      <w:pPr>
        <w:rPr>
          <w:lang w:val="ru-RU"/>
        </w:rPr>
      </w:pPr>
    </w:p>
    <w:p w:rsidR="00351379" w:rsidRDefault="00351379">
      <w:pPr>
        <w:rPr>
          <w:lang w:val="ru-RU"/>
        </w:rPr>
      </w:pPr>
    </w:p>
    <w:p w:rsidR="00351379" w:rsidRDefault="00351379">
      <w:pPr>
        <w:rPr>
          <w:lang w:val="ru-RU"/>
        </w:rPr>
      </w:pPr>
    </w:p>
    <w:p w:rsidR="00351379" w:rsidRDefault="00351379">
      <w:pPr>
        <w:rPr>
          <w:lang w:val="ru-RU"/>
        </w:rPr>
      </w:pPr>
    </w:p>
    <w:p w:rsidR="00351379" w:rsidRDefault="00351379">
      <w:pPr>
        <w:rPr>
          <w:lang w:val="ru-RU"/>
        </w:rPr>
      </w:pPr>
    </w:p>
    <w:p w:rsidR="00351379" w:rsidRDefault="00351379">
      <w:pPr>
        <w:rPr>
          <w:lang w:val="ru-RU"/>
        </w:rPr>
      </w:pPr>
    </w:p>
    <w:p w:rsidR="00351379" w:rsidRDefault="00351379">
      <w:pPr>
        <w:rPr>
          <w:lang w:val="ru-RU"/>
        </w:rPr>
      </w:pPr>
    </w:p>
    <w:p w:rsidR="00351379" w:rsidRDefault="00351379">
      <w:pPr>
        <w:rPr>
          <w:lang w:val="ru-RU"/>
        </w:rPr>
      </w:pPr>
    </w:p>
    <w:p w:rsidR="00351379" w:rsidRDefault="00351379">
      <w:pPr>
        <w:rPr>
          <w:lang w:val="ru-RU"/>
        </w:rPr>
      </w:pPr>
    </w:p>
    <w:sectPr w:rsidR="00351379" w:rsidSect="00034616">
      <w:footerReference w:type="default" r:id="rId8"/>
      <w:pgSz w:w="12240" w:h="15840"/>
      <w:pgMar w:top="1134" w:right="850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1D8" w:rsidRDefault="003151D8">
      <w:pPr>
        <w:spacing w:after="0" w:line="240" w:lineRule="auto"/>
      </w:pPr>
      <w:r>
        <w:separator/>
      </w:r>
    </w:p>
  </w:endnote>
  <w:endnote w:type="continuationSeparator" w:id="0">
    <w:p w:rsidR="003151D8" w:rsidRDefault="00315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52" w:rsidRDefault="003151D8">
    <w:pPr>
      <w:pStyle w:val="a7"/>
      <w:jc w:val="center"/>
    </w:pPr>
    <w:r>
      <w:rPr>
        <w:sz w:val="18"/>
      </w:rPr>
      <w:t>Техническая спецификация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1D8" w:rsidRDefault="003151D8">
      <w:pPr>
        <w:spacing w:after="0" w:line="240" w:lineRule="auto"/>
      </w:pPr>
      <w:r>
        <w:separator/>
      </w:r>
    </w:p>
  </w:footnote>
  <w:footnote w:type="continuationSeparator" w:id="0">
    <w:p w:rsidR="003151D8" w:rsidRDefault="003151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47730"/>
    <w:rsid w:val="00034616"/>
    <w:rsid w:val="0006063C"/>
    <w:rsid w:val="000B3570"/>
    <w:rsid w:val="000F517D"/>
    <w:rsid w:val="0015074B"/>
    <w:rsid w:val="0029639D"/>
    <w:rsid w:val="002D303B"/>
    <w:rsid w:val="003151D8"/>
    <w:rsid w:val="00326F90"/>
    <w:rsid w:val="00351379"/>
    <w:rsid w:val="00362823"/>
    <w:rsid w:val="0043382F"/>
    <w:rsid w:val="00450952"/>
    <w:rsid w:val="00463BDC"/>
    <w:rsid w:val="00776F31"/>
    <w:rsid w:val="00977DB1"/>
    <w:rsid w:val="00A9516C"/>
    <w:rsid w:val="00AA1D8D"/>
    <w:rsid w:val="00B47730"/>
    <w:rsid w:val="00B9235C"/>
    <w:rsid w:val="00CB0664"/>
    <w:rsid w:val="00E6371A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pPr>
      <w:spacing w:after="80"/>
    </w:pPr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7ACA62-FA87-4856-9EF1-0AB9A6C18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10</Pages>
  <Words>3263</Words>
  <Characters>18603</Characters>
  <Application>Microsoft Office Word</Application>
  <DocSecurity>0</DocSecurity>
  <Lines>155</Lines>
  <Paragraphs>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21823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 Windows</cp:lastModifiedBy>
  <cp:revision>10</cp:revision>
  <dcterms:created xsi:type="dcterms:W3CDTF">2013-12-23T23:15:00Z</dcterms:created>
  <dcterms:modified xsi:type="dcterms:W3CDTF">2026-10-14T10:15:00Z</dcterms:modified>
  <cp:category/>
</cp:coreProperties>
</file>