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B9F22" w14:textId="77777777" w:rsidR="004F542F" w:rsidRDefault="00253577">
      <w:pPr>
        <w:jc w:val="center"/>
      </w:pPr>
      <w:r>
        <w:rPr>
          <w:b/>
          <w:sz w:val="28"/>
        </w:rPr>
        <w:t>ТЕХНИКАЛЫҚ СИПАТТАМА</w:t>
      </w:r>
    </w:p>
    <w:p w14:paraId="1214A0BD" w14:textId="0673796A" w:rsidR="004F542F" w:rsidRDefault="00253577">
      <w:pPr>
        <w:jc w:val="center"/>
      </w:pPr>
      <w:proofErr w:type="spellStart"/>
      <w:r>
        <w:rPr>
          <w:b/>
          <w:sz w:val="26"/>
        </w:rPr>
        <w:t>Қолданыстағы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бейнебақылау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жүйесін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қосымша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жабдықтау</w:t>
      </w:r>
      <w:proofErr w:type="spellEnd"/>
      <w:r>
        <w:rPr>
          <w:b/>
          <w:sz w:val="26"/>
        </w:rPr>
        <w:br/>
      </w:r>
      <w:r>
        <w:t xml:space="preserve">10 </w:t>
      </w:r>
      <w:proofErr w:type="spellStart"/>
      <w:r>
        <w:t>дана</w:t>
      </w:r>
      <w:proofErr w:type="spellEnd"/>
      <w:r>
        <w:t xml:space="preserve"> Dahua DH-IPC-HDBW2449E-S-IL IP-</w:t>
      </w:r>
      <w:proofErr w:type="spellStart"/>
      <w:r>
        <w:t>бейнекамераларын</w:t>
      </w:r>
      <w:proofErr w:type="spellEnd"/>
      <w:r>
        <w:t xml:space="preserve"> </w:t>
      </w:r>
      <w:r w:rsidR="00E37A7E">
        <w:rPr>
          <w:lang w:val="ru-RU"/>
        </w:rPr>
        <w:t>саты</w:t>
      </w:r>
      <w:r w:rsidR="00E37A7E" w:rsidRPr="00E37A7E">
        <w:t xml:space="preserve"> </w:t>
      </w:r>
      <w:r w:rsidR="00E37A7E">
        <w:rPr>
          <w:lang w:val="ru-RU"/>
        </w:rPr>
        <w:t>палу</w:t>
      </w:r>
      <w:r w:rsidR="00E37A7E" w:rsidRPr="00E37A7E">
        <w:t xml:space="preserve"> </w:t>
      </w:r>
      <w:r w:rsidR="00E37A7E">
        <w:rPr>
          <w:lang w:val="kk-KZ"/>
        </w:rPr>
        <w:t xml:space="preserve">және </w:t>
      </w:r>
      <w:proofErr w:type="spellStart"/>
      <w:r>
        <w:t>орнату</w:t>
      </w:r>
      <w:proofErr w:type="spellEnd"/>
    </w:p>
    <w:p w14:paraId="3C672DC7" w14:textId="77777777" w:rsidR="004F542F" w:rsidRDefault="00253577">
      <w:pPr>
        <w:spacing w:after="100"/>
      </w:pPr>
      <w:r>
        <w:t>Мақсаты: тапсырыс берушінің қолданыстағы бейнебақылау жүйесін қосымша 10 дана Dahua DH-IPC-HDBW2449E-S-IL IP-бейнекамераларымен толықтыру, кабельдік желілерді жүргізу, PoE-коммутаторды орнату және жаңа камераларды қолданыстағы жүйеге қосу.</w:t>
      </w:r>
    </w:p>
    <w:p w14:paraId="5D541132" w14:textId="77777777" w:rsidR="004F542F" w:rsidRDefault="00253577">
      <w:pPr>
        <w:spacing w:after="100"/>
      </w:pPr>
      <w:r>
        <w:t>Жұмыстар қолданыстағы жабдықты барынша сақтай отырып және объектідегі қолданыстағы бейнебақылау инфрақұрылымымен үйлесімді түрде орындалуы тиіс.</w:t>
      </w:r>
    </w:p>
    <w:p w14:paraId="7D248633" w14:textId="77777777" w:rsidR="004F542F" w:rsidRDefault="00253577">
      <w:pPr>
        <w:jc w:val="center"/>
      </w:pPr>
      <w:r>
        <w:rPr>
          <w:b/>
          <w:sz w:val="24"/>
        </w:rPr>
        <w:t>1. Жеткізу және монтаждау құрамы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1465"/>
        <w:gridCol w:w="1503"/>
        <w:gridCol w:w="1503"/>
        <w:gridCol w:w="1465"/>
        <w:gridCol w:w="1465"/>
        <w:gridCol w:w="1465"/>
        <w:gridCol w:w="1465"/>
      </w:tblGrid>
      <w:tr w:rsidR="004F542F" w14:paraId="0138CBEE" w14:textId="77777777" w:rsidTr="00253577">
        <w:trPr>
          <w:tblHeader/>
          <w:jc w:val="center"/>
        </w:trPr>
        <w:tc>
          <w:tcPr>
            <w:tcW w:w="1465" w:type="dxa"/>
            <w:shd w:val="clear" w:color="auto" w:fill="FFFFFF" w:themeFill="background1"/>
            <w:vAlign w:val="center"/>
          </w:tcPr>
          <w:p w14:paraId="7D3D46F6" w14:textId="77777777" w:rsidR="004F542F" w:rsidRDefault="00253577">
            <w:pPr>
              <w:jc w:val="center"/>
            </w:pPr>
            <w:r>
              <w:rPr>
                <w:b/>
                <w:sz w:val="16"/>
              </w:rPr>
              <w:t>№</w:t>
            </w: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14:paraId="32D85610" w14:textId="77777777" w:rsidR="004F542F" w:rsidRDefault="00253577">
            <w:pPr>
              <w:jc w:val="center"/>
            </w:pPr>
            <w:r>
              <w:rPr>
                <w:b/>
                <w:sz w:val="16"/>
              </w:rPr>
              <w:t>Атауы / Наименование</w:t>
            </w: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14:paraId="306A5FAE" w14:textId="77777777" w:rsidR="004F542F" w:rsidRDefault="00253577">
            <w:pPr>
              <w:jc w:val="center"/>
            </w:pPr>
            <w:r>
              <w:rPr>
                <w:b/>
                <w:sz w:val="16"/>
              </w:rPr>
              <w:t>Техникалық сипаттамалары / Технические характеристики</w:t>
            </w: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14:paraId="7BE57511" w14:textId="77777777" w:rsidR="004F542F" w:rsidRDefault="00253577">
            <w:pPr>
              <w:jc w:val="center"/>
            </w:pPr>
            <w:r>
              <w:rPr>
                <w:b/>
                <w:sz w:val="16"/>
              </w:rPr>
              <w:t>Өлш. бірл. / Ед.</w:t>
            </w: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14:paraId="2CC90BBB" w14:textId="77777777" w:rsidR="004F542F" w:rsidRDefault="00253577">
            <w:pPr>
              <w:jc w:val="center"/>
            </w:pPr>
            <w:r>
              <w:rPr>
                <w:b/>
                <w:sz w:val="16"/>
              </w:rPr>
              <w:t>Саны / Кол-во</w:t>
            </w: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14:paraId="37D3D6D5" w14:textId="77777777" w:rsidR="004F542F" w:rsidRDefault="00253577">
            <w:pPr>
              <w:jc w:val="center"/>
            </w:pPr>
            <w:r>
              <w:rPr>
                <w:b/>
                <w:sz w:val="16"/>
              </w:rPr>
              <w:t>Бағасы / Цена, тг</w:t>
            </w: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14:paraId="54E5714F" w14:textId="77777777" w:rsidR="004F542F" w:rsidRDefault="00253577">
            <w:pPr>
              <w:jc w:val="center"/>
            </w:pPr>
            <w:r>
              <w:rPr>
                <w:b/>
                <w:sz w:val="16"/>
              </w:rPr>
              <w:t>Сомасы / Сумма, тг</w:t>
            </w:r>
          </w:p>
        </w:tc>
      </w:tr>
      <w:tr w:rsidR="004F542F" w14:paraId="217848CD" w14:textId="77777777">
        <w:trPr>
          <w:jc w:val="center"/>
        </w:trPr>
        <w:tc>
          <w:tcPr>
            <w:tcW w:w="1465" w:type="dxa"/>
            <w:vAlign w:val="center"/>
          </w:tcPr>
          <w:p w14:paraId="7AF40FF9" w14:textId="77777777" w:rsidR="004F542F" w:rsidRDefault="00253577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465" w:type="dxa"/>
            <w:vAlign w:val="center"/>
          </w:tcPr>
          <w:p w14:paraId="0015AB3D" w14:textId="77777777" w:rsidR="004F542F" w:rsidRDefault="00253577">
            <w:pPr>
              <w:jc w:val="center"/>
            </w:pPr>
            <w:r>
              <w:rPr>
                <w:sz w:val="16"/>
              </w:rPr>
              <w:t>IP-бейнекамера Dahua DH-IPC-HDBW2449E-S-IL</w:t>
            </w:r>
          </w:p>
        </w:tc>
        <w:tc>
          <w:tcPr>
            <w:tcW w:w="1465" w:type="dxa"/>
            <w:vAlign w:val="center"/>
          </w:tcPr>
          <w:p w14:paraId="5A56F1D7" w14:textId="77777777" w:rsidR="004F542F" w:rsidRDefault="00253577">
            <w:pPr>
              <w:jc w:val="center"/>
            </w:pPr>
            <w:r>
              <w:rPr>
                <w:sz w:val="16"/>
              </w:rPr>
              <w:t>4 Мп; 2688×1520; IP; ИҚ/LED жарықтандыру; RJ-45; PoE; ішкі/сыртқы орнатуға арналған корпус</w:t>
            </w:r>
          </w:p>
        </w:tc>
        <w:tc>
          <w:tcPr>
            <w:tcW w:w="1465" w:type="dxa"/>
            <w:vAlign w:val="center"/>
          </w:tcPr>
          <w:p w14:paraId="5488A52A" w14:textId="77777777" w:rsidR="004F542F" w:rsidRDefault="00253577">
            <w:pPr>
              <w:jc w:val="center"/>
            </w:pPr>
            <w:r>
              <w:rPr>
                <w:sz w:val="16"/>
              </w:rPr>
              <w:t>дана</w:t>
            </w:r>
          </w:p>
        </w:tc>
        <w:tc>
          <w:tcPr>
            <w:tcW w:w="1465" w:type="dxa"/>
            <w:vAlign w:val="center"/>
          </w:tcPr>
          <w:p w14:paraId="19351E7E" w14:textId="77777777" w:rsidR="004F542F" w:rsidRDefault="00253577">
            <w:pPr>
              <w:jc w:val="center"/>
            </w:pPr>
            <w:r>
              <w:rPr>
                <w:sz w:val="16"/>
              </w:rPr>
              <w:t>10</w:t>
            </w:r>
          </w:p>
        </w:tc>
        <w:tc>
          <w:tcPr>
            <w:tcW w:w="1465" w:type="dxa"/>
            <w:vAlign w:val="center"/>
          </w:tcPr>
          <w:p w14:paraId="25DF8045" w14:textId="77777777" w:rsidR="004F542F" w:rsidRDefault="00253577">
            <w:pPr>
              <w:jc w:val="center"/>
            </w:pPr>
            <w:r>
              <w:rPr>
                <w:sz w:val="16"/>
              </w:rPr>
              <w:t>33 000</w:t>
            </w:r>
          </w:p>
        </w:tc>
        <w:tc>
          <w:tcPr>
            <w:tcW w:w="1465" w:type="dxa"/>
            <w:vAlign w:val="center"/>
          </w:tcPr>
          <w:p w14:paraId="0A48AF43" w14:textId="77777777" w:rsidR="004F542F" w:rsidRDefault="00253577">
            <w:pPr>
              <w:jc w:val="center"/>
            </w:pPr>
            <w:r>
              <w:rPr>
                <w:sz w:val="16"/>
              </w:rPr>
              <w:t>330 000</w:t>
            </w:r>
          </w:p>
        </w:tc>
      </w:tr>
      <w:tr w:rsidR="004F542F" w14:paraId="37C0A33D" w14:textId="77777777">
        <w:trPr>
          <w:jc w:val="center"/>
        </w:trPr>
        <w:tc>
          <w:tcPr>
            <w:tcW w:w="1465" w:type="dxa"/>
            <w:vAlign w:val="center"/>
          </w:tcPr>
          <w:p w14:paraId="1E8DA170" w14:textId="77777777" w:rsidR="004F542F" w:rsidRDefault="00253577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1465" w:type="dxa"/>
            <w:vAlign w:val="center"/>
          </w:tcPr>
          <w:p w14:paraId="3A770BAC" w14:textId="77777777" w:rsidR="004F542F" w:rsidRDefault="00253577">
            <w:pPr>
              <w:jc w:val="center"/>
            </w:pPr>
            <w:r>
              <w:rPr>
                <w:sz w:val="16"/>
              </w:rPr>
              <w:t>PoE-коммутатор</w:t>
            </w:r>
          </w:p>
        </w:tc>
        <w:tc>
          <w:tcPr>
            <w:tcW w:w="1465" w:type="dxa"/>
            <w:vAlign w:val="center"/>
          </w:tcPr>
          <w:p w14:paraId="040791FD" w14:textId="77777777" w:rsidR="004F542F" w:rsidRDefault="00253577">
            <w:pPr>
              <w:jc w:val="center"/>
            </w:pPr>
            <w:r>
              <w:rPr>
                <w:sz w:val="16"/>
              </w:rPr>
              <w:t>IP-бейнекамераларды қосуға арналған, PoE қолдауы бар желілік коммутатор</w:t>
            </w:r>
          </w:p>
        </w:tc>
        <w:tc>
          <w:tcPr>
            <w:tcW w:w="1465" w:type="dxa"/>
            <w:vAlign w:val="center"/>
          </w:tcPr>
          <w:p w14:paraId="31785BD8" w14:textId="77777777" w:rsidR="004F542F" w:rsidRDefault="00253577">
            <w:pPr>
              <w:jc w:val="center"/>
            </w:pPr>
            <w:r>
              <w:rPr>
                <w:sz w:val="16"/>
              </w:rPr>
              <w:t>дана</w:t>
            </w:r>
          </w:p>
        </w:tc>
        <w:tc>
          <w:tcPr>
            <w:tcW w:w="1465" w:type="dxa"/>
            <w:vAlign w:val="center"/>
          </w:tcPr>
          <w:p w14:paraId="71684B80" w14:textId="77777777" w:rsidR="004F542F" w:rsidRDefault="00253577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465" w:type="dxa"/>
            <w:vAlign w:val="center"/>
          </w:tcPr>
          <w:p w14:paraId="49256C21" w14:textId="77777777" w:rsidR="004F542F" w:rsidRDefault="00253577">
            <w:pPr>
              <w:jc w:val="center"/>
            </w:pPr>
            <w:r>
              <w:rPr>
                <w:sz w:val="16"/>
              </w:rPr>
              <w:t>40 000</w:t>
            </w:r>
          </w:p>
        </w:tc>
        <w:tc>
          <w:tcPr>
            <w:tcW w:w="1465" w:type="dxa"/>
            <w:vAlign w:val="center"/>
          </w:tcPr>
          <w:p w14:paraId="3BB206EE" w14:textId="77777777" w:rsidR="004F542F" w:rsidRDefault="00253577">
            <w:pPr>
              <w:jc w:val="center"/>
            </w:pPr>
            <w:r>
              <w:rPr>
                <w:sz w:val="16"/>
              </w:rPr>
              <w:t>40 000</w:t>
            </w:r>
          </w:p>
        </w:tc>
      </w:tr>
      <w:tr w:rsidR="004F542F" w14:paraId="4A1911E4" w14:textId="77777777">
        <w:trPr>
          <w:jc w:val="center"/>
        </w:trPr>
        <w:tc>
          <w:tcPr>
            <w:tcW w:w="1465" w:type="dxa"/>
            <w:vAlign w:val="center"/>
          </w:tcPr>
          <w:p w14:paraId="74433FA3" w14:textId="77777777" w:rsidR="004F542F" w:rsidRDefault="00253577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1465" w:type="dxa"/>
            <w:vAlign w:val="center"/>
          </w:tcPr>
          <w:p w14:paraId="52ED404F" w14:textId="77777777" w:rsidR="004F542F" w:rsidRDefault="00253577">
            <w:pPr>
              <w:jc w:val="center"/>
            </w:pPr>
            <w:r>
              <w:rPr>
                <w:sz w:val="16"/>
              </w:rPr>
              <w:t>UTP кабелі</w:t>
            </w:r>
          </w:p>
        </w:tc>
        <w:tc>
          <w:tcPr>
            <w:tcW w:w="1465" w:type="dxa"/>
            <w:vAlign w:val="center"/>
          </w:tcPr>
          <w:p w14:paraId="72C8E658" w14:textId="77777777" w:rsidR="004F542F" w:rsidRDefault="00253577">
            <w:pPr>
              <w:jc w:val="center"/>
            </w:pPr>
            <w:r>
              <w:rPr>
                <w:sz w:val="16"/>
              </w:rPr>
              <w:t>5e/6 санаты, 4 жұп, бейнебақылау жүйелеріне арналған</w:t>
            </w:r>
          </w:p>
        </w:tc>
        <w:tc>
          <w:tcPr>
            <w:tcW w:w="1465" w:type="dxa"/>
            <w:vAlign w:val="center"/>
          </w:tcPr>
          <w:p w14:paraId="2039C165" w14:textId="77777777" w:rsidR="004F542F" w:rsidRDefault="00253577">
            <w:pPr>
              <w:jc w:val="center"/>
            </w:pPr>
            <w:r>
              <w:rPr>
                <w:sz w:val="16"/>
              </w:rPr>
              <w:t>м</w:t>
            </w:r>
          </w:p>
        </w:tc>
        <w:tc>
          <w:tcPr>
            <w:tcW w:w="1465" w:type="dxa"/>
            <w:vAlign w:val="center"/>
          </w:tcPr>
          <w:p w14:paraId="62BD0A3E" w14:textId="77777777" w:rsidR="004F542F" w:rsidRDefault="00253577">
            <w:pPr>
              <w:jc w:val="center"/>
            </w:pPr>
            <w:r>
              <w:rPr>
                <w:sz w:val="16"/>
              </w:rPr>
              <w:t>330</w:t>
            </w:r>
          </w:p>
        </w:tc>
        <w:tc>
          <w:tcPr>
            <w:tcW w:w="1465" w:type="dxa"/>
            <w:vAlign w:val="center"/>
          </w:tcPr>
          <w:p w14:paraId="093EE277" w14:textId="77777777" w:rsidR="004F542F" w:rsidRDefault="00253577">
            <w:pPr>
              <w:jc w:val="center"/>
            </w:pPr>
            <w:r>
              <w:rPr>
                <w:sz w:val="16"/>
              </w:rPr>
              <w:t>180</w:t>
            </w:r>
          </w:p>
        </w:tc>
        <w:tc>
          <w:tcPr>
            <w:tcW w:w="1465" w:type="dxa"/>
            <w:vAlign w:val="center"/>
          </w:tcPr>
          <w:p w14:paraId="4C829EF6" w14:textId="77777777" w:rsidR="004F542F" w:rsidRDefault="00253577">
            <w:pPr>
              <w:jc w:val="center"/>
            </w:pPr>
            <w:r>
              <w:rPr>
                <w:sz w:val="16"/>
              </w:rPr>
              <w:t>59 400</w:t>
            </w:r>
          </w:p>
        </w:tc>
      </w:tr>
      <w:tr w:rsidR="004F542F" w14:paraId="6C1C6649" w14:textId="77777777">
        <w:trPr>
          <w:jc w:val="center"/>
        </w:trPr>
        <w:tc>
          <w:tcPr>
            <w:tcW w:w="1465" w:type="dxa"/>
            <w:vAlign w:val="center"/>
          </w:tcPr>
          <w:p w14:paraId="3ED03F74" w14:textId="77777777" w:rsidR="004F542F" w:rsidRDefault="00253577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1465" w:type="dxa"/>
            <w:vAlign w:val="center"/>
          </w:tcPr>
          <w:p w14:paraId="561F26FF" w14:textId="77777777" w:rsidR="004F542F" w:rsidRDefault="00253577">
            <w:pPr>
              <w:jc w:val="center"/>
            </w:pPr>
            <w:r>
              <w:rPr>
                <w:sz w:val="16"/>
              </w:rPr>
              <w:t>Кабель-арна</w:t>
            </w:r>
          </w:p>
        </w:tc>
        <w:tc>
          <w:tcPr>
            <w:tcW w:w="1465" w:type="dxa"/>
            <w:vAlign w:val="center"/>
          </w:tcPr>
          <w:p w14:paraId="0427E706" w14:textId="77777777" w:rsidR="004F542F" w:rsidRDefault="00253577">
            <w:pPr>
              <w:jc w:val="center"/>
            </w:pPr>
            <w:r>
              <w:rPr>
                <w:sz w:val="16"/>
              </w:rPr>
              <w:t>Кабельдік желілерді төсеуге және қорғауға арналған</w:t>
            </w:r>
          </w:p>
        </w:tc>
        <w:tc>
          <w:tcPr>
            <w:tcW w:w="1465" w:type="dxa"/>
            <w:vAlign w:val="center"/>
          </w:tcPr>
          <w:p w14:paraId="09D67141" w14:textId="77777777" w:rsidR="004F542F" w:rsidRDefault="00253577">
            <w:pPr>
              <w:jc w:val="center"/>
            </w:pPr>
            <w:r>
              <w:rPr>
                <w:sz w:val="16"/>
              </w:rPr>
              <w:t>м</w:t>
            </w:r>
          </w:p>
        </w:tc>
        <w:tc>
          <w:tcPr>
            <w:tcW w:w="1465" w:type="dxa"/>
            <w:vAlign w:val="center"/>
          </w:tcPr>
          <w:p w14:paraId="02C37434" w14:textId="77777777" w:rsidR="004F542F" w:rsidRDefault="00253577">
            <w:pPr>
              <w:jc w:val="center"/>
            </w:pPr>
            <w:r>
              <w:rPr>
                <w:sz w:val="16"/>
              </w:rPr>
              <w:t>60</w:t>
            </w:r>
          </w:p>
        </w:tc>
        <w:tc>
          <w:tcPr>
            <w:tcW w:w="1465" w:type="dxa"/>
            <w:vAlign w:val="center"/>
          </w:tcPr>
          <w:p w14:paraId="1F4D9B1A" w14:textId="77777777" w:rsidR="004F542F" w:rsidRDefault="00253577">
            <w:pPr>
              <w:jc w:val="center"/>
            </w:pPr>
            <w:r>
              <w:rPr>
                <w:sz w:val="16"/>
              </w:rPr>
              <w:t>250</w:t>
            </w:r>
          </w:p>
        </w:tc>
        <w:tc>
          <w:tcPr>
            <w:tcW w:w="1465" w:type="dxa"/>
            <w:vAlign w:val="center"/>
          </w:tcPr>
          <w:p w14:paraId="7F43EE5D" w14:textId="77777777" w:rsidR="004F542F" w:rsidRDefault="00253577">
            <w:pPr>
              <w:jc w:val="center"/>
            </w:pPr>
            <w:r>
              <w:rPr>
                <w:sz w:val="16"/>
              </w:rPr>
              <w:t>15 000</w:t>
            </w:r>
          </w:p>
        </w:tc>
      </w:tr>
      <w:tr w:rsidR="004F542F" w14:paraId="2EC3138C" w14:textId="77777777">
        <w:trPr>
          <w:jc w:val="center"/>
        </w:trPr>
        <w:tc>
          <w:tcPr>
            <w:tcW w:w="1465" w:type="dxa"/>
            <w:vAlign w:val="center"/>
          </w:tcPr>
          <w:p w14:paraId="188CEC24" w14:textId="77777777" w:rsidR="004F542F" w:rsidRDefault="00253577">
            <w:pPr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1465" w:type="dxa"/>
            <w:vAlign w:val="center"/>
          </w:tcPr>
          <w:p w14:paraId="714BF106" w14:textId="77777777" w:rsidR="004F542F" w:rsidRDefault="00253577">
            <w:pPr>
              <w:jc w:val="center"/>
            </w:pPr>
            <w:r>
              <w:rPr>
                <w:sz w:val="16"/>
              </w:rPr>
              <w:t>RJ-45 коннекторы</w:t>
            </w:r>
          </w:p>
        </w:tc>
        <w:tc>
          <w:tcPr>
            <w:tcW w:w="1465" w:type="dxa"/>
            <w:vAlign w:val="center"/>
          </w:tcPr>
          <w:p w14:paraId="096A6C1E" w14:textId="77777777" w:rsidR="004F542F" w:rsidRDefault="00253577">
            <w:pPr>
              <w:jc w:val="center"/>
            </w:pPr>
            <w:r>
              <w:rPr>
                <w:sz w:val="16"/>
              </w:rPr>
              <w:t>Желілік кабельді ұштауға арналған</w:t>
            </w:r>
          </w:p>
        </w:tc>
        <w:tc>
          <w:tcPr>
            <w:tcW w:w="1465" w:type="dxa"/>
            <w:vAlign w:val="center"/>
          </w:tcPr>
          <w:p w14:paraId="52C274F8" w14:textId="77777777" w:rsidR="004F542F" w:rsidRDefault="00253577">
            <w:pPr>
              <w:jc w:val="center"/>
            </w:pPr>
            <w:r>
              <w:rPr>
                <w:sz w:val="16"/>
              </w:rPr>
              <w:t>дана</w:t>
            </w:r>
          </w:p>
        </w:tc>
        <w:tc>
          <w:tcPr>
            <w:tcW w:w="1465" w:type="dxa"/>
            <w:vAlign w:val="center"/>
          </w:tcPr>
          <w:p w14:paraId="090E1F2B" w14:textId="77777777" w:rsidR="004F542F" w:rsidRDefault="00253577">
            <w:pPr>
              <w:jc w:val="center"/>
            </w:pPr>
            <w:r>
              <w:rPr>
                <w:sz w:val="16"/>
              </w:rPr>
              <w:t>20</w:t>
            </w:r>
          </w:p>
        </w:tc>
        <w:tc>
          <w:tcPr>
            <w:tcW w:w="1465" w:type="dxa"/>
            <w:vAlign w:val="center"/>
          </w:tcPr>
          <w:p w14:paraId="7DCE7CA0" w14:textId="77777777" w:rsidR="004F542F" w:rsidRDefault="00253577">
            <w:pPr>
              <w:jc w:val="center"/>
            </w:pPr>
            <w:r>
              <w:rPr>
                <w:sz w:val="16"/>
              </w:rPr>
              <w:t>150</w:t>
            </w:r>
          </w:p>
        </w:tc>
        <w:tc>
          <w:tcPr>
            <w:tcW w:w="1465" w:type="dxa"/>
            <w:vAlign w:val="center"/>
          </w:tcPr>
          <w:p w14:paraId="758FF551" w14:textId="77777777" w:rsidR="004F542F" w:rsidRDefault="00253577">
            <w:pPr>
              <w:jc w:val="center"/>
            </w:pPr>
            <w:r>
              <w:rPr>
                <w:sz w:val="16"/>
              </w:rPr>
              <w:t>3 000</w:t>
            </w:r>
          </w:p>
        </w:tc>
      </w:tr>
      <w:tr w:rsidR="004F542F" w14:paraId="50F8A8B2" w14:textId="77777777">
        <w:trPr>
          <w:jc w:val="center"/>
        </w:trPr>
        <w:tc>
          <w:tcPr>
            <w:tcW w:w="1465" w:type="dxa"/>
            <w:vAlign w:val="center"/>
          </w:tcPr>
          <w:p w14:paraId="0CD1A3BA" w14:textId="77777777" w:rsidR="004F542F" w:rsidRDefault="00253577">
            <w:pPr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1465" w:type="dxa"/>
            <w:vAlign w:val="center"/>
          </w:tcPr>
          <w:p w14:paraId="6182BD15" w14:textId="77777777" w:rsidR="004F542F" w:rsidRPr="00253577" w:rsidRDefault="00253577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>Монтаждау жиынтығы және шығыс материалдары</w:t>
            </w:r>
          </w:p>
        </w:tc>
        <w:tc>
          <w:tcPr>
            <w:tcW w:w="1465" w:type="dxa"/>
            <w:vAlign w:val="center"/>
          </w:tcPr>
          <w:p w14:paraId="6F9CB667" w14:textId="77777777" w:rsidR="004F542F" w:rsidRPr="00253577" w:rsidRDefault="00253577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>Бекіткіштер, дюбельдер, бұрандалар, қосу элементтері және басқа монтаждық материалдар</w:t>
            </w:r>
          </w:p>
        </w:tc>
        <w:tc>
          <w:tcPr>
            <w:tcW w:w="1465" w:type="dxa"/>
            <w:vAlign w:val="center"/>
          </w:tcPr>
          <w:p w14:paraId="6A0E7D35" w14:textId="77777777" w:rsidR="004F542F" w:rsidRDefault="00253577">
            <w:pPr>
              <w:jc w:val="center"/>
            </w:pPr>
            <w:r>
              <w:rPr>
                <w:sz w:val="16"/>
              </w:rPr>
              <w:t>жиынтық</w:t>
            </w:r>
          </w:p>
        </w:tc>
        <w:tc>
          <w:tcPr>
            <w:tcW w:w="1465" w:type="dxa"/>
            <w:vAlign w:val="center"/>
          </w:tcPr>
          <w:p w14:paraId="48E65AC1" w14:textId="77777777" w:rsidR="004F542F" w:rsidRDefault="00253577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465" w:type="dxa"/>
            <w:vAlign w:val="center"/>
          </w:tcPr>
          <w:p w14:paraId="48348BA9" w14:textId="77777777" w:rsidR="004F542F" w:rsidRDefault="00253577">
            <w:pPr>
              <w:jc w:val="center"/>
            </w:pPr>
            <w:r>
              <w:rPr>
                <w:sz w:val="16"/>
              </w:rPr>
              <w:t>7 000</w:t>
            </w:r>
          </w:p>
        </w:tc>
        <w:tc>
          <w:tcPr>
            <w:tcW w:w="1465" w:type="dxa"/>
            <w:vAlign w:val="center"/>
          </w:tcPr>
          <w:p w14:paraId="22DE9B4D" w14:textId="77777777" w:rsidR="004F542F" w:rsidRDefault="00253577">
            <w:pPr>
              <w:jc w:val="center"/>
            </w:pPr>
            <w:r>
              <w:rPr>
                <w:sz w:val="16"/>
              </w:rPr>
              <w:t>7 000</w:t>
            </w:r>
          </w:p>
        </w:tc>
      </w:tr>
      <w:tr w:rsidR="004F542F" w14:paraId="43721058" w14:textId="77777777">
        <w:trPr>
          <w:jc w:val="center"/>
        </w:trPr>
        <w:tc>
          <w:tcPr>
            <w:tcW w:w="1465" w:type="dxa"/>
            <w:vAlign w:val="center"/>
          </w:tcPr>
          <w:p w14:paraId="6E6C98B1" w14:textId="77777777" w:rsidR="004F542F" w:rsidRDefault="00253577">
            <w:pPr>
              <w:jc w:val="center"/>
            </w:pPr>
            <w:r>
              <w:rPr>
                <w:sz w:val="16"/>
              </w:rPr>
              <w:t>7</w:t>
            </w:r>
          </w:p>
        </w:tc>
        <w:tc>
          <w:tcPr>
            <w:tcW w:w="1465" w:type="dxa"/>
            <w:vAlign w:val="center"/>
          </w:tcPr>
          <w:p w14:paraId="572AAAF2" w14:textId="77777777" w:rsidR="004F542F" w:rsidRDefault="00253577">
            <w:pPr>
              <w:jc w:val="center"/>
            </w:pPr>
            <w:r>
              <w:rPr>
                <w:sz w:val="16"/>
              </w:rPr>
              <w:t>IP-бейнекамераларды монтаждау</w:t>
            </w:r>
          </w:p>
        </w:tc>
        <w:tc>
          <w:tcPr>
            <w:tcW w:w="1465" w:type="dxa"/>
            <w:vAlign w:val="center"/>
          </w:tcPr>
          <w:p w14:paraId="1AECEE71" w14:textId="77777777" w:rsidR="004F542F" w:rsidRPr="00253577" w:rsidRDefault="00253577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>Камераларды орнату және бекіту, кабельдік желілерге қосу</w:t>
            </w:r>
          </w:p>
        </w:tc>
        <w:tc>
          <w:tcPr>
            <w:tcW w:w="1465" w:type="dxa"/>
            <w:vAlign w:val="center"/>
          </w:tcPr>
          <w:p w14:paraId="0E842771" w14:textId="77777777" w:rsidR="004F542F" w:rsidRDefault="00253577">
            <w:pPr>
              <w:jc w:val="center"/>
            </w:pPr>
            <w:r>
              <w:rPr>
                <w:sz w:val="16"/>
              </w:rPr>
              <w:t>дана</w:t>
            </w:r>
          </w:p>
        </w:tc>
        <w:tc>
          <w:tcPr>
            <w:tcW w:w="1465" w:type="dxa"/>
            <w:vAlign w:val="center"/>
          </w:tcPr>
          <w:p w14:paraId="7EE9CAFA" w14:textId="77777777" w:rsidR="004F542F" w:rsidRDefault="00253577">
            <w:pPr>
              <w:jc w:val="center"/>
            </w:pPr>
            <w:r>
              <w:rPr>
                <w:sz w:val="16"/>
              </w:rPr>
              <w:t>10</w:t>
            </w:r>
          </w:p>
        </w:tc>
        <w:tc>
          <w:tcPr>
            <w:tcW w:w="1465" w:type="dxa"/>
            <w:vAlign w:val="center"/>
          </w:tcPr>
          <w:p w14:paraId="6A1CCA1C" w14:textId="77777777" w:rsidR="004F542F" w:rsidRDefault="00253577">
            <w:pPr>
              <w:jc w:val="center"/>
            </w:pPr>
            <w:r>
              <w:rPr>
                <w:sz w:val="16"/>
              </w:rPr>
              <w:t>3 500</w:t>
            </w:r>
          </w:p>
        </w:tc>
        <w:tc>
          <w:tcPr>
            <w:tcW w:w="1465" w:type="dxa"/>
            <w:vAlign w:val="center"/>
          </w:tcPr>
          <w:p w14:paraId="6D828696" w14:textId="77777777" w:rsidR="004F542F" w:rsidRDefault="00253577">
            <w:pPr>
              <w:jc w:val="center"/>
            </w:pPr>
            <w:r>
              <w:rPr>
                <w:sz w:val="16"/>
              </w:rPr>
              <w:t>35 000</w:t>
            </w:r>
          </w:p>
        </w:tc>
      </w:tr>
      <w:tr w:rsidR="004F542F" w14:paraId="073E29ED" w14:textId="77777777">
        <w:trPr>
          <w:jc w:val="center"/>
        </w:trPr>
        <w:tc>
          <w:tcPr>
            <w:tcW w:w="1465" w:type="dxa"/>
            <w:vAlign w:val="center"/>
          </w:tcPr>
          <w:p w14:paraId="09E9D085" w14:textId="77777777" w:rsidR="004F542F" w:rsidRDefault="00253577">
            <w:pPr>
              <w:jc w:val="center"/>
            </w:pPr>
            <w:r>
              <w:rPr>
                <w:sz w:val="16"/>
              </w:rPr>
              <w:t>8</w:t>
            </w:r>
          </w:p>
        </w:tc>
        <w:tc>
          <w:tcPr>
            <w:tcW w:w="1465" w:type="dxa"/>
            <w:vAlign w:val="center"/>
          </w:tcPr>
          <w:p w14:paraId="69F13BE8" w14:textId="77777777" w:rsidR="004F542F" w:rsidRPr="00253577" w:rsidRDefault="00253577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>Кабельдік желілерді төсеу және монтаждау</w:t>
            </w:r>
          </w:p>
        </w:tc>
        <w:tc>
          <w:tcPr>
            <w:tcW w:w="1465" w:type="dxa"/>
            <w:vAlign w:val="center"/>
          </w:tcPr>
          <w:p w14:paraId="669418F5" w14:textId="77777777" w:rsidR="004F542F" w:rsidRPr="00253577" w:rsidRDefault="00253577">
            <w:pPr>
              <w:jc w:val="center"/>
              <w:rPr>
                <w:lang w:val="ru-RU"/>
              </w:rPr>
            </w:pPr>
            <w:r>
              <w:rPr>
                <w:sz w:val="16"/>
              </w:rPr>
              <w:t>UTP</w:t>
            </w:r>
            <w:r w:rsidRPr="00253577">
              <w:rPr>
                <w:sz w:val="16"/>
                <w:lang w:val="ru-RU"/>
              </w:rPr>
              <w:t xml:space="preserve"> кабелін төсеу, кабель-арнаға орналастыру, ұштау және қосу</w:t>
            </w:r>
          </w:p>
        </w:tc>
        <w:tc>
          <w:tcPr>
            <w:tcW w:w="1465" w:type="dxa"/>
            <w:vAlign w:val="center"/>
          </w:tcPr>
          <w:p w14:paraId="5A8E5B80" w14:textId="77777777" w:rsidR="004F542F" w:rsidRDefault="00253577">
            <w:pPr>
              <w:jc w:val="center"/>
            </w:pPr>
            <w:r>
              <w:rPr>
                <w:sz w:val="16"/>
              </w:rPr>
              <w:t>жиынтық</w:t>
            </w:r>
          </w:p>
        </w:tc>
        <w:tc>
          <w:tcPr>
            <w:tcW w:w="1465" w:type="dxa"/>
            <w:vAlign w:val="center"/>
          </w:tcPr>
          <w:p w14:paraId="225917F1" w14:textId="77777777" w:rsidR="004F542F" w:rsidRDefault="00253577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465" w:type="dxa"/>
            <w:vAlign w:val="center"/>
          </w:tcPr>
          <w:p w14:paraId="4EF8353E" w14:textId="77777777" w:rsidR="004F542F" w:rsidRDefault="00253577">
            <w:pPr>
              <w:jc w:val="center"/>
            </w:pPr>
            <w:r>
              <w:rPr>
                <w:sz w:val="16"/>
              </w:rPr>
              <w:t>10 600</w:t>
            </w:r>
          </w:p>
        </w:tc>
        <w:tc>
          <w:tcPr>
            <w:tcW w:w="1465" w:type="dxa"/>
            <w:vAlign w:val="center"/>
          </w:tcPr>
          <w:p w14:paraId="231F6A4F" w14:textId="77777777" w:rsidR="004F542F" w:rsidRDefault="00253577">
            <w:pPr>
              <w:jc w:val="center"/>
            </w:pPr>
            <w:r>
              <w:rPr>
                <w:sz w:val="16"/>
              </w:rPr>
              <w:t>10 600</w:t>
            </w:r>
          </w:p>
        </w:tc>
      </w:tr>
      <w:tr w:rsidR="004F542F" w14:paraId="5DD84846" w14:textId="77777777">
        <w:trPr>
          <w:jc w:val="center"/>
        </w:trPr>
        <w:tc>
          <w:tcPr>
            <w:tcW w:w="1465" w:type="dxa"/>
            <w:vAlign w:val="center"/>
          </w:tcPr>
          <w:p w14:paraId="76DB18AD" w14:textId="77777777" w:rsidR="004F542F" w:rsidRDefault="004F542F">
            <w:pPr>
              <w:jc w:val="center"/>
            </w:pPr>
          </w:p>
        </w:tc>
        <w:tc>
          <w:tcPr>
            <w:tcW w:w="1465" w:type="dxa"/>
            <w:vAlign w:val="center"/>
          </w:tcPr>
          <w:p w14:paraId="4E4E8BCC" w14:textId="77777777" w:rsidR="004F542F" w:rsidRDefault="004F542F">
            <w:pPr>
              <w:jc w:val="center"/>
            </w:pPr>
          </w:p>
        </w:tc>
        <w:tc>
          <w:tcPr>
            <w:tcW w:w="1465" w:type="dxa"/>
            <w:vAlign w:val="center"/>
          </w:tcPr>
          <w:p w14:paraId="36560121" w14:textId="77777777" w:rsidR="004F542F" w:rsidRDefault="004F542F">
            <w:pPr>
              <w:jc w:val="center"/>
            </w:pPr>
          </w:p>
        </w:tc>
        <w:tc>
          <w:tcPr>
            <w:tcW w:w="1465" w:type="dxa"/>
            <w:vAlign w:val="center"/>
          </w:tcPr>
          <w:p w14:paraId="1C7617AC" w14:textId="77777777" w:rsidR="004F542F" w:rsidRDefault="004F542F">
            <w:pPr>
              <w:jc w:val="center"/>
            </w:pPr>
          </w:p>
        </w:tc>
        <w:tc>
          <w:tcPr>
            <w:tcW w:w="1465" w:type="dxa"/>
            <w:vAlign w:val="center"/>
          </w:tcPr>
          <w:p w14:paraId="7976DC4D" w14:textId="77777777" w:rsidR="004F542F" w:rsidRDefault="004F542F">
            <w:pPr>
              <w:jc w:val="center"/>
            </w:pPr>
          </w:p>
        </w:tc>
        <w:tc>
          <w:tcPr>
            <w:tcW w:w="1465" w:type="dxa"/>
            <w:vAlign w:val="center"/>
          </w:tcPr>
          <w:p w14:paraId="5FEE665D" w14:textId="77777777" w:rsidR="004F542F" w:rsidRDefault="00253577">
            <w:pPr>
              <w:jc w:val="center"/>
            </w:pPr>
            <w:r>
              <w:rPr>
                <w:b/>
                <w:sz w:val="16"/>
              </w:rPr>
              <w:t>БАРЛЫҒЫ / ИТОГО</w:t>
            </w:r>
          </w:p>
        </w:tc>
        <w:tc>
          <w:tcPr>
            <w:tcW w:w="1465" w:type="dxa"/>
            <w:vAlign w:val="center"/>
          </w:tcPr>
          <w:p w14:paraId="57D9E94E" w14:textId="77777777" w:rsidR="004F542F" w:rsidRDefault="00253577">
            <w:pPr>
              <w:jc w:val="center"/>
            </w:pPr>
            <w:r>
              <w:rPr>
                <w:b/>
                <w:sz w:val="18"/>
              </w:rPr>
              <w:t>500 000</w:t>
            </w:r>
          </w:p>
        </w:tc>
      </w:tr>
    </w:tbl>
    <w:p w14:paraId="4D5997B2" w14:textId="77777777" w:rsidR="004F542F" w:rsidRDefault="00253577">
      <w:pPr>
        <w:jc w:val="center"/>
      </w:pPr>
      <w:r>
        <w:rPr>
          <w:b/>
          <w:sz w:val="24"/>
        </w:rPr>
        <w:t>2. Монтаждау жұмыстарына қойылатын талаптар</w:t>
      </w:r>
    </w:p>
    <w:p w14:paraId="011D6195" w14:textId="77777777" w:rsidR="004F542F" w:rsidRDefault="00253577">
      <w:pPr>
        <w:pStyle w:val="a"/>
        <w:spacing w:after="60"/>
      </w:pPr>
      <w:r>
        <w:t>10 дана Dahua DH-IPC-HDBW2449E-S-IL IP-бейнекамерасын Тапсырыс беруші айқындаған орындарға орнату.</w:t>
      </w:r>
    </w:p>
    <w:p w14:paraId="5F354367" w14:textId="77777777" w:rsidR="004F542F" w:rsidRDefault="00253577">
      <w:pPr>
        <w:pStyle w:val="a"/>
        <w:spacing w:after="60"/>
      </w:pPr>
      <w:r>
        <w:lastRenderedPageBreak/>
        <w:t>Камераларды ғимараттың қабырғаларына, төбелеріне немесе басқа құрылымдарға берік және қауіпсіз бекіту.</w:t>
      </w:r>
    </w:p>
    <w:p w14:paraId="1967C20E" w14:textId="77777777" w:rsidR="004F542F" w:rsidRDefault="00253577">
      <w:pPr>
        <w:pStyle w:val="a"/>
        <w:spacing w:after="60"/>
      </w:pPr>
      <w:r>
        <w:t>Камералардан қолданыстағы бейнебақылау жабдығына дейін UTP кабелін төсеу.</w:t>
      </w:r>
    </w:p>
    <w:p w14:paraId="3C8C46C9" w14:textId="77777777" w:rsidR="004F542F" w:rsidRDefault="00253577">
      <w:pPr>
        <w:pStyle w:val="a"/>
        <w:spacing w:after="60"/>
      </w:pPr>
      <w:r>
        <w:t>Кабельдік желілерді қажетті учаскелерде кабель-арна арқылы ұқыпты және қорғалған түрде жүргізу.</w:t>
      </w:r>
    </w:p>
    <w:p w14:paraId="6C847398" w14:textId="77777777" w:rsidR="004F542F" w:rsidRDefault="00253577">
      <w:pPr>
        <w:pStyle w:val="a"/>
        <w:spacing w:after="60"/>
      </w:pPr>
      <w:r>
        <w:t>UTP кабельдерінің ұштарын RJ-45 коннекторларымен орындау.</w:t>
      </w:r>
    </w:p>
    <w:p w14:paraId="3053819C" w14:textId="77777777" w:rsidR="004F542F" w:rsidRDefault="00253577">
      <w:pPr>
        <w:pStyle w:val="a"/>
        <w:spacing w:after="60"/>
      </w:pPr>
      <w:r>
        <w:t>Қосымша камераларды қолданыстағы бейнебақылау жүйесіне және орнатылатын PoE-коммутаторға қосу.</w:t>
      </w:r>
    </w:p>
    <w:p w14:paraId="0EA00D06" w14:textId="77777777" w:rsidR="004F542F" w:rsidRDefault="00253577">
      <w:pPr>
        <w:pStyle w:val="a"/>
        <w:spacing w:after="60"/>
      </w:pPr>
      <w:r>
        <w:t>Кабельдік желілерді таңбалау және қосылыстардың дұрыстығын тексеру.</w:t>
      </w:r>
    </w:p>
    <w:p w14:paraId="2D20605E" w14:textId="77777777" w:rsidR="004F542F" w:rsidRDefault="00253577">
      <w:pPr>
        <w:pStyle w:val="a"/>
        <w:spacing w:after="60"/>
      </w:pPr>
      <w:r>
        <w:t>Монтаж аяқталғаннан кейін әрбір орнатылған камераның желілік байланысын және жұмысқа қабілеттілігін тексеру.</w:t>
      </w:r>
    </w:p>
    <w:p w14:paraId="4E1DD109" w14:textId="77777777" w:rsidR="004F542F" w:rsidRDefault="00253577">
      <w:pPr>
        <w:pStyle w:val="a"/>
        <w:spacing w:after="60"/>
      </w:pPr>
      <w:r>
        <w:t>Жұмыстарды қолданыстағы инженерлік және слаботоктық коммуникацияларға зақым келтірмей орындау.</w:t>
      </w:r>
    </w:p>
    <w:p w14:paraId="68E92CC5" w14:textId="77777777" w:rsidR="004F542F" w:rsidRDefault="00253577">
      <w:pPr>
        <w:pStyle w:val="a"/>
        <w:spacing w:after="60"/>
      </w:pPr>
      <w:r>
        <w:t>Монтаждау орындарын жұмыстар аяқталғаннан кейін ретке келтіру.</w:t>
      </w:r>
    </w:p>
    <w:p w14:paraId="54676DFD" w14:textId="77777777" w:rsidR="004F542F" w:rsidRDefault="00253577">
      <w:pPr>
        <w:jc w:val="center"/>
      </w:pPr>
      <w:r>
        <w:rPr>
          <w:b/>
          <w:sz w:val="24"/>
        </w:rPr>
        <w:t>3. Қолданыстағы жабдықты пайдалану</w:t>
      </w:r>
    </w:p>
    <w:p w14:paraId="1EF35662" w14:textId="77777777" w:rsidR="004F542F" w:rsidRDefault="00253577">
      <w:pPr>
        <w:spacing w:after="100"/>
      </w:pPr>
      <w:r>
        <w:t>Жаңа камералар Тапсырыс берушінің қолданыстағы бейнебақылау жүйесін қосымша жабдықтау үшін арналған. Қолданыстағы жүйедегі бейнерегистратор және басқа пайдаланылатын жабдық Тапсырыс берушіде бар жабдық ретінде қарастырылады.</w:t>
      </w:r>
    </w:p>
    <w:p w14:paraId="7845AE69" w14:textId="77777777" w:rsidR="004F542F" w:rsidRDefault="00253577">
      <w:pPr>
        <w:spacing w:after="100"/>
      </w:pPr>
      <w:r>
        <w:t>Осы техникалық сипаттамаға бейнерегистратор, HDD, блоктар питания, ИБП және қашықтан қол жеткізуді ұйымдастыруға арналған жабдық кірмейді.</w:t>
      </w:r>
    </w:p>
    <w:p w14:paraId="2440F6EB" w14:textId="77777777" w:rsidR="004F542F" w:rsidRDefault="00253577">
      <w:pPr>
        <w:spacing w:after="100"/>
      </w:pPr>
      <w:r>
        <w:t>Орындаушы жаңа камераларды қолданыстағы жабдықпен үйлесімді түрде физикалық қосу және монтаждау жұмыстарын орындайды.</w:t>
      </w:r>
    </w:p>
    <w:p w14:paraId="6B4D6A1D" w14:textId="77777777" w:rsidR="004F542F" w:rsidRDefault="00253577">
      <w:pPr>
        <w:jc w:val="center"/>
      </w:pPr>
      <w:r>
        <w:rPr>
          <w:b/>
          <w:sz w:val="24"/>
        </w:rPr>
        <w:t>4. Сапа және қабылдау талаптары</w:t>
      </w:r>
    </w:p>
    <w:p w14:paraId="13ECC516" w14:textId="77777777" w:rsidR="004F542F" w:rsidRDefault="00253577">
      <w:pPr>
        <w:pStyle w:val="a"/>
        <w:spacing w:after="60"/>
      </w:pPr>
      <w:r>
        <w:t>Барлық камералар жаңа, пайдаланылмаған және зауыттық қаптамада болуы тиіс.</w:t>
      </w:r>
    </w:p>
    <w:p w14:paraId="7D519BDB" w14:textId="77777777" w:rsidR="004F542F" w:rsidRDefault="00253577">
      <w:pPr>
        <w:pStyle w:val="a"/>
        <w:spacing w:after="60"/>
      </w:pPr>
      <w:r>
        <w:t>Камералардың маркасы мен моделі: Dahua DH-IPC-HDBW2449E-S-IL.</w:t>
      </w:r>
    </w:p>
    <w:p w14:paraId="3ED5099C" w14:textId="77777777" w:rsidR="004F542F" w:rsidRDefault="00253577">
      <w:pPr>
        <w:pStyle w:val="a"/>
        <w:spacing w:after="60"/>
      </w:pPr>
      <w:r>
        <w:t>Монтаждық жұмыстар сапалы, ұқыпты және қауіпсіз орындалуы тиіс.</w:t>
      </w:r>
    </w:p>
    <w:p w14:paraId="0DDE72A0" w14:textId="77777777" w:rsidR="004F542F" w:rsidRDefault="00253577">
      <w:pPr>
        <w:pStyle w:val="a"/>
        <w:spacing w:after="60"/>
      </w:pPr>
      <w:r>
        <w:t>Кабельдер механикалық зақымданудан қорғалуы және қажет жерлерде кабель-арнада орналастырылуы тиіс.</w:t>
      </w:r>
    </w:p>
    <w:p w14:paraId="29E02C82" w14:textId="77777777" w:rsidR="004F542F" w:rsidRDefault="00253577">
      <w:pPr>
        <w:pStyle w:val="a"/>
        <w:spacing w:after="60"/>
      </w:pPr>
      <w:r>
        <w:t>Жұмыс аяқталғаннан кейін 10 камераның әрқайсысының қосылуы және жұмысқа қабілеттілігі тексеріледі.</w:t>
      </w:r>
    </w:p>
    <w:p w14:paraId="18183C8A" w14:textId="77777777" w:rsidR="004F542F" w:rsidRDefault="00253577">
      <w:pPr>
        <w:pStyle w:val="a"/>
        <w:spacing w:after="60"/>
      </w:pPr>
      <w:r>
        <w:t>Жұмыс нәтижесі Тапсырыс берушіге көрсетіліп, анықталған монтаждық кемшіліктер Орындаушы есебінен жойылады.</w:t>
      </w:r>
    </w:p>
    <w:p w14:paraId="74D72E48" w14:textId="77777777" w:rsidR="004F542F" w:rsidRDefault="00253577">
      <w:pPr>
        <w:jc w:val="center"/>
      </w:pPr>
      <w:r>
        <w:rPr>
          <w:b/>
          <w:sz w:val="24"/>
        </w:rPr>
        <w:t>5. Жиынтық құны</w:t>
      </w:r>
    </w:p>
    <w:p w14:paraId="7E176A2D" w14:textId="77777777" w:rsidR="004F542F" w:rsidRDefault="00253577">
      <w:pPr>
        <w:spacing w:after="100"/>
      </w:pPr>
      <w:r>
        <w:t>Техникалық сипаттама бойынша тауарларды жеткізу, монтаждау, кабельдік желілерді жүргізу және қосу жұмыстарының болжамды жалпы құны: 500 000 (бес жүз мың) теңге.</w:t>
      </w:r>
    </w:p>
    <w:p w14:paraId="63514173" w14:textId="77777777" w:rsidR="004F542F" w:rsidRDefault="00253577">
      <w:pPr>
        <w:spacing w:after="100"/>
      </w:pPr>
      <w:r>
        <w:t>Ескерту: калькуляция болжамды болып табылады және нақты сатып алу бағаларына қарай Тапсырыс берушімен келісу арқылы нақтылануы мүмкін, бұл ретте техникалық сипаттамада көрсетілген негізгі талаптар сақталуы тиіс.</w:t>
      </w:r>
    </w:p>
    <w:p w14:paraId="3F48B16B" w14:textId="77777777" w:rsidR="004F542F" w:rsidRDefault="00253577">
      <w:r>
        <w:br w:type="page"/>
      </w:r>
    </w:p>
    <w:p w14:paraId="62CB2B23" w14:textId="77777777" w:rsidR="004F542F" w:rsidRPr="00253577" w:rsidRDefault="00253577">
      <w:pPr>
        <w:jc w:val="center"/>
        <w:rPr>
          <w:lang w:val="ru-RU"/>
        </w:rPr>
      </w:pPr>
      <w:r w:rsidRPr="00253577">
        <w:rPr>
          <w:b/>
          <w:sz w:val="28"/>
          <w:lang w:val="ru-RU"/>
        </w:rPr>
        <w:lastRenderedPageBreak/>
        <w:t>ТЕХНИЧЕСКАЯ СПЕЦИФИКАЦИЯ</w:t>
      </w:r>
    </w:p>
    <w:p w14:paraId="2742D2AE" w14:textId="50921EAC" w:rsidR="004F542F" w:rsidRPr="00253577" w:rsidRDefault="00253577">
      <w:pPr>
        <w:jc w:val="center"/>
        <w:rPr>
          <w:lang w:val="ru-RU"/>
        </w:rPr>
      </w:pPr>
      <w:r w:rsidRPr="00253577">
        <w:rPr>
          <w:b/>
          <w:sz w:val="26"/>
          <w:lang w:val="ru-RU"/>
        </w:rPr>
        <w:t>На доукомплектацию существующей системы видеонаблюдения</w:t>
      </w:r>
      <w:r w:rsidRPr="00253577">
        <w:rPr>
          <w:b/>
          <w:sz w:val="26"/>
          <w:lang w:val="ru-RU"/>
        </w:rPr>
        <w:br/>
      </w:r>
      <w:r w:rsidRPr="00253577">
        <w:rPr>
          <w:lang w:val="ru-RU"/>
        </w:rPr>
        <w:t>Установка</w:t>
      </w:r>
      <w:r w:rsidR="00E37A7E" w:rsidRPr="00E37A7E">
        <w:rPr>
          <w:lang w:val="ru-RU"/>
        </w:rPr>
        <w:t xml:space="preserve"> </w:t>
      </w:r>
      <w:r w:rsidR="00E37A7E">
        <w:rPr>
          <w:lang w:val="ru-RU"/>
        </w:rPr>
        <w:t>с приобретением</w:t>
      </w:r>
      <w:r w:rsidRPr="00253577">
        <w:rPr>
          <w:lang w:val="ru-RU"/>
        </w:rPr>
        <w:t xml:space="preserve"> 10 шт. </w:t>
      </w:r>
      <w:r>
        <w:t>IP</w:t>
      </w:r>
      <w:r w:rsidRPr="00253577">
        <w:rPr>
          <w:lang w:val="ru-RU"/>
        </w:rPr>
        <w:t xml:space="preserve">-видеокамер </w:t>
      </w:r>
      <w:r>
        <w:t>Dahua</w:t>
      </w:r>
      <w:r w:rsidRPr="00253577">
        <w:rPr>
          <w:lang w:val="ru-RU"/>
        </w:rPr>
        <w:t xml:space="preserve"> </w:t>
      </w:r>
      <w:r>
        <w:t>DH</w:t>
      </w:r>
      <w:r w:rsidRPr="00253577">
        <w:rPr>
          <w:lang w:val="ru-RU"/>
        </w:rPr>
        <w:t>-</w:t>
      </w:r>
      <w:r>
        <w:t>IPC</w:t>
      </w:r>
      <w:r w:rsidRPr="00253577">
        <w:rPr>
          <w:lang w:val="ru-RU"/>
        </w:rPr>
        <w:t>-</w:t>
      </w:r>
      <w:r>
        <w:t>HDBW</w:t>
      </w:r>
      <w:r w:rsidRPr="00253577">
        <w:rPr>
          <w:lang w:val="ru-RU"/>
        </w:rPr>
        <w:t>2449</w:t>
      </w:r>
      <w:r>
        <w:t>E</w:t>
      </w:r>
      <w:r w:rsidRPr="00253577">
        <w:rPr>
          <w:lang w:val="ru-RU"/>
        </w:rPr>
        <w:t>-</w:t>
      </w:r>
      <w:r>
        <w:t>S</w:t>
      </w:r>
      <w:r w:rsidRPr="00253577">
        <w:rPr>
          <w:lang w:val="ru-RU"/>
        </w:rPr>
        <w:t>-</w:t>
      </w:r>
      <w:r>
        <w:t>IL</w:t>
      </w:r>
    </w:p>
    <w:p w14:paraId="49992571" w14:textId="77777777" w:rsidR="004F542F" w:rsidRPr="00253577" w:rsidRDefault="00253577">
      <w:pPr>
        <w:spacing w:after="100"/>
        <w:rPr>
          <w:lang w:val="ru-RU"/>
        </w:rPr>
      </w:pPr>
      <w:r w:rsidRPr="00253577">
        <w:rPr>
          <w:lang w:val="ru-RU"/>
        </w:rPr>
        <w:t xml:space="preserve">Назначение: доукомплектация существующей системы видеонаблюдения Заказчика дополнительными 10 шт. </w:t>
      </w:r>
      <w:r>
        <w:t>IP</w:t>
      </w:r>
      <w:r w:rsidRPr="00253577">
        <w:rPr>
          <w:lang w:val="ru-RU"/>
        </w:rPr>
        <w:t xml:space="preserve">-видеокамер </w:t>
      </w:r>
      <w:r>
        <w:t>Dahua</w:t>
      </w:r>
      <w:r w:rsidRPr="00253577">
        <w:rPr>
          <w:lang w:val="ru-RU"/>
        </w:rPr>
        <w:t xml:space="preserve"> </w:t>
      </w:r>
      <w:r>
        <w:t>DH</w:t>
      </w:r>
      <w:r w:rsidRPr="00253577">
        <w:rPr>
          <w:lang w:val="ru-RU"/>
        </w:rPr>
        <w:t>-</w:t>
      </w:r>
      <w:r>
        <w:t>IPC</w:t>
      </w:r>
      <w:r w:rsidRPr="00253577">
        <w:rPr>
          <w:lang w:val="ru-RU"/>
        </w:rPr>
        <w:t>-</w:t>
      </w:r>
      <w:r>
        <w:t>HDBW</w:t>
      </w:r>
      <w:r w:rsidRPr="00253577">
        <w:rPr>
          <w:lang w:val="ru-RU"/>
        </w:rPr>
        <w:t>2449</w:t>
      </w:r>
      <w:r>
        <w:t>E</w:t>
      </w:r>
      <w:r w:rsidRPr="00253577">
        <w:rPr>
          <w:lang w:val="ru-RU"/>
        </w:rPr>
        <w:t>-</w:t>
      </w:r>
      <w:r>
        <w:t>S</w:t>
      </w:r>
      <w:r w:rsidRPr="00253577">
        <w:rPr>
          <w:lang w:val="ru-RU"/>
        </w:rPr>
        <w:t>-</w:t>
      </w:r>
      <w:r>
        <w:t>IL</w:t>
      </w:r>
      <w:r w:rsidRPr="00253577">
        <w:rPr>
          <w:lang w:val="ru-RU"/>
        </w:rPr>
        <w:t xml:space="preserve">, прокладка кабельных линий, установка </w:t>
      </w:r>
      <w:r>
        <w:t>PoE</w:t>
      </w:r>
      <w:r w:rsidRPr="00253577">
        <w:rPr>
          <w:lang w:val="ru-RU"/>
        </w:rPr>
        <w:t>-коммутатора и подключение новых камер к существующей системе.</w:t>
      </w:r>
    </w:p>
    <w:p w14:paraId="133E3DCA" w14:textId="77777777" w:rsidR="004F542F" w:rsidRPr="00253577" w:rsidRDefault="00253577">
      <w:pPr>
        <w:spacing w:after="100"/>
        <w:rPr>
          <w:lang w:val="ru-RU"/>
        </w:rPr>
      </w:pPr>
      <w:r w:rsidRPr="00253577">
        <w:rPr>
          <w:lang w:val="ru-RU"/>
        </w:rPr>
        <w:t>Работы должны выполняться с максимальным использованием существующей инфраструктуры видеонаблюдения и с обеспечением совместимости устанавливаемого оборудования с действующей системой Заказчика.</w:t>
      </w:r>
    </w:p>
    <w:p w14:paraId="55D52AC6" w14:textId="77777777" w:rsidR="004F542F" w:rsidRDefault="00253577">
      <w:pPr>
        <w:jc w:val="center"/>
      </w:pPr>
      <w:r>
        <w:rPr>
          <w:b/>
          <w:sz w:val="24"/>
        </w:rPr>
        <w:t>1. Состав поставки и монтажных работ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1452"/>
        <w:gridCol w:w="1463"/>
        <w:gridCol w:w="1729"/>
        <w:gridCol w:w="1456"/>
        <w:gridCol w:w="1455"/>
        <w:gridCol w:w="1460"/>
        <w:gridCol w:w="1457"/>
      </w:tblGrid>
      <w:tr w:rsidR="004F542F" w14:paraId="7A5181B9" w14:textId="77777777" w:rsidTr="00253577">
        <w:trPr>
          <w:tblHeader/>
          <w:jc w:val="center"/>
        </w:trPr>
        <w:tc>
          <w:tcPr>
            <w:tcW w:w="1465" w:type="dxa"/>
            <w:shd w:val="clear" w:color="auto" w:fill="FFFFFF" w:themeFill="background1"/>
            <w:vAlign w:val="center"/>
          </w:tcPr>
          <w:p w14:paraId="6DD6D734" w14:textId="77777777" w:rsidR="004F542F" w:rsidRDefault="00253577">
            <w:pPr>
              <w:jc w:val="center"/>
            </w:pPr>
            <w:r>
              <w:rPr>
                <w:b/>
                <w:sz w:val="16"/>
              </w:rPr>
              <w:t>№</w:t>
            </w: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14:paraId="660AC798" w14:textId="77777777" w:rsidR="004F542F" w:rsidRDefault="00253577">
            <w:pPr>
              <w:jc w:val="center"/>
            </w:pPr>
            <w:r>
              <w:rPr>
                <w:b/>
                <w:sz w:val="16"/>
              </w:rPr>
              <w:t>Атауы / Наименование</w:t>
            </w: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14:paraId="46980D07" w14:textId="77777777" w:rsidR="004F542F" w:rsidRDefault="00253577">
            <w:pPr>
              <w:jc w:val="center"/>
            </w:pPr>
            <w:r>
              <w:rPr>
                <w:b/>
                <w:sz w:val="16"/>
              </w:rPr>
              <w:t>Техникалық сипаттамалары / Технические характеристики</w:t>
            </w: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14:paraId="52389438" w14:textId="77777777" w:rsidR="004F542F" w:rsidRDefault="00253577">
            <w:pPr>
              <w:jc w:val="center"/>
            </w:pPr>
            <w:r>
              <w:rPr>
                <w:b/>
                <w:sz w:val="16"/>
              </w:rPr>
              <w:t>Өлш. бірл. / Ед.</w:t>
            </w: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14:paraId="5F9AF78B" w14:textId="77777777" w:rsidR="004F542F" w:rsidRDefault="00253577">
            <w:pPr>
              <w:jc w:val="center"/>
            </w:pPr>
            <w:r>
              <w:rPr>
                <w:b/>
                <w:sz w:val="16"/>
              </w:rPr>
              <w:t>Саны / Кол-во</w:t>
            </w: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14:paraId="5717691C" w14:textId="77777777" w:rsidR="004F542F" w:rsidRDefault="00253577">
            <w:pPr>
              <w:jc w:val="center"/>
            </w:pPr>
            <w:r>
              <w:rPr>
                <w:b/>
                <w:sz w:val="16"/>
              </w:rPr>
              <w:t>Бағасы / Цена, тг</w:t>
            </w: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14:paraId="38283A4E" w14:textId="77777777" w:rsidR="004F542F" w:rsidRDefault="00253577">
            <w:pPr>
              <w:jc w:val="center"/>
            </w:pPr>
            <w:r>
              <w:rPr>
                <w:b/>
                <w:sz w:val="16"/>
              </w:rPr>
              <w:t>Сомасы / Сумма, тг</w:t>
            </w:r>
          </w:p>
        </w:tc>
      </w:tr>
      <w:tr w:rsidR="004F542F" w14:paraId="3551AA07" w14:textId="77777777">
        <w:trPr>
          <w:jc w:val="center"/>
        </w:trPr>
        <w:tc>
          <w:tcPr>
            <w:tcW w:w="1465" w:type="dxa"/>
            <w:vAlign w:val="center"/>
          </w:tcPr>
          <w:p w14:paraId="23EA89AC" w14:textId="77777777" w:rsidR="004F542F" w:rsidRDefault="00253577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465" w:type="dxa"/>
            <w:vAlign w:val="center"/>
          </w:tcPr>
          <w:p w14:paraId="77B061E0" w14:textId="77777777" w:rsidR="004F542F" w:rsidRDefault="00253577">
            <w:pPr>
              <w:jc w:val="center"/>
            </w:pPr>
            <w:r>
              <w:rPr>
                <w:sz w:val="16"/>
              </w:rPr>
              <w:t>IP-видеокамера Dahua DH-IPC-HDBW2449E-S-IL</w:t>
            </w:r>
          </w:p>
        </w:tc>
        <w:tc>
          <w:tcPr>
            <w:tcW w:w="1465" w:type="dxa"/>
            <w:vAlign w:val="center"/>
          </w:tcPr>
          <w:p w14:paraId="44A7B8C6" w14:textId="77777777" w:rsidR="004F542F" w:rsidRPr="00253577" w:rsidRDefault="00253577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 xml:space="preserve">4 Мп; 2688×1520; </w:t>
            </w:r>
            <w:r>
              <w:rPr>
                <w:sz w:val="16"/>
              </w:rPr>
              <w:t>IP</w:t>
            </w:r>
            <w:r w:rsidRPr="00253577">
              <w:rPr>
                <w:sz w:val="16"/>
                <w:lang w:val="ru-RU"/>
              </w:rPr>
              <w:t>; ИК/</w:t>
            </w:r>
            <w:r>
              <w:rPr>
                <w:sz w:val="16"/>
              </w:rPr>
              <w:t>LED</w:t>
            </w:r>
            <w:r w:rsidRPr="00253577">
              <w:rPr>
                <w:sz w:val="16"/>
                <w:lang w:val="ru-RU"/>
              </w:rPr>
              <w:t xml:space="preserve">-подсветка; </w:t>
            </w:r>
            <w:r>
              <w:rPr>
                <w:sz w:val="16"/>
              </w:rPr>
              <w:t>RJ</w:t>
            </w:r>
            <w:r w:rsidRPr="00253577">
              <w:rPr>
                <w:sz w:val="16"/>
                <w:lang w:val="ru-RU"/>
              </w:rPr>
              <w:t xml:space="preserve">-45; </w:t>
            </w:r>
            <w:r>
              <w:rPr>
                <w:sz w:val="16"/>
              </w:rPr>
              <w:t>PoE</w:t>
            </w:r>
            <w:r w:rsidRPr="00253577">
              <w:rPr>
                <w:sz w:val="16"/>
                <w:lang w:val="ru-RU"/>
              </w:rPr>
              <w:t>; корпус для внутренней/наружной установки</w:t>
            </w:r>
          </w:p>
        </w:tc>
        <w:tc>
          <w:tcPr>
            <w:tcW w:w="1465" w:type="dxa"/>
            <w:vAlign w:val="center"/>
          </w:tcPr>
          <w:p w14:paraId="71685B12" w14:textId="77777777" w:rsidR="004F542F" w:rsidRDefault="00253577">
            <w:pPr>
              <w:jc w:val="center"/>
            </w:pPr>
            <w:r>
              <w:rPr>
                <w:sz w:val="16"/>
              </w:rPr>
              <w:t>шт.</w:t>
            </w:r>
          </w:p>
        </w:tc>
        <w:tc>
          <w:tcPr>
            <w:tcW w:w="1465" w:type="dxa"/>
            <w:vAlign w:val="center"/>
          </w:tcPr>
          <w:p w14:paraId="4B7AA4E5" w14:textId="77777777" w:rsidR="004F542F" w:rsidRDefault="00253577">
            <w:pPr>
              <w:jc w:val="center"/>
            </w:pPr>
            <w:r>
              <w:rPr>
                <w:sz w:val="16"/>
              </w:rPr>
              <w:t>10</w:t>
            </w:r>
          </w:p>
        </w:tc>
        <w:tc>
          <w:tcPr>
            <w:tcW w:w="1465" w:type="dxa"/>
            <w:vAlign w:val="center"/>
          </w:tcPr>
          <w:p w14:paraId="3B14B9A3" w14:textId="77777777" w:rsidR="004F542F" w:rsidRDefault="00253577">
            <w:pPr>
              <w:jc w:val="center"/>
            </w:pPr>
            <w:r>
              <w:rPr>
                <w:sz w:val="16"/>
              </w:rPr>
              <w:t>33 000</w:t>
            </w:r>
          </w:p>
        </w:tc>
        <w:tc>
          <w:tcPr>
            <w:tcW w:w="1465" w:type="dxa"/>
            <w:vAlign w:val="center"/>
          </w:tcPr>
          <w:p w14:paraId="252270E4" w14:textId="77777777" w:rsidR="004F542F" w:rsidRDefault="00253577">
            <w:pPr>
              <w:jc w:val="center"/>
            </w:pPr>
            <w:r>
              <w:rPr>
                <w:sz w:val="16"/>
              </w:rPr>
              <w:t>330 000</w:t>
            </w:r>
          </w:p>
        </w:tc>
      </w:tr>
      <w:tr w:rsidR="004F542F" w14:paraId="750AE369" w14:textId="77777777">
        <w:trPr>
          <w:jc w:val="center"/>
        </w:trPr>
        <w:tc>
          <w:tcPr>
            <w:tcW w:w="1465" w:type="dxa"/>
            <w:vAlign w:val="center"/>
          </w:tcPr>
          <w:p w14:paraId="18F4A829" w14:textId="77777777" w:rsidR="004F542F" w:rsidRDefault="00253577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1465" w:type="dxa"/>
            <w:vAlign w:val="center"/>
          </w:tcPr>
          <w:p w14:paraId="7CE3E9A8" w14:textId="77777777" w:rsidR="004F542F" w:rsidRDefault="00253577">
            <w:pPr>
              <w:jc w:val="center"/>
            </w:pPr>
            <w:r>
              <w:rPr>
                <w:sz w:val="16"/>
              </w:rPr>
              <w:t>PoE-коммутатор</w:t>
            </w:r>
          </w:p>
        </w:tc>
        <w:tc>
          <w:tcPr>
            <w:tcW w:w="1465" w:type="dxa"/>
            <w:vAlign w:val="center"/>
          </w:tcPr>
          <w:p w14:paraId="4E87DE26" w14:textId="77777777" w:rsidR="004F542F" w:rsidRPr="00253577" w:rsidRDefault="00253577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 xml:space="preserve">Сетевой коммутатор с поддержкой </w:t>
            </w:r>
            <w:r>
              <w:rPr>
                <w:sz w:val="16"/>
              </w:rPr>
              <w:t>PoE</w:t>
            </w:r>
            <w:r w:rsidRPr="00253577">
              <w:rPr>
                <w:sz w:val="16"/>
                <w:lang w:val="ru-RU"/>
              </w:rPr>
              <w:t xml:space="preserve"> для подключения </w:t>
            </w:r>
            <w:r>
              <w:rPr>
                <w:sz w:val="16"/>
              </w:rPr>
              <w:t>IP</w:t>
            </w:r>
            <w:r w:rsidRPr="00253577">
              <w:rPr>
                <w:sz w:val="16"/>
                <w:lang w:val="ru-RU"/>
              </w:rPr>
              <w:t>-видеокамер</w:t>
            </w:r>
          </w:p>
        </w:tc>
        <w:tc>
          <w:tcPr>
            <w:tcW w:w="1465" w:type="dxa"/>
            <w:vAlign w:val="center"/>
          </w:tcPr>
          <w:p w14:paraId="4D62250E" w14:textId="77777777" w:rsidR="004F542F" w:rsidRDefault="00253577">
            <w:pPr>
              <w:jc w:val="center"/>
            </w:pPr>
            <w:r>
              <w:rPr>
                <w:sz w:val="16"/>
              </w:rPr>
              <w:t>шт.</w:t>
            </w:r>
          </w:p>
        </w:tc>
        <w:tc>
          <w:tcPr>
            <w:tcW w:w="1465" w:type="dxa"/>
            <w:vAlign w:val="center"/>
          </w:tcPr>
          <w:p w14:paraId="49346E57" w14:textId="77777777" w:rsidR="004F542F" w:rsidRDefault="00253577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465" w:type="dxa"/>
            <w:vAlign w:val="center"/>
          </w:tcPr>
          <w:p w14:paraId="7B79DACA" w14:textId="77777777" w:rsidR="004F542F" w:rsidRDefault="00253577">
            <w:pPr>
              <w:jc w:val="center"/>
            </w:pPr>
            <w:r>
              <w:rPr>
                <w:sz w:val="16"/>
              </w:rPr>
              <w:t>40 000</w:t>
            </w:r>
          </w:p>
        </w:tc>
        <w:tc>
          <w:tcPr>
            <w:tcW w:w="1465" w:type="dxa"/>
            <w:vAlign w:val="center"/>
          </w:tcPr>
          <w:p w14:paraId="0CCB79C3" w14:textId="77777777" w:rsidR="004F542F" w:rsidRDefault="00253577">
            <w:pPr>
              <w:jc w:val="center"/>
            </w:pPr>
            <w:r>
              <w:rPr>
                <w:sz w:val="16"/>
              </w:rPr>
              <w:t>40 000</w:t>
            </w:r>
          </w:p>
        </w:tc>
      </w:tr>
      <w:tr w:rsidR="004F542F" w14:paraId="7FC6C337" w14:textId="77777777">
        <w:trPr>
          <w:jc w:val="center"/>
        </w:trPr>
        <w:tc>
          <w:tcPr>
            <w:tcW w:w="1465" w:type="dxa"/>
            <w:vAlign w:val="center"/>
          </w:tcPr>
          <w:p w14:paraId="3DC32E7A" w14:textId="77777777" w:rsidR="004F542F" w:rsidRDefault="00253577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1465" w:type="dxa"/>
            <w:vAlign w:val="center"/>
          </w:tcPr>
          <w:p w14:paraId="03DAD790" w14:textId="77777777" w:rsidR="004F542F" w:rsidRDefault="00253577">
            <w:pPr>
              <w:jc w:val="center"/>
            </w:pPr>
            <w:r>
              <w:rPr>
                <w:sz w:val="16"/>
              </w:rPr>
              <w:t>Кабель UTP</w:t>
            </w:r>
          </w:p>
        </w:tc>
        <w:tc>
          <w:tcPr>
            <w:tcW w:w="1465" w:type="dxa"/>
            <w:vAlign w:val="center"/>
          </w:tcPr>
          <w:p w14:paraId="7D8C6F99" w14:textId="77777777" w:rsidR="004F542F" w:rsidRPr="00253577" w:rsidRDefault="00253577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>Категория 5</w:t>
            </w:r>
            <w:r>
              <w:rPr>
                <w:sz w:val="16"/>
              </w:rPr>
              <w:t>e</w:t>
            </w:r>
            <w:r w:rsidRPr="00253577">
              <w:rPr>
                <w:sz w:val="16"/>
                <w:lang w:val="ru-RU"/>
              </w:rPr>
              <w:t>/6, 4 пары, для систем видеонаблюдения</w:t>
            </w:r>
          </w:p>
        </w:tc>
        <w:tc>
          <w:tcPr>
            <w:tcW w:w="1465" w:type="dxa"/>
            <w:vAlign w:val="center"/>
          </w:tcPr>
          <w:p w14:paraId="0FA23AF1" w14:textId="77777777" w:rsidR="004F542F" w:rsidRDefault="00253577">
            <w:pPr>
              <w:jc w:val="center"/>
            </w:pPr>
            <w:r>
              <w:rPr>
                <w:sz w:val="16"/>
              </w:rPr>
              <w:t>м</w:t>
            </w:r>
          </w:p>
        </w:tc>
        <w:tc>
          <w:tcPr>
            <w:tcW w:w="1465" w:type="dxa"/>
            <w:vAlign w:val="center"/>
          </w:tcPr>
          <w:p w14:paraId="5DBBFADA" w14:textId="77777777" w:rsidR="004F542F" w:rsidRDefault="00253577">
            <w:pPr>
              <w:jc w:val="center"/>
            </w:pPr>
            <w:r>
              <w:rPr>
                <w:sz w:val="16"/>
              </w:rPr>
              <w:t>330</w:t>
            </w:r>
          </w:p>
        </w:tc>
        <w:tc>
          <w:tcPr>
            <w:tcW w:w="1465" w:type="dxa"/>
            <w:vAlign w:val="center"/>
          </w:tcPr>
          <w:p w14:paraId="0F936C18" w14:textId="77777777" w:rsidR="004F542F" w:rsidRDefault="00253577">
            <w:pPr>
              <w:jc w:val="center"/>
            </w:pPr>
            <w:r>
              <w:rPr>
                <w:sz w:val="16"/>
              </w:rPr>
              <w:t>180</w:t>
            </w:r>
          </w:p>
        </w:tc>
        <w:tc>
          <w:tcPr>
            <w:tcW w:w="1465" w:type="dxa"/>
            <w:vAlign w:val="center"/>
          </w:tcPr>
          <w:p w14:paraId="25A6819A" w14:textId="77777777" w:rsidR="004F542F" w:rsidRDefault="00253577">
            <w:pPr>
              <w:jc w:val="center"/>
            </w:pPr>
            <w:r>
              <w:rPr>
                <w:sz w:val="16"/>
              </w:rPr>
              <w:t>59 400</w:t>
            </w:r>
          </w:p>
        </w:tc>
      </w:tr>
      <w:tr w:rsidR="004F542F" w14:paraId="3A7BDB48" w14:textId="77777777">
        <w:trPr>
          <w:jc w:val="center"/>
        </w:trPr>
        <w:tc>
          <w:tcPr>
            <w:tcW w:w="1465" w:type="dxa"/>
            <w:vAlign w:val="center"/>
          </w:tcPr>
          <w:p w14:paraId="073BFFC2" w14:textId="77777777" w:rsidR="004F542F" w:rsidRDefault="00253577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1465" w:type="dxa"/>
            <w:vAlign w:val="center"/>
          </w:tcPr>
          <w:p w14:paraId="23CF62CF" w14:textId="77777777" w:rsidR="004F542F" w:rsidRDefault="00253577">
            <w:pPr>
              <w:jc w:val="center"/>
            </w:pPr>
            <w:r>
              <w:rPr>
                <w:sz w:val="16"/>
              </w:rPr>
              <w:t>Кабель-канал</w:t>
            </w:r>
          </w:p>
        </w:tc>
        <w:tc>
          <w:tcPr>
            <w:tcW w:w="1465" w:type="dxa"/>
            <w:vAlign w:val="center"/>
          </w:tcPr>
          <w:p w14:paraId="660E74EA" w14:textId="77777777" w:rsidR="004F542F" w:rsidRPr="00253577" w:rsidRDefault="00253577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>Для прокладки и защиты кабельных линий</w:t>
            </w:r>
          </w:p>
        </w:tc>
        <w:tc>
          <w:tcPr>
            <w:tcW w:w="1465" w:type="dxa"/>
            <w:vAlign w:val="center"/>
          </w:tcPr>
          <w:p w14:paraId="53A82D6B" w14:textId="77777777" w:rsidR="004F542F" w:rsidRDefault="00253577">
            <w:pPr>
              <w:jc w:val="center"/>
            </w:pPr>
            <w:r>
              <w:rPr>
                <w:sz w:val="16"/>
              </w:rPr>
              <w:t>м</w:t>
            </w:r>
          </w:p>
        </w:tc>
        <w:tc>
          <w:tcPr>
            <w:tcW w:w="1465" w:type="dxa"/>
            <w:vAlign w:val="center"/>
          </w:tcPr>
          <w:p w14:paraId="75E337BC" w14:textId="77777777" w:rsidR="004F542F" w:rsidRDefault="00253577">
            <w:pPr>
              <w:jc w:val="center"/>
            </w:pPr>
            <w:r>
              <w:rPr>
                <w:sz w:val="16"/>
              </w:rPr>
              <w:t>60</w:t>
            </w:r>
          </w:p>
        </w:tc>
        <w:tc>
          <w:tcPr>
            <w:tcW w:w="1465" w:type="dxa"/>
            <w:vAlign w:val="center"/>
          </w:tcPr>
          <w:p w14:paraId="28DE2DA5" w14:textId="77777777" w:rsidR="004F542F" w:rsidRDefault="00253577">
            <w:pPr>
              <w:jc w:val="center"/>
            </w:pPr>
            <w:r>
              <w:rPr>
                <w:sz w:val="16"/>
              </w:rPr>
              <w:t>250</w:t>
            </w:r>
          </w:p>
        </w:tc>
        <w:tc>
          <w:tcPr>
            <w:tcW w:w="1465" w:type="dxa"/>
            <w:vAlign w:val="center"/>
          </w:tcPr>
          <w:p w14:paraId="6E89E0A4" w14:textId="77777777" w:rsidR="004F542F" w:rsidRDefault="00253577">
            <w:pPr>
              <w:jc w:val="center"/>
            </w:pPr>
            <w:r>
              <w:rPr>
                <w:sz w:val="16"/>
              </w:rPr>
              <w:t>15 000</w:t>
            </w:r>
          </w:p>
        </w:tc>
      </w:tr>
      <w:tr w:rsidR="004F542F" w14:paraId="258E4D51" w14:textId="77777777">
        <w:trPr>
          <w:jc w:val="center"/>
        </w:trPr>
        <w:tc>
          <w:tcPr>
            <w:tcW w:w="1465" w:type="dxa"/>
            <w:vAlign w:val="center"/>
          </w:tcPr>
          <w:p w14:paraId="3C981B9E" w14:textId="77777777" w:rsidR="004F542F" w:rsidRDefault="00253577">
            <w:pPr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1465" w:type="dxa"/>
            <w:vAlign w:val="center"/>
          </w:tcPr>
          <w:p w14:paraId="32685AA9" w14:textId="77777777" w:rsidR="004F542F" w:rsidRDefault="00253577">
            <w:pPr>
              <w:jc w:val="center"/>
            </w:pPr>
            <w:r>
              <w:rPr>
                <w:sz w:val="16"/>
              </w:rPr>
              <w:t>Коннектор RJ-45</w:t>
            </w:r>
          </w:p>
        </w:tc>
        <w:tc>
          <w:tcPr>
            <w:tcW w:w="1465" w:type="dxa"/>
            <w:vAlign w:val="center"/>
          </w:tcPr>
          <w:p w14:paraId="686ACC33" w14:textId="77777777" w:rsidR="004F542F" w:rsidRDefault="00253577">
            <w:pPr>
              <w:jc w:val="center"/>
            </w:pPr>
            <w:r>
              <w:rPr>
                <w:sz w:val="16"/>
              </w:rPr>
              <w:t>Для оконцевания сетевого кабеля</w:t>
            </w:r>
          </w:p>
        </w:tc>
        <w:tc>
          <w:tcPr>
            <w:tcW w:w="1465" w:type="dxa"/>
            <w:vAlign w:val="center"/>
          </w:tcPr>
          <w:p w14:paraId="6428B351" w14:textId="77777777" w:rsidR="004F542F" w:rsidRDefault="00253577">
            <w:pPr>
              <w:jc w:val="center"/>
            </w:pPr>
            <w:r>
              <w:rPr>
                <w:sz w:val="16"/>
              </w:rPr>
              <w:t>шт.</w:t>
            </w:r>
          </w:p>
        </w:tc>
        <w:tc>
          <w:tcPr>
            <w:tcW w:w="1465" w:type="dxa"/>
            <w:vAlign w:val="center"/>
          </w:tcPr>
          <w:p w14:paraId="08740EC2" w14:textId="77777777" w:rsidR="004F542F" w:rsidRDefault="00253577">
            <w:pPr>
              <w:jc w:val="center"/>
            </w:pPr>
            <w:r>
              <w:rPr>
                <w:sz w:val="16"/>
              </w:rPr>
              <w:t>20</w:t>
            </w:r>
          </w:p>
        </w:tc>
        <w:tc>
          <w:tcPr>
            <w:tcW w:w="1465" w:type="dxa"/>
            <w:vAlign w:val="center"/>
          </w:tcPr>
          <w:p w14:paraId="6766E444" w14:textId="77777777" w:rsidR="004F542F" w:rsidRDefault="00253577">
            <w:pPr>
              <w:jc w:val="center"/>
            </w:pPr>
            <w:r>
              <w:rPr>
                <w:sz w:val="16"/>
              </w:rPr>
              <w:t>150</w:t>
            </w:r>
          </w:p>
        </w:tc>
        <w:tc>
          <w:tcPr>
            <w:tcW w:w="1465" w:type="dxa"/>
            <w:vAlign w:val="center"/>
          </w:tcPr>
          <w:p w14:paraId="715002F4" w14:textId="77777777" w:rsidR="004F542F" w:rsidRDefault="00253577">
            <w:pPr>
              <w:jc w:val="center"/>
            </w:pPr>
            <w:r>
              <w:rPr>
                <w:sz w:val="16"/>
              </w:rPr>
              <w:t>3 000</w:t>
            </w:r>
          </w:p>
        </w:tc>
      </w:tr>
      <w:tr w:rsidR="004F542F" w14:paraId="5B061F7C" w14:textId="77777777">
        <w:trPr>
          <w:jc w:val="center"/>
        </w:trPr>
        <w:tc>
          <w:tcPr>
            <w:tcW w:w="1465" w:type="dxa"/>
            <w:vAlign w:val="center"/>
          </w:tcPr>
          <w:p w14:paraId="5F38EDDF" w14:textId="77777777" w:rsidR="004F542F" w:rsidRDefault="00253577">
            <w:pPr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1465" w:type="dxa"/>
            <w:vAlign w:val="center"/>
          </w:tcPr>
          <w:p w14:paraId="260A6EDD" w14:textId="77777777" w:rsidR="004F542F" w:rsidRPr="00253577" w:rsidRDefault="00253577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>Монтажный комплект и расходные материалы</w:t>
            </w:r>
          </w:p>
        </w:tc>
        <w:tc>
          <w:tcPr>
            <w:tcW w:w="1465" w:type="dxa"/>
            <w:vAlign w:val="center"/>
          </w:tcPr>
          <w:p w14:paraId="794BC882" w14:textId="77777777" w:rsidR="004F542F" w:rsidRPr="00253577" w:rsidRDefault="00253577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>Крепёж, дюбели, саморезы, соединительные элементы и другие монтажные материалы</w:t>
            </w:r>
          </w:p>
        </w:tc>
        <w:tc>
          <w:tcPr>
            <w:tcW w:w="1465" w:type="dxa"/>
            <w:vAlign w:val="center"/>
          </w:tcPr>
          <w:p w14:paraId="6B581437" w14:textId="77777777" w:rsidR="004F542F" w:rsidRDefault="00253577">
            <w:pPr>
              <w:jc w:val="center"/>
            </w:pPr>
            <w:r>
              <w:rPr>
                <w:sz w:val="16"/>
              </w:rPr>
              <w:t>компл.</w:t>
            </w:r>
          </w:p>
        </w:tc>
        <w:tc>
          <w:tcPr>
            <w:tcW w:w="1465" w:type="dxa"/>
            <w:vAlign w:val="center"/>
          </w:tcPr>
          <w:p w14:paraId="2D0C7EE3" w14:textId="77777777" w:rsidR="004F542F" w:rsidRDefault="00253577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465" w:type="dxa"/>
            <w:vAlign w:val="center"/>
          </w:tcPr>
          <w:p w14:paraId="536C9C83" w14:textId="77777777" w:rsidR="004F542F" w:rsidRDefault="00253577">
            <w:pPr>
              <w:jc w:val="center"/>
            </w:pPr>
            <w:r>
              <w:rPr>
                <w:sz w:val="16"/>
              </w:rPr>
              <w:t>7 000</w:t>
            </w:r>
          </w:p>
        </w:tc>
        <w:tc>
          <w:tcPr>
            <w:tcW w:w="1465" w:type="dxa"/>
            <w:vAlign w:val="center"/>
          </w:tcPr>
          <w:p w14:paraId="08BD2376" w14:textId="77777777" w:rsidR="004F542F" w:rsidRDefault="00253577">
            <w:pPr>
              <w:jc w:val="center"/>
            </w:pPr>
            <w:r>
              <w:rPr>
                <w:sz w:val="16"/>
              </w:rPr>
              <w:t>7 000</w:t>
            </w:r>
          </w:p>
        </w:tc>
      </w:tr>
      <w:tr w:rsidR="004F542F" w14:paraId="1AE8E065" w14:textId="77777777">
        <w:trPr>
          <w:jc w:val="center"/>
        </w:trPr>
        <w:tc>
          <w:tcPr>
            <w:tcW w:w="1465" w:type="dxa"/>
            <w:vAlign w:val="center"/>
          </w:tcPr>
          <w:p w14:paraId="14F2CC0A" w14:textId="77777777" w:rsidR="004F542F" w:rsidRDefault="00253577">
            <w:pPr>
              <w:jc w:val="center"/>
            </w:pPr>
            <w:r>
              <w:rPr>
                <w:sz w:val="16"/>
              </w:rPr>
              <w:t>7</w:t>
            </w:r>
          </w:p>
        </w:tc>
        <w:tc>
          <w:tcPr>
            <w:tcW w:w="1465" w:type="dxa"/>
            <w:vAlign w:val="center"/>
          </w:tcPr>
          <w:p w14:paraId="418A5601" w14:textId="77777777" w:rsidR="004F542F" w:rsidRDefault="00253577">
            <w:pPr>
              <w:jc w:val="center"/>
            </w:pPr>
            <w:r>
              <w:rPr>
                <w:sz w:val="16"/>
              </w:rPr>
              <w:t>Монтаж IP-видеокамер</w:t>
            </w:r>
          </w:p>
        </w:tc>
        <w:tc>
          <w:tcPr>
            <w:tcW w:w="1465" w:type="dxa"/>
            <w:vAlign w:val="center"/>
          </w:tcPr>
          <w:p w14:paraId="73122AF1" w14:textId="77777777" w:rsidR="004F542F" w:rsidRPr="00253577" w:rsidRDefault="00253577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>Установка и крепление камер, подключение к кабельным линиям</w:t>
            </w:r>
          </w:p>
        </w:tc>
        <w:tc>
          <w:tcPr>
            <w:tcW w:w="1465" w:type="dxa"/>
            <w:vAlign w:val="center"/>
          </w:tcPr>
          <w:p w14:paraId="1B0663CD" w14:textId="77777777" w:rsidR="004F542F" w:rsidRDefault="00253577">
            <w:pPr>
              <w:jc w:val="center"/>
            </w:pPr>
            <w:r>
              <w:rPr>
                <w:sz w:val="16"/>
              </w:rPr>
              <w:t>шт.</w:t>
            </w:r>
          </w:p>
        </w:tc>
        <w:tc>
          <w:tcPr>
            <w:tcW w:w="1465" w:type="dxa"/>
            <w:vAlign w:val="center"/>
          </w:tcPr>
          <w:p w14:paraId="5F2F79E0" w14:textId="77777777" w:rsidR="004F542F" w:rsidRDefault="00253577">
            <w:pPr>
              <w:jc w:val="center"/>
            </w:pPr>
            <w:r>
              <w:rPr>
                <w:sz w:val="16"/>
              </w:rPr>
              <w:t>10</w:t>
            </w:r>
          </w:p>
        </w:tc>
        <w:tc>
          <w:tcPr>
            <w:tcW w:w="1465" w:type="dxa"/>
            <w:vAlign w:val="center"/>
          </w:tcPr>
          <w:p w14:paraId="3B636E60" w14:textId="77777777" w:rsidR="004F542F" w:rsidRDefault="00253577">
            <w:pPr>
              <w:jc w:val="center"/>
            </w:pPr>
            <w:r>
              <w:rPr>
                <w:sz w:val="16"/>
              </w:rPr>
              <w:t>3 500</w:t>
            </w:r>
          </w:p>
        </w:tc>
        <w:tc>
          <w:tcPr>
            <w:tcW w:w="1465" w:type="dxa"/>
            <w:vAlign w:val="center"/>
          </w:tcPr>
          <w:p w14:paraId="708E3735" w14:textId="77777777" w:rsidR="004F542F" w:rsidRDefault="00253577">
            <w:pPr>
              <w:jc w:val="center"/>
            </w:pPr>
            <w:r>
              <w:rPr>
                <w:sz w:val="16"/>
              </w:rPr>
              <w:t>35 000</w:t>
            </w:r>
          </w:p>
        </w:tc>
      </w:tr>
      <w:tr w:rsidR="004F542F" w14:paraId="0B159684" w14:textId="77777777">
        <w:trPr>
          <w:jc w:val="center"/>
        </w:trPr>
        <w:tc>
          <w:tcPr>
            <w:tcW w:w="1465" w:type="dxa"/>
            <w:vAlign w:val="center"/>
          </w:tcPr>
          <w:p w14:paraId="72F54B25" w14:textId="77777777" w:rsidR="004F542F" w:rsidRDefault="00253577">
            <w:pPr>
              <w:jc w:val="center"/>
            </w:pPr>
            <w:r>
              <w:rPr>
                <w:sz w:val="16"/>
              </w:rPr>
              <w:t>8</w:t>
            </w:r>
          </w:p>
        </w:tc>
        <w:tc>
          <w:tcPr>
            <w:tcW w:w="1465" w:type="dxa"/>
            <w:vAlign w:val="center"/>
          </w:tcPr>
          <w:p w14:paraId="4750BD15" w14:textId="77777777" w:rsidR="004F542F" w:rsidRPr="00253577" w:rsidRDefault="00253577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>Монтаж и прокладка кабельных линий</w:t>
            </w:r>
          </w:p>
        </w:tc>
        <w:tc>
          <w:tcPr>
            <w:tcW w:w="1465" w:type="dxa"/>
            <w:vAlign w:val="center"/>
          </w:tcPr>
          <w:p w14:paraId="7F72A52B" w14:textId="77777777" w:rsidR="004F542F" w:rsidRPr="00253577" w:rsidRDefault="00253577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 xml:space="preserve">Прокладка </w:t>
            </w:r>
            <w:r>
              <w:rPr>
                <w:sz w:val="16"/>
              </w:rPr>
              <w:t>UTP</w:t>
            </w:r>
            <w:r w:rsidRPr="00253577">
              <w:rPr>
                <w:sz w:val="16"/>
                <w:lang w:val="ru-RU"/>
              </w:rPr>
              <w:t>, укладка в кабель-канал, оконцевание и подключение</w:t>
            </w:r>
          </w:p>
        </w:tc>
        <w:tc>
          <w:tcPr>
            <w:tcW w:w="1465" w:type="dxa"/>
            <w:vAlign w:val="center"/>
          </w:tcPr>
          <w:p w14:paraId="6C375AF4" w14:textId="77777777" w:rsidR="004F542F" w:rsidRDefault="00253577">
            <w:pPr>
              <w:jc w:val="center"/>
            </w:pPr>
            <w:r>
              <w:rPr>
                <w:sz w:val="16"/>
              </w:rPr>
              <w:t>компл.</w:t>
            </w:r>
          </w:p>
        </w:tc>
        <w:tc>
          <w:tcPr>
            <w:tcW w:w="1465" w:type="dxa"/>
            <w:vAlign w:val="center"/>
          </w:tcPr>
          <w:p w14:paraId="22A9380E" w14:textId="77777777" w:rsidR="004F542F" w:rsidRDefault="00253577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465" w:type="dxa"/>
            <w:vAlign w:val="center"/>
          </w:tcPr>
          <w:p w14:paraId="50D83CD6" w14:textId="77777777" w:rsidR="004F542F" w:rsidRDefault="00253577">
            <w:pPr>
              <w:jc w:val="center"/>
            </w:pPr>
            <w:r>
              <w:rPr>
                <w:sz w:val="16"/>
              </w:rPr>
              <w:t>10 600</w:t>
            </w:r>
          </w:p>
        </w:tc>
        <w:tc>
          <w:tcPr>
            <w:tcW w:w="1465" w:type="dxa"/>
            <w:vAlign w:val="center"/>
          </w:tcPr>
          <w:p w14:paraId="12A2D016" w14:textId="77777777" w:rsidR="004F542F" w:rsidRDefault="00253577">
            <w:pPr>
              <w:jc w:val="center"/>
            </w:pPr>
            <w:r>
              <w:rPr>
                <w:sz w:val="16"/>
              </w:rPr>
              <w:t>10 600</w:t>
            </w:r>
          </w:p>
        </w:tc>
      </w:tr>
      <w:tr w:rsidR="004F542F" w14:paraId="75C7F017" w14:textId="77777777">
        <w:trPr>
          <w:jc w:val="center"/>
        </w:trPr>
        <w:tc>
          <w:tcPr>
            <w:tcW w:w="1465" w:type="dxa"/>
            <w:vAlign w:val="center"/>
          </w:tcPr>
          <w:p w14:paraId="563BF41C" w14:textId="77777777" w:rsidR="004F542F" w:rsidRDefault="004F542F">
            <w:pPr>
              <w:jc w:val="center"/>
            </w:pPr>
          </w:p>
        </w:tc>
        <w:tc>
          <w:tcPr>
            <w:tcW w:w="1465" w:type="dxa"/>
            <w:vAlign w:val="center"/>
          </w:tcPr>
          <w:p w14:paraId="5510ABD0" w14:textId="77777777" w:rsidR="004F542F" w:rsidRDefault="004F542F">
            <w:pPr>
              <w:jc w:val="center"/>
            </w:pPr>
          </w:p>
        </w:tc>
        <w:tc>
          <w:tcPr>
            <w:tcW w:w="1465" w:type="dxa"/>
            <w:vAlign w:val="center"/>
          </w:tcPr>
          <w:p w14:paraId="7B9C3C00" w14:textId="77777777" w:rsidR="004F542F" w:rsidRDefault="004F542F">
            <w:pPr>
              <w:jc w:val="center"/>
            </w:pPr>
          </w:p>
        </w:tc>
        <w:tc>
          <w:tcPr>
            <w:tcW w:w="1465" w:type="dxa"/>
            <w:vAlign w:val="center"/>
          </w:tcPr>
          <w:p w14:paraId="33B6CC5A" w14:textId="77777777" w:rsidR="004F542F" w:rsidRDefault="004F542F">
            <w:pPr>
              <w:jc w:val="center"/>
            </w:pPr>
          </w:p>
        </w:tc>
        <w:tc>
          <w:tcPr>
            <w:tcW w:w="1465" w:type="dxa"/>
            <w:vAlign w:val="center"/>
          </w:tcPr>
          <w:p w14:paraId="06CA7862" w14:textId="77777777" w:rsidR="004F542F" w:rsidRDefault="004F542F">
            <w:pPr>
              <w:jc w:val="center"/>
            </w:pPr>
          </w:p>
        </w:tc>
        <w:tc>
          <w:tcPr>
            <w:tcW w:w="1465" w:type="dxa"/>
            <w:vAlign w:val="center"/>
          </w:tcPr>
          <w:p w14:paraId="2078F95B" w14:textId="77777777" w:rsidR="004F542F" w:rsidRDefault="00253577">
            <w:pPr>
              <w:jc w:val="center"/>
            </w:pPr>
            <w:r>
              <w:rPr>
                <w:b/>
                <w:sz w:val="16"/>
              </w:rPr>
              <w:t>БАРЛЫҒЫ / ИТОГО</w:t>
            </w:r>
          </w:p>
        </w:tc>
        <w:tc>
          <w:tcPr>
            <w:tcW w:w="1465" w:type="dxa"/>
            <w:vAlign w:val="center"/>
          </w:tcPr>
          <w:p w14:paraId="5C02E2E9" w14:textId="77777777" w:rsidR="004F542F" w:rsidRDefault="00253577">
            <w:pPr>
              <w:jc w:val="center"/>
            </w:pPr>
            <w:r>
              <w:rPr>
                <w:b/>
                <w:sz w:val="18"/>
              </w:rPr>
              <w:t>500 000</w:t>
            </w:r>
          </w:p>
        </w:tc>
      </w:tr>
    </w:tbl>
    <w:p w14:paraId="12528E55" w14:textId="77777777" w:rsidR="004F542F" w:rsidRDefault="00253577">
      <w:pPr>
        <w:jc w:val="center"/>
      </w:pPr>
      <w:r>
        <w:rPr>
          <w:b/>
          <w:sz w:val="24"/>
        </w:rPr>
        <w:t>2. Требования к выполнению монтажных работ</w:t>
      </w:r>
    </w:p>
    <w:p w14:paraId="042AFC9E" w14:textId="77777777"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 xml:space="preserve">Выполнить установку 10 шт. </w:t>
      </w:r>
      <w:r>
        <w:t>IP</w:t>
      </w:r>
      <w:r w:rsidRPr="00253577">
        <w:rPr>
          <w:lang w:val="ru-RU"/>
        </w:rPr>
        <w:t xml:space="preserve">-видеокамер </w:t>
      </w:r>
      <w:r>
        <w:t>Dahua</w:t>
      </w:r>
      <w:r w:rsidRPr="00253577">
        <w:rPr>
          <w:lang w:val="ru-RU"/>
        </w:rPr>
        <w:t xml:space="preserve"> </w:t>
      </w:r>
      <w:r>
        <w:t>DH</w:t>
      </w:r>
      <w:r w:rsidRPr="00253577">
        <w:rPr>
          <w:lang w:val="ru-RU"/>
        </w:rPr>
        <w:t>-</w:t>
      </w:r>
      <w:r>
        <w:t>IPC</w:t>
      </w:r>
      <w:r w:rsidRPr="00253577">
        <w:rPr>
          <w:lang w:val="ru-RU"/>
        </w:rPr>
        <w:t>-</w:t>
      </w:r>
      <w:r>
        <w:t>HDBW</w:t>
      </w:r>
      <w:r w:rsidRPr="00253577">
        <w:rPr>
          <w:lang w:val="ru-RU"/>
        </w:rPr>
        <w:t>2449</w:t>
      </w:r>
      <w:r>
        <w:t>E</w:t>
      </w:r>
      <w:r w:rsidRPr="00253577">
        <w:rPr>
          <w:lang w:val="ru-RU"/>
        </w:rPr>
        <w:t>-</w:t>
      </w:r>
      <w:r>
        <w:t>S</w:t>
      </w:r>
      <w:r w:rsidRPr="00253577">
        <w:rPr>
          <w:lang w:val="ru-RU"/>
        </w:rPr>
        <w:t>-</w:t>
      </w:r>
      <w:r>
        <w:t>IL</w:t>
      </w:r>
      <w:r w:rsidRPr="00253577">
        <w:rPr>
          <w:lang w:val="ru-RU"/>
        </w:rPr>
        <w:t xml:space="preserve"> в местах, определённых Заказчиком.</w:t>
      </w:r>
    </w:p>
    <w:p w14:paraId="0029F38C" w14:textId="77777777"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>Обеспечить надёжное и безопасное крепление камер к стенам, потолкам или иным строительным конструкциям.</w:t>
      </w:r>
    </w:p>
    <w:p w14:paraId="6470F389" w14:textId="77777777"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 xml:space="preserve">Выполнить прокладку </w:t>
      </w:r>
      <w:r>
        <w:t>UTP</w:t>
      </w:r>
      <w:r w:rsidRPr="00253577">
        <w:rPr>
          <w:lang w:val="ru-RU"/>
        </w:rPr>
        <w:t>-кабеля от камер до существующего оборудования видеонаблюдения.</w:t>
      </w:r>
    </w:p>
    <w:p w14:paraId="5C3BB905" w14:textId="77777777"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>Кабельные линии на необходимых участках проложить аккуратно и защищённо с использованием кабель-канала.</w:t>
      </w:r>
    </w:p>
    <w:p w14:paraId="7A35CC68" w14:textId="77777777"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lastRenderedPageBreak/>
        <w:t xml:space="preserve">Выполнить оконцевание </w:t>
      </w:r>
      <w:r>
        <w:t>UTP</w:t>
      </w:r>
      <w:r w:rsidRPr="00253577">
        <w:rPr>
          <w:lang w:val="ru-RU"/>
        </w:rPr>
        <w:t xml:space="preserve">-кабелей разъёмами </w:t>
      </w:r>
      <w:r>
        <w:t>RJ</w:t>
      </w:r>
      <w:r w:rsidRPr="00253577">
        <w:rPr>
          <w:lang w:val="ru-RU"/>
        </w:rPr>
        <w:t>-45.</w:t>
      </w:r>
    </w:p>
    <w:p w14:paraId="7CEF9894" w14:textId="77777777"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 xml:space="preserve">Подключить дополнительные камеры к существующей системе видеонаблюдения и установленному </w:t>
      </w:r>
      <w:r>
        <w:t>PoE</w:t>
      </w:r>
      <w:r w:rsidRPr="00253577">
        <w:rPr>
          <w:lang w:val="ru-RU"/>
        </w:rPr>
        <w:t>-коммутатору.</w:t>
      </w:r>
    </w:p>
    <w:p w14:paraId="0EBD6E10" w14:textId="77777777"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>Выполнить маркировку кабельных линий и проверить качество соединений.</w:t>
      </w:r>
    </w:p>
    <w:p w14:paraId="14341EE0" w14:textId="77777777"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>После завершения монтажа проверить наличие сетевого соединения и работоспособность каждой установленной камеры.</w:t>
      </w:r>
    </w:p>
    <w:p w14:paraId="2E9140A8" w14:textId="77777777"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>Все работы выполнить без повреждения существующих инженерных и слаботочных коммуникаций.</w:t>
      </w:r>
    </w:p>
    <w:p w14:paraId="156A393C" w14:textId="77777777"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>После завершения монтажных работ привести места выполнения работ в порядок.</w:t>
      </w:r>
    </w:p>
    <w:p w14:paraId="27228239" w14:textId="77777777" w:rsidR="004F542F" w:rsidRPr="00253577" w:rsidRDefault="00253577">
      <w:pPr>
        <w:jc w:val="center"/>
        <w:rPr>
          <w:lang w:val="ru-RU"/>
        </w:rPr>
      </w:pPr>
      <w:r w:rsidRPr="00253577">
        <w:rPr>
          <w:b/>
          <w:sz w:val="24"/>
          <w:lang w:val="ru-RU"/>
        </w:rPr>
        <w:t>3. Использование существующего оборудования</w:t>
      </w:r>
    </w:p>
    <w:p w14:paraId="71EA8CDC" w14:textId="77777777" w:rsidR="004F542F" w:rsidRPr="00253577" w:rsidRDefault="00253577">
      <w:pPr>
        <w:spacing w:after="100"/>
        <w:rPr>
          <w:lang w:val="ru-RU"/>
        </w:rPr>
      </w:pPr>
      <w:r w:rsidRPr="00253577">
        <w:rPr>
          <w:lang w:val="ru-RU"/>
        </w:rPr>
        <w:t>Новые камеры предназначены для доукомплектации существующей системы видеонаблюдения Заказчика. Видеорегистратор и иное оборудование, которое уже имеется у Заказчика и используется в действующей системе, в поставку по настоящей спецификации не включается.</w:t>
      </w:r>
    </w:p>
    <w:p w14:paraId="4E2AD10D" w14:textId="77777777" w:rsidR="004F542F" w:rsidRPr="00253577" w:rsidRDefault="00253577">
      <w:pPr>
        <w:spacing w:after="100"/>
        <w:rPr>
          <w:lang w:val="ru-RU"/>
        </w:rPr>
      </w:pPr>
      <w:r w:rsidRPr="00253577">
        <w:rPr>
          <w:lang w:val="ru-RU"/>
        </w:rPr>
        <w:t xml:space="preserve">В состав настоящей технической спецификации не входят: видеорегистратор, </w:t>
      </w:r>
      <w:r>
        <w:t>HDD</w:t>
      </w:r>
      <w:r w:rsidRPr="00253577">
        <w:rPr>
          <w:lang w:val="ru-RU"/>
        </w:rPr>
        <w:t>, блоки питания, ИБП, а также оборудование для организации удалённого доступа.</w:t>
      </w:r>
    </w:p>
    <w:p w14:paraId="5BA2C6BF" w14:textId="77777777" w:rsidR="004F542F" w:rsidRPr="00253577" w:rsidRDefault="00253577">
      <w:pPr>
        <w:spacing w:after="100"/>
        <w:rPr>
          <w:lang w:val="ru-RU"/>
        </w:rPr>
      </w:pPr>
      <w:r w:rsidRPr="00253577">
        <w:rPr>
          <w:lang w:val="ru-RU"/>
        </w:rPr>
        <w:t>Исполнитель выполняет монтаж и физическое подключение новых камер к существующему оборудованию с учётом технической совместимости действующей системы.</w:t>
      </w:r>
    </w:p>
    <w:p w14:paraId="0EAF843A" w14:textId="77777777" w:rsidR="004F542F" w:rsidRDefault="00253577">
      <w:pPr>
        <w:jc w:val="center"/>
      </w:pPr>
      <w:r>
        <w:rPr>
          <w:b/>
          <w:sz w:val="24"/>
        </w:rPr>
        <w:t>4. Требования к качеству и приёмке</w:t>
      </w:r>
    </w:p>
    <w:p w14:paraId="7E705BB1" w14:textId="77777777"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>Все камеры должны быть новыми, не бывшими в эксплуатации и поставляться в заводской упаковке.</w:t>
      </w:r>
    </w:p>
    <w:p w14:paraId="377A7F1A" w14:textId="77777777"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 xml:space="preserve">Марка и модель камеры: </w:t>
      </w:r>
      <w:r>
        <w:t>Dahua</w:t>
      </w:r>
      <w:r w:rsidRPr="00253577">
        <w:rPr>
          <w:lang w:val="ru-RU"/>
        </w:rPr>
        <w:t xml:space="preserve"> </w:t>
      </w:r>
      <w:r>
        <w:t>DH</w:t>
      </w:r>
      <w:r w:rsidRPr="00253577">
        <w:rPr>
          <w:lang w:val="ru-RU"/>
        </w:rPr>
        <w:t>-</w:t>
      </w:r>
      <w:r>
        <w:t>IPC</w:t>
      </w:r>
      <w:r w:rsidRPr="00253577">
        <w:rPr>
          <w:lang w:val="ru-RU"/>
        </w:rPr>
        <w:t>-</w:t>
      </w:r>
      <w:r>
        <w:t>HDBW</w:t>
      </w:r>
      <w:r w:rsidRPr="00253577">
        <w:rPr>
          <w:lang w:val="ru-RU"/>
        </w:rPr>
        <w:t>2449</w:t>
      </w:r>
      <w:r>
        <w:t>E</w:t>
      </w:r>
      <w:r w:rsidRPr="00253577">
        <w:rPr>
          <w:lang w:val="ru-RU"/>
        </w:rPr>
        <w:t>-</w:t>
      </w:r>
      <w:r>
        <w:t>S</w:t>
      </w:r>
      <w:r w:rsidRPr="00253577">
        <w:rPr>
          <w:lang w:val="ru-RU"/>
        </w:rPr>
        <w:t>-</w:t>
      </w:r>
      <w:r>
        <w:t>IL</w:t>
      </w:r>
      <w:r w:rsidRPr="00253577">
        <w:rPr>
          <w:lang w:val="ru-RU"/>
        </w:rPr>
        <w:t>.</w:t>
      </w:r>
    </w:p>
    <w:p w14:paraId="716ACE33" w14:textId="77777777"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>Монтажные работы должны быть выполнены качественно, аккуратно и безопасно.</w:t>
      </w:r>
    </w:p>
    <w:p w14:paraId="29757EDA" w14:textId="77777777"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>Кабельные линии должны быть защищены от механических повреждений и на необходимых участках проложены в кабель-канале.</w:t>
      </w:r>
    </w:p>
    <w:p w14:paraId="1B9042A5" w14:textId="77777777"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>После завершения работ должна быть проверена работоспособность каждой из 10 установленных камер.</w:t>
      </w:r>
    </w:p>
    <w:p w14:paraId="0859786E" w14:textId="77777777"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>Результат выполненных работ предъявляется Заказчику; выявленные монтажные недостатки устраняются Исполнителем за свой счёт.</w:t>
      </w:r>
    </w:p>
    <w:p w14:paraId="6B6DC82F" w14:textId="77777777" w:rsidR="004F542F" w:rsidRPr="00253577" w:rsidRDefault="00253577">
      <w:pPr>
        <w:jc w:val="center"/>
        <w:rPr>
          <w:lang w:val="ru-RU"/>
        </w:rPr>
      </w:pPr>
      <w:r w:rsidRPr="00253577">
        <w:rPr>
          <w:b/>
          <w:sz w:val="24"/>
          <w:lang w:val="ru-RU"/>
        </w:rPr>
        <w:t>5. Общая стоимость</w:t>
      </w:r>
    </w:p>
    <w:p w14:paraId="6DA5A410" w14:textId="77777777" w:rsidR="004F542F" w:rsidRPr="00253577" w:rsidRDefault="00253577">
      <w:pPr>
        <w:spacing w:after="100"/>
        <w:rPr>
          <w:lang w:val="ru-RU"/>
        </w:rPr>
      </w:pPr>
      <w:r w:rsidRPr="00253577">
        <w:rPr>
          <w:lang w:val="ru-RU"/>
        </w:rPr>
        <w:t>Ориентировочная общая стоимость поставки оборудования, монтажных работ, прокладки кабельных линий и подключения по настоящей технической спецификации составляет: 500 000 (пятьсот тысяч) тенге.</w:t>
      </w:r>
    </w:p>
    <w:p w14:paraId="0693F6B9" w14:textId="77777777" w:rsidR="004F542F" w:rsidRPr="00253577" w:rsidRDefault="00253577">
      <w:pPr>
        <w:spacing w:after="100"/>
        <w:rPr>
          <w:lang w:val="ru-RU"/>
        </w:rPr>
      </w:pPr>
      <w:r w:rsidRPr="00253577">
        <w:rPr>
          <w:lang w:val="ru-RU"/>
        </w:rPr>
        <w:t>Примечание: калькуляция является ориентировочной и может быть уточнена по фактическим закупочным ценам по согласованию с Заказчиком, при сохранении основных технических требований настоящей спецификации.</w:t>
      </w:r>
    </w:p>
    <w:p w14:paraId="756CC2E3" w14:textId="77777777" w:rsidR="004F542F" w:rsidRPr="00253577" w:rsidRDefault="004F542F">
      <w:pPr>
        <w:rPr>
          <w:lang w:val="ru-RU"/>
        </w:rPr>
      </w:pPr>
    </w:p>
    <w:p w14:paraId="687D7AB2" w14:textId="77777777" w:rsidR="004F542F" w:rsidRDefault="00253577">
      <w:pPr>
        <w:spacing w:before="240"/>
      </w:pPr>
      <w:r>
        <w:t>Заказчик: ________________________________</w:t>
      </w:r>
      <w:r>
        <w:br/>
        <w:t>Исполнитель: ______________________________</w:t>
      </w:r>
      <w:r>
        <w:br/>
        <w:t>Дата: «____» ______________ 2026 г.</w:t>
      </w:r>
    </w:p>
    <w:sectPr w:rsidR="004F542F" w:rsidSect="00034616">
      <w:pgSz w:w="12240" w:h="15840"/>
      <w:pgMar w:top="1134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94823696">
    <w:abstractNumId w:val="8"/>
  </w:num>
  <w:num w:numId="2" w16cid:durableId="1598126969">
    <w:abstractNumId w:val="6"/>
  </w:num>
  <w:num w:numId="3" w16cid:durableId="1255553575">
    <w:abstractNumId w:val="5"/>
  </w:num>
  <w:num w:numId="4" w16cid:durableId="1775318934">
    <w:abstractNumId w:val="4"/>
  </w:num>
  <w:num w:numId="5" w16cid:durableId="71783762">
    <w:abstractNumId w:val="7"/>
  </w:num>
  <w:num w:numId="6" w16cid:durableId="522406957">
    <w:abstractNumId w:val="3"/>
  </w:num>
  <w:num w:numId="7" w16cid:durableId="729503317">
    <w:abstractNumId w:val="2"/>
  </w:num>
  <w:num w:numId="8" w16cid:durableId="549390357">
    <w:abstractNumId w:val="1"/>
  </w:num>
  <w:num w:numId="9" w16cid:durableId="1105882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53577"/>
    <w:rsid w:val="0029639D"/>
    <w:rsid w:val="00326F90"/>
    <w:rsid w:val="004F542F"/>
    <w:rsid w:val="00AA1D8D"/>
    <w:rsid w:val="00B47730"/>
    <w:rsid w:val="00BE183D"/>
    <w:rsid w:val="00CB0664"/>
    <w:rsid w:val="00E37A7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571491"/>
  <w14:defaultImageDpi w14:val="300"/>
  <w15:docId w15:val="{28633556-0EE0-4A88-9C63-F61446CC0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8CF8482-49C3-4781-A022-967156C0A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1246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8336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Lenovo</cp:lastModifiedBy>
  <cp:revision>3</cp:revision>
  <dcterms:created xsi:type="dcterms:W3CDTF">2013-12-23T23:15:00Z</dcterms:created>
  <dcterms:modified xsi:type="dcterms:W3CDTF">2026-10-15T13:58:00Z</dcterms:modified>
  <cp:category/>
</cp:coreProperties>
</file>