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44B5C" w14:textId="77777777" w:rsidR="00BC5BD8" w:rsidRPr="00B62BEF" w:rsidRDefault="00BC5BD8" w:rsidP="00B62BEF">
      <w:pPr>
        <w:pStyle w:val="a9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b/>
          <w:sz w:val="24"/>
          <w:szCs w:val="24"/>
          <w:lang w:val="ru-RU"/>
        </w:rPr>
        <w:t>ТЕХНИЧЕСКАЯ СПЕЦИФИКАЦИЯ</w:t>
      </w:r>
    </w:p>
    <w:p w14:paraId="336BF285" w14:textId="77777777" w:rsidR="00BC5BD8" w:rsidRPr="00B62BEF" w:rsidRDefault="00BC5BD8" w:rsidP="00B62BEF">
      <w:pPr>
        <w:pStyle w:val="a9"/>
        <w:jc w:val="center"/>
        <w:rPr>
          <w:rStyle w:val="af6"/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на оказание услуг по организации и проведению программы профессионального развития, направленной на укрепление практики научного руководства докторантами</w:t>
      </w:r>
    </w:p>
    <w:p w14:paraId="6EB0A32F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F43B9F3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b/>
          <w:sz w:val="24"/>
          <w:szCs w:val="24"/>
          <w:lang w:val="ru-RU"/>
        </w:rPr>
        <w:t>1. Общие положения</w:t>
      </w:r>
    </w:p>
    <w:p w14:paraId="74416CC0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1.1. Наименование услуги:</w:t>
      </w:r>
    </w:p>
    <w:p w14:paraId="0CF5FAEA" w14:textId="7E131E16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Услуги по организации и проведению курсов повышения квалификации, направленных на укрепление практики научного руководства докт</w:t>
      </w:r>
      <w:r w:rsidR="00B62BEF"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орантами. Место оказания услуги: 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>город Астана.</w:t>
      </w:r>
    </w:p>
    <w:p w14:paraId="088C6360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3A78B8B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1.2. Срок оказания услуг:</w:t>
      </w:r>
    </w:p>
    <w:p w14:paraId="5DA13799" w14:textId="569B8B79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В течение 60 календарных дней с момента заключения договора. Поставщик организует и проводит курсы в соответствии с утвержденной программой, графиком обучения, условиями заключенного договора и настоящей технической спецификацией.</w:t>
      </w:r>
    </w:p>
    <w:p w14:paraId="0CCD08B5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CDEDC33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1.3. Формат реализации программы:</w:t>
      </w:r>
    </w:p>
    <w:p w14:paraId="5CB24E6B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Программа реализуется в три фазы и предусматривает сочетание очного и онлайн-обучения, самостоятельной работы участников, проведения институционального исследования в университете и командной разработки практических решений. Общая продолжительность очного обучения в рамках трех фаз составляет не более 6 дней.</w:t>
      </w:r>
    </w:p>
    <w:p w14:paraId="30D3CF63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F773A0F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Фаза 1. Современное докторское образование и научное руководство</w:t>
      </w:r>
    </w:p>
    <w:p w14:paraId="5BFB2D76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Очное обучение продолжительностью не менее 3 дней на базе организации Поставщика услуг.</w:t>
      </w:r>
    </w:p>
    <w:p w14:paraId="4E0BE3CE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В рамках первой фазы слушатели знакомятся с современными подходами к докторскому образованию и научному руководству, анализируют роль институциональной политики и университетских структур, рассматривают современные модели научного руководства и совместного руководства, а также вопросы исследовательского дизайна, методологии и академического письма.</w:t>
      </w:r>
    </w:p>
    <w:p w14:paraId="48C7D551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92F2ACE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Фаза 2. Институциональное исследование</w:t>
      </w:r>
    </w:p>
    <w:p w14:paraId="6189F9ED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Онлайн-формат и самостоятельная работа.</w:t>
      </w:r>
    </w:p>
    <w:p w14:paraId="0545D1D1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В рамках второй фазы слушатели проводят институциональное исследование в своих университетах: анализируют внутренние документы и регламенты, изучают действующие процессы научного руководства, взаимодействуют с преподавателями, докторантами и другими заинтересованными сторонами, собирают и анализируют данные.</w:t>
      </w:r>
    </w:p>
    <w:p w14:paraId="4167424C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28EF4CC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Фаза 3. Разработка практических решений</w:t>
      </w:r>
    </w:p>
    <w:p w14:paraId="215226F4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Очное обучение продолжительностью не менее 3 дней на базе организации Поставщика услуг.</w:t>
      </w:r>
    </w:p>
    <w:p w14:paraId="67AD273E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В рамках третьей фазы слушатели представляют результаты институционального исследования, сопоставляют опыт различных университетов и разрабатывают конкретные предложения по совершенствованию системы научного руководства.</w:t>
      </w:r>
    </w:p>
    <w:p w14:paraId="31673520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8C77619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1.4. Общий объем программы: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80 часов.</w:t>
      </w:r>
    </w:p>
    <w:p w14:paraId="5F6DEC75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70A9199" w14:textId="1B558A59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1.5. Количество участников: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62BEF" w:rsidRPr="00B62BEF">
        <w:rPr>
          <w:rFonts w:ascii="Times New Roman" w:hAnsi="Times New Roman" w:cs="Times New Roman"/>
          <w:sz w:val="24"/>
          <w:szCs w:val="24"/>
          <w:lang w:val="ru-RU"/>
        </w:rPr>
        <w:t>5 человека согласно предоставленному списку представителем Заказчика.</w:t>
      </w:r>
    </w:p>
    <w:p w14:paraId="17152A8F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B805F72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b/>
          <w:sz w:val="24"/>
          <w:szCs w:val="24"/>
          <w:lang w:val="ru-RU"/>
        </w:rPr>
        <w:t>2. Требования к содержанию программы</w:t>
      </w:r>
    </w:p>
    <w:p w14:paraId="56DA491E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lastRenderedPageBreak/>
        <w:t>Программа направлена на развитие современных практик научного руководства докторантами и совершенствование институциональной системы научного руководства в университетах Казахстана.</w:t>
      </w:r>
    </w:p>
    <w:p w14:paraId="5203ED17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F33E04A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Программа охватывает следующие основные тематические направления:</w:t>
      </w:r>
    </w:p>
    <w:p w14:paraId="543028EF" w14:textId="77777777" w:rsidR="00BC5BD8" w:rsidRPr="00B62BEF" w:rsidRDefault="00BC5BD8" w:rsidP="00B62BEF">
      <w:pPr>
        <w:pStyle w:val="a9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современное докторское образование и системы научного руководства;</w:t>
      </w:r>
    </w:p>
    <w:p w14:paraId="569F3F8D" w14:textId="77777777" w:rsidR="00BC5BD8" w:rsidRPr="00B62BEF" w:rsidRDefault="00BC5BD8" w:rsidP="00B62BEF">
      <w:pPr>
        <w:pStyle w:val="a9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практика научного руководства докторантами и совместного руководства;</w:t>
      </w:r>
    </w:p>
    <w:p w14:paraId="3655DF30" w14:textId="77777777" w:rsidR="00BC5BD8" w:rsidRPr="00B62BEF" w:rsidRDefault="00BC5BD8" w:rsidP="00B62BEF">
      <w:pPr>
        <w:pStyle w:val="a9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2BEF">
        <w:rPr>
          <w:rFonts w:ascii="Times New Roman" w:hAnsi="Times New Roman" w:cs="Times New Roman"/>
          <w:sz w:val="24"/>
          <w:szCs w:val="24"/>
        </w:rPr>
        <w:t>исследовательский</w:t>
      </w:r>
      <w:proofErr w:type="spellEnd"/>
      <w:r w:rsidRPr="00B62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2BEF">
        <w:rPr>
          <w:rFonts w:ascii="Times New Roman" w:hAnsi="Times New Roman" w:cs="Times New Roman"/>
          <w:sz w:val="24"/>
          <w:szCs w:val="24"/>
        </w:rPr>
        <w:t>дизайн</w:t>
      </w:r>
      <w:proofErr w:type="spellEnd"/>
      <w:r w:rsidRPr="00B62BE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62BEF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B62BEF">
        <w:rPr>
          <w:rFonts w:ascii="Times New Roman" w:hAnsi="Times New Roman" w:cs="Times New Roman"/>
          <w:sz w:val="24"/>
          <w:szCs w:val="24"/>
        </w:rPr>
        <w:t>;</w:t>
      </w:r>
    </w:p>
    <w:p w14:paraId="175FFB8C" w14:textId="77777777" w:rsidR="00BC5BD8" w:rsidRPr="00B62BEF" w:rsidRDefault="00BC5BD8" w:rsidP="00B62BEF">
      <w:pPr>
        <w:pStyle w:val="a9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исследовательская этика и академическая добросовестность;</w:t>
      </w:r>
    </w:p>
    <w:p w14:paraId="5841EBCC" w14:textId="77777777" w:rsidR="00BC5BD8" w:rsidRPr="00B62BEF" w:rsidRDefault="00BC5BD8" w:rsidP="00B62BEF">
      <w:pPr>
        <w:pStyle w:val="a9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институциональная организация и механизмы поддержки научных руководителей;</w:t>
      </w:r>
    </w:p>
    <w:p w14:paraId="73FFC4F4" w14:textId="77777777" w:rsidR="00BC5BD8" w:rsidRPr="00B62BEF" w:rsidRDefault="00BC5BD8" w:rsidP="00B62BEF">
      <w:pPr>
        <w:pStyle w:val="a9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2BEF">
        <w:rPr>
          <w:rFonts w:ascii="Times New Roman" w:hAnsi="Times New Roman" w:cs="Times New Roman"/>
          <w:sz w:val="24"/>
          <w:szCs w:val="24"/>
        </w:rPr>
        <w:t>мониторинг</w:t>
      </w:r>
      <w:proofErr w:type="spellEnd"/>
      <w:r w:rsidRPr="00B62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2BEF">
        <w:rPr>
          <w:rFonts w:ascii="Times New Roman" w:hAnsi="Times New Roman" w:cs="Times New Roman"/>
          <w:sz w:val="24"/>
          <w:szCs w:val="24"/>
        </w:rPr>
        <w:t>прогресса</w:t>
      </w:r>
      <w:proofErr w:type="spellEnd"/>
      <w:r w:rsidRPr="00B62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2BEF">
        <w:rPr>
          <w:rFonts w:ascii="Times New Roman" w:hAnsi="Times New Roman" w:cs="Times New Roman"/>
          <w:sz w:val="24"/>
          <w:szCs w:val="24"/>
        </w:rPr>
        <w:t>докторантов</w:t>
      </w:r>
      <w:proofErr w:type="spellEnd"/>
      <w:r w:rsidRPr="00B62BEF">
        <w:rPr>
          <w:rFonts w:ascii="Times New Roman" w:hAnsi="Times New Roman" w:cs="Times New Roman"/>
          <w:sz w:val="24"/>
          <w:szCs w:val="24"/>
        </w:rPr>
        <w:t>;</w:t>
      </w:r>
    </w:p>
    <w:p w14:paraId="3633A84C" w14:textId="77777777" w:rsidR="00BC5BD8" w:rsidRPr="00B62BEF" w:rsidRDefault="00BC5BD8" w:rsidP="00B62BEF">
      <w:pPr>
        <w:pStyle w:val="a9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использование искусственного интеллекта в исследовательской деятельности и научном руководстве.</w:t>
      </w:r>
    </w:p>
    <w:p w14:paraId="7BAB6AD0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6CC3590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Программа обеспечивает практическую связь между профессиональным развитием участников и совершенствованием институциональной среды университета. Итогом обучения становится не только развитие профессиональных компетенций участников, но и подготовка конкретных предложений по совершенствованию системы научного руководства.</w:t>
      </w:r>
    </w:p>
    <w:p w14:paraId="7A2D9722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32FB9DF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b/>
          <w:sz w:val="24"/>
          <w:szCs w:val="24"/>
          <w:lang w:val="ru-RU"/>
        </w:rPr>
        <w:t>3. Условия оказания услуг</w:t>
      </w:r>
    </w:p>
    <w:p w14:paraId="28FA4A7F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3.1.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Программа организуется и проводится в соответствии с утвержденной структурой, содержанием и графиком.</w:t>
      </w:r>
    </w:p>
    <w:p w14:paraId="2508C39A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3.2.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Обучение сочетает теоретическую подготовку, практическую работу, самостоятельную работу участников, институциональное исследование и командную разработку решений.</w:t>
      </w:r>
    </w:p>
    <w:p w14:paraId="5C44C023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3.3.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Поставщик обеспечивает методическое сопровождение участников на всех этапах программы, включая проведение институционального исследования и подготовку итогового продукта.</w:t>
      </w:r>
    </w:p>
    <w:p w14:paraId="548BECB5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3.4.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В рамках программы обеспечивается взаимодействие представителей различных университетов, включая обмен опытом и обсуждение практик организации докторского образования.</w:t>
      </w:r>
    </w:p>
    <w:p w14:paraId="1704CE79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3.5.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В ходе программы участники исследуют действующую систему научного руководства в своих университетах на основе внутренних документов, данных и взаимодействия с заинтересованными сторонами.</w:t>
      </w:r>
    </w:p>
    <w:p w14:paraId="2E71AEF5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3.6.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По результатам институционального исследования участники разрабатывают и представляют конкретные предложения по совершенствованию системы научного руководства.</w:t>
      </w:r>
    </w:p>
    <w:p w14:paraId="5A51ACEB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3.7.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Итоговым продуктом программы является институциональный план развития системы научного руководства в университете.</w:t>
      </w:r>
    </w:p>
    <w:p w14:paraId="0A638AE4" w14:textId="77777777" w:rsidR="00BC5BD8" w:rsidRPr="00B62BEF" w:rsidRDefault="00BC5BD8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3.8.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Поставщик обеспечивает привлечение преподавателей и экспертов, обладающих соответствующей академической и практической экспертизой в области докторского образования, научного руководства и развития высшего образования.</w:t>
      </w:r>
    </w:p>
    <w:p w14:paraId="420BF102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3CA8E942" w14:textId="7DE88A83" w:rsidR="006B4B7C" w:rsidRPr="00B62BEF" w:rsidRDefault="00B62BEF" w:rsidP="00B62BEF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b/>
          <w:sz w:val="24"/>
          <w:szCs w:val="24"/>
          <w:lang w:val="ru-RU"/>
        </w:rPr>
        <w:t>4. Поставщик обязуется</w:t>
      </w:r>
    </w:p>
    <w:p w14:paraId="37094CCA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4.1.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По завершении обучения Поставщик обязуется выдать слушателям Заказчика соответствующие сертификаты, подтверждающие прохождение программы профессионального развития.</w:t>
      </w:r>
    </w:p>
    <w:p w14:paraId="7AD3A39E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4.2.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Поставщик обеспечивает методическое сопровождение участников на всех этапах программы, включая проведение институционального исследования и подготовку итогового продукта.</w:t>
      </w:r>
    </w:p>
    <w:p w14:paraId="2438D41E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lastRenderedPageBreak/>
        <w:t>4.3.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Поставщик обеспечивает взаимодействие участников, представляющих различные университеты, включая обмен опытом и обсуждение практик организации докторского образования.</w:t>
      </w:r>
    </w:p>
    <w:p w14:paraId="332E5625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4.4.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Поставщик обеспечивает предоставление всех методических материалов и инструментов, необходимых для освоения программы, проведения институционального исследования и подготовки итогового продукта, включая доступ к собственной системе управления обучением (</w:t>
      </w:r>
      <w:r w:rsidRPr="00B62BEF">
        <w:rPr>
          <w:rFonts w:ascii="Times New Roman" w:hAnsi="Times New Roman" w:cs="Times New Roman"/>
          <w:sz w:val="24"/>
          <w:szCs w:val="24"/>
        </w:rPr>
        <w:t>LMS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>), содержащей интерактивные учебные материалы и ресурсы для обучения и самостоятельной работы участников.</w:t>
      </w:r>
    </w:p>
    <w:p w14:paraId="13AB9BB7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4.5.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Поставщик обеспечивает услуги синхронного перевода на всех этапах программы, включая очные и онлайн-занятия.</w:t>
      </w:r>
    </w:p>
    <w:p w14:paraId="39817FE4" w14:textId="77777777" w:rsidR="006B4B7C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Style w:val="af6"/>
          <w:rFonts w:ascii="Times New Roman" w:hAnsi="Times New Roman" w:cs="Times New Roman"/>
          <w:sz w:val="24"/>
          <w:szCs w:val="24"/>
          <w:lang w:val="ru-RU"/>
        </w:rPr>
        <w:t>4.6.</w:t>
      </w:r>
      <w:r w:rsidRPr="00B62BEF">
        <w:rPr>
          <w:rFonts w:ascii="Times New Roman" w:hAnsi="Times New Roman" w:cs="Times New Roman"/>
          <w:sz w:val="24"/>
          <w:szCs w:val="24"/>
          <w:lang w:val="ru-RU"/>
        </w:rPr>
        <w:t xml:space="preserve"> Поставщик обеспечивает организацию и проведение ежедневных кофе-брейков во время перерывов в рамках очных этапов программы.</w:t>
      </w:r>
    </w:p>
    <w:p w14:paraId="6D1146C3" w14:textId="3570AC3C" w:rsidR="00B62BEF" w:rsidRPr="00B62BEF" w:rsidRDefault="00B62BEF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4.7. Поставщик обязуется предоставить в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>стана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помещения для проведения обучения сотрудников, обеспечить материально техническую базу для его проведения.</w:t>
      </w:r>
    </w:p>
    <w:p w14:paraId="5ADDB05E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8142173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b/>
          <w:sz w:val="24"/>
          <w:szCs w:val="24"/>
          <w:lang w:val="ru-RU"/>
        </w:rPr>
        <w:t>5. Результат оказания услуг</w:t>
      </w:r>
    </w:p>
    <w:p w14:paraId="77540786" w14:textId="77777777" w:rsidR="006B4B7C" w:rsidRPr="00B62BEF" w:rsidRDefault="006B4B7C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62BEF">
        <w:rPr>
          <w:rFonts w:ascii="Times New Roman" w:hAnsi="Times New Roman" w:cs="Times New Roman"/>
          <w:sz w:val="24"/>
          <w:szCs w:val="24"/>
          <w:lang w:val="ru-RU"/>
        </w:rPr>
        <w:t>По итогам оказания услуг должна быть проведена программа профессионального развития общим объемом 80 часов для 3 участников с выдачей сертификатов, подтверждающих прохождение обучения, и подготовкой итогового продукта в виде институционального плана развития системы научного руководства в университете.</w:t>
      </w:r>
    </w:p>
    <w:p w14:paraId="498575DF" w14:textId="3A6F494C" w:rsidR="001B5081" w:rsidRDefault="001B508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E2053AB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9368CBA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CC1B1F5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DD4DD8A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A43F9A9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CCD8C0E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482CFC0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968CA59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4278AC0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C02E075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569DA3E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8E67262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BBF0F2A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BB597F3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0930903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3CD99B8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18F1BC3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A28BB3E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7A4043A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A430294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7C6DBFA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2F1FB89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84B7808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248ACC3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9189738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F6E2C24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0A03108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C85AC1E" w14:textId="77777777" w:rsidR="000E7BC1" w:rsidRDefault="000E7BC1" w:rsidP="00B62BEF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F28B4D2" w14:textId="056CE1B3" w:rsidR="000E7BC1" w:rsidRPr="000E7BC1" w:rsidRDefault="000E7BC1" w:rsidP="000E7BC1">
      <w:pPr>
        <w:pStyle w:val="a9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2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қосымша</w:t>
      </w:r>
    </w:p>
    <w:p w14:paraId="55ADE8E6" w14:textId="77777777" w:rsidR="000E7BC1" w:rsidRPr="000E7BC1" w:rsidRDefault="000E7BC1" w:rsidP="000E7BC1">
      <w:pPr>
        <w:pStyle w:val="affa"/>
        <w:jc w:val="center"/>
        <w:rPr>
          <w:lang w:val="ru-RU"/>
        </w:rPr>
      </w:pPr>
      <w:r w:rsidRPr="000E7BC1">
        <w:rPr>
          <w:rStyle w:val="af6"/>
          <w:lang w:val="ru-RU"/>
        </w:rPr>
        <w:t>ТЕХНИКАЛЫҚ СИПАТТАМА</w:t>
      </w:r>
    </w:p>
    <w:p w14:paraId="0BCCB26C" w14:textId="77777777" w:rsidR="000E7BC1" w:rsidRPr="000E7BC1" w:rsidRDefault="000E7BC1" w:rsidP="000E7BC1">
      <w:pPr>
        <w:pStyle w:val="affa"/>
        <w:jc w:val="center"/>
        <w:rPr>
          <w:lang w:val="ru-RU"/>
        </w:rPr>
      </w:pPr>
      <w:proofErr w:type="spellStart"/>
      <w:r w:rsidRPr="000E7BC1">
        <w:rPr>
          <w:rStyle w:val="af6"/>
          <w:lang w:val="ru-RU"/>
        </w:rPr>
        <w:t>Докторанттарға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ғылыми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жетекшілі</w:t>
      </w:r>
      <w:proofErr w:type="gramStart"/>
      <w:r w:rsidRPr="000E7BC1">
        <w:rPr>
          <w:rStyle w:val="af6"/>
          <w:lang w:val="ru-RU"/>
        </w:rPr>
        <w:t>к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ету</w:t>
      </w:r>
      <w:proofErr w:type="spellEnd"/>
      <w:proofErr w:type="gram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практикасын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нығайтуға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бағытталған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кәсіби</w:t>
      </w:r>
      <w:proofErr w:type="spellEnd"/>
      <w:r w:rsidRPr="000E7BC1">
        <w:rPr>
          <w:rStyle w:val="af6"/>
          <w:lang w:val="ru-RU"/>
        </w:rPr>
        <w:t xml:space="preserve"> даму </w:t>
      </w:r>
      <w:proofErr w:type="spellStart"/>
      <w:r w:rsidRPr="000E7BC1">
        <w:rPr>
          <w:rStyle w:val="af6"/>
          <w:lang w:val="ru-RU"/>
        </w:rPr>
        <w:t>бағдарламасын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ұйымдастыру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және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өткізу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жөніндегі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қызметтерді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көрсетуге</w:t>
      </w:r>
      <w:proofErr w:type="spellEnd"/>
    </w:p>
    <w:p w14:paraId="46E59E2B" w14:textId="77777777" w:rsidR="000E7BC1" w:rsidRPr="000E7BC1" w:rsidRDefault="000E7BC1" w:rsidP="000E7BC1">
      <w:pPr>
        <w:pStyle w:val="affa"/>
        <w:rPr>
          <w:lang w:val="ru-RU"/>
        </w:rPr>
      </w:pPr>
      <w:r w:rsidRPr="000E7BC1">
        <w:rPr>
          <w:rStyle w:val="af6"/>
          <w:lang w:val="ru-RU"/>
        </w:rPr>
        <w:t xml:space="preserve">1. </w:t>
      </w:r>
      <w:proofErr w:type="spellStart"/>
      <w:r w:rsidRPr="000E7BC1">
        <w:rPr>
          <w:rStyle w:val="af6"/>
          <w:lang w:val="ru-RU"/>
        </w:rPr>
        <w:t>Жалпы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ережелер</w:t>
      </w:r>
      <w:proofErr w:type="spellEnd"/>
    </w:p>
    <w:p w14:paraId="71F1B5A7" w14:textId="77777777" w:rsidR="000E7BC1" w:rsidRPr="000E7BC1" w:rsidRDefault="000E7BC1" w:rsidP="000E7BC1">
      <w:pPr>
        <w:pStyle w:val="affa"/>
        <w:rPr>
          <w:lang w:val="ru-RU"/>
        </w:rPr>
      </w:pPr>
      <w:r w:rsidRPr="000E7BC1">
        <w:rPr>
          <w:rStyle w:val="af6"/>
          <w:lang w:val="ru-RU"/>
        </w:rPr>
        <w:t xml:space="preserve">1.1. </w:t>
      </w:r>
      <w:proofErr w:type="spellStart"/>
      <w:r w:rsidRPr="000E7BC1">
        <w:rPr>
          <w:rStyle w:val="af6"/>
          <w:lang w:val="ru-RU"/>
        </w:rPr>
        <w:t>Қызметтің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атауы</w:t>
      </w:r>
      <w:proofErr w:type="spellEnd"/>
      <w:r w:rsidRPr="000E7BC1">
        <w:rPr>
          <w:rStyle w:val="af6"/>
          <w:lang w:val="ru-RU"/>
        </w:rPr>
        <w:t>:</w:t>
      </w:r>
    </w:p>
    <w:p w14:paraId="60D2C64C" w14:textId="77777777" w:rsidR="000E7BC1" w:rsidRPr="000E7BC1" w:rsidRDefault="000E7BC1" w:rsidP="000E7BC1">
      <w:pPr>
        <w:pStyle w:val="affa"/>
        <w:rPr>
          <w:lang w:val="ru-RU"/>
        </w:rPr>
      </w:pPr>
      <w:proofErr w:type="spellStart"/>
      <w:r w:rsidRPr="000E7BC1">
        <w:rPr>
          <w:lang w:val="ru-RU"/>
        </w:rPr>
        <w:t>Докторанттарға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ғылыми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жетекшілі</w:t>
      </w:r>
      <w:proofErr w:type="gramStart"/>
      <w:r w:rsidRPr="000E7BC1">
        <w:rPr>
          <w:lang w:val="ru-RU"/>
        </w:rPr>
        <w:t>к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ету</w:t>
      </w:r>
      <w:proofErr w:type="spellEnd"/>
      <w:proofErr w:type="gram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практикасын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нығайтуға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бағытталған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біліктілікті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арттыру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курстарын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ұйымдастыру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өткізу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жөніндегі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қызметтер</w:t>
      </w:r>
      <w:proofErr w:type="spellEnd"/>
      <w:r w:rsidRPr="000E7BC1">
        <w:rPr>
          <w:lang w:val="ru-RU"/>
        </w:rPr>
        <w:t xml:space="preserve">. </w:t>
      </w:r>
      <w:proofErr w:type="spellStart"/>
      <w:r w:rsidRPr="000E7BC1">
        <w:rPr>
          <w:lang w:val="ru-RU"/>
        </w:rPr>
        <w:t>Қызмет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көрсету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орны</w:t>
      </w:r>
      <w:proofErr w:type="spellEnd"/>
      <w:r w:rsidRPr="000E7BC1">
        <w:rPr>
          <w:lang w:val="ru-RU"/>
        </w:rPr>
        <w:t xml:space="preserve">: Астана </w:t>
      </w:r>
      <w:proofErr w:type="spellStart"/>
      <w:r w:rsidRPr="000E7BC1">
        <w:rPr>
          <w:lang w:val="ru-RU"/>
        </w:rPr>
        <w:t>қаласы</w:t>
      </w:r>
      <w:proofErr w:type="spellEnd"/>
      <w:r w:rsidRPr="000E7BC1">
        <w:rPr>
          <w:lang w:val="ru-RU"/>
        </w:rPr>
        <w:t>.</w:t>
      </w:r>
    </w:p>
    <w:p w14:paraId="110E2A8D" w14:textId="77777777" w:rsidR="000E7BC1" w:rsidRPr="000E7BC1" w:rsidRDefault="000E7BC1" w:rsidP="000E7BC1">
      <w:pPr>
        <w:pStyle w:val="affa"/>
        <w:rPr>
          <w:lang w:val="ru-RU"/>
        </w:rPr>
      </w:pPr>
      <w:r w:rsidRPr="000E7BC1">
        <w:rPr>
          <w:rStyle w:val="af6"/>
          <w:lang w:val="ru-RU"/>
        </w:rPr>
        <w:t xml:space="preserve">1.2. </w:t>
      </w:r>
      <w:proofErr w:type="spellStart"/>
      <w:r w:rsidRPr="000E7BC1">
        <w:rPr>
          <w:rStyle w:val="af6"/>
          <w:lang w:val="ru-RU"/>
        </w:rPr>
        <w:t>Қызмет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көрсету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мерзі</w:t>
      </w:r>
      <w:proofErr w:type="gramStart"/>
      <w:r w:rsidRPr="000E7BC1">
        <w:rPr>
          <w:rStyle w:val="af6"/>
          <w:lang w:val="ru-RU"/>
        </w:rPr>
        <w:t>м</w:t>
      </w:r>
      <w:proofErr w:type="gramEnd"/>
      <w:r w:rsidRPr="000E7BC1">
        <w:rPr>
          <w:rStyle w:val="af6"/>
          <w:lang w:val="ru-RU"/>
        </w:rPr>
        <w:t>і</w:t>
      </w:r>
      <w:proofErr w:type="spellEnd"/>
      <w:r w:rsidRPr="000E7BC1">
        <w:rPr>
          <w:rStyle w:val="af6"/>
          <w:lang w:val="ru-RU"/>
        </w:rPr>
        <w:t>:</w:t>
      </w:r>
    </w:p>
    <w:p w14:paraId="67832E00" w14:textId="77777777" w:rsidR="000E7BC1" w:rsidRPr="000E7BC1" w:rsidRDefault="000E7BC1" w:rsidP="000E7BC1">
      <w:pPr>
        <w:pStyle w:val="affa"/>
        <w:rPr>
          <w:lang w:val="ru-RU"/>
        </w:rPr>
      </w:pPr>
      <w:proofErr w:type="spellStart"/>
      <w:r w:rsidRPr="000E7BC1">
        <w:rPr>
          <w:lang w:val="ru-RU"/>
        </w:rPr>
        <w:t>Шарт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жасалған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күннен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бастап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күнтізбелік</w:t>
      </w:r>
      <w:proofErr w:type="spellEnd"/>
      <w:r w:rsidRPr="000E7BC1">
        <w:rPr>
          <w:lang w:val="ru-RU"/>
        </w:rPr>
        <w:t xml:space="preserve"> 60 </w:t>
      </w:r>
      <w:proofErr w:type="spellStart"/>
      <w:r w:rsidRPr="000E7BC1">
        <w:rPr>
          <w:lang w:val="ru-RU"/>
        </w:rPr>
        <w:t>күн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ішінде</w:t>
      </w:r>
      <w:proofErr w:type="spellEnd"/>
      <w:r w:rsidRPr="000E7BC1">
        <w:rPr>
          <w:lang w:val="ru-RU"/>
        </w:rPr>
        <w:t xml:space="preserve">. </w:t>
      </w:r>
      <w:proofErr w:type="spellStart"/>
      <w:r w:rsidRPr="000E7BC1">
        <w:rPr>
          <w:lang w:val="ru-RU"/>
        </w:rPr>
        <w:t>Өнім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беруші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курстарды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бекітілген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бағдарламаға</w:t>
      </w:r>
      <w:proofErr w:type="spellEnd"/>
      <w:r w:rsidRPr="000E7BC1">
        <w:rPr>
          <w:lang w:val="ru-RU"/>
        </w:rPr>
        <w:t xml:space="preserve">, </w:t>
      </w:r>
      <w:proofErr w:type="spellStart"/>
      <w:r w:rsidRPr="000E7BC1">
        <w:rPr>
          <w:lang w:val="ru-RU"/>
        </w:rPr>
        <w:t>оқу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кестесіне</w:t>
      </w:r>
      <w:proofErr w:type="spellEnd"/>
      <w:r w:rsidRPr="000E7BC1">
        <w:rPr>
          <w:lang w:val="ru-RU"/>
        </w:rPr>
        <w:t xml:space="preserve">, </w:t>
      </w:r>
      <w:proofErr w:type="spellStart"/>
      <w:r w:rsidRPr="000E7BC1">
        <w:rPr>
          <w:lang w:val="ru-RU"/>
        </w:rPr>
        <w:t>жасалған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шарттың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талаптарына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осы </w:t>
      </w:r>
      <w:proofErr w:type="spellStart"/>
      <w:r w:rsidRPr="000E7BC1">
        <w:rPr>
          <w:lang w:val="ru-RU"/>
        </w:rPr>
        <w:t>техникалық</w:t>
      </w:r>
      <w:proofErr w:type="spellEnd"/>
      <w:r w:rsidRPr="000E7BC1">
        <w:rPr>
          <w:lang w:val="ru-RU"/>
        </w:rPr>
        <w:t xml:space="preserve"> </w:t>
      </w:r>
      <w:proofErr w:type="spellStart"/>
      <w:proofErr w:type="gramStart"/>
      <w:r w:rsidRPr="000E7BC1">
        <w:rPr>
          <w:lang w:val="ru-RU"/>
        </w:rPr>
        <w:t>сипаттама</w:t>
      </w:r>
      <w:proofErr w:type="gramEnd"/>
      <w:r w:rsidRPr="000E7BC1">
        <w:rPr>
          <w:lang w:val="ru-RU"/>
        </w:rPr>
        <w:t>ға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сәйкес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ұйымдастырады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өткізеді</w:t>
      </w:r>
      <w:proofErr w:type="spellEnd"/>
      <w:r w:rsidRPr="000E7BC1">
        <w:rPr>
          <w:lang w:val="ru-RU"/>
        </w:rPr>
        <w:t>.</w:t>
      </w:r>
    </w:p>
    <w:p w14:paraId="2E889A7B" w14:textId="77777777" w:rsidR="000E7BC1" w:rsidRPr="000E7BC1" w:rsidRDefault="000E7BC1" w:rsidP="000E7BC1">
      <w:pPr>
        <w:pStyle w:val="affa"/>
        <w:rPr>
          <w:lang w:val="ru-RU"/>
        </w:rPr>
      </w:pPr>
      <w:r w:rsidRPr="000E7BC1">
        <w:rPr>
          <w:rStyle w:val="af6"/>
          <w:lang w:val="ru-RU"/>
        </w:rPr>
        <w:t xml:space="preserve">1.3. </w:t>
      </w:r>
      <w:proofErr w:type="spellStart"/>
      <w:r w:rsidRPr="000E7BC1">
        <w:rPr>
          <w:rStyle w:val="af6"/>
          <w:lang w:val="ru-RU"/>
        </w:rPr>
        <w:t>Бағдарламаны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іске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асыру</w:t>
      </w:r>
      <w:proofErr w:type="spellEnd"/>
      <w:r w:rsidRPr="000E7BC1">
        <w:rPr>
          <w:rStyle w:val="af6"/>
          <w:lang w:val="ru-RU"/>
        </w:rPr>
        <w:t xml:space="preserve"> форматы:</w:t>
      </w:r>
    </w:p>
    <w:p w14:paraId="499B2A6A" w14:textId="77777777" w:rsidR="000E7BC1" w:rsidRPr="000E7BC1" w:rsidRDefault="000E7BC1" w:rsidP="000E7BC1">
      <w:pPr>
        <w:pStyle w:val="affa"/>
        <w:rPr>
          <w:lang w:val="ru-RU"/>
        </w:rPr>
      </w:pPr>
      <w:proofErr w:type="spellStart"/>
      <w:r w:rsidRPr="000E7BC1">
        <w:rPr>
          <w:lang w:val="ru-RU"/>
        </w:rPr>
        <w:t>Бағдарлама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үш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кезең</w:t>
      </w:r>
      <w:proofErr w:type="gramStart"/>
      <w:r w:rsidRPr="000E7BC1">
        <w:rPr>
          <w:lang w:val="ru-RU"/>
        </w:rPr>
        <w:t>де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іске</w:t>
      </w:r>
      <w:proofErr w:type="spellEnd"/>
      <w:proofErr w:type="gram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асырылады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күндізгі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онлайн </w:t>
      </w:r>
      <w:proofErr w:type="spellStart"/>
      <w:r w:rsidRPr="000E7BC1">
        <w:rPr>
          <w:lang w:val="ru-RU"/>
        </w:rPr>
        <w:t>оқытуды</w:t>
      </w:r>
      <w:proofErr w:type="spellEnd"/>
      <w:r w:rsidRPr="000E7BC1">
        <w:rPr>
          <w:lang w:val="ru-RU"/>
        </w:rPr>
        <w:t xml:space="preserve">, </w:t>
      </w:r>
      <w:proofErr w:type="spellStart"/>
      <w:r w:rsidRPr="000E7BC1">
        <w:rPr>
          <w:lang w:val="ru-RU"/>
        </w:rPr>
        <w:t>қатысушылардың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өзіндік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жұмысын</w:t>
      </w:r>
      <w:proofErr w:type="spellEnd"/>
      <w:r w:rsidRPr="000E7BC1">
        <w:rPr>
          <w:lang w:val="ru-RU"/>
        </w:rPr>
        <w:t xml:space="preserve">, </w:t>
      </w:r>
      <w:proofErr w:type="spellStart"/>
      <w:r w:rsidRPr="000E7BC1">
        <w:rPr>
          <w:lang w:val="ru-RU"/>
        </w:rPr>
        <w:t>университетте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институционалдық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зерттеу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жүргізуді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практикалық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шешімдерді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командалық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әзірлеуді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қамтиды</w:t>
      </w:r>
      <w:proofErr w:type="spellEnd"/>
      <w:r w:rsidRPr="000E7BC1">
        <w:rPr>
          <w:lang w:val="ru-RU"/>
        </w:rPr>
        <w:t xml:space="preserve">. </w:t>
      </w:r>
      <w:proofErr w:type="spellStart"/>
      <w:r w:rsidRPr="000E7BC1">
        <w:rPr>
          <w:lang w:val="ru-RU"/>
        </w:rPr>
        <w:t>Үш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кезең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шеңберіндегі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күндізгі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оқытудың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жалпы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ұзақтығы</w:t>
      </w:r>
      <w:proofErr w:type="spellEnd"/>
      <w:r w:rsidRPr="000E7BC1">
        <w:rPr>
          <w:lang w:val="ru-RU"/>
        </w:rPr>
        <w:t xml:space="preserve"> 6 </w:t>
      </w:r>
      <w:proofErr w:type="spellStart"/>
      <w:r w:rsidRPr="000E7BC1">
        <w:rPr>
          <w:lang w:val="ru-RU"/>
        </w:rPr>
        <w:t>күннен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аспайды</w:t>
      </w:r>
      <w:proofErr w:type="spellEnd"/>
      <w:r w:rsidRPr="000E7BC1">
        <w:rPr>
          <w:lang w:val="ru-RU"/>
        </w:rPr>
        <w:t>.</w:t>
      </w:r>
    </w:p>
    <w:p w14:paraId="60B6F428" w14:textId="77777777" w:rsidR="000E7BC1" w:rsidRPr="000E7BC1" w:rsidRDefault="000E7BC1" w:rsidP="000E7BC1">
      <w:pPr>
        <w:pStyle w:val="affa"/>
        <w:rPr>
          <w:lang w:val="ru-RU"/>
        </w:rPr>
      </w:pPr>
      <w:r w:rsidRPr="000E7BC1">
        <w:rPr>
          <w:rStyle w:val="af6"/>
          <w:lang w:val="ru-RU"/>
        </w:rPr>
        <w:t xml:space="preserve">1-кезең. </w:t>
      </w:r>
      <w:proofErr w:type="spellStart"/>
      <w:r w:rsidRPr="000E7BC1">
        <w:rPr>
          <w:rStyle w:val="af6"/>
          <w:lang w:val="ru-RU"/>
        </w:rPr>
        <w:t>Заманауи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докторлық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бі</w:t>
      </w:r>
      <w:proofErr w:type="gramStart"/>
      <w:r w:rsidRPr="000E7BC1">
        <w:rPr>
          <w:rStyle w:val="af6"/>
          <w:lang w:val="ru-RU"/>
        </w:rPr>
        <w:t>л</w:t>
      </w:r>
      <w:proofErr w:type="gramEnd"/>
      <w:r w:rsidRPr="000E7BC1">
        <w:rPr>
          <w:rStyle w:val="af6"/>
          <w:lang w:val="ru-RU"/>
        </w:rPr>
        <w:t>ім</w:t>
      </w:r>
      <w:proofErr w:type="spellEnd"/>
      <w:r w:rsidRPr="000E7BC1">
        <w:rPr>
          <w:rStyle w:val="af6"/>
          <w:lang w:val="ru-RU"/>
        </w:rPr>
        <w:t xml:space="preserve"> беру </w:t>
      </w:r>
      <w:proofErr w:type="spellStart"/>
      <w:r w:rsidRPr="000E7BC1">
        <w:rPr>
          <w:rStyle w:val="af6"/>
          <w:lang w:val="ru-RU"/>
        </w:rPr>
        <w:t>және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ғылыми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жетекшілік</w:t>
      </w:r>
      <w:proofErr w:type="spellEnd"/>
    </w:p>
    <w:p w14:paraId="65C17F97" w14:textId="77777777" w:rsidR="000E7BC1" w:rsidRPr="000E7BC1" w:rsidRDefault="000E7BC1" w:rsidP="000E7BC1">
      <w:pPr>
        <w:pStyle w:val="affa"/>
        <w:rPr>
          <w:lang w:val="ru-RU"/>
        </w:rPr>
      </w:pPr>
      <w:proofErr w:type="spellStart"/>
      <w:r w:rsidRPr="000E7BC1">
        <w:rPr>
          <w:lang w:val="ru-RU"/>
        </w:rPr>
        <w:t>Өнім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берушінің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базасында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ұзақтығы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кемінде</w:t>
      </w:r>
      <w:proofErr w:type="spellEnd"/>
      <w:r w:rsidRPr="000E7BC1">
        <w:rPr>
          <w:lang w:val="ru-RU"/>
        </w:rPr>
        <w:t xml:space="preserve"> 3 </w:t>
      </w:r>
      <w:proofErr w:type="spellStart"/>
      <w:r w:rsidRPr="000E7BC1">
        <w:rPr>
          <w:lang w:val="ru-RU"/>
        </w:rPr>
        <w:t>күн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болатын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күндізгі</w:t>
      </w:r>
      <w:proofErr w:type="spellEnd"/>
      <w:r w:rsidRPr="000E7BC1">
        <w:rPr>
          <w:lang w:val="ru-RU"/>
        </w:rPr>
        <w:t xml:space="preserve"> </w:t>
      </w:r>
      <w:proofErr w:type="spellStart"/>
      <w:proofErr w:type="gramStart"/>
      <w:r w:rsidRPr="000E7BC1">
        <w:rPr>
          <w:lang w:val="ru-RU"/>
        </w:rPr>
        <w:t>о</w:t>
      </w:r>
      <w:proofErr w:type="gramEnd"/>
      <w:r w:rsidRPr="000E7BC1">
        <w:rPr>
          <w:lang w:val="ru-RU"/>
        </w:rPr>
        <w:t>қу</w:t>
      </w:r>
      <w:proofErr w:type="spellEnd"/>
      <w:r w:rsidRPr="000E7BC1">
        <w:rPr>
          <w:lang w:val="ru-RU"/>
        </w:rPr>
        <w:t>.</w:t>
      </w:r>
    </w:p>
    <w:p w14:paraId="4B48B49F" w14:textId="77777777" w:rsidR="000E7BC1" w:rsidRPr="000E7BC1" w:rsidRDefault="000E7BC1" w:rsidP="000E7BC1">
      <w:pPr>
        <w:pStyle w:val="affa"/>
        <w:rPr>
          <w:lang w:val="ru-RU"/>
        </w:rPr>
      </w:pPr>
      <w:proofErr w:type="spellStart"/>
      <w:r w:rsidRPr="000E7BC1">
        <w:rPr>
          <w:lang w:val="ru-RU"/>
        </w:rPr>
        <w:t>Бі</w:t>
      </w:r>
      <w:proofErr w:type="gramStart"/>
      <w:r w:rsidRPr="000E7BC1">
        <w:rPr>
          <w:lang w:val="ru-RU"/>
        </w:rPr>
        <w:t>р</w:t>
      </w:r>
      <w:proofErr w:type="gramEnd"/>
      <w:r w:rsidRPr="000E7BC1">
        <w:rPr>
          <w:lang w:val="ru-RU"/>
        </w:rPr>
        <w:t>інші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кезең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шеңберінде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тыңдаушылар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докторлық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білім</w:t>
      </w:r>
      <w:proofErr w:type="spellEnd"/>
      <w:r w:rsidRPr="000E7BC1">
        <w:rPr>
          <w:lang w:val="ru-RU"/>
        </w:rPr>
        <w:t xml:space="preserve"> беру мен </w:t>
      </w:r>
      <w:proofErr w:type="spellStart"/>
      <w:r w:rsidRPr="000E7BC1">
        <w:rPr>
          <w:lang w:val="ru-RU"/>
        </w:rPr>
        <w:t>ғылыми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жетекшілік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етудің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заманауи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тәсілдерімен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танысады</w:t>
      </w:r>
      <w:proofErr w:type="spellEnd"/>
      <w:r w:rsidRPr="000E7BC1">
        <w:rPr>
          <w:lang w:val="ru-RU"/>
        </w:rPr>
        <w:t xml:space="preserve">, </w:t>
      </w:r>
      <w:proofErr w:type="spellStart"/>
      <w:r w:rsidRPr="000E7BC1">
        <w:rPr>
          <w:lang w:val="ru-RU"/>
        </w:rPr>
        <w:t>институционалдық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саясат</w:t>
      </w:r>
      <w:proofErr w:type="spellEnd"/>
      <w:r w:rsidRPr="000E7BC1">
        <w:rPr>
          <w:lang w:val="ru-RU"/>
        </w:rPr>
        <w:t xml:space="preserve"> пен университет </w:t>
      </w:r>
      <w:proofErr w:type="spellStart"/>
      <w:r w:rsidRPr="000E7BC1">
        <w:rPr>
          <w:lang w:val="ru-RU"/>
        </w:rPr>
        <w:t>құрылымдарының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рөлін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талдайды</w:t>
      </w:r>
      <w:proofErr w:type="spellEnd"/>
      <w:r w:rsidRPr="000E7BC1">
        <w:rPr>
          <w:lang w:val="ru-RU"/>
        </w:rPr>
        <w:t xml:space="preserve">, </w:t>
      </w:r>
      <w:proofErr w:type="spellStart"/>
      <w:r w:rsidRPr="000E7BC1">
        <w:rPr>
          <w:lang w:val="ru-RU"/>
        </w:rPr>
        <w:t>ғылыми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жетекшілік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ету</w:t>
      </w:r>
      <w:proofErr w:type="spellEnd"/>
      <w:r w:rsidRPr="000E7BC1">
        <w:rPr>
          <w:lang w:val="ru-RU"/>
        </w:rPr>
        <w:t xml:space="preserve"> мен </w:t>
      </w:r>
      <w:proofErr w:type="spellStart"/>
      <w:r w:rsidRPr="000E7BC1">
        <w:rPr>
          <w:lang w:val="ru-RU"/>
        </w:rPr>
        <w:t>бірлескен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жетекшіліктің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заманауи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модельдерін</w:t>
      </w:r>
      <w:proofErr w:type="spellEnd"/>
      <w:r w:rsidRPr="000E7BC1">
        <w:rPr>
          <w:lang w:val="ru-RU"/>
        </w:rPr>
        <w:t xml:space="preserve">, </w:t>
      </w:r>
      <w:proofErr w:type="spellStart"/>
      <w:r w:rsidRPr="000E7BC1">
        <w:rPr>
          <w:lang w:val="ru-RU"/>
        </w:rPr>
        <w:t>сондай-ақ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зерттеу</w:t>
      </w:r>
      <w:proofErr w:type="spellEnd"/>
      <w:r w:rsidRPr="000E7BC1">
        <w:rPr>
          <w:lang w:val="ru-RU"/>
        </w:rPr>
        <w:t xml:space="preserve"> дизайны, </w:t>
      </w:r>
      <w:proofErr w:type="spellStart"/>
      <w:r w:rsidRPr="000E7BC1">
        <w:rPr>
          <w:lang w:val="ru-RU"/>
        </w:rPr>
        <w:t>әдіснама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академиялық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жазылым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мәселелерін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қарастырады</w:t>
      </w:r>
      <w:proofErr w:type="spellEnd"/>
      <w:r w:rsidRPr="000E7BC1">
        <w:rPr>
          <w:lang w:val="ru-RU"/>
        </w:rPr>
        <w:t>.</w:t>
      </w:r>
    </w:p>
    <w:p w14:paraId="3F461FC3" w14:textId="77777777" w:rsidR="000E7BC1" w:rsidRPr="000E7BC1" w:rsidRDefault="000E7BC1" w:rsidP="000E7BC1">
      <w:pPr>
        <w:pStyle w:val="affa"/>
        <w:rPr>
          <w:lang w:val="ru-RU"/>
        </w:rPr>
      </w:pPr>
      <w:r w:rsidRPr="000E7BC1">
        <w:rPr>
          <w:rStyle w:val="af6"/>
          <w:lang w:val="ru-RU"/>
        </w:rPr>
        <w:t xml:space="preserve">2-кезең. </w:t>
      </w:r>
      <w:proofErr w:type="spellStart"/>
      <w:r w:rsidRPr="000E7BC1">
        <w:rPr>
          <w:rStyle w:val="af6"/>
          <w:lang w:val="ru-RU"/>
        </w:rPr>
        <w:t>Институционалдық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зерттеу</w:t>
      </w:r>
      <w:proofErr w:type="spellEnd"/>
    </w:p>
    <w:p w14:paraId="003D5A2E" w14:textId="77777777" w:rsidR="000E7BC1" w:rsidRPr="000E7BC1" w:rsidRDefault="000E7BC1" w:rsidP="000E7BC1">
      <w:pPr>
        <w:pStyle w:val="affa"/>
        <w:rPr>
          <w:lang w:val="ru-RU"/>
        </w:rPr>
      </w:pPr>
      <w:r w:rsidRPr="000E7BC1">
        <w:rPr>
          <w:lang w:val="ru-RU"/>
        </w:rPr>
        <w:t xml:space="preserve">Онлайн формат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өзінді</w:t>
      </w:r>
      <w:proofErr w:type="gramStart"/>
      <w:r w:rsidRPr="000E7BC1">
        <w:rPr>
          <w:lang w:val="ru-RU"/>
        </w:rPr>
        <w:t>к</w:t>
      </w:r>
      <w:proofErr w:type="spellEnd"/>
      <w:proofErr w:type="gram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жұмыс</w:t>
      </w:r>
      <w:proofErr w:type="spellEnd"/>
      <w:r w:rsidRPr="000E7BC1">
        <w:rPr>
          <w:lang w:val="ru-RU"/>
        </w:rPr>
        <w:t>.</w:t>
      </w:r>
    </w:p>
    <w:p w14:paraId="4CB93E1F" w14:textId="77777777" w:rsidR="000E7BC1" w:rsidRPr="000E7BC1" w:rsidRDefault="000E7BC1" w:rsidP="000E7BC1">
      <w:pPr>
        <w:pStyle w:val="affa"/>
        <w:rPr>
          <w:lang w:val="ru-RU"/>
        </w:rPr>
      </w:pPr>
      <w:proofErr w:type="spellStart"/>
      <w:r w:rsidRPr="000E7BC1">
        <w:rPr>
          <w:lang w:val="ru-RU"/>
        </w:rPr>
        <w:t>Екінші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кезең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шеңберінде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тыңдаушылар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өз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университеттерінде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институционалдық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зерттеу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жүргізеді</w:t>
      </w:r>
      <w:proofErr w:type="spellEnd"/>
      <w:r w:rsidRPr="000E7BC1">
        <w:rPr>
          <w:lang w:val="ru-RU"/>
        </w:rPr>
        <w:t xml:space="preserve">: </w:t>
      </w:r>
      <w:proofErr w:type="spellStart"/>
      <w:r w:rsidRPr="000E7BC1">
        <w:rPr>
          <w:lang w:val="ru-RU"/>
        </w:rPr>
        <w:t>ішкі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құжаттар</w:t>
      </w:r>
      <w:proofErr w:type="spellEnd"/>
      <w:r w:rsidRPr="000E7BC1">
        <w:rPr>
          <w:lang w:val="ru-RU"/>
        </w:rPr>
        <w:t xml:space="preserve"> мен </w:t>
      </w:r>
      <w:proofErr w:type="spellStart"/>
      <w:r w:rsidRPr="000E7BC1">
        <w:rPr>
          <w:lang w:val="ru-RU"/>
        </w:rPr>
        <w:t>регламенттерді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талдайды</w:t>
      </w:r>
      <w:proofErr w:type="spellEnd"/>
      <w:r w:rsidRPr="000E7BC1">
        <w:rPr>
          <w:lang w:val="ru-RU"/>
        </w:rPr>
        <w:t xml:space="preserve">, </w:t>
      </w:r>
      <w:proofErr w:type="spellStart"/>
      <w:r w:rsidRPr="000E7BC1">
        <w:rPr>
          <w:lang w:val="ru-RU"/>
        </w:rPr>
        <w:t>ғылыми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жетекшілік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етудің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қолданыстағы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процестерін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зерделейді</w:t>
      </w:r>
      <w:proofErr w:type="spellEnd"/>
      <w:r w:rsidRPr="000E7BC1">
        <w:rPr>
          <w:lang w:val="ru-RU"/>
        </w:rPr>
        <w:t xml:space="preserve">, </w:t>
      </w:r>
      <w:proofErr w:type="spellStart"/>
      <w:r w:rsidRPr="000E7BC1">
        <w:rPr>
          <w:lang w:val="ru-RU"/>
        </w:rPr>
        <w:t>оқытушылармен</w:t>
      </w:r>
      <w:proofErr w:type="spellEnd"/>
      <w:r w:rsidRPr="000E7BC1">
        <w:rPr>
          <w:lang w:val="ru-RU"/>
        </w:rPr>
        <w:t xml:space="preserve">, </w:t>
      </w:r>
      <w:proofErr w:type="spellStart"/>
      <w:r w:rsidRPr="000E7BC1">
        <w:rPr>
          <w:lang w:val="ru-RU"/>
        </w:rPr>
        <w:t>докторанттармен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басқа</w:t>
      </w:r>
      <w:proofErr w:type="spellEnd"/>
      <w:r w:rsidRPr="000E7BC1">
        <w:rPr>
          <w:lang w:val="ru-RU"/>
        </w:rPr>
        <w:t xml:space="preserve"> да </w:t>
      </w:r>
      <w:proofErr w:type="spellStart"/>
      <w:r w:rsidRPr="000E7BC1">
        <w:rPr>
          <w:lang w:val="ru-RU"/>
        </w:rPr>
        <w:t>мүдделі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тараптармен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өзара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і</w:t>
      </w:r>
      <w:proofErr w:type="gramStart"/>
      <w:r w:rsidRPr="000E7BC1">
        <w:rPr>
          <w:lang w:val="ru-RU"/>
        </w:rPr>
        <w:t>с-</w:t>
      </w:r>
      <w:proofErr w:type="gramEnd"/>
      <w:r w:rsidRPr="000E7BC1">
        <w:rPr>
          <w:lang w:val="ru-RU"/>
        </w:rPr>
        <w:t>қимыл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жасайды</w:t>
      </w:r>
      <w:proofErr w:type="spellEnd"/>
      <w:r w:rsidRPr="000E7BC1">
        <w:rPr>
          <w:lang w:val="ru-RU"/>
        </w:rPr>
        <w:t xml:space="preserve">, </w:t>
      </w:r>
      <w:proofErr w:type="spellStart"/>
      <w:r w:rsidRPr="000E7BC1">
        <w:rPr>
          <w:lang w:val="ru-RU"/>
        </w:rPr>
        <w:t>деректерді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жинайды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талдайды</w:t>
      </w:r>
      <w:proofErr w:type="spellEnd"/>
      <w:r w:rsidRPr="000E7BC1">
        <w:rPr>
          <w:lang w:val="ru-RU"/>
        </w:rPr>
        <w:t>.</w:t>
      </w:r>
    </w:p>
    <w:p w14:paraId="799119EE" w14:textId="77777777" w:rsidR="000E7BC1" w:rsidRPr="000E7BC1" w:rsidRDefault="000E7BC1" w:rsidP="000E7BC1">
      <w:pPr>
        <w:pStyle w:val="affa"/>
        <w:rPr>
          <w:lang w:val="ru-RU"/>
        </w:rPr>
      </w:pPr>
      <w:r w:rsidRPr="000E7BC1">
        <w:rPr>
          <w:rStyle w:val="af6"/>
          <w:lang w:val="ru-RU"/>
        </w:rPr>
        <w:t xml:space="preserve">3-кезең. </w:t>
      </w:r>
      <w:proofErr w:type="spellStart"/>
      <w:r w:rsidRPr="000E7BC1">
        <w:rPr>
          <w:rStyle w:val="af6"/>
          <w:lang w:val="ru-RU"/>
        </w:rPr>
        <w:t>Практикалық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шешімдерді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әзірлеу</w:t>
      </w:r>
      <w:proofErr w:type="spellEnd"/>
    </w:p>
    <w:p w14:paraId="4E9CB28D" w14:textId="77777777" w:rsidR="000E7BC1" w:rsidRPr="000E7BC1" w:rsidRDefault="000E7BC1" w:rsidP="000E7BC1">
      <w:pPr>
        <w:pStyle w:val="affa"/>
        <w:rPr>
          <w:lang w:val="ru-RU"/>
        </w:rPr>
      </w:pPr>
      <w:proofErr w:type="spellStart"/>
      <w:r w:rsidRPr="000E7BC1">
        <w:rPr>
          <w:lang w:val="ru-RU"/>
        </w:rPr>
        <w:lastRenderedPageBreak/>
        <w:t>Өнім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берушінің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базасында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ұзақтығы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кемінде</w:t>
      </w:r>
      <w:proofErr w:type="spellEnd"/>
      <w:r w:rsidRPr="000E7BC1">
        <w:rPr>
          <w:lang w:val="ru-RU"/>
        </w:rPr>
        <w:t xml:space="preserve"> 3 </w:t>
      </w:r>
      <w:proofErr w:type="spellStart"/>
      <w:r w:rsidRPr="000E7BC1">
        <w:rPr>
          <w:lang w:val="ru-RU"/>
        </w:rPr>
        <w:t>күн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болатын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күндізгі</w:t>
      </w:r>
      <w:proofErr w:type="spellEnd"/>
      <w:r w:rsidRPr="000E7BC1">
        <w:rPr>
          <w:lang w:val="ru-RU"/>
        </w:rPr>
        <w:t xml:space="preserve"> </w:t>
      </w:r>
      <w:proofErr w:type="spellStart"/>
      <w:proofErr w:type="gramStart"/>
      <w:r w:rsidRPr="000E7BC1">
        <w:rPr>
          <w:lang w:val="ru-RU"/>
        </w:rPr>
        <w:t>о</w:t>
      </w:r>
      <w:proofErr w:type="gramEnd"/>
      <w:r w:rsidRPr="000E7BC1">
        <w:rPr>
          <w:lang w:val="ru-RU"/>
        </w:rPr>
        <w:t>қу</w:t>
      </w:r>
      <w:proofErr w:type="spellEnd"/>
      <w:r w:rsidRPr="000E7BC1">
        <w:rPr>
          <w:lang w:val="ru-RU"/>
        </w:rPr>
        <w:t>.</w:t>
      </w:r>
    </w:p>
    <w:p w14:paraId="6C7AA50F" w14:textId="77777777" w:rsidR="000E7BC1" w:rsidRPr="000E7BC1" w:rsidRDefault="000E7BC1" w:rsidP="000E7BC1">
      <w:pPr>
        <w:pStyle w:val="affa"/>
        <w:rPr>
          <w:lang w:val="ru-RU"/>
        </w:rPr>
      </w:pPr>
      <w:proofErr w:type="spellStart"/>
      <w:r w:rsidRPr="000E7BC1">
        <w:rPr>
          <w:lang w:val="ru-RU"/>
        </w:rPr>
        <w:t>Үшінші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кезең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шеңберінде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тыңдаушылар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институционалдық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зерттеу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нәтижелерін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ұсынады</w:t>
      </w:r>
      <w:proofErr w:type="spellEnd"/>
      <w:r w:rsidRPr="000E7BC1">
        <w:rPr>
          <w:lang w:val="ru-RU"/>
        </w:rPr>
        <w:t xml:space="preserve">, </w:t>
      </w:r>
      <w:proofErr w:type="spellStart"/>
      <w:r w:rsidRPr="000E7BC1">
        <w:rPr>
          <w:lang w:val="ru-RU"/>
        </w:rPr>
        <w:t>әртүрлі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университеттердің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тәжірибесін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салыстырады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ғылыми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жетекшілі</w:t>
      </w:r>
      <w:proofErr w:type="gramStart"/>
      <w:r w:rsidRPr="000E7BC1">
        <w:rPr>
          <w:lang w:val="ru-RU"/>
        </w:rPr>
        <w:t>к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ету</w:t>
      </w:r>
      <w:proofErr w:type="spellEnd"/>
      <w:proofErr w:type="gram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жүйесін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жетілдіру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жөніндегі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нақты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ұсыныстарды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әзірлейді</w:t>
      </w:r>
      <w:proofErr w:type="spellEnd"/>
      <w:r w:rsidRPr="000E7BC1">
        <w:rPr>
          <w:lang w:val="ru-RU"/>
        </w:rPr>
        <w:t>.</w:t>
      </w:r>
    </w:p>
    <w:p w14:paraId="381B287C" w14:textId="77777777" w:rsidR="000E7BC1" w:rsidRPr="000E7BC1" w:rsidRDefault="000E7BC1" w:rsidP="000E7BC1">
      <w:pPr>
        <w:pStyle w:val="affa"/>
        <w:rPr>
          <w:lang w:val="ru-RU"/>
        </w:rPr>
      </w:pPr>
      <w:r w:rsidRPr="000E7BC1">
        <w:rPr>
          <w:rStyle w:val="af6"/>
          <w:lang w:val="ru-RU"/>
        </w:rPr>
        <w:t xml:space="preserve">1.4. </w:t>
      </w:r>
      <w:proofErr w:type="spellStart"/>
      <w:r w:rsidRPr="000E7BC1">
        <w:rPr>
          <w:rStyle w:val="af6"/>
          <w:lang w:val="ru-RU"/>
        </w:rPr>
        <w:t>Бағдарламаның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жалпы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көлемі</w:t>
      </w:r>
      <w:proofErr w:type="spellEnd"/>
      <w:r w:rsidRPr="000E7BC1">
        <w:rPr>
          <w:rStyle w:val="af6"/>
          <w:lang w:val="ru-RU"/>
        </w:rPr>
        <w:t>:</w:t>
      </w:r>
      <w:r w:rsidRPr="000E7BC1">
        <w:rPr>
          <w:lang w:val="ru-RU"/>
        </w:rPr>
        <w:t xml:space="preserve"> 80 </w:t>
      </w:r>
      <w:proofErr w:type="spellStart"/>
      <w:r w:rsidRPr="000E7BC1">
        <w:rPr>
          <w:lang w:val="ru-RU"/>
        </w:rPr>
        <w:t>сағат</w:t>
      </w:r>
      <w:proofErr w:type="spellEnd"/>
      <w:r w:rsidRPr="000E7BC1">
        <w:rPr>
          <w:lang w:val="ru-RU"/>
        </w:rPr>
        <w:t>.</w:t>
      </w:r>
    </w:p>
    <w:p w14:paraId="04ECF697" w14:textId="77777777" w:rsidR="000E7BC1" w:rsidRPr="000E7BC1" w:rsidRDefault="000E7BC1" w:rsidP="000E7BC1">
      <w:pPr>
        <w:pStyle w:val="affa"/>
        <w:rPr>
          <w:lang w:val="ru-RU"/>
        </w:rPr>
      </w:pPr>
      <w:r w:rsidRPr="000E7BC1">
        <w:rPr>
          <w:rStyle w:val="af6"/>
          <w:lang w:val="ru-RU"/>
        </w:rPr>
        <w:t xml:space="preserve">1.5. </w:t>
      </w:r>
      <w:proofErr w:type="spellStart"/>
      <w:r w:rsidRPr="000E7BC1">
        <w:rPr>
          <w:rStyle w:val="af6"/>
          <w:lang w:val="ru-RU"/>
        </w:rPr>
        <w:t>Қатысушылар</w:t>
      </w:r>
      <w:proofErr w:type="spellEnd"/>
      <w:r w:rsidRPr="000E7BC1">
        <w:rPr>
          <w:rStyle w:val="af6"/>
          <w:lang w:val="ru-RU"/>
        </w:rPr>
        <w:t xml:space="preserve"> саны:</w:t>
      </w:r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Тапсырыс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берушінің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өкі</w:t>
      </w:r>
      <w:proofErr w:type="gramStart"/>
      <w:r w:rsidRPr="000E7BC1">
        <w:rPr>
          <w:lang w:val="ru-RU"/>
        </w:rPr>
        <w:t>л</w:t>
      </w:r>
      <w:proofErr w:type="gramEnd"/>
      <w:r w:rsidRPr="000E7BC1">
        <w:rPr>
          <w:lang w:val="ru-RU"/>
        </w:rPr>
        <w:t>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ұсынған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тізімге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сәйкес</w:t>
      </w:r>
      <w:proofErr w:type="spellEnd"/>
      <w:r w:rsidRPr="000E7BC1">
        <w:rPr>
          <w:lang w:val="ru-RU"/>
        </w:rPr>
        <w:t xml:space="preserve"> 5 </w:t>
      </w:r>
      <w:proofErr w:type="spellStart"/>
      <w:r w:rsidRPr="000E7BC1">
        <w:rPr>
          <w:lang w:val="ru-RU"/>
        </w:rPr>
        <w:t>адам</w:t>
      </w:r>
      <w:proofErr w:type="spellEnd"/>
      <w:r w:rsidRPr="000E7BC1">
        <w:rPr>
          <w:lang w:val="ru-RU"/>
        </w:rPr>
        <w:t>.</w:t>
      </w:r>
    </w:p>
    <w:p w14:paraId="11BCB4A8" w14:textId="77777777" w:rsidR="000E7BC1" w:rsidRPr="000E7BC1" w:rsidRDefault="000E7BC1" w:rsidP="000E7BC1">
      <w:pPr>
        <w:pStyle w:val="affa"/>
        <w:rPr>
          <w:lang w:val="ru-RU"/>
        </w:rPr>
      </w:pPr>
      <w:r w:rsidRPr="000E7BC1">
        <w:rPr>
          <w:rStyle w:val="af6"/>
          <w:lang w:val="ru-RU"/>
        </w:rPr>
        <w:t xml:space="preserve">2. </w:t>
      </w:r>
      <w:proofErr w:type="spellStart"/>
      <w:r w:rsidRPr="000E7BC1">
        <w:rPr>
          <w:rStyle w:val="af6"/>
          <w:lang w:val="ru-RU"/>
        </w:rPr>
        <w:t>Бағдарламаның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мазмұнына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қойылатын</w:t>
      </w:r>
      <w:proofErr w:type="spellEnd"/>
      <w:r w:rsidRPr="000E7BC1">
        <w:rPr>
          <w:rStyle w:val="af6"/>
          <w:lang w:val="ru-RU"/>
        </w:rPr>
        <w:t xml:space="preserve"> </w:t>
      </w:r>
      <w:proofErr w:type="spellStart"/>
      <w:r w:rsidRPr="000E7BC1">
        <w:rPr>
          <w:rStyle w:val="af6"/>
          <w:lang w:val="ru-RU"/>
        </w:rPr>
        <w:t>талаптар</w:t>
      </w:r>
      <w:proofErr w:type="spellEnd"/>
    </w:p>
    <w:p w14:paraId="0F6B548C" w14:textId="77777777" w:rsidR="000E7BC1" w:rsidRPr="000E7BC1" w:rsidRDefault="000E7BC1" w:rsidP="000E7BC1">
      <w:pPr>
        <w:pStyle w:val="affa"/>
        <w:rPr>
          <w:lang w:val="ru-RU"/>
        </w:rPr>
      </w:pPr>
      <w:proofErr w:type="spellStart"/>
      <w:r w:rsidRPr="000E7BC1">
        <w:rPr>
          <w:lang w:val="ru-RU"/>
        </w:rPr>
        <w:t>Бағдарлама</w:t>
      </w:r>
      <w:proofErr w:type="spellEnd"/>
      <w:r w:rsidRPr="000E7BC1">
        <w:rPr>
          <w:lang w:val="ru-RU"/>
        </w:rPr>
        <w:t xml:space="preserve"> </w:t>
      </w:r>
      <w:proofErr w:type="spellStart"/>
      <w:proofErr w:type="gramStart"/>
      <w:r w:rsidRPr="000E7BC1">
        <w:rPr>
          <w:lang w:val="ru-RU"/>
        </w:rPr>
        <w:t>докторанттар</w:t>
      </w:r>
      <w:proofErr w:type="gramEnd"/>
      <w:r w:rsidRPr="000E7BC1">
        <w:rPr>
          <w:lang w:val="ru-RU"/>
        </w:rPr>
        <w:t>ға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ғылыми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жетекшілік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етудің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заманауи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практикасын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дамытуға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Қазақстан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университеттеріндегі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ғылыми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жетекшілік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етудің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институционалдық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жүйесін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жетілдіруге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бағытталған</w:t>
      </w:r>
      <w:proofErr w:type="spellEnd"/>
      <w:r w:rsidRPr="000E7BC1">
        <w:rPr>
          <w:lang w:val="ru-RU"/>
        </w:rPr>
        <w:t>.</w:t>
      </w:r>
    </w:p>
    <w:p w14:paraId="2397253A" w14:textId="77777777" w:rsidR="000E7BC1" w:rsidRPr="000E7BC1" w:rsidRDefault="000E7BC1" w:rsidP="000E7BC1">
      <w:pPr>
        <w:pStyle w:val="affa"/>
        <w:rPr>
          <w:lang w:val="ru-RU"/>
        </w:rPr>
      </w:pPr>
      <w:proofErr w:type="spellStart"/>
      <w:r w:rsidRPr="000E7BC1">
        <w:rPr>
          <w:lang w:val="ru-RU"/>
        </w:rPr>
        <w:t>Бағдарлама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мынадай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негізгі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тақырыптық</w:t>
      </w:r>
      <w:proofErr w:type="spellEnd"/>
      <w:r w:rsidRPr="000E7BC1">
        <w:rPr>
          <w:lang w:val="ru-RU"/>
        </w:rPr>
        <w:t xml:space="preserve"> </w:t>
      </w:r>
      <w:proofErr w:type="spellStart"/>
      <w:proofErr w:type="gramStart"/>
      <w:r w:rsidRPr="000E7BC1">
        <w:rPr>
          <w:lang w:val="ru-RU"/>
        </w:rPr>
        <w:t>ба</w:t>
      </w:r>
      <w:proofErr w:type="gramEnd"/>
      <w:r w:rsidRPr="000E7BC1">
        <w:rPr>
          <w:lang w:val="ru-RU"/>
        </w:rPr>
        <w:t>ғыттарды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қамтиды</w:t>
      </w:r>
      <w:proofErr w:type="spellEnd"/>
      <w:r w:rsidRPr="000E7BC1">
        <w:rPr>
          <w:lang w:val="ru-RU"/>
        </w:rPr>
        <w:t>:</w:t>
      </w:r>
    </w:p>
    <w:p w14:paraId="787BD58B" w14:textId="77777777" w:rsidR="000E7BC1" w:rsidRPr="000E7BC1" w:rsidRDefault="000E7BC1" w:rsidP="000E7BC1">
      <w:pPr>
        <w:pStyle w:val="affa"/>
        <w:numPr>
          <w:ilvl w:val="0"/>
          <w:numId w:val="12"/>
        </w:numPr>
        <w:rPr>
          <w:lang w:val="ru-RU"/>
        </w:rPr>
      </w:pPr>
      <w:proofErr w:type="spellStart"/>
      <w:r w:rsidRPr="000E7BC1">
        <w:rPr>
          <w:lang w:val="ru-RU"/>
        </w:rPr>
        <w:t>заманауи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докторлық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білім</w:t>
      </w:r>
      <w:proofErr w:type="spellEnd"/>
      <w:r w:rsidRPr="000E7BC1">
        <w:rPr>
          <w:lang w:val="ru-RU"/>
        </w:rPr>
        <w:t xml:space="preserve"> беру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ғылыми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жетекшілі</w:t>
      </w:r>
      <w:proofErr w:type="gramStart"/>
      <w:r w:rsidRPr="000E7BC1">
        <w:rPr>
          <w:lang w:val="ru-RU"/>
        </w:rPr>
        <w:t>к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ету</w:t>
      </w:r>
      <w:proofErr w:type="spellEnd"/>
      <w:proofErr w:type="gram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жүйелері</w:t>
      </w:r>
      <w:proofErr w:type="spellEnd"/>
      <w:r w:rsidRPr="000E7BC1">
        <w:rPr>
          <w:lang w:val="ru-RU"/>
        </w:rPr>
        <w:t>;</w:t>
      </w:r>
    </w:p>
    <w:p w14:paraId="41BC2D88" w14:textId="77777777" w:rsidR="000E7BC1" w:rsidRPr="000E7BC1" w:rsidRDefault="000E7BC1" w:rsidP="000E7BC1">
      <w:pPr>
        <w:pStyle w:val="affa"/>
        <w:numPr>
          <w:ilvl w:val="0"/>
          <w:numId w:val="12"/>
        </w:numPr>
        <w:rPr>
          <w:lang w:val="ru-RU"/>
        </w:rPr>
      </w:pPr>
      <w:proofErr w:type="spellStart"/>
      <w:r w:rsidRPr="000E7BC1">
        <w:rPr>
          <w:lang w:val="ru-RU"/>
        </w:rPr>
        <w:t>докторанттарға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ғылыми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жетекшілі</w:t>
      </w:r>
      <w:proofErr w:type="gramStart"/>
      <w:r w:rsidRPr="000E7BC1">
        <w:rPr>
          <w:lang w:val="ru-RU"/>
        </w:rPr>
        <w:t>к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ету</w:t>
      </w:r>
      <w:proofErr w:type="spellEnd"/>
      <w:proofErr w:type="gram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бірлескен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жетекшілік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ету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практикасы</w:t>
      </w:r>
      <w:proofErr w:type="spellEnd"/>
      <w:r w:rsidRPr="000E7BC1">
        <w:rPr>
          <w:lang w:val="ru-RU"/>
        </w:rPr>
        <w:t>;</w:t>
      </w:r>
    </w:p>
    <w:p w14:paraId="6B2B93F1" w14:textId="77777777" w:rsidR="000E7BC1" w:rsidRDefault="000E7BC1" w:rsidP="000E7BC1">
      <w:pPr>
        <w:pStyle w:val="affa"/>
        <w:numPr>
          <w:ilvl w:val="0"/>
          <w:numId w:val="12"/>
        </w:numPr>
      </w:pPr>
      <w:proofErr w:type="spellStart"/>
      <w:r>
        <w:t>зерттеу</w:t>
      </w:r>
      <w:proofErr w:type="spellEnd"/>
      <w:r>
        <w:t xml:space="preserve"> </w:t>
      </w:r>
      <w:proofErr w:type="spellStart"/>
      <w:r>
        <w:t>дизайны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әдіснама</w:t>
      </w:r>
      <w:proofErr w:type="spellEnd"/>
      <w:r>
        <w:t>;</w:t>
      </w:r>
    </w:p>
    <w:p w14:paraId="01D78714" w14:textId="77777777" w:rsidR="000E7BC1" w:rsidRPr="000E7BC1" w:rsidRDefault="000E7BC1" w:rsidP="000E7BC1">
      <w:pPr>
        <w:pStyle w:val="affa"/>
        <w:numPr>
          <w:ilvl w:val="0"/>
          <w:numId w:val="12"/>
        </w:numPr>
        <w:rPr>
          <w:lang w:val="ru-RU"/>
        </w:rPr>
      </w:pPr>
      <w:proofErr w:type="spellStart"/>
      <w:r w:rsidRPr="000E7BC1">
        <w:rPr>
          <w:lang w:val="ru-RU"/>
        </w:rPr>
        <w:t>зерттеу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этикасы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және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академиялық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адалдық</w:t>
      </w:r>
      <w:proofErr w:type="spellEnd"/>
      <w:r w:rsidRPr="000E7BC1">
        <w:rPr>
          <w:lang w:val="ru-RU"/>
        </w:rPr>
        <w:t>;</w:t>
      </w:r>
    </w:p>
    <w:p w14:paraId="4465CDED" w14:textId="77777777" w:rsidR="000E7BC1" w:rsidRPr="000E7BC1" w:rsidRDefault="000E7BC1" w:rsidP="000E7BC1">
      <w:pPr>
        <w:pStyle w:val="affa"/>
        <w:numPr>
          <w:ilvl w:val="0"/>
          <w:numId w:val="12"/>
        </w:numPr>
        <w:rPr>
          <w:lang w:val="ru-RU"/>
        </w:rPr>
      </w:pPr>
      <w:proofErr w:type="spellStart"/>
      <w:r w:rsidRPr="000E7BC1">
        <w:rPr>
          <w:lang w:val="ru-RU"/>
        </w:rPr>
        <w:t>ғылыми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жетекшілерді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қолдаудың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институционалдық</w:t>
      </w:r>
      <w:proofErr w:type="spellEnd"/>
      <w:r w:rsidRPr="000E7BC1">
        <w:rPr>
          <w:lang w:val="ru-RU"/>
        </w:rPr>
        <w:t xml:space="preserve"> </w:t>
      </w:r>
      <w:proofErr w:type="spellStart"/>
      <w:r w:rsidRPr="000E7BC1">
        <w:rPr>
          <w:lang w:val="ru-RU"/>
        </w:rPr>
        <w:t>ұйымдастырылуы</w:t>
      </w:r>
      <w:proofErr w:type="spellEnd"/>
      <w:r w:rsidRPr="000E7BC1">
        <w:rPr>
          <w:lang w:val="ru-RU"/>
        </w:rPr>
        <w:t xml:space="preserve"> мен </w:t>
      </w:r>
      <w:proofErr w:type="spellStart"/>
      <w:r w:rsidRPr="000E7BC1">
        <w:rPr>
          <w:lang w:val="ru-RU"/>
        </w:rPr>
        <w:t>тетіктері</w:t>
      </w:r>
      <w:proofErr w:type="spellEnd"/>
      <w:r w:rsidRPr="000E7BC1">
        <w:rPr>
          <w:lang w:val="ru-RU"/>
        </w:rPr>
        <w:t>;</w:t>
      </w:r>
    </w:p>
    <w:p w14:paraId="1099D7C4" w14:textId="77777777" w:rsidR="000E7BC1" w:rsidRDefault="000E7BC1" w:rsidP="000E7BC1">
      <w:pPr>
        <w:pStyle w:val="affa"/>
        <w:numPr>
          <w:ilvl w:val="0"/>
          <w:numId w:val="12"/>
        </w:numPr>
      </w:pPr>
      <w:proofErr w:type="spellStart"/>
      <w:r>
        <w:t>докторанттардың</w:t>
      </w:r>
      <w:proofErr w:type="spellEnd"/>
      <w:r>
        <w:t xml:space="preserve"> </w:t>
      </w:r>
      <w:proofErr w:type="spellStart"/>
      <w:r>
        <w:t>ілгерілеуін</w:t>
      </w:r>
      <w:proofErr w:type="spellEnd"/>
      <w:r>
        <w:t xml:space="preserve"> </w:t>
      </w:r>
      <w:proofErr w:type="spellStart"/>
      <w:r>
        <w:t>мониторингтеу</w:t>
      </w:r>
      <w:proofErr w:type="spellEnd"/>
      <w:r>
        <w:t>;</w:t>
      </w:r>
    </w:p>
    <w:p w14:paraId="78F73C70" w14:textId="77777777" w:rsidR="000E7BC1" w:rsidRDefault="000E7BC1" w:rsidP="000E7BC1">
      <w:pPr>
        <w:pStyle w:val="affa"/>
        <w:numPr>
          <w:ilvl w:val="0"/>
          <w:numId w:val="12"/>
        </w:numPr>
      </w:pPr>
      <w:proofErr w:type="spellStart"/>
      <w:proofErr w:type="gramStart"/>
      <w:r>
        <w:t>зерттеу</w:t>
      </w:r>
      <w:proofErr w:type="spellEnd"/>
      <w:proofErr w:type="gramEnd"/>
      <w:r>
        <w:t xml:space="preserve"> </w:t>
      </w:r>
      <w:proofErr w:type="spellStart"/>
      <w:r>
        <w:t>қызметінде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жетекшілік</w:t>
      </w:r>
      <w:proofErr w:type="spellEnd"/>
      <w:r>
        <w:t xml:space="preserve"> </w:t>
      </w:r>
      <w:proofErr w:type="spellStart"/>
      <w:r>
        <w:t>етуде</w:t>
      </w:r>
      <w:proofErr w:type="spellEnd"/>
      <w:r>
        <w:t xml:space="preserve"> </w:t>
      </w:r>
      <w:proofErr w:type="spellStart"/>
      <w:r>
        <w:t>жасанды</w:t>
      </w:r>
      <w:proofErr w:type="spellEnd"/>
      <w:r>
        <w:t xml:space="preserve"> </w:t>
      </w:r>
      <w:proofErr w:type="spellStart"/>
      <w:r>
        <w:t>интеллектіні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>.</w:t>
      </w:r>
    </w:p>
    <w:p w14:paraId="3FD68468" w14:textId="77777777" w:rsidR="000E7BC1" w:rsidRDefault="000E7BC1" w:rsidP="000E7BC1">
      <w:pPr>
        <w:pStyle w:val="affa"/>
      </w:pPr>
      <w:proofErr w:type="spellStart"/>
      <w:proofErr w:type="gramStart"/>
      <w:r>
        <w:t>Бағдарлама</w:t>
      </w:r>
      <w:proofErr w:type="spellEnd"/>
      <w:r>
        <w:t xml:space="preserve"> </w:t>
      </w:r>
      <w:proofErr w:type="spellStart"/>
      <w:r>
        <w:t>қатысушылардың</w:t>
      </w:r>
      <w:proofErr w:type="spellEnd"/>
      <w:r>
        <w:t xml:space="preserve"> </w:t>
      </w:r>
      <w:proofErr w:type="spellStart"/>
      <w:r>
        <w:t>кәсіби</w:t>
      </w:r>
      <w:proofErr w:type="spellEnd"/>
      <w:r>
        <w:t xml:space="preserve"> </w:t>
      </w:r>
      <w:proofErr w:type="spellStart"/>
      <w:r>
        <w:t>дамуы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университеттің</w:t>
      </w:r>
      <w:proofErr w:type="spellEnd"/>
      <w:r>
        <w:t xml:space="preserve"> </w:t>
      </w:r>
      <w:proofErr w:type="spellStart"/>
      <w:r>
        <w:t>институционалдық</w:t>
      </w:r>
      <w:proofErr w:type="spellEnd"/>
      <w:r>
        <w:t xml:space="preserve"> </w:t>
      </w:r>
      <w:proofErr w:type="spellStart"/>
      <w:r>
        <w:t>ортасын</w:t>
      </w:r>
      <w:proofErr w:type="spellEnd"/>
      <w:r>
        <w:t xml:space="preserve"> </w:t>
      </w:r>
      <w:proofErr w:type="spellStart"/>
      <w:r>
        <w:t>жетілдіру</w:t>
      </w:r>
      <w:proofErr w:type="spellEnd"/>
      <w:r>
        <w:t xml:space="preserve"> </w:t>
      </w:r>
      <w:proofErr w:type="spellStart"/>
      <w:r>
        <w:t>арасындағы</w:t>
      </w:r>
      <w:proofErr w:type="spellEnd"/>
      <w:r>
        <w:t xml:space="preserve"> </w:t>
      </w:r>
      <w:proofErr w:type="spellStart"/>
      <w:r>
        <w:t>практикалық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Оқыту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қатысушылардың</w:t>
      </w:r>
      <w:proofErr w:type="spellEnd"/>
      <w:r>
        <w:t xml:space="preserve"> </w:t>
      </w:r>
      <w:proofErr w:type="spellStart"/>
      <w:r>
        <w:t>кәсіби</w:t>
      </w:r>
      <w:proofErr w:type="spellEnd"/>
      <w:r>
        <w:t xml:space="preserve"> </w:t>
      </w:r>
      <w:proofErr w:type="spellStart"/>
      <w:r>
        <w:t>құзыреттері</w:t>
      </w:r>
      <w:proofErr w:type="spellEnd"/>
      <w:r>
        <w:t xml:space="preserve"> </w:t>
      </w:r>
      <w:proofErr w:type="spellStart"/>
      <w:r>
        <w:t>дамытылып</w:t>
      </w:r>
      <w:proofErr w:type="spellEnd"/>
      <w:r>
        <w:t xml:space="preserve"> </w:t>
      </w:r>
      <w:proofErr w:type="spellStart"/>
      <w:r>
        <w:t>қана</w:t>
      </w:r>
      <w:proofErr w:type="spellEnd"/>
      <w:r>
        <w:t xml:space="preserve"> </w:t>
      </w:r>
      <w:proofErr w:type="spellStart"/>
      <w:r>
        <w:t>қоймай</w:t>
      </w:r>
      <w:proofErr w:type="spellEnd"/>
      <w:r>
        <w:t xml:space="preserve">,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жетекшілік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жетілдіру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ұсыныстар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дайындалады</w:t>
      </w:r>
      <w:proofErr w:type="spellEnd"/>
      <w:r>
        <w:t>.</w:t>
      </w:r>
      <w:proofErr w:type="gramEnd"/>
    </w:p>
    <w:p w14:paraId="23A25D07" w14:textId="77777777" w:rsidR="000E7BC1" w:rsidRDefault="000E7BC1" w:rsidP="000E7BC1">
      <w:pPr>
        <w:pStyle w:val="affa"/>
      </w:pPr>
      <w:r>
        <w:rPr>
          <w:rStyle w:val="af6"/>
        </w:rPr>
        <w:t xml:space="preserve">3. </w:t>
      </w:r>
      <w:proofErr w:type="spellStart"/>
      <w:r>
        <w:rPr>
          <w:rStyle w:val="af6"/>
        </w:rPr>
        <w:t>Қызмет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көрсету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шарттары</w:t>
      </w:r>
      <w:proofErr w:type="spellEnd"/>
    </w:p>
    <w:p w14:paraId="26D7A7D1" w14:textId="77777777" w:rsidR="000E7BC1" w:rsidRDefault="000E7BC1" w:rsidP="000E7BC1">
      <w:pPr>
        <w:pStyle w:val="affa"/>
      </w:pPr>
      <w:r>
        <w:rPr>
          <w:rStyle w:val="af6"/>
        </w:rPr>
        <w:t>3.1.</w:t>
      </w:r>
      <w:r>
        <w:t xml:space="preserve"> </w:t>
      </w:r>
      <w:proofErr w:type="spellStart"/>
      <w:r>
        <w:t>Бағдарлама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құрылымға</w:t>
      </w:r>
      <w:proofErr w:type="spellEnd"/>
      <w:r>
        <w:t xml:space="preserve">, </w:t>
      </w:r>
      <w:proofErr w:type="spellStart"/>
      <w:r>
        <w:t>мазмұнға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кестеге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ұйымдастырылады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өткізіледі</w:t>
      </w:r>
      <w:proofErr w:type="spellEnd"/>
      <w:r>
        <w:t>.</w:t>
      </w:r>
    </w:p>
    <w:p w14:paraId="3A4DC156" w14:textId="77777777" w:rsidR="000E7BC1" w:rsidRDefault="000E7BC1" w:rsidP="000E7BC1">
      <w:pPr>
        <w:pStyle w:val="affa"/>
      </w:pPr>
      <w:r>
        <w:rPr>
          <w:rStyle w:val="af6"/>
        </w:rPr>
        <w:t>3.2.</w:t>
      </w:r>
      <w:r>
        <w:t xml:space="preserve">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теориялық</w:t>
      </w:r>
      <w:proofErr w:type="spellEnd"/>
      <w:r>
        <w:t xml:space="preserve"> </w:t>
      </w:r>
      <w:proofErr w:type="spellStart"/>
      <w:r>
        <w:t>даярлықты</w:t>
      </w:r>
      <w:proofErr w:type="spellEnd"/>
      <w:r>
        <w:t xml:space="preserve">, </w:t>
      </w:r>
      <w:proofErr w:type="spellStart"/>
      <w:r>
        <w:t>практикалық</w:t>
      </w:r>
      <w:proofErr w:type="spellEnd"/>
      <w:r>
        <w:t xml:space="preserve"> </w:t>
      </w:r>
      <w:proofErr w:type="spellStart"/>
      <w:r>
        <w:t>жұмысты</w:t>
      </w:r>
      <w:proofErr w:type="spellEnd"/>
      <w:r>
        <w:t xml:space="preserve">, </w:t>
      </w:r>
      <w:proofErr w:type="spellStart"/>
      <w:r>
        <w:t>қатысушылардың</w:t>
      </w:r>
      <w:proofErr w:type="spellEnd"/>
      <w:r>
        <w:t xml:space="preserve"> </w:t>
      </w:r>
      <w:proofErr w:type="spellStart"/>
      <w:r>
        <w:t>өзіндік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, </w:t>
      </w:r>
      <w:proofErr w:type="spellStart"/>
      <w:r>
        <w:t>институционалдық</w:t>
      </w:r>
      <w:proofErr w:type="spellEnd"/>
      <w:r>
        <w:t xml:space="preserve"> </w:t>
      </w:r>
      <w:proofErr w:type="spellStart"/>
      <w:r>
        <w:t>зерттеуді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шешімдерді</w:t>
      </w:r>
      <w:proofErr w:type="spellEnd"/>
      <w:r>
        <w:t xml:space="preserve"> </w:t>
      </w:r>
      <w:proofErr w:type="spellStart"/>
      <w:r>
        <w:t>командалық</w:t>
      </w:r>
      <w:proofErr w:type="spellEnd"/>
      <w:r>
        <w:t xml:space="preserve"> </w:t>
      </w:r>
      <w:proofErr w:type="spellStart"/>
      <w:r>
        <w:t>әзірлеуді</w:t>
      </w:r>
      <w:proofErr w:type="spellEnd"/>
      <w:r>
        <w:t xml:space="preserve"> </w:t>
      </w:r>
      <w:proofErr w:type="spellStart"/>
      <w:r>
        <w:t>ұштастырады</w:t>
      </w:r>
      <w:proofErr w:type="spellEnd"/>
      <w:r>
        <w:t>.</w:t>
      </w:r>
    </w:p>
    <w:p w14:paraId="53FED3DC" w14:textId="77777777" w:rsidR="000E7BC1" w:rsidRDefault="000E7BC1" w:rsidP="000E7BC1">
      <w:pPr>
        <w:pStyle w:val="affa"/>
      </w:pPr>
      <w:r>
        <w:rPr>
          <w:rStyle w:val="af6"/>
        </w:rPr>
        <w:t>3.3.</w:t>
      </w:r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бағдарламаның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кезеңдерінде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институционалдық</w:t>
      </w:r>
      <w:proofErr w:type="spellEnd"/>
      <w:r>
        <w:t xml:space="preserve"> </w:t>
      </w:r>
      <w:proofErr w:type="spellStart"/>
      <w:r>
        <w:t>зерттеу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өнімді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қатысушыларға</w:t>
      </w:r>
      <w:proofErr w:type="spellEnd"/>
      <w:r>
        <w:t xml:space="preserve"> </w:t>
      </w:r>
      <w:proofErr w:type="spellStart"/>
      <w:r>
        <w:t>әдістемелік</w:t>
      </w:r>
      <w:proofErr w:type="spellEnd"/>
      <w:r>
        <w:t xml:space="preserve"> </w:t>
      </w:r>
      <w:proofErr w:type="spellStart"/>
      <w:r>
        <w:t>сүйемелдеуді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72129408" w14:textId="77777777" w:rsidR="000E7BC1" w:rsidRDefault="000E7BC1" w:rsidP="000E7BC1">
      <w:pPr>
        <w:pStyle w:val="affa"/>
      </w:pPr>
      <w:r>
        <w:rPr>
          <w:rStyle w:val="af6"/>
        </w:rPr>
        <w:t>3.4.</w:t>
      </w:r>
      <w:r>
        <w:t xml:space="preserve"> </w:t>
      </w:r>
      <w:proofErr w:type="spellStart"/>
      <w:r>
        <w:t>Бағдарлама</w:t>
      </w:r>
      <w:proofErr w:type="spellEnd"/>
      <w:r>
        <w:t xml:space="preserve"> </w:t>
      </w:r>
      <w:proofErr w:type="spellStart"/>
      <w:r>
        <w:t>шеңберінде</w:t>
      </w:r>
      <w:proofErr w:type="spellEnd"/>
      <w:r>
        <w:t xml:space="preserve"> </w:t>
      </w:r>
      <w:proofErr w:type="spellStart"/>
      <w:r>
        <w:t>әртүрлі</w:t>
      </w:r>
      <w:proofErr w:type="spellEnd"/>
      <w:r>
        <w:t xml:space="preserve"> </w:t>
      </w:r>
      <w:proofErr w:type="spellStart"/>
      <w:r>
        <w:t>университеттер</w:t>
      </w:r>
      <w:proofErr w:type="spellEnd"/>
      <w:r>
        <w:t xml:space="preserve"> </w:t>
      </w:r>
      <w:proofErr w:type="spellStart"/>
      <w:r>
        <w:t>өкілдерінің</w:t>
      </w:r>
      <w:proofErr w:type="spellEnd"/>
      <w:r>
        <w:t xml:space="preserve"> </w:t>
      </w:r>
      <w:proofErr w:type="spellStart"/>
      <w:r>
        <w:t>өзара</w:t>
      </w:r>
      <w:proofErr w:type="spellEnd"/>
      <w:r>
        <w:t xml:space="preserve"> </w:t>
      </w:r>
      <w:proofErr w:type="spellStart"/>
      <w:r>
        <w:t>іс-қимылы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тәжірибе</w:t>
      </w:r>
      <w:proofErr w:type="spellEnd"/>
      <w:r>
        <w:t xml:space="preserve"> </w:t>
      </w:r>
      <w:proofErr w:type="spellStart"/>
      <w:r>
        <w:t>алмасу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докторлық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беруді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практикасын</w:t>
      </w:r>
      <w:proofErr w:type="spellEnd"/>
      <w:r>
        <w:t xml:space="preserve"> </w:t>
      </w:r>
      <w:proofErr w:type="spellStart"/>
      <w:r>
        <w:t>талқылау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етіледі</w:t>
      </w:r>
      <w:proofErr w:type="spellEnd"/>
      <w:r>
        <w:t>.</w:t>
      </w:r>
    </w:p>
    <w:p w14:paraId="4DC5F370" w14:textId="77777777" w:rsidR="000E7BC1" w:rsidRDefault="000E7BC1" w:rsidP="000E7BC1">
      <w:pPr>
        <w:pStyle w:val="affa"/>
      </w:pPr>
      <w:r>
        <w:rPr>
          <w:rStyle w:val="af6"/>
        </w:rPr>
        <w:lastRenderedPageBreak/>
        <w:t>3.5.</w:t>
      </w:r>
      <w:r>
        <w:t xml:space="preserve"> </w:t>
      </w:r>
      <w:proofErr w:type="spellStart"/>
      <w:r>
        <w:t>Бағдарлама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</w:t>
      </w:r>
      <w:proofErr w:type="spellStart"/>
      <w:r>
        <w:t>қатысушылар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, </w:t>
      </w:r>
      <w:proofErr w:type="spellStart"/>
      <w:r>
        <w:t>деректер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мүдделі</w:t>
      </w:r>
      <w:proofErr w:type="spellEnd"/>
      <w:r>
        <w:t xml:space="preserve"> </w:t>
      </w:r>
      <w:proofErr w:type="spellStart"/>
      <w:r>
        <w:t>тараптармен</w:t>
      </w:r>
      <w:proofErr w:type="spellEnd"/>
      <w:r>
        <w:t xml:space="preserve"> </w:t>
      </w:r>
      <w:proofErr w:type="spellStart"/>
      <w:r>
        <w:t>өзара</w:t>
      </w:r>
      <w:proofErr w:type="spellEnd"/>
      <w:r>
        <w:t xml:space="preserve"> </w:t>
      </w:r>
      <w:proofErr w:type="spellStart"/>
      <w:r>
        <w:t>іс-қимыл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университеттеріндегі</w:t>
      </w:r>
      <w:proofErr w:type="spellEnd"/>
      <w:r>
        <w:t xml:space="preserve">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жетекшілік</w:t>
      </w:r>
      <w:proofErr w:type="spellEnd"/>
      <w:r>
        <w:t xml:space="preserve"> </w:t>
      </w:r>
      <w:proofErr w:type="spellStart"/>
      <w:r>
        <w:t>етудің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зерттейді</w:t>
      </w:r>
      <w:proofErr w:type="spellEnd"/>
      <w:r>
        <w:t>.</w:t>
      </w:r>
    </w:p>
    <w:p w14:paraId="3E18E555" w14:textId="77777777" w:rsidR="000E7BC1" w:rsidRDefault="000E7BC1" w:rsidP="000E7BC1">
      <w:pPr>
        <w:pStyle w:val="affa"/>
      </w:pPr>
      <w:r>
        <w:rPr>
          <w:rStyle w:val="af6"/>
        </w:rPr>
        <w:t>3.6.</w:t>
      </w:r>
      <w:r>
        <w:t xml:space="preserve"> </w:t>
      </w:r>
      <w:proofErr w:type="spellStart"/>
      <w:r>
        <w:t>Институционалдық</w:t>
      </w:r>
      <w:proofErr w:type="spellEnd"/>
      <w:r>
        <w:t xml:space="preserve"> </w:t>
      </w:r>
      <w:proofErr w:type="spellStart"/>
      <w:r>
        <w:t>зерттеу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қатысушылар</w:t>
      </w:r>
      <w:proofErr w:type="spellEnd"/>
      <w:r>
        <w:t xml:space="preserve">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жетекшілік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жетілдіру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ұсыныстарды</w:t>
      </w:r>
      <w:proofErr w:type="spellEnd"/>
      <w:r>
        <w:t xml:space="preserve"> </w:t>
      </w:r>
      <w:proofErr w:type="spellStart"/>
      <w:r>
        <w:t>әзірлейді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>.</w:t>
      </w:r>
    </w:p>
    <w:p w14:paraId="5C22B8F5" w14:textId="77777777" w:rsidR="000E7BC1" w:rsidRDefault="000E7BC1" w:rsidP="000E7BC1">
      <w:pPr>
        <w:pStyle w:val="affa"/>
      </w:pPr>
      <w:r>
        <w:rPr>
          <w:rStyle w:val="af6"/>
        </w:rPr>
        <w:t>3.7.</w:t>
      </w:r>
      <w:r>
        <w:t xml:space="preserve"> </w:t>
      </w:r>
      <w:proofErr w:type="spellStart"/>
      <w:r>
        <w:t>Бағдарламаның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өнімі</w:t>
      </w:r>
      <w:proofErr w:type="spellEnd"/>
      <w:r>
        <w:t xml:space="preserve"> </w:t>
      </w:r>
      <w:proofErr w:type="spellStart"/>
      <w:r>
        <w:t>университеттегі</w:t>
      </w:r>
      <w:proofErr w:type="spellEnd"/>
      <w:r>
        <w:t xml:space="preserve">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жетекшілік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дамытудың</w:t>
      </w:r>
      <w:proofErr w:type="spellEnd"/>
      <w:r>
        <w:t xml:space="preserve"> </w:t>
      </w:r>
      <w:proofErr w:type="spellStart"/>
      <w:r>
        <w:t>институционалдық</w:t>
      </w:r>
      <w:proofErr w:type="spellEnd"/>
      <w:r>
        <w:t xml:space="preserve"> </w:t>
      </w:r>
      <w:proofErr w:type="spellStart"/>
      <w:r>
        <w:t>жоспары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>.</w:t>
      </w:r>
    </w:p>
    <w:p w14:paraId="3B1E68FE" w14:textId="77777777" w:rsidR="000E7BC1" w:rsidRDefault="000E7BC1" w:rsidP="000E7BC1">
      <w:pPr>
        <w:pStyle w:val="affa"/>
      </w:pPr>
      <w:r>
        <w:rPr>
          <w:rStyle w:val="af6"/>
        </w:rPr>
        <w:t>3.8.</w:t>
      </w:r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докторлық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беру</w:t>
      </w:r>
      <w:proofErr w:type="spellEnd"/>
      <w:r>
        <w:t xml:space="preserve">,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жетекшілік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беруді</w:t>
      </w:r>
      <w:proofErr w:type="spellEnd"/>
      <w:r>
        <w:t xml:space="preserve"> </w:t>
      </w:r>
      <w:proofErr w:type="spellStart"/>
      <w:r>
        <w:t>дамыту</w:t>
      </w:r>
      <w:proofErr w:type="spellEnd"/>
      <w:r>
        <w:t xml:space="preserve"> </w:t>
      </w:r>
      <w:proofErr w:type="spellStart"/>
      <w:r>
        <w:t>саласында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академиялық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практикалық</w:t>
      </w:r>
      <w:proofErr w:type="spellEnd"/>
      <w:r>
        <w:t xml:space="preserve"> </w:t>
      </w:r>
      <w:proofErr w:type="spellStart"/>
      <w:r>
        <w:t>тәжірибесі</w:t>
      </w:r>
      <w:proofErr w:type="spellEnd"/>
      <w:r>
        <w:t xml:space="preserve"> </w:t>
      </w:r>
      <w:proofErr w:type="spellStart"/>
      <w:r>
        <w:t>бар</w:t>
      </w:r>
      <w:proofErr w:type="spellEnd"/>
      <w:r>
        <w:t xml:space="preserve"> </w:t>
      </w:r>
      <w:proofErr w:type="spellStart"/>
      <w:r>
        <w:t>оқытушылар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сарапшыларды</w:t>
      </w:r>
      <w:proofErr w:type="spellEnd"/>
      <w:r>
        <w:t xml:space="preserve"> </w:t>
      </w:r>
      <w:proofErr w:type="spellStart"/>
      <w:r>
        <w:t>тартуды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18AEB7E2" w14:textId="77777777" w:rsidR="000E7BC1" w:rsidRDefault="000E7BC1" w:rsidP="000E7BC1">
      <w:pPr>
        <w:pStyle w:val="affa"/>
      </w:pPr>
      <w:r>
        <w:rPr>
          <w:rStyle w:val="af6"/>
        </w:rPr>
        <w:t xml:space="preserve">4. </w:t>
      </w:r>
      <w:proofErr w:type="spellStart"/>
      <w:r>
        <w:rPr>
          <w:rStyle w:val="af6"/>
        </w:rPr>
        <w:t>Өнім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берушінің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міндеттері</w:t>
      </w:r>
      <w:proofErr w:type="spellEnd"/>
    </w:p>
    <w:p w14:paraId="01D12A41" w14:textId="77777777" w:rsidR="000E7BC1" w:rsidRDefault="000E7BC1" w:rsidP="000E7BC1">
      <w:pPr>
        <w:pStyle w:val="affa"/>
      </w:pPr>
      <w:r>
        <w:rPr>
          <w:rStyle w:val="af6"/>
        </w:rPr>
        <w:t>4.1.</w:t>
      </w:r>
      <w:r>
        <w:t xml:space="preserve">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тыңдаушыларына</w:t>
      </w:r>
      <w:proofErr w:type="spellEnd"/>
      <w:r>
        <w:t xml:space="preserve"> </w:t>
      </w:r>
      <w:proofErr w:type="spellStart"/>
      <w:r>
        <w:t>кәсіби</w:t>
      </w:r>
      <w:proofErr w:type="spellEnd"/>
      <w:r>
        <w:t xml:space="preserve"> </w:t>
      </w:r>
      <w:proofErr w:type="spellStart"/>
      <w:r>
        <w:t>даму</w:t>
      </w:r>
      <w:proofErr w:type="spellEnd"/>
      <w:r>
        <w:t xml:space="preserve"> </w:t>
      </w:r>
      <w:proofErr w:type="spellStart"/>
      <w:r>
        <w:t>бағдарламасынан</w:t>
      </w:r>
      <w:proofErr w:type="spellEnd"/>
      <w:r>
        <w:t xml:space="preserve"> </w:t>
      </w:r>
      <w:proofErr w:type="spellStart"/>
      <w:r>
        <w:t>өткенін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сертификаттарды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504EA839" w14:textId="77777777" w:rsidR="000E7BC1" w:rsidRDefault="000E7BC1" w:rsidP="000E7BC1">
      <w:pPr>
        <w:pStyle w:val="affa"/>
      </w:pPr>
      <w:r>
        <w:rPr>
          <w:rStyle w:val="af6"/>
        </w:rPr>
        <w:t>4.2.</w:t>
      </w:r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бағдарламаның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кезеңдерінде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институционалдық</w:t>
      </w:r>
      <w:proofErr w:type="spellEnd"/>
      <w:r>
        <w:t xml:space="preserve"> </w:t>
      </w:r>
      <w:proofErr w:type="spellStart"/>
      <w:r>
        <w:t>зерттеу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өнімді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қатысушыларға</w:t>
      </w:r>
      <w:proofErr w:type="spellEnd"/>
      <w:r>
        <w:t xml:space="preserve"> </w:t>
      </w:r>
      <w:proofErr w:type="spellStart"/>
      <w:r>
        <w:t>әдістемелік</w:t>
      </w:r>
      <w:proofErr w:type="spellEnd"/>
      <w:r>
        <w:t xml:space="preserve"> </w:t>
      </w:r>
      <w:proofErr w:type="spellStart"/>
      <w:r>
        <w:t>сүйемелдеуді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74987DC7" w14:textId="77777777" w:rsidR="000E7BC1" w:rsidRDefault="000E7BC1" w:rsidP="000E7BC1">
      <w:pPr>
        <w:pStyle w:val="affa"/>
      </w:pPr>
      <w:r>
        <w:rPr>
          <w:rStyle w:val="af6"/>
        </w:rPr>
        <w:t>4.3.</w:t>
      </w:r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әртүрлі</w:t>
      </w:r>
      <w:proofErr w:type="spellEnd"/>
      <w:r>
        <w:t xml:space="preserve"> </w:t>
      </w:r>
      <w:proofErr w:type="spellStart"/>
      <w:r>
        <w:t>университеттерден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қатысушылардың</w:t>
      </w:r>
      <w:proofErr w:type="spellEnd"/>
      <w:r>
        <w:t xml:space="preserve"> </w:t>
      </w:r>
      <w:proofErr w:type="spellStart"/>
      <w:r>
        <w:t>өзара</w:t>
      </w:r>
      <w:proofErr w:type="spellEnd"/>
      <w:r>
        <w:t xml:space="preserve"> </w:t>
      </w:r>
      <w:proofErr w:type="spellStart"/>
      <w:r>
        <w:t>іс-қимылын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тәжірибе</w:t>
      </w:r>
      <w:proofErr w:type="spellEnd"/>
      <w:r>
        <w:t xml:space="preserve"> </w:t>
      </w:r>
      <w:proofErr w:type="spellStart"/>
      <w:r>
        <w:t>алмасуды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докторлық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беруді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практикасын</w:t>
      </w:r>
      <w:proofErr w:type="spellEnd"/>
      <w:r>
        <w:t xml:space="preserve"> </w:t>
      </w:r>
      <w:proofErr w:type="spellStart"/>
      <w:r>
        <w:t>талқылауды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191E41CB" w14:textId="77777777" w:rsidR="000E7BC1" w:rsidRDefault="000E7BC1" w:rsidP="000E7BC1">
      <w:pPr>
        <w:pStyle w:val="affa"/>
      </w:pPr>
      <w:r>
        <w:rPr>
          <w:rStyle w:val="af6"/>
        </w:rPr>
        <w:t>4.4.</w:t>
      </w:r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бағдарламаны</w:t>
      </w:r>
      <w:proofErr w:type="spellEnd"/>
      <w:r>
        <w:t xml:space="preserve"> </w:t>
      </w:r>
      <w:proofErr w:type="spellStart"/>
      <w:r>
        <w:t>меңгеру</w:t>
      </w:r>
      <w:proofErr w:type="spellEnd"/>
      <w:r>
        <w:t xml:space="preserve">, </w:t>
      </w:r>
      <w:proofErr w:type="spellStart"/>
      <w:r>
        <w:t>институционалдық</w:t>
      </w:r>
      <w:proofErr w:type="spellEnd"/>
      <w:r>
        <w:t xml:space="preserve"> </w:t>
      </w:r>
      <w:proofErr w:type="spellStart"/>
      <w:r>
        <w:t>зерттеу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өнімді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әдістемелік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құралдарды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интерактивті</w:t>
      </w:r>
      <w:proofErr w:type="spellEnd"/>
      <w:r>
        <w:t xml:space="preserve">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, </w:t>
      </w:r>
      <w:proofErr w:type="spellStart"/>
      <w:r>
        <w:t>оқытуға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қатысушылардың</w:t>
      </w:r>
      <w:proofErr w:type="spellEnd"/>
      <w:r>
        <w:t xml:space="preserve"> </w:t>
      </w:r>
      <w:proofErr w:type="spellStart"/>
      <w:r>
        <w:t>өзіндік</w:t>
      </w:r>
      <w:proofErr w:type="spellEnd"/>
      <w:r>
        <w:t xml:space="preserve"> </w:t>
      </w:r>
      <w:proofErr w:type="spellStart"/>
      <w:r>
        <w:t>жұмысына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ресурстар</w:t>
      </w:r>
      <w:proofErr w:type="spellEnd"/>
      <w:r>
        <w:t xml:space="preserve"> </w:t>
      </w:r>
      <w:proofErr w:type="spellStart"/>
      <w:r>
        <w:t>орналастырылған</w:t>
      </w:r>
      <w:proofErr w:type="spellEnd"/>
      <w:r>
        <w:t xml:space="preserve"> </w:t>
      </w:r>
      <w:proofErr w:type="spellStart"/>
      <w:r>
        <w:t>өзінің</w:t>
      </w:r>
      <w:proofErr w:type="spellEnd"/>
      <w:r>
        <w:t xml:space="preserve"> </w:t>
      </w:r>
      <w:proofErr w:type="spellStart"/>
      <w:r>
        <w:t>оқытуды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жүйесіне</w:t>
      </w:r>
      <w:proofErr w:type="spellEnd"/>
      <w:r>
        <w:t xml:space="preserve"> (LMS) </w:t>
      </w:r>
      <w:proofErr w:type="spellStart"/>
      <w:r>
        <w:t>қолжетімділікті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38CEBE05" w14:textId="77777777" w:rsidR="000E7BC1" w:rsidRDefault="000E7BC1" w:rsidP="000E7BC1">
      <w:pPr>
        <w:pStyle w:val="affa"/>
      </w:pPr>
      <w:r>
        <w:rPr>
          <w:rStyle w:val="af6"/>
        </w:rPr>
        <w:t>4.5.</w:t>
      </w:r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бағдарламаның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кезеңдерінде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күндізгі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онлайн</w:t>
      </w:r>
      <w:proofErr w:type="spellEnd"/>
      <w:r>
        <w:t xml:space="preserve"> </w:t>
      </w:r>
      <w:proofErr w:type="spellStart"/>
      <w:r>
        <w:t>сабақтар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</w:t>
      </w:r>
      <w:proofErr w:type="spellStart"/>
      <w:r>
        <w:t>синхронды</w:t>
      </w:r>
      <w:proofErr w:type="spellEnd"/>
      <w:r>
        <w:t xml:space="preserve"> </w:t>
      </w:r>
      <w:proofErr w:type="spellStart"/>
      <w:r>
        <w:t>аударма</w:t>
      </w:r>
      <w:proofErr w:type="spellEnd"/>
      <w:r>
        <w:t xml:space="preserve"> </w:t>
      </w:r>
      <w:proofErr w:type="spellStart"/>
      <w:r>
        <w:t>қызметін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6E5CA546" w14:textId="77777777" w:rsidR="000E7BC1" w:rsidRDefault="000E7BC1" w:rsidP="000E7BC1">
      <w:pPr>
        <w:pStyle w:val="affa"/>
      </w:pPr>
      <w:r>
        <w:rPr>
          <w:rStyle w:val="af6"/>
        </w:rPr>
        <w:t>4.6.</w:t>
      </w:r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бағдарламаның</w:t>
      </w:r>
      <w:proofErr w:type="spellEnd"/>
      <w:r>
        <w:t xml:space="preserve"> </w:t>
      </w:r>
      <w:proofErr w:type="spellStart"/>
      <w:r>
        <w:t>күндізгі</w:t>
      </w:r>
      <w:proofErr w:type="spellEnd"/>
      <w:r>
        <w:t xml:space="preserve"> </w:t>
      </w:r>
      <w:proofErr w:type="spellStart"/>
      <w:r>
        <w:t>кезеңдері</w:t>
      </w:r>
      <w:proofErr w:type="spellEnd"/>
      <w:r>
        <w:t xml:space="preserve"> </w:t>
      </w:r>
      <w:proofErr w:type="spellStart"/>
      <w:r>
        <w:t>шеңберіндегі</w:t>
      </w:r>
      <w:proofErr w:type="spellEnd"/>
      <w:r>
        <w:t xml:space="preserve"> </w:t>
      </w:r>
      <w:proofErr w:type="spellStart"/>
      <w:r>
        <w:t>үзілістер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сайын</w:t>
      </w:r>
      <w:proofErr w:type="spellEnd"/>
      <w:r>
        <w:t xml:space="preserve"> </w:t>
      </w:r>
      <w:proofErr w:type="spellStart"/>
      <w:r>
        <w:t>кофе-брейктер</w:t>
      </w:r>
      <w:proofErr w:type="spellEnd"/>
      <w:r>
        <w:t xml:space="preserve"> </w:t>
      </w:r>
      <w:proofErr w:type="spellStart"/>
      <w:r>
        <w:t>ұйымдастыруды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өткізуді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733D5800" w14:textId="77777777" w:rsidR="000E7BC1" w:rsidRDefault="000E7BC1" w:rsidP="000E7BC1">
      <w:pPr>
        <w:pStyle w:val="affa"/>
      </w:pPr>
      <w:r>
        <w:rPr>
          <w:rStyle w:val="af6"/>
        </w:rPr>
        <w:t>4.7.</w:t>
      </w:r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қызметкерлерді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Астана</w:t>
      </w:r>
      <w:proofErr w:type="spellEnd"/>
      <w:r>
        <w:t xml:space="preserve"> </w:t>
      </w:r>
      <w:proofErr w:type="spellStart"/>
      <w:r>
        <w:t>қаласында</w:t>
      </w:r>
      <w:proofErr w:type="spellEnd"/>
      <w:r>
        <w:t xml:space="preserve"> </w:t>
      </w:r>
      <w:proofErr w:type="spellStart"/>
      <w:r>
        <w:t>үй-жай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оқытуды</w:t>
      </w:r>
      <w:proofErr w:type="spellEnd"/>
      <w:r>
        <w:t xml:space="preserve"> </w:t>
      </w:r>
      <w:proofErr w:type="spellStart"/>
      <w:r>
        <w:t>өткізуге</w:t>
      </w:r>
      <w:proofErr w:type="spellEnd"/>
      <w:r>
        <w:t xml:space="preserve"> </w:t>
      </w:r>
      <w:bookmarkStart w:id="0" w:name="_GoBack"/>
      <w:bookmarkEnd w:id="0"/>
      <w:proofErr w:type="spellStart"/>
      <w:r>
        <w:t>қажетті</w:t>
      </w:r>
      <w:proofErr w:type="spellEnd"/>
      <w:r>
        <w:t xml:space="preserve"> </w:t>
      </w:r>
      <w:proofErr w:type="spellStart"/>
      <w:r>
        <w:t>материалдық-техникалық</w:t>
      </w:r>
      <w:proofErr w:type="spellEnd"/>
      <w:r>
        <w:t xml:space="preserve"> </w:t>
      </w:r>
      <w:proofErr w:type="spellStart"/>
      <w:r>
        <w:t>базамен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1365F5A8" w14:textId="77777777" w:rsidR="000E7BC1" w:rsidRDefault="000E7BC1" w:rsidP="000E7BC1">
      <w:pPr>
        <w:pStyle w:val="affa"/>
      </w:pPr>
      <w:r>
        <w:rPr>
          <w:rStyle w:val="af6"/>
        </w:rPr>
        <w:t xml:space="preserve">5. </w:t>
      </w:r>
      <w:proofErr w:type="spellStart"/>
      <w:r>
        <w:rPr>
          <w:rStyle w:val="af6"/>
        </w:rPr>
        <w:t>Қызмет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көрсету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нәтижесі</w:t>
      </w:r>
      <w:proofErr w:type="spellEnd"/>
    </w:p>
    <w:p w14:paraId="67ADAAED" w14:textId="6697A14A" w:rsidR="000E7BC1" w:rsidRPr="000E7BC1" w:rsidRDefault="000E7BC1" w:rsidP="000E7BC1">
      <w:pPr>
        <w:pStyle w:val="affa"/>
        <w:rPr>
          <w:lang w:val="ru-RU"/>
        </w:rPr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қорытындысы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3 </w:t>
      </w:r>
      <w:proofErr w:type="spellStart"/>
      <w:r>
        <w:t>қатысушыға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80 </w:t>
      </w:r>
      <w:proofErr w:type="spellStart"/>
      <w:r>
        <w:t>сағат</w:t>
      </w:r>
      <w:proofErr w:type="spellEnd"/>
      <w:r>
        <w:t xml:space="preserve"> </w:t>
      </w:r>
      <w:proofErr w:type="spellStart"/>
      <w:r>
        <w:t>болатын</w:t>
      </w:r>
      <w:proofErr w:type="spellEnd"/>
      <w:r>
        <w:t xml:space="preserve"> </w:t>
      </w:r>
      <w:proofErr w:type="spellStart"/>
      <w:r>
        <w:t>кәсіби</w:t>
      </w:r>
      <w:proofErr w:type="spellEnd"/>
      <w:r>
        <w:t xml:space="preserve"> </w:t>
      </w:r>
      <w:proofErr w:type="spellStart"/>
      <w:r>
        <w:t>даму</w:t>
      </w:r>
      <w:proofErr w:type="spellEnd"/>
      <w:r>
        <w:t xml:space="preserve"> </w:t>
      </w:r>
      <w:proofErr w:type="spellStart"/>
      <w:r>
        <w:t>бағдарламасы</w:t>
      </w:r>
      <w:proofErr w:type="spellEnd"/>
      <w:r>
        <w:t xml:space="preserve"> </w:t>
      </w:r>
      <w:proofErr w:type="spellStart"/>
      <w:r>
        <w:t>өткізілуге</w:t>
      </w:r>
      <w:proofErr w:type="spellEnd"/>
      <w:r>
        <w:t xml:space="preserve">, </w:t>
      </w:r>
      <w:proofErr w:type="spellStart"/>
      <w:r>
        <w:t>оқудан</w:t>
      </w:r>
      <w:proofErr w:type="spellEnd"/>
      <w:r>
        <w:t xml:space="preserve"> </w:t>
      </w:r>
      <w:proofErr w:type="spellStart"/>
      <w:r>
        <w:t>өткенін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сертификаттар</w:t>
      </w:r>
      <w:proofErr w:type="spellEnd"/>
      <w:r>
        <w:t xml:space="preserve"> </w:t>
      </w:r>
      <w:proofErr w:type="spellStart"/>
      <w:r>
        <w:t>берілуге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университеттегі</w:t>
      </w:r>
      <w:proofErr w:type="spellEnd"/>
      <w:r>
        <w:t xml:space="preserve">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жетекшілік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дамытудың</w:t>
      </w:r>
      <w:proofErr w:type="spellEnd"/>
      <w:r>
        <w:t xml:space="preserve"> </w:t>
      </w:r>
      <w:proofErr w:type="spellStart"/>
      <w:r>
        <w:t>институционалдық</w:t>
      </w:r>
      <w:proofErr w:type="spellEnd"/>
      <w:r>
        <w:t xml:space="preserve"> </w:t>
      </w:r>
      <w:proofErr w:type="spellStart"/>
      <w:r>
        <w:t>жоспары</w:t>
      </w:r>
      <w:proofErr w:type="spellEnd"/>
      <w:r>
        <w:t xml:space="preserve"> </w:t>
      </w:r>
      <w:proofErr w:type="spellStart"/>
      <w:r>
        <w:t>түріндегі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дайындалуға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sectPr w:rsidR="000E7BC1" w:rsidRPr="000E7BC1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56A672F"/>
    <w:multiLevelType w:val="hybridMultilevel"/>
    <w:tmpl w:val="9E3AA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9A21C0"/>
    <w:multiLevelType w:val="multilevel"/>
    <w:tmpl w:val="EA1E0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D97578"/>
    <w:multiLevelType w:val="multilevel"/>
    <w:tmpl w:val="96A4A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071D"/>
    <w:rsid w:val="00034616"/>
    <w:rsid w:val="0006063C"/>
    <w:rsid w:val="000E7BC1"/>
    <w:rsid w:val="00101C67"/>
    <w:rsid w:val="001260D9"/>
    <w:rsid w:val="0015074B"/>
    <w:rsid w:val="00154CD5"/>
    <w:rsid w:val="00163F11"/>
    <w:rsid w:val="001B1871"/>
    <w:rsid w:val="001B5081"/>
    <w:rsid w:val="001C76A4"/>
    <w:rsid w:val="0029639D"/>
    <w:rsid w:val="00326F90"/>
    <w:rsid w:val="003E102E"/>
    <w:rsid w:val="004F5836"/>
    <w:rsid w:val="005C3C5F"/>
    <w:rsid w:val="006B4B7C"/>
    <w:rsid w:val="0073427A"/>
    <w:rsid w:val="0075162E"/>
    <w:rsid w:val="008C339B"/>
    <w:rsid w:val="0091344A"/>
    <w:rsid w:val="00970325"/>
    <w:rsid w:val="009F7284"/>
    <w:rsid w:val="00A002FF"/>
    <w:rsid w:val="00AA1D8D"/>
    <w:rsid w:val="00AE78F3"/>
    <w:rsid w:val="00B4207E"/>
    <w:rsid w:val="00B47730"/>
    <w:rsid w:val="00B62BEF"/>
    <w:rsid w:val="00BC5BD8"/>
    <w:rsid w:val="00C27271"/>
    <w:rsid w:val="00CB0664"/>
    <w:rsid w:val="00CB4379"/>
    <w:rsid w:val="00CE0249"/>
    <w:rsid w:val="00D15C55"/>
    <w:rsid w:val="00E9521B"/>
    <w:rsid w:val="00F7515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5D2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3E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3E102E"/>
    <w:rPr>
      <w:rFonts w:ascii="Segoe UI" w:hAnsi="Segoe UI" w:cs="Segoe UI"/>
      <w:sz w:val="18"/>
      <w:szCs w:val="18"/>
    </w:rPr>
  </w:style>
  <w:style w:type="paragraph" w:styleId="affa">
    <w:name w:val="Normal (Web)"/>
    <w:basedOn w:val="a1"/>
    <w:uiPriority w:val="99"/>
    <w:unhideWhenUsed/>
    <w:rsid w:val="00BC5BD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3E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3E102E"/>
    <w:rPr>
      <w:rFonts w:ascii="Segoe UI" w:hAnsi="Segoe UI" w:cs="Segoe UI"/>
      <w:sz w:val="18"/>
      <w:szCs w:val="18"/>
    </w:rPr>
  </w:style>
  <w:style w:type="paragraph" w:styleId="affa">
    <w:name w:val="Normal (Web)"/>
    <w:basedOn w:val="a1"/>
    <w:uiPriority w:val="99"/>
    <w:unhideWhenUsed/>
    <w:rsid w:val="00BC5BD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3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EF61CD2-3DF9-4CB1-80AE-A16BFB155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1918</Words>
  <Characters>10934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12827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пк</cp:lastModifiedBy>
  <cp:revision>4</cp:revision>
  <cp:lastPrinted>2026-10-15T06:47:00Z</cp:lastPrinted>
  <dcterms:created xsi:type="dcterms:W3CDTF">2026-10-15T06:44:00Z</dcterms:created>
  <dcterms:modified xsi:type="dcterms:W3CDTF">2026-10-15T06:47:00Z</dcterms:modified>
</cp:coreProperties>
</file>