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C8" w:rsidRDefault="00360ACD">
      <w:pPr>
        <w:jc w:val="center"/>
      </w:pPr>
      <w:r>
        <w:rPr>
          <w:b/>
          <w:sz w:val="28"/>
        </w:rPr>
        <w:t>ТЕХНИЧЕСКАЯ СПЕЦИФИКАЦИЯ</w:t>
      </w:r>
      <w:r>
        <w:rPr>
          <w:b/>
          <w:sz w:val="28"/>
        </w:rPr>
        <w:br/>
        <w:t>ТЕХНИКАЛЫҚ СИПАТТАМА</w:t>
      </w:r>
    </w:p>
    <w:p w:rsidR="00C273C8" w:rsidRDefault="00C273C8"/>
    <w:p w:rsidR="00C273C8" w:rsidRDefault="00360ACD">
      <w:pPr>
        <w:spacing w:before="240" w:after="120"/>
      </w:pPr>
      <w:r>
        <w:rPr>
          <w:b/>
          <w:color w:val="1B365D"/>
          <w:sz w:val="24"/>
        </w:rPr>
        <w:t>1. Общие положения / 1. Жалпы ережелер</w:t>
      </w:r>
    </w:p>
    <w:tbl>
      <w:tblPr>
        <w:tblW w:w="0" w:type="auto"/>
        <w:tblLayout w:type="fixed"/>
        <w:tblLook w:val="04A0"/>
      </w:tblPr>
      <w:tblGrid>
        <w:gridCol w:w="4680"/>
        <w:gridCol w:w="4680"/>
      </w:tblGrid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Наименование услуг:</w:t>
            </w:r>
            <w:r w:rsidRPr="00202A74">
              <w:rPr>
                <w:lang w:val="ru-RU"/>
              </w:rPr>
              <w:t xml:space="preserve"> Услуги по сбору, погрузке и вывозу твердых бытовых отходов (ТБО).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Қызмет</w:t>
            </w:r>
            <w:r w:rsidRPr="00202A74">
              <w:rPr>
                <w:b/>
                <w:lang w:val="ru-RU"/>
              </w:rPr>
              <w:t xml:space="preserve"> </w:t>
            </w:r>
            <w:proofErr w:type="spellStart"/>
            <w:r w:rsidRPr="00202A74">
              <w:rPr>
                <w:b/>
                <w:lang w:val="ru-RU"/>
              </w:rPr>
              <w:t>атауы</w:t>
            </w:r>
            <w:proofErr w:type="spellEnd"/>
            <w:r w:rsidRPr="00202A74">
              <w:rPr>
                <w:b/>
                <w:lang w:val="ru-RU"/>
              </w:rPr>
              <w:t>:</w:t>
            </w:r>
            <w:r w:rsidRPr="00202A74">
              <w:rPr>
                <w:lang w:val="ru-RU"/>
              </w:rPr>
              <w:t xml:space="preserve"> Қатты тұрмыстық қалдықтарды (ҚТҚ) </w:t>
            </w:r>
            <w:proofErr w:type="spellStart"/>
            <w:r w:rsidRPr="00202A74">
              <w:rPr>
                <w:lang w:val="ru-RU"/>
              </w:rPr>
              <w:t>жинау</w:t>
            </w:r>
            <w:proofErr w:type="spellEnd"/>
            <w:r w:rsidRPr="00202A74">
              <w:rPr>
                <w:lang w:val="ru-RU"/>
              </w:rPr>
              <w:t xml:space="preserve">, </w:t>
            </w:r>
            <w:proofErr w:type="spellStart"/>
            <w:r w:rsidRPr="00202A74">
              <w:rPr>
                <w:lang w:val="ru-RU"/>
              </w:rPr>
              <w:t>тиеу</w:t>
            </w:r>
            <w:proofErr w:type="spellEnd"/>
            <w:r w:rsidRPr="00202A74">
              <w:rPr>
                <w:lang w:val="ru-RU"/>
              </w:rPr>
              <w:t xml:space="preserve"> және шығару қызметтері.</w:t>
            </w:r>
          </w:p>
        </w:tc>
      </w:tr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Код по ЕНС ТРУ:</w:t>
            </w:r>
            <w:r w:rsidRPr="00202A74">
              <w:rPr>
                <w:lang w:val="ru-RU"/>
              </w:rPr>
              <w:t xml:space="preserve"> 381129.000.000000 (Услуги по вывозу (сбору) неопасных отходов).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ЕНС ТРУ коды:</w:t>
            </w:r>
            <w:r w:rsidRPr="00202A74">
              <w:rPr>
                <w:lang w:val="ru-RU"/>
              </w:rPr>
              <w:t xml:space="preserve"> 381129.000.000000 (Қауі</w:t>
            </w:r>
            <w:proofErr w:type="gramStart"/>
            <w:r w:rsidRPr="00202A74">
              <w:rPr>
                <w:lang w:val="ru-RU"/>
              </w:rPr>
              <w:t>пт</w:t>
            </w:r>
            <w:proofErr w:type="gramEnd"/>
            <w:r w:rsidRPr="00202A74">
              <w:rPr>
                <w:lang w:val="ru-RU"/>
              </w:rPr>
              <w:t xml:space="preserve">і </w:t>
            </w:r>
            <w:proofErr w:type="spellStart"/>
            <w:r w:rsidRPr="00202A74">
              <w:rPr>
                <w:lang w:val="ru-RU"/>
              </w:rPr>
              <w:t>емес</w:t>
            </w:r>
            <w:proofErr w:type="spellEnd"/>
            <w:r w:rsidRPr="00202A74">
              <w:rPr>
                <w:lang w:val="ru-RU"/>
              </w:rPr>
              <w:t xml:space="preserve"> қалдықтарды шығару (</w:t>
            </w:r>
            <w:proofErr w:type="spellStart"/>
            <w:r w:rsidRPr="00202A74">
              <w:rPr>
                <w:lang w:val="ru-RU"/>
              </w:rPr>
              <w:t>жинау</w:t>
            </w:r>
            <w:proofErr w:type="spellEnd"/>
            <w:r w:rsidRPr="00202A74">
              <w:rPr>
                <w:lang w:val="ru-RU"/>
              </w:rPr>
              <w:t>) қызметтері).</w:t>
            </w:r>
          </w:p>
        </w:tc>
      </w:tr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kk-KZ"/>
              </w:rPr>
            </w:pPr>
            <w:r w:rsidRPr="00202A74">
              <w:rPr>
                <w:b/>
                <w:lang w:val="ru-RU"/>
              </w:rPr>
              <w:t>Место оказания услуг:</w:t>
            </w:r>
            <w:r w:rsidRPr="00202A74">
              <w:rPr>
                <w:lang w:val="ru-RU"/>
              </w:rPr>
              <w:t xml:space="preserve"> </w:t>
            </w:r>
            <w:r w:rsidR="00202A74" w:rsidRPr="000E7F96">
              <w:rPr>
                <w:b/>
                <w:i/>
                <w:lang w:val="kk-KZ"/>
              </w:rPr>
              <w:t>Алматинская область, Енбекшиказахский район, город Есик, улица Туристическая 1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kk-KZ"/>
              </w:rPr>
            </w:pPr>
            <w:r w:rsidRPr="00202A74">
              <w:rPr>
                <w:b/>
                <w:lang w:val="kk-KZ"/>
              </w:rPr>
              <w:t>Қызмет</w:t>
            </w:r>
            <w:r w:rsidRPr="00202A74">
              <w:rPr>
                <w:b/>
                <w:lang w:val="kk-KZ"/>
              </w:rPr>
              <w:t xml:space="preserve"> көрсету ор</w:t>
            </w:r>
            <w:r w:rsidRPr="00202A74">
              <w:rPr>
                <w:b/>
                <w:lang w:val="kk-KZ"/>
              </w:rPr>
              <w:t>ны:</w:t>
            </w:r>
            <w:r w:rsidRPr="00202A74">
              <w:rPr>
                <w:lang w:val="kk-KZ"/>
              </w:rPr>
              <w:t xml:space="preserve"> </w:t>
            </w:r>
            <w:r w:rsidR="00202A74" w:rsidRPr="000E7F96">
              <w:rPr>
                <w:b/>
                <w:i/>
                <w:lang w:val="kk-KZ"/>
              </w:rPr>
              <w:t xml:space="preserve">Алматы облысы, Еңбекшіқазақ ауданы, Есік қаласы, Туристическая көшесі 1 </w:t>
            </w:r>
          </w:p>
        </w:tc>
      </w:tr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Срок оказания услуг:</w:t>
            </w:r>
            <w:r w:rsidRPr="00202A74">
              <w:rPr>
                <w:lang w:val="ru-RU"/>
              </w:rPr>
              <w:t xml:space="preserve"> С</w:t>
            </w:r>
            <w:r w:rsidR="00202A74">
              <w:rPr>
                <w:lang w:val="ru-RU"/>
              </w:rPr>
              <w:t>о дня подписания договора до конца 2026 года</w:t>
            </w:r>
            <w:r w:rsidR="000E7F96">
              <w:rPr>
                <w:lang w:val="ru-RU"/>
              </w:rPr>
              <w:t>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Қызмет</w:t>
            </w:r>
            <w:r w:rsidRPr="00202A74">
              <w:rPr>
                <w:b/>
                <w:lang w:val="ru-RU"/>
              </w:rPr>
              <w:t xml:space="preserve"> көрсету </w:t>
            </w:r>
            <w:proofErr w:type="spellStart"/>
            <w:r w:rsidRPr="00202A74">
              <w:rPr>
                <w:b/>
                <w:lang w:val="ru-RU"/>
              </w:rPr>
              <w:t>мерзімі</w:t>
            </w:r>
            <w:proofErr w:type="spellEnd"/>
            <w:r w:rsidRPr="00202A74">
              <w:rPr>
                <w:b/>
                <w:lang w:val="ru-RU"/>
              </w:rPr>
              <w:t>:</w:t>
            </w:r>
            <w:r w:rsidRPr="00202A74">
              <w:rPr>
                <w:lang w:val="ru-RU"/>
              </w:rPr>
              <w:t xml:space="preserve"> </w:t>
            </w:r>
            <w:r w:rsidR="00202A74">
              <w:rPr>
                <w:lang w:val="ru-RU"/>
              </w:rPr>
              <w:t xml:space="preserve"> </w:t>
            </w:r>
            <w:proofErr w:type="gramStart"/>
            <w:r w:rsidR="00202A74">
              <w:rPr>
                <w:lang w:val="ru-RU"/>
              </w:rPr>
              <w:t>Шарт</w:t>
            </w:r>
            <w:proofErr w:type="gramEnd"/>
            <w:r w:rsidR="00202A74">
              <w:rPr>
                <w:lang w:val="ru-RU"/>
              </w:rPr>
              <w:t>қа қол қойылғаннан</w:t>
            </w:r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бастап</w:t>
            </w:r>
            <w:proofErr w:type="spellEnd"/>
            <w:r w:rsidRPr="00202A74">
              <w:rPr>
                <w:lang w:val="ru-RU"/>
              </w:rPr>
              <w:t xml:space="preserve"> </w:t>
            </w:r>
            <w:r w:rsidR="00202A74">
              <w:rPr>
                <w:lang w:val="ru-RU"/>
              </w:rPr>
              <w:t>2026</w:t>
            </w:r>
            <w:r w:rsidRPr="00202A74">
              <w:rPr>
                <w:lang w:val="ru-RU"/>
              </w:rPr>
              <w:t xml:space="preserve"> жылды</w:t>
            </w:r>
            <w:r w:rsidR="00202A74">
              <w:rPr>
                <w:lang w:val="ru-RU"/>
              </w:rPr>
              <w:t>ң</w:t>
            </w:r>
            <w:r w:rsidRPr="00202A74">
              <w:rPr>
                <w:lang w:val="ru-RU"/>
              </w:rPr>
              <w:t xml:space="preserve"> </w:t>
            </w:r>
            <w:r w:rsidR="00202A74">
              <w:rPr>
                <w:lang w:val="ru-RU"/>
              </w:rPr>
              <w:t xml:space="preserve">соңына </w:t>
            </w:r>
            <w:proofErr w:type="spellStart"/>
            <w:r w:rsidRPr="00202A74">
              <w:rPr>
                <w:lang w:val="ru-RU"/>
              </w:rPr>
              <w:t>дейін</w:t>
            </w:r>
            <w:proofErr w:type="spellEnd"/>
            <w:r w:rsidRPr="00202A74">
              <w:rPr>
                <w:lang w:val="ru-RU"/>
              </w:rPr>
              <w:t>.</w:t>
            </w:r>
          </w:p>
        </w:tc>
      </w:tr>
    </w:tbl>
    <w:p w:rsidR="00C273C8" w:rsidRPr="00202A74" w:rsidRDefault="00360ACD">
      <w:pPr>
        <w:spacing w:before="240" w:after="120"/>
        <w:rPr>
          <w:lang w:val="ru-RU"/>
        </w:rPr>
      </w:pPr>
      <w:r w:rsidRPr="00202A74">
        <w:rPr>
          <w:b/>
          <w:color w:val="1B365D"/>
          <w:sz w:val="24"/>
          <w:lang w:val="ru-RU"/>
        </w:rPr>
        <w:t xml:space="preserve">2. Требования к услугам / 2. Қызметке қойылатын </w:t>
      </w:r>
      <w:proofErr w:type="spellStart"/>
      <w:r w:rsidRPr="00202A74">
        <w:rPr>
          <w:b/>
          <w:color w:val="1B365D"/>
          <w:sz w:val="24"/>
          <w:lang w:val="ru-RU"/>
        </w:rPr>
        <w:t>талаптар</w:t>
      </w:r>
      <w:proofErr w:type="spellEnd"/>
    </w:p>
    <w:tbl>
      <w:tblPr>
        <w:tblW w:w="0" w:type="auto"/>
        <w:tblLayout w:type="fixed"/>
        <w:tblLook w:val="04A0"/>
      </w:tblPr>
      <w:tblGrid>
        <w:gridCol w:w="4680"/>
        <w:gridCol w:w="4680"/>
      </w:tblGrid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Объем и</w:t>
            </w:r>
            <w:r w:rsidRPr="00202A74">
              <w:rPr>
                <w:b/>
                <w:lang w:val="ru-RU"/>
              </w:rPr>
              <w:t xml:space="preserve"> периодичность:</w:t>
            </w:r>
            <w:r w:rsidRPr="00202A74">
              <w:rPr>
                <w:lang w:val="ru-RU"/>
              </w:rPr>
              <w:t xml:space="preserve"> Вывоз ТБО осуществляется </w:t>
            </w:r>
            <w:r w:rsidRPr="00202A74">
              <w:rPr>
                <w:lang w:val="ru-RU"/>
              </w:rPr>
              <w:t xml:space="preserve">по заявке Заказчика. Общий ориентировочный объем: </w:t>
            </w:r>
            <w:r w:rsidR="00202A74">
              <w:rPr>
                <w:lang w:val="ru-RU"/>
              </w:rPr>
              <w:t>4 контейнер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 xml:space="preserve">Көлемі мен </w:t>
            </w:r>
            <w:proofErr w:type="spellStart"/>
            <w:r w:rsidRPr="00202A74">
              <w:rPr>
                <w:b/>
                <w:lang w:val="ru-RU"/>
              </w:rPr>
              <w:t>мерзімділігі</w:t>
            </w:r>
            <w:proofErr w:type="spellEnd"/>
            <w:r w:rsidRPr="00202A74">
              <w:rPr>
                <w:b/>
                <w:lang w:val="ru-RU"/>
              </w:rPr>
              <w:t>:</w:t>
            </w:r>
            <w:r w:rsidRPr="00202A74">
              <w:rPr>
                <w:lang w:val="ru-RU"/>
              </w:rPr>
              <w:t xml:space="preserve"> ҚТҚ шығару </w:t>
            </w:r>
            <w:proofErr w:type="spellStart"/>
            <w:r w:rsidRPr="00202A74">
              <w:rPr>
                <w:lang w:val="ru-RU"/>
              </w:rPr>
              <w:t>Тапсырыс</w:t>
            </w:r>
            <w:proofErr w:type="spellEnd"/>
            <w:r w:rsidRPr="00202A74">
              <w:rPr>
                <w:lang w:val="ru-RU"/>
              </w:rPr>
              <w:t xml:space="preserve"> берушінің ө</w:t>
            </w:r>
            <w:r w:rsidR="00202A74" w:rsidRPr="00202A74">
              <w:rPr>
                <w:lang w:val="ru-RU"/>
              </w:rPr>
              <w:t xml:space="preserve">тінімі </w:t>
            </w:r>
            <w:proofErr w:type="spellStart"/>
            <w:r w:rsidR="00202A74" w:rsidRPr="00202A74">
              <w:rPr>
                <w:lang w:val="ru-RU"/>
              </w:rPr>
              <w:t>бойынша</w:t>
            </w:r>
            <w:proofErr w:type="spellEnd"/>
            <w:r w:rsidR="00202A74" w:rsidRPr="00202A74">
              <w:rPr>
                <w:lang w:val="ru-RU"/>
              </w:rPr>
              <w:t xml:space="preserve"> жүзеге </w:t>
            </w:r>
            <w:proofErr w:type="spellStart"/>
            <w:r w:rsidR="00202A74" w:rsidRPr="00202A74">
              <w:rPr>
                <w:lang w:val="ru-RU"/>
              </w:rPr>
              <w:t>асырылады</w:t>
            </w:r>
            <w:proofErr w:type="spellEnd"/>
            <w:r w:rsidRPr="00202A74">
              <w:rPr>
                <w:lang w:val="ru-RU"/>
              </w:rPr>
              <w:t xml:space="preserve">. </w:t>
            </w:r>
            <w:proofErr w:type="spellStart"/>
            <w:r w:rsidRPr="00202A74">
              <w:rPr>
                <w:lang w:val="ru-RU"/>
              </w:rPr>
              <w:t>Жалпы</w:t>
            </w:r>
            <w:proofErr w:type="spellEnd"/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болжамды</w:t>
            </w:r>
            <w:proofErr w:type="spellEnd"/>
            <w:r w:rsidRPr="00202A74">
              <w:rPr>
                <w:lang w:val="ru-RU"/>
              </w:rPr>
              <w:t xml:space="preserve"> көлемі: </w:t>
            </w:r>
            <w:r w:rsidR="00202A74">
              <w:rPr>
                <w:lang w:val="ru-RU"/>
              </w:rPr>
              <w:t>4 контейнер</w:t>
            </w:r>
          </w:p>
        </w:tc>
      </w:tr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Способ выполнения:</w:t>
            </w:r>
            <w:r w:rsidRPr="00202A74">
              <w:rPr>
                <w:lang w:val="ru-RU"/>
              </w:rPr>
              <w:t xml:space="preserve"> Погрузка отходов в специализированный автотранспорт (мусоровозы) и транспортировк</w:t>
            </w:r>
            <w:r w:rsidRPr="00202A74">
              <w:rPr>
                <w:lang w:val="ru-RU"/>
              </w:rPr>
              <w:t>а на санкционированные полигоны (свалки) для утилизации/захоронения. Уборка случайно просыпанного в процессе погрузки мусора силами и средствами Поставщика.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proofErr w:type="spellStart"/>
            <w:r w:rsidRPr="00202A74">
              <w:rPr>
                <w:b/>
                <w:lang w:val="ru-RU"/>
              </w:rPr>
              <w:t>Орындау</w:t>
            </w:r>
            <w:proofErr w:type="spellEnd"/>
            <w:r w:rsidRPr="00202A74">
              <w:rPr>
                <w:b/>
                <w:lang w:val="ru-RU"/>
              </w:rPr>
              <w:t xml:space="preserve"> тәсілі:</w:t>
            </w:r>
            <w:r w:rsidRPr="00202A74">
              <w:rPr>
                <w:lang w:val="ru-RU"/>
              </w:rPr>
              <w:t xml:space="preserve"> Қалдықтарды </w:t>
            </w:r>
            <w:proofErr w:type="spellStart"/>
            <w:r w:rsidRPr="00202A74">
              <w:rPr>
                <w:lang w:val="ru-RU"/>
              </w:rPr>
              <w:t>арнайы</w:t>
            </w:r>
            <w:proofErr w:type="spellEnd"/>
            <w:r w:rsidRPr="00202A74">
              <w:rPr>
                <w:lang w:val="ru-RU"/>
              </w:rPr>
              <w:t xml:space="preserve"> көлікке (қоқыс тасығыштарға) </w:t>
            </w:r>
            <w:proofErr w:type="spellStart"/>
            <w:r w:rsidRPr="00202A74">
              <w:rPr>
                <w:lang w:val="ru-RU"/>
              </w:rPr>
              <w:t>тиеу</w:t>
            </w:r>
            <w:proofErr w:type="spellEnd"/>
            <w:r w:rsidRPr="00202A74">
              <w:rPr>
                <w:lang w:val="ru-RU"/>
              </w:rPr>
              <w:t xml:space="preserve"> және кәдеге жарату/көму үшін </w:t>
            </w:r>
            <w:proofErr w:type="gramStart"/>
            <w:r w:rsidRPr="00202A74">
              <w:rPr>
                <w:lang w:val="ru-RU"/>
              </w:rPr>
              <w:t>р</w:t>
            </w:r>
            <w:proofErr w:type="gramEnd"/>
            <w:r w:rsidRPr="00202A74">
              <w:rPr>
                <w:lang w:val="ru-RU"/>
              </w:rPr>
              <w:t>ұқсат</w:t>
            </w:r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етілген</w:t>
            </w:r>
            <w:proofErr w:type="spellEnd"/>
            <w:r w:rsidRPr="00202A74">
              <w:rPr>
                <w:lang w:val="ru-RU"/>
              </w:rPr>
              <w:t xml:space="preserve"> полигондарға </w:t>
            </w:r>
            <w:proofErr w:type="spellStart"/>
            <w:r w:rsidRPr="00202A74">
              <w:rPr>
                <w:lang w:val="ru-RU"/>
              </w:rPr>
              <w:t>тасымалдау</w:t>
            </w:r>
            <w:proofErr w:type="spellEnd"/>
            <w:r w:rsidRPr="00202A74">
              <w:rPr>
                <w:lang w:val="ru-RU"/>
              </w:rPr>
              <w:t xml:space="preserve">. </w:t>
            </w:r>
            <w:proofErr w:type="spellStart"/>
            <w:r w:rsidRPr="00202A74">
              <w:rPr>
                <w:lang w:val="ru-RU"/>
              </w:rPr>
              <w:t>Тиеу</w:t>
            </w:r>
            <w:proofErr w:type="spellEnd"/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кезінде</w:t>
            </w:r>
            <w:proofErr w:type="spellEnd"/>
            <w:r w:rsidRPr="00202A74">
              <w:rPr>
                <w:lang w:val="ru-RU"/>
              </w:rPr>
              <w:t xml:space="preserve"> кездейсоқ төгілген қоқысты Өнім беруші</w:t>
            </w:r>
            <w:proofErr w:type="gramStart"/>
            <w:r w:rsidRPr="00202A74">
              <w:rPr>
                <w:lang w:val="ru-RU"/>
              </w:rPr>
              <w:t>н</w:t>
            </w:r>
            <w:proofErr w:type="gramEnd"/>
            <w:r w:rsidRPr="00202A74">
              <w:rPr>
                <w:lang w:val="ru-RU"/>
              </w:rPr>
              <w:t xml:space="preserve">ің күшімен және құралдарымен </w:t>
            </w:r>
            <w:proofErr w:type="spellStart"/>
            <w:r w:rsidRPr="00202A74">
              <w:rPr>
                <w:lang w:val="ru-RU"/>
              </w:rPr>
              <w:t>тазалау</w:t>
            </w:r>
            <w:proofErr w:type="spellEnd"/>
            <w:r w:rsidRPr="00202A74">
              <w:rPr>
                <w:lang w:val="ru-RU"/>
              </w:rPr>
              <w:t>.</w:t>
            </w:r>
          </w:p>
        </w:tc>
      </w:tr>
    </w:tbl>
    <w:p w:rsidR="00C273C8" w:rsidRPr="00202A74" w:rsidRDefault="00360ACD">
      <w:pPr>
        <w:spacing w:before="240" w:after="120"/>
        <w:rPr>
          <w:lang w:val="ru-RU"/>
        </w:rPr>
      </w:pPr>
      <w:r w:rsidRPr="00202A74">
        <w:rPr>
          <w:b/>
          <w:color w:val="1B365D"/>
          <w:sz w:val="24"/>
          <w:lang w:val="ru-RU"/>
        </w:rPr>
        <w:t xml:space="preserve">3. Требования к Поставщику и технике / 3. Өнім </w:t>
      </w:r>
      <w:proofErr w:type="spellStart"/>
      <w:r w:rsidRPr="00202A74">
        <w:rPr>
          <w:b/>
          <w:color w:val="1B365D"/>
          <w:sz w:val="24"/>
          <w:lang w:val="ru-RU"/>
        </w:rPr>
        <w:t>беруші</w:t>
      </w:r>
      <w:proofErr w:type="spellEnd"/>
      <w:r w:rsidRPr="00202A74">
        <w:rPr>
          <w:b/>
          <w:color w:val="1B365D"/>
          <w:sz w:val="24"/>
          <w:lang w:val="ru-RU"/>
        </w:rPr>
        <w:t xml:space="preserve"> мен </w:t>
      </w:r>
      <w:proofErr w:type="gramStart"/>
      <w:r w:rsidRPr="00202A74">
        <w:rPr>
          <w:b/>
          <w:color w:val="1B365D"/>
          <w:sz w:val="24"/>
          <w:lang w:val="ru-RU"/>
        </w:rPr>
        <w:t>техника</w:t>
      </w:r>
      <w:proofErr w:type="gramEnd"/>
      <w:r w:rsidRPr="00202A74">
        <w:rPr>
          <w:b/>
          <w:color w:val="1B365D"/>
          <w:sz w:val="24"/>
          <w:lang w:val="ru-RU"/>
        </w:rPr>
        <w:t xml:space="preserve">ға қойылатын </w:t>
      </w:r>
      <w:proofErr w:type="spellStart"/>
      <w:r w:rsidRPr="00202A74">
        <w:rPr>
          <w:b/>
          <w:color w:val="1B365D"/>
          <w:sz w:val="24"/>
          <w:lang w:val="ru-RU"/>
        </w:rPr>
        <w:t>талаптар</w:t>
      </w:r>
      <w:proofErr w:type="spellEnd"/>
    </w:p>
    <w:tbl>
      <w:tblPr>
        <w:tblW w:w="0" w:type="auto"/>
        <w:tblLayout w:type="fixed"/>
        <w:tblLook w:val="04A0"/>
      </w:tblPr>
      <w:tblGrid>
        <w:gridCol w:w="4680"/>
        <w:gridCol w:w="4680"/>
      </w:tblGrid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Техническое оснащение:</w:t>
            </w:r>
            <w:r w:rsidRPr="00202A74">
              <w:rPr>
                <w:lang w:val="ru-RU"/>
              </w:rPr>
              <w:t xml:space="preserve"> Наличие собственного или арендованного специализированного автотранспорта </w:t>
            </w:r>
            <w:r w:rsidRPr="00202A74">
              <w:rPr>
                <w:lang w:val="ru-RU"/>
              </w:rPr>
              <w:lastRenderedPageBreak/>
              <w:t>(мусоровозов), находящегося в исправном техническом состоянии.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lastRenderedPageBreak/>
              <w:t>Техникалық жарақтандыру:</w:t>
            </w:r>
            <w:r w:rsidRPr="00202A74">
              <w:rPr>
                <w:lang w:val="ru-RU"/>
              </w:rPr>
              <w:t xml:space="preserve"> Техникалық жағ</w:t>
            </w:r>
            <w:proofErr w:type="gramStart"/>
            <w:r w:rsidRPr="00202A74">
              <w:rPr>
                <w:lang w:val="ru-RU"/>
              </w:rPr>
              <w:t>ынан</w:t>
            </w:r>
            <w:proofErr w:type="gramEnd"/>
            <w:r w:rsidRPr="00202A74">
              <w:rPr>
                <w:lang w:val="ru-RU"/>
              </w:rPr>
              <w:t xml:space="preserve"> ақаусыз өз </w:t>
            </w:r>
            <w:proofErr w:type="spellStart"/>
            <w:r w:rsidRPr="00202A74">
              <w:rPr>
                <w:lang w:val="ru-RU"/>
              </w:rPr>
              <w:t>немесе</w:t>
            </w:r>
            <w:proofErr w:type="spellEnd"/>
            <w:r w:rsidRPr="00202A74">
              <w:rPr>
                <w:lang w:val="ru-RU"/>
              </w:rPr>
              <w:t xml:space="preserve"> жалға алынған </w:t>
            </w:r>
            <w:proofErr w:type="spellStart"/>
            <w:r w:rsidRPr="00202A74">
              <w:rPr>
                <w:lang w:val="ru-RU"/>
              </w:rPr>
              <w:t>арнайы</w:t>
            </w:r>
            <w:proofErr w:type="spellEnd"/>
            <w:r w:rsidRPr="00202A74">
              <w:rPr>
                <w:lang w:val="ru-RU"/>
              </w:rPr>
              <w:t xml:space="preserve"> көліктің (қоқыс тасығыштардың) </w:t>
            </w:r>
            <w:proofErr w:type="spellStart"/>
            <w:r w:rsidRPr="00202A74">
              <w:rPr>
                <w:lang w:val="ru-RU"/>
              </w:rPr>
              <w:lastRenderedPageBreak/>
              <w:t>болу</w:t>
            </w:r>
            <w:r w:rsidRPr="00202A74">
              <w:rPr>
                <w:lang w:val="ru-RU"/>
              </w:rPr>
              <w:t>ы</w:t>
            </w:r>
            <w:proofErr w:type="spellEnd"/>
            <w:r w:rsidRPr="00202A74">
              <w:rPr>
                <w:lang w:val="ru-RU"/>
              </w:rPr>
              <w:t>.</w:t>
            </w:r>
          </w:p>
        </w:tc>
      </w:tr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lastRenderedPageBreak/>
              <w:t>Разрешительные документы:</w:t>
            </w:r>
            <w:r w:rsidRPr="00202A74">
              <w:rPr>
                <w:lang w:val="ru-RU"/>
              </w:rPr>
              <w:t xml:space="preserve"> Наличие заключенных договоров у Поставщика с официальными полигонами ТБО на размещение/захоронение отходов.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Рұқсат құжаттары:</w:t>
            </w:r>
            <w:r w:rsidRPr="00202A74">
              <w:rPr>
                <w:lang w:val="ru-RU"/>
              </w:rPr>
              <w:t xml:space="preserve"> Өнім берушінің </w:t>
            </w:r>
            <w:proofErr w:type="spellStart"/>
            <w:r w:rsidRPr="00202A74">
              <w:rPr>
                <w:lang w:val="ru-RU"/>
              </w:rPr>
              <w:t>ресми</w:t>
            </w:r>
            <w:proofErr w:type="spellEnd"/>
            <w:proofErr w:type="gramStart"/>
            <w:r w:rsidRPr="00202A74">
              <w:rPr>
                <w:lang w:val="ru-RU"/>
              </w:rPr>
              <w:t xml:space="preserve"> ҚТ</w:t>
            </w:r>
            <w:proofErr w:type="gramEnd"/>
            <w:r w:rsidRPr="00202A74">
              <w:rPr>
                <w:lang w:val="ru-RU"/>
              </w:rPr>
              <w:t xml:space="preserve">Қ </w:t>
            </w:r>
            <w:proofErr w:type="spellStart"/>
            <w:r w:rsidRPr="00202A74">
              <w:rPr>
                <w:lang w:val="ru-RU"/>
              </w:rPr>
              <w:t>полигондарымен</w:t>
            </w:r>
            <w:proofErr w:type="spellEnd"/>
            <w:r w:rsidRPr="00202A74">
              <w:rPr>
                <w:lang w:val="ru-RU"/>
              </w:rPr>
              <w:t xml:space="preserve"> қалдықтарды орналастыруға/көмуге жасалған қолданыстағы шартт</w:t>
            </w:r>
            <w:r w:rsidRPr="00202A74">
              <w:rPr>
                <w:lang w:val="ru-RU"/>
              </w:rPr>
              <w:t xml:space="preserve">арының </w:t>
            </w:r>
            <w:proofErr w:type="spellStart"/>
            <w:r w:rsidRPr="00202A74">
              <w:rPr>
                <w:lang w:val="ru-RU"/>
              </w:rPr>
              <w:t>болуы</w:t>
            </w:r>
            <w:proofErr w:type="spellEnd"/>
            <w:r w:rsidRPr="00202A74">
              <w:rPr>
                <w:lang w:val="ru-RU"/>
              </w:rPr>
              <w:t>.</w:t>
            </w:r>
          </w:p>
        </w:tc>
      </w:tr>
      <w:tr w:rsidR="00C273C8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Default="00360ACD">
            <w:pPr>
              <w:spacing w:after="80"/>
            </w:pPr>
            <w:r w:rsidRPr="00202A74">
              <w:rPr>
                <w:b/>
                <w:lang w:val="ru-RU"/>
              </w:rPr>
              <w:t>Стандарты и безопасность:</w:t>
            </w:r>
            <w:r w:rsidRPr="00202A74">
              <w:rPr>
                <w:lang w:val="ru-RU"/>
              </w:rPr>
              <w:t xml:space="preserve"> Соблюдение санитарно-эпидемиологических норм, экологического законодательства РК и требований </w:t>
            </w:r>
            <w:proofErr w:type="gramStart"/>
            <w:r w:rsidRPr="00202A74">
              <w:rPr>
                <w:lang w:val="ru-RU"/>
              </w:rPr>
              <w:t>СТ</w:t>
            </w:r>
            <w:proofErr w:type="gramEnd"/>
            <w:r w:rsidRPr="00202A74">
              <w:rPr>
                <w:lang w:val="ru-RU"/>
              </w:rPr>
              <w:t xml:space="preserve"> РК 2862-2023. </w:t>
            </w:r>
            <w:proofErr w:type="spellStart"/>
            <w:r>
              <w:t>Обеспечение</w:t>
            </w:r>
            <w:proofErr w:type="spellEnd"/>
            <w:r>
              <w:t xml:space="preserve"> </w:t>
            </w:r>
            <w:proofErr w:type="spellStart"/>
            <w:r>
              <w:t>персонала</w:t>
            </w:r>
            <w:proofErr w:type="spellEnd"/>
            <w:r>
              <w:t xml:space="preserve"> </w:t>
            </w:r>
            <w:proofErr w:type="spellStart"/>
            <w:r>
              <w:t>средствами</w:t>
            </w:r>
            <w:proofErr w:type="spellEnd"/>
            <w:r>
              <w:t xml:space="preserve"> </w:t>
            </w:r>
            <w:proofErr w:type="spellStart"/>
            <w:r>
              <w:t>индивидуальной</w:t>
            </w:r>
            <w:proofErr w:type="spellEnd"/>
            <w:r>
              <w:t xml:space="preserve"> защиты (СИЗ).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Default="00360ACD">
            <w:pPr>
              <w:spacing w:after="80"/>
            </w:pPr>
            <w:r>
              <w:rPr>
                <w:b/>
              </w:rPr>
              <w:t>Стандарттар мен қауіпсіздік:</w:t>
            </w:r>
            <w:r>
              <w:t xml:space="preserve"> Санитарлық-эп</w:t>
            </w:r>
            <w:r>
              <w:t>идемиологиялық нормаларды, ҚР экологиялық заңнамасын және СТ РК 2862-2023 талаптарын сақтау. Персоналды жеке қорғану құралдарымен (ЖҚҚ) қамтамасыз ету.</w:t>
            </w:r>
          </w:p>
        </w:tc>
      </w:tr>
    </w:tbl>
    <w:p w:rsidR="00C273C8" w:rsidRPr="00202A74" w:rsidRDefault="00360ACD">
      <w:pPr>
        <w:spacing w:before="240" w:after="120"/>
        <w:rPr>
          <w:lang w:val="ru-RU"/>
        </w:rPr>
      </w:pPr>
      <w:r w:rsidRPr="00202A74">
        <w:rPr>
          <w:b/>
          <w:color w:val="1B365D"/>
          <w:sz w:val="24"/>
          <w:lang w:val="ru-RU"/>
        </w:rPr>
        <w:t>4. Результат оказания услуг / 4. Қызмет көрсету нәтижесі</w:t>
      </w:r>
    </w:p>
    <w:tbl>
      <w:tblPr>
        <w:tblW w:w="0" w:type="auto"/>
        <w:tblLayout w:type="fixed"/>
        <w:tblLook w:val="04A0"/>
      </w:tblPr>
      <w:tblGrid>
        <w:gridCol w:w="4680"/>
        <w:gridCol w:w="4680"/>
      </w:tblGrid>
      <w:tr w:rsidR="00C273C8" w:rsidRPr="00202A74"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r w:rsidRPr="00202A74">
              <w:rPr>
                <w:b/>
                <w:lang w:val="ru-RU"/>
              </w:rPr>
              <w:t>Отчетность:</w:t>
            </w:r>
            <w:r w:rsidRPr="00202A74">
              <w:rPr>
                <w:lang w:val="ru-RU"/>
              </w:rPr>
              <w:t xml:space="preserve"> Пр</w:t>
            </w:r>
            <w:r w:rsidR="00202A74">
              <w:rPr>
                <w:lang w:val="ru-RU"/>
              </w:rPr>
              <w:t xml:space="preserve">едоставление Заказчику </w:t>
            </w:r>
            <w:r w:rsidRPr="00202A74">
              <w:rPr>
                <w:lang w:val="ru-RU"/>
              </w:rPr>
              <w:t>актов оказанных услуг, путевых листов или талонов/подтверждений от полигона о фактическом приеме ТБО.</w:t>
            </w:r>
          </w:p>
        </w:tc>
        <w:tc>
          <w:tcPr>
            <w:tcW w:w="468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273C8" w:rsidRPr="00202A74" w:rsidRDefault="00360ACD" w:rsidP="00202A74">
            <w:pPr>
              <w:spacing w:after="80"/>
              <w:rPr>
                <w:lang w:val="ru-RU"/>
              </w:rPr>
            </w:pPr>
            <w:proofErr w:type="spellStart"/>
            <w:r w:rsidRPr="00202A74">
              <w:rPr>
                <w:b/>
                <w:lang w:val="ru-RU"/>
              </w:rPr>
              <w:t>Есептілік</w:t>
            </w:r>
            <w:proofErr w:type="spellEnd"/>
            <w:r w:rsidRPr="00202A74">
              <w:rPr>
                <w:b/>
                <w:lang w:val="ru-RU"/>
              </w:rPr>
              <w:t>:</w:t>
            </w:r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Тапсырыс</w:t>
            </w:r>
            <w:proofErr w:type="spellEnd"/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берушіге</w:t>
            </w:r>
            <w:proofErr w:type="spellEnd"/>
            <w:r w:rsidRPr="00202A74">
              <w:rPr>
                <w:lang w:val="ru-RU"/>
              </w:rPr>
              <w:t xml:space="preserve"> көрсетілген қызметтердің </w:t>
            </w:r>
            <w:proofErr w:type="spellStart"/>
            <w:r w:rsidRPr="00202A74">
              <w:rPr>
                <w:lang w:val="ru-RU"/>
              </w:rPr>
              <w:t>актілерін</w:t>
            </w:r>
            <w:proofErr w:type="spellEnd"/>
            <w:r w:rsidRPr="00202A74">
              <w:rPr>
                <w:lang w:val="ru-RU"/>
              </w:rPr>
              <w:t xml:space="preserve">, </w:t>
            </w:r>
            <w:proofErr w:type="spellStart"/>
            <w:r w:rsidRPr="00202A74">
              <w:rPr>
                <w:lang w:val="ru-RU"/>
              </w:rPr>
              <w:t>жол</w:t>
            </w:r>
            <w:proofErr w:type="spellEnd"/>
            <w:r w:rsidRPr="00202A74">
              <w:rPr>
                <w:lang w:val="ru-RU"/>
              </w:rPr>
              <w:t xml:space="preserve"> парақтарын </w:t>
            </w:r>
            <w:proofErr w:type="spellStart"/>
            <w:r w:rsidRPr="00202A74">
              <w:rPr>
                <w:lang w:val="ru-RU"/>
              </w:rPr>
              <w:t>немесе</w:t>
            </w:r>
            <w:proofErr w:type="spellEnd"/>
            <w:r w:rsidRPr="00202A74">
              <w:rPr>
                <w:lang w:val="ru-RU"/>
              </w:rPr>
              <w:t xml:space="preserve"> полигонның ҚТ</w:t>
            </w:r>
            <w:proofErr w:type="gramStart"/>
            <w:r w:rsidRPr="00202A74">
              <w:rPr>
                <w:lang w:val="ru-RU"/>
              </w:rPr>
              <w:t>Қ-</w:t>
            </w:r>
            <w:proofErr w:type="gramEnd"/>
            <w:r w:rsidRPr="00202A74">
              <w:rPr>
                <w:lang w:val="ru-RU"/>
              </w:rPr>
              <w:t xml:space="preserve">ны нақты қабылдағаны </w:t>
            </w:r>
            <w:proofErr w:type="spellStart"/>
            <w:r w:rsidRPr="00202A74">
              <w:rPr>
                <w:lang w:val="ru-RU"/>
              </w:rPr>
              <w:t>туралы</w:t>
            </w:r>
            <w:proofErr w:type="spellEnd"/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растама</w:t>
            </w:r>
            <w:proofErr w:type="spellEnd"/>
            <w:r w:rsidRPr="00202A74">
              <w:rPr>
                <w:lang w:val="ru-RU"/>
              </w:rPr>
              <w:t xml:space="preserve"> </w:t>
            </w:r>
            <w:proofErr w:type="spellStart"/>
            <w:r w:rsidRPr="00202A74">
              <w:rPr>
                <w:lang w:val="ru-RU"/>
              </w:rPr>
              <w:t>та</w:t>
            </w:r>
            <w:r w:rsidRPr="00202A74">
              <w:rPr>
                <w:lang w:val="ru-RU"/>
              </w:rPr>
              <w:t>лондарын</w:t>
            </w:r>
            <w:proofErr w:type="spellEnd"/>
            <w:r w:rsidRPr="00202A74">
              <w:rPr>
                <w:lang w:val="ru-RU"/>
              </w:rPr>
              <w:t xml:space="preserve"> ұсыну.</w:t>
            </w:r>
          </w:p>
        </w:tc>
      </w:tr>
    </w:tbl>
    <w:p w:rsidR="00360ACD" w:rsidRPr="00202A74" w:rsidRDefault="00360ACD">
      <w:pPr>
        <w:rPr>
          <w:lang w:val="ru-RU"/>
        </w:rPr>
      </w:pPr>
    </w:p>
    <w:sectPr w:rsidR="00360ACD" w:rsidRPr="00202A74" w:rsidSect="00202A74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E7F96"/>
    <w:rsid w:val="0015074B"/>
    <w:rsid w:val="00202A74"/>
    <w:rsid w:val="0029639D"/>
    <w:rsid w:val="00326F90"/>
    <w:rsid w:val="00360ACD"/>
    <w:rsid w:val="00AA1D8D"/>
    <w:rsid w:val="00B47730"/>
    <w:rsid w:val="00C273C8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3988CB-1704-44DA-8FCF-651ACD771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2927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5</cp:revision>
  <dcterms:created xsi:type="dcterms:W3CDTF">2013-12-23T23:15:00Z</dcterms:created>
  <dcterms:modified xsi:type="dcterms:W3CDTF">2026-10-16T16:20:00Z</dcterms:modified>
  <cp:category/>
</cp:coreProperties>
</file>