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FEA74" w14:textId="0FA37F78" w:rsidR="00E964B9" w:rsidRPr="00E05242" w:rsidRDefault="00E964B9" w:rsidP="00E0524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14:ligatures w14:val="none"/>
        </w:rPr>
        <w:t>ТЕХНИЧЕСКАЯ СПЕЦИФИКАЦИЯ</w:t>
      </w:r>
    </w:p>
    <w:p w14:paraId="37424F4A" w14:textId="77777777" w:rsidR="00E964B9" w:rsidRPr="00E05242" w:rsidRDefault="00E964B9" w:rsidP="00E05242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на оказание услуг по оценке рыночной стоимости имущества</w:t>
      </w:r>
    </w:p>
    <w:p w14:paraId="760B82C4" w14:textId="77777777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1. Наименование услуги</w:t>
      </w:r>
    </w:p>
    <w:p w14:paraId="476812B1" w14:textId="014603C6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Оказание услуг по оценке рыночной стоимости основных средств, оборудования, мебели, оргтехники, технических устройств и нематериальных активов, находящихся на балансе Заказчика, согласно предоставленному перечню имущества.</w:t>
      </w:r>
    </w:p>
    <w:p w14:paraId="7EA1E857" w14:textId="77777777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2. Цель оценки</w:t>
      </w:r>
    </w:p>
    <w:p w14:paraId="245B3BDB" w14:textId="77777777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Определение рыночной стоимости имущества на установленную дату оценки для целей бухгалтерского учета, управления активами и принятия соответствующих управленческих решений Заказчиком.</w:t>
      </w:r>
    </w:p>
    <w:p w14:paraId="5B1409E9" w14:textId="77777777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3. Объем оказываемых услуг</w:t>
      </w:r>
    </w:p>
    <w:p w14:paraId="2ACD292E" w14:textId="36EB2620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Исполнитель должен провести оценку имущества согласно перечню Заказчика, включающему 3</w:t>
      </w:r>
      <w:r w:rsidR="005E1E6E"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3</w:t>
      </w: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6 учетных позиций, в том числе:</w:t>
      </w:r>
    </w:p>
    <w:p w14:paraId="1BB19504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компьютерную технику, ноутбуки, моноблоки, системные блоки и мониторы;</w:t>
      </w:r>
    </w:p>
    <w:p w14:paraId="06AE82FD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принтеры, многофункциональные устройства, сканеры и оборудование для обработки документов;</w:t>
      </w:r>
    </w:p>
    <w:p w14:paraId="6FE3D0CA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мебель, витрины, шкафы, столы, стулья, кресла и другую офисную мебель;</w:t>
      </w:r>
    </w:p>
    <w:p w14:paraId="11CDCE05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оборудование для видеонаблюдения, камеры, видеорегистраторы и оборудование сетевой безопасности;</w:t>
      </w:r>
    </w:p>
    <w:p w14:paraId="1F655A61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аудиотехнику, аудиогиды, проекторы, экраны и другое мультимедийное оборудование;</w:t>
      </w:r>
    </w:p>
    <w:p w14:paraId="0E48F66F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производственное, полиграфическое и специализированное оборудование;</w:t>
      </w:r>
    </w:p>
    <w:p w14:paraId="2022C6D6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бытовую и хозяйственную технику, включая пылесосы, газонокосилки, холодильник и кондиционеры;</w:t>
      </w:r>
    </w:p>
    <w:p w14:paraId="7132B04B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сейфы, огнетушители, металлоискатели, измерительные устройства и прочее имущество;</w:t>
      </w:r>
    </w:p>
    <w:p w14:paraId="40A2220F" w14:textId="77777777" w:rsidR="00E964B9" w:rsidRPr="00E05242" w:rsidRDefault="00E964B9" w:rsidP="00E05242">
      <w:pPr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программное обеспечение и дополнительные лицензии, указанные в перечне Заказчика.</w:t>
      </w:r>
    </w:p>
    <w:p w14:paraId="27017A2F" w14:textId="77777777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4. Требования к выполнению оценки</w:t>
      </w:r>
    </w:p>
    <w:p w14:paraId="7EB923A7" w14:textId="77777777" w:rsidR="00E964B9" w:rsidRPr="00E05242" w:rsidRDefault="00E964B9" w:rsidP="00E05242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Исполнитель обязан:</w:t>
      </w:r>
    </w:p>
    <w:p w14:paraId="1F99C1EB" w14:textId="77777777" w:rsidR="00E964B9" w:rsidRPr="00E05242" w:rsidRDefault="00E964B9" w:rsidP="00E05242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Изучить предоставленный Заказчиком перечень имущества с указанием наименований, дат постановки на учет, первоначальной стоимости и инвентарных номеров.</w:t>
      </w:r>
    </w:p>
    <w:p w14:paraId="68B11EC6" w14:textId="77777777" w:rsidR="00E964B9" w:rsidRPr="00E05242" w:rsidRDefault="00E964B9" w:rsidP="00E05242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Провести идентификацию объектов оценки по имеющимся учетным и техническим документам.</w:t>
      </w:r>
    </w:p>
    <w:p w14:paraId="6DF679ED" w14:textId="77777777" w:rsidR="00E964B9" w:rsidRPr="00E05242" w:rsidRDefault="00E964B9" w:rsidP="00E05242">
      <w:pPr>
        <w:numPr>
          <w:ilvl w:val="0"/>
          <w:numId w:val="2"/>
        </w:numPr>
        <w:tabs>
          <w:tab w:val="clear" w:pos="720"/>
          <w:tab w:val="num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 необходимости провести осмотр имущества по месту его фактического нахождения.</w:t>
      </w:r>
    </w:p>
    <w:p w14:paraId="23B07DCC" w14:textId="77777777" w:rsidR="00E964B9" w:rsidRPr="00E05242" w:rsidRDefault="00E964B9" w:rsidP="00E05242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Установить фактическое состояние объектов, степень физического износа, комплектность и наличие видимых повреждений в пределах доступного осмотра.</w:t>
      </w:r>
    </w:p>
    <w:p w14:paraId="44D6C8F6" w14:textId="77777777" w:rsidR="00E964B9" w:rsidRPr="00E05242" w:rsidRDefault="00E964B9" w:rsidP="00E05242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lastRenderedPageBreak/>
        <w:t>Определить рыночную стоимость каждого объекта или группы объектов в соответствии с применимыми требованиями законодательства Республики Казахстан и стандартами оценки.</w:t>
      </w:r>
    </w:p>
    <w:p w14:paraId="7EE854A3" w14:textId="77777777" w:rsidR="00E964B9" w:rsidRPr="00E05242" w:rsidRDefault="00E964B9" w:rsidP="00E05242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При определении стоимости учитывать год выпуска или приобретения, технические характеристики, функциональное состояние, степень износа, наличие аналогов и текущую рыночную конъюнктуру.</w:t>
      </w:r>
    </w:p>
    <w:p w14:paraId="3203F829" w14:textId="77777777" w:rsidR="00E964B9" w:rsidRPr="00E05242" w:rsidRDefault="00E964B9" w:rsidP="00E05242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Отдельно рассмотреть объекты с нулевой балансовой стоимостью, а также имущество с низкой первоначальной стоимостью, не приравнивая их автоматически к имуществу, не имеющему рыночной стоимости.</w:t>
      </w:r>
    </w:p>
    <w:p w14:paraId="5D541BFA" w14:textId="77777777" w:rsidR="00E964B9" w:rsidRPr="00E05242" w:rsidRDefault="00E964B9" w:rsidP="00E05242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Для программного обеспечения и лицензий определить возможность и применимость оценки с учетом вида прав, срока действия лицензии, условий использования и наличия документов, подтверждающих права Заказчика.</w:t>
      </w:r>
    </w:p>
    <w:p w14:paraId="7EC232EA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5. Исходные данные</w:t>
      </w:r>
    </w:p>
    <w:p w14:paraId="7B2826D4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Заказчик предоставляет Исполнителю:</w:t>
      </w:r>
    </w:p>
    <w:p w14:paraId="4E667B8A" w14:textId="77777777" w:rsidR="00E964B9" w:rsidRPr="00E05242" w:rsidRDefault="00E964B9" w:rsidP="00E05242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перечень имущества с инвентарными номерами;</w:t>
      </w:r>
    </w:p>
    <w:p w14:paraId="4C9E45F5" w14:textId="77777777" w:rsidR="00E964B9" w:rsidRPr="00E05242" w:rsidRDefault="00E964B9" w:rsidP="00E05242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сведения о первоначальной и балансовой стоимости;</w:t>
      </w:r>
    </w:p>
    <w:p w14:paraId="6EEEA643" w14:textId="77777777" w:rsidR="00E964B9" w:rsidRPr="00E05242" w:rsidRDefault="00E964B9" w:rsidP="00E05242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даты приобретения, регистрации или постановки на учет;</w:t>
      </w:r>
    </w:p>
    <w:p w14:paraId="546D4582" w14:textId="77777777" w:rsidR="00E964B9" w:rsidRPr="00E05242" w:rsidRDefault="00E964B9" w:rsidP="00E05242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имеющиеся технические паспорта, документы о приобретении и комплектации;</w:t>
      </w:r>
    </w:p>
    <w:p w14:paraId="7F107F17" w14:textId="77777777" w:rsidR="00E964B9" w:rsidRPr="00E05242" w:rsidRDefault="00E964B9" w:rsidP="00E05242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сведения о местонахождении и фактическом состоянии имущества;</w:t>
      </w:r>
    </w:p>
    <w:p w14:paraId="36E880A7" w14:textId="77777777" w:rsidR="00E964B9" w:rsidRPr="00E05242" w:rsidRDefault="00E964B9" w:rsidP="00E05242">
      <w:pPr>
        <w:numPr>
          <w:ilvl w:val="0"/>
          <w:numId w:val="3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документы на программное обеспечение и лицензии — при наличии.</w:t>
      </w:r>
    </w:p>
    <w:p w14:paraId="109C64B5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6. Результаты оказания услуг</w:t>
      </w:r>
    </w:p>
    <w:p w14:paraId="5AD025A8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По итогам оказания услуг Исполнитель предоставляет:</w:t>
      </w:r>
    </w:p>
    <w:p w14:paraId="7E4176D1" w14:textId="77777777" w:rsidR="00E964B9" w:rsidRPr="00E05242" w:rsidRDefault="00E964B9" w:rsidP="00E05242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Отчет об оценке рыночной стоимости имущества, оформленный в соответствии с применимыми требованиями законодательства Республики Казахстан.</w:t>
      </w:r>
    </w:p>
    <w:p w14:paraId="3078397F" w14:textId="77777777" w:rsidR="00E964B9" w:rsidRPr="00E05242" w:rsidRDefault="00E964B9" w:rsidP="00E05242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Перечень оцененных объектов с указанием наименования, инвентарного номера и определенной стоимости.</w:t>
      </w:r>
    </w:p>
    <w:p w14:paraId="0F42837F" w14:textId="77777777" w:rsidR="00E964B9" w:rsidRPr="00E05242" w:rsidRDefault="00E964B9" w:rsidP="00E05242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Описание использованных подходов и методов оценки, источников ценовой информации и основных допущений.</w:t>
      </w:r>
    </w:p>
    <w:p w14:paraId="05BB681F" w14:textId="77777777" w:rsidR="00E964B9" w:rsidRPr="00E05242" w:rsidRDefault="00E964B9" w:rsidP="00E05242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Сведения о выявленных ограничениях, недостаточности исходных данных и объектах, оценка которых требует дополнительных документов или отдельного исследования.</w:t>
      </w:r>
    </w:p>
    <w:p w14:paraId="01961D98" w14:textId="77777777" w:rsidR="00E964B9" w:rsidRPr="00E05242" w:rsidRDefault="00E964B9" w:rsidP="00E05242">
      <w:pPr>
        <w:numPr>
          <w:ilvl w:val="0"/>
          <w:numId w:val="4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Электронную копию отчета и бумажный экземпляр при необходимости и по согласованию сторон.</w:t>
      </w:r>
    </w:p>
    <w:p w14:paraId="01C6596E" w14:textId="453D18BB" w:rsidR="00BA5A9D" w:rsidRPr="00BA5A9D" w:rsidRDefault="00BA5A9D" w:rsidP="00BA5A9D">
      <w:pPr>
        <w:pStyle w:val="a9"/>
        <w:numPr>
          <w:ilvl w:val="0"/>
          <w:numId w:val="4"/>
        </w:numPr>
        <w:tabs>
          <w:tab w:val="clear" w:pos="928"/>
          <w:tab w:val="num" w:pos="0"/>
          <w:tab w:val="left" w:pos="36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</w:pPr>
      <w:r w:rsidRPr="00BA5A9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 xml:space="preserve">К 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  <w:t>о</w:t>
      </w:r>
      <w:r w:rsidRPr="00BA5A9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тчету</w:t>
      </w:r>
      <w:r w:rsidRPr="00BA5A9D">
        <w:rPr>
          <w:rFonts w:ascii="Times New Roman" w:hAnsi="Times New Roman" w:cs="Times New Roman"/>
          <w:sz w:val="28"/>
          <w:szCs w:val="28"/>
        </w:rPr>
        <w:t xml:space="preserve"> </w:t>
      </w:r>
      <w:r w:rsidRPr="00BA5A9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об оценке рыночной стоимости имущества должны прилагаться документ</w:t>
      </w:r>
      <w:r w:rsidRPr="00BA5A9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  <w:t>ы, в соответствии со статьями 15), 18) и 21) Закон</w:t>
      </w: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  <w:t>а</w:t>
      </w:r>
      <w:r w:rsidRPr="00BA5A9D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  <w:t xml:space="preserve"> Республики Казахстан «Об оценочной деятельности».</w:t>
      </w:r>
    </w:p>
    <w:p w14:paraId="3B111192" w14:textId="08050893" w:rsidR="00BA5A9D" w:rsidRPr="00E96B05" w:rsidRDefault="00BA5A9D" w:rsidP="00BA5A9D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hAnsi="Times New Roman" w:cs="Times New Roman"/>
          <w:bCs/>
          <w:color w:val="0D0D0D"/>
          <w:sz w:val="28"/>
          <w:szCs w:val="28"/>
          <w:shd w:val="clear" w:color="auto" w:fill="FCFCFC"/>
          <w:lang w:val="ru-RU"/>
        </w:rPr>
      </w:pPr>
      <w:r w:rsidRPr="00BA5A9D">
        <w:rPr>
          <w:rFonts w:ascii="Times New Roman" w:hAnsi="Times New Roman" w:cs="Times New Roman"/>
          <w:bCs/>
          <w:color w:val="0D0D0D"/>
          <w:sz w:val="28"/>
          <w:szCs w:val="28"/>
          <w:shd w:val="clear" w:color="auto" w:fill="FCFCFC"/>
        </w:rPr>
        <w:t>Свидетельство о присвоении квалификации «оценщик»</w:t>
      </w:r>
      <w:r w:rsidR="00E96B05">
        <w:rPr>
          <w:rFonts w:ascii="Times New Roman" w:hAnsi="Times New Roman" w:cs="Times New Roman"/>
          <w:bCs/>
          <w:color w:val="0D0D0D"/>
          <w:sz w:val="28"/>
          <w:szCs w:val="28"/>
          <w:shd w:val="clear" w:color="auto" w:fill="FCFCFC"/>
          <w:lang w:val="ru-RU"/>
        </w:rPr>
        <w:t>;</w:t>
      </w:r>
    </w:p>
    <w:p w14:paraId="76FA09C3" w14:textId="442694A4" w:rsidR="00E964B9" w:rsidRPr="00E96B05" w:rsidRDefault="00BA5A9D" w:rsidP="00BA5A9D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</w:pPr>
      <w:r w:rsidRPr="00BA5A9D">
        <w:rPr>
          <w:rFonts w:ascii="Times New Roman" w:eastAsia="Times New Roman" w:hAnsi="Times New Roman" w:cs="Times New Roman"/>
          <w:bCs/>
          <w:kern w:val="0"/>
          <w:sz w:val="28"/>
          <w:szCs w:val="28"/>
          <w14:ligatures w14:val="none"/>
        </w:rPr>
        <w:t>Членство в палате оценщиков</w:t>
      </w:r>
      <w:r w:rsidR="00E96B05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u-RU"/>
          <w14:ligatures w14:val="none"/>
        </w:rPr>
        <w:t>;</w:t>
      </w:r>
    </w:p>
    <w:p w14:paraId="63D2746A" w14:textId="17213BFC" w:rsidR="00BA5A9D" w:rsidRPr="00E96B05" w:rsidRDefault="00BA5A9D" w:rsidP="00BA5A9D">
      <w:pPr>
        <w:tabs>
          <w:tab w:val="num" w:pos="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BA5A9D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Сведения об обеспечении имущественной ответственности</w:t>
      </w:r>
      <w:r w:rsidR="00E96B05"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</w:p>
    <w:p w14:paraId="2DB94A94" w14:textId="6C3F1B4A" w:rsidR="00E05242" w:rsidRPr="00E05242" w:rsidRDefault="00E96B05" w:rsidP="00E052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7</w:t>
      </w:r>
      <w:r w:rsid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.</w:t>
      </w:r>
      <w:r w:rsidR="00E964B9"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Срок оказания услуг</w:t>
      </w:r>
    </w:p>
    <w:p w14:paraId="0126CFF2" w14:textId="4C37167A" w:rsidR="00E96B05" w:rsidRPr="00E96B05" w:rsidRDefault="00E96B05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</w:pPr>
      <w:r w:rsidRPr="00E96B05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16 календарных дней с даты направления заявки Заказчиком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u-RU"/>
          <w14:ligatures w14:val="none"/>
        </w:rPr>
        <w:t>.</w:t>
      </w:r>
      <w:bookmarkStart w:id="0" w:name="_GoBack"/>
      <w:bookmarkEnd w:id="0"/>
    </w:p>
    <w:p w14:paraId="36B712E8" w14:textId="49042286" w:rsidR="00E964B9" w:rsidRPr="00E05242" w:rsidRDefault="00E96B05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lastRenderedPageBreak/>
        <w:t>8</w:t>
      </w:r>
      <w:r w:rsidR="00E964B9"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. Порядок приемки услуг</w:t>
      </w:r>
    </w:p>
    <w:p w14:paraId="285D1D7B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Услуги считаются оказанными после предоставления отчета об оценке и иных согласованных результатов. Заказчик проверяет соответствие отчета перечню имущества и требованиям настоящей технической спецификации.</w:t>
      </w:r>
    </w:p>
    <w:p w14:paraId="1740D14D" w14:textId="17204656" w:rsidR="00E964B9" w:rsidRPr="00E05242" w:rsidRDefault="00E96B05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u-RU"/>
          <w14:ligatures w14:val="none"/>
        </w:rPr>
        <w:t>9</w:t>
      </w:r>
      <w:r w:rsidR="00E964B9" w:rsidRPr="00E05242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14:ligatures w14:val="none"/>
        </w:rPr>
        <w:t>. Особые условия</w:t>
      </w:r>
    </w:p>
    <w:p w14:paraId="2CAA33BE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hAnsi="Times New Roman" w:cs="Times New Roman"/>
          <w:sz w:val="28"/>
          <w:szCs w:val="28"/>
        </w:rPr>
        <w:t>Оценке подлежит имущество согласно приложенному перечню Заказчика на 336 учетных позиций. Окончательный состав объектов оценки, дата оценки, место проведения осмотра и требования к форме отчета согласовываются сторонами до начала работ.</w:t>
      </w:r>
    </w:p>
    <w:p w14:paraId="188FBF6A" w14:textId="77777777" w:rsidR="00E964B9" w:rsidRPr="00E05242" w:rsidRDefault="00E964B9" w:rsidP="00E05242">
      <w:pPr>
        <w:tabs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</w:pPr>
      <w:r w:rsidRPr="00E05242">
        <w:rPr>
          <w:rFonts w:ascii="Times New Roman" w:eastAsia="Times New Roman" w:hAnsi="Times New Roman" w:cs="Times New Roman"/>
          <w:kern w:val="0"/>
          <w:sz w:val="28"/>
          <w:szCs w:val="28"/>
          <w14:ligatures w14:val="none"/>
        </w:rPr>
        <w:t>Стоимость услуг по оценке определяется Исполнителем на основании объема имущества, количества объектов, их местонахождения, необходимости осмотра и сложности оценки и указывается в коммерческом предложении или договоре.</w:t>
      </w:r>
    </w:p>
    <w:p w14:paraId="23EE8C00" w14:textId="77777777" w:rsidR="00F25E9F" w:rsidRDefault="00F25E9F" w:rsidP="00E052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lang w:val="ru-RU"/>
          <w14:ligatures w14:val="none"/>
        </w:rPr>
      </w:pPr>
    </w:p>
    <w:p w14:paraId="2EC455AA" w14:textId="55C28ED6" w:rsidR="0096486B" w:rsidRPr="00F25E9F" w:rsidRDefault="00E964B9" w:rsidP="00E05242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val="ru-RU"/>
          <w14:ligatures w14:val="none"/>
        </w:rPr>
      </w:pPr>
      <w:r w:rsidRPr="00E964B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Приложение:</w:t>
      </w:r>
      <w:r w:rsidRPr="00E964B9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tbl>
      <w:tblPr>
        <w:tblStyle w:val="aff0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993"/>
        <w:gridCol w:w="3685"/>
        <w:gridCol w:w="1696"/>
        <w:gridCol w:w="10"/>
        <w:gridCol w:w="1691"/>
        <w:gridCol w:w="1701"/>
      </w:tblGrid>
      <w:tr w:rsidR="00F25E9F" w:rsidRPr="00EE26D0" w14:paraId="3D878338" w14:textId="77777777" w:rsidTr="001365F3">
        <w:trPr>
          <w:jc w:val="center"/>
        </w:trPr>
        <w:tc>
          <w:tcPr>
            <w:tcW w:w="993" w:type="dxa"/>
          </w:tcPr>
          <w:p w14:paraId="3D17387E" w14:textId="77777777" w:rsidR="00F25E9F" w:rsidRPr="00EE26D0" w:rsidRDefault="00F25E9F" w:rsidP="00BA5A9D">
            <w:pPr>
              <w:rPr>
                <w:rFonts w:cs="Times New Roman"/>
                <w:szCs w:val="20"/>
              </w:rPr>
            </w:pPr>
            <w:r w:rsidRPr="00EE26D0">
              <w:rPr>
                <w:rFonts w:cs="Times New Roman"/>
                <w:sz w:val="16"/>
                <w:szCs w:val="20"/>
              </w:rPr>
              <w:t>№</w:t>
            </w:r>
          </w:p>
        </w:tc>
        <w:tc>
          <w:tcPr>
            <w:tcW w:w="3685" w:type="dxa"/>
          </w:tcPr>
          <w:p w14:paraId="3EDF1C88" w14:textId="77777777" w:rsidR="00F25E9F" w:rsidRPr="00EE26D0" w:rsidRDefault="00F25E9F" w:rsidP="00BA5A9D">
            <w:pPr>
              <w:rPr>
                <w:rFonts w:cs="Times New Roman"/>
                <w:szCs w:val="20"/>
              </w:rPr>
            </w:pPr>
            <w:proofErr w:type="spellStart"/>
            <w:r w:rsidRPr="00EE26D0">
              <w:rPr>
                <w:rFonts w:cs="Times New Roman"/>
                <w:sz w:val="16"/>
                <w:szCs w:val="20"/>
              </w:rPr>
              <w:t>Наименование</w:t>
            </w:r>
            <w:proofErr w:type="spellEnd"/>
          </w:p>
        </w:tc>
        <w:tc>
          <w:tcPr>
            <w:tcW w:w="1706" w:type="dxa"/>
            <w:gridSpan w:val="2"/>
          </w:tcPr>
          <w:p w14:paraId="5A541522" w14:textId="77777777" w:rsidR="00F25E9F" w:rsidRPr="00EE26D0" w:rsidRDefault="00F25E9F" w:rsidP="00BA5A9D">
            <w:pPr>
              <w:rPr>
                <w:rFonts w:cs="Times New Roman"/>
                <w:szCs w:val="20"/>
              </w:rPr>
            </w:pPr>
            <w:proofErr w:type="spellStart"/>
            <w:r w:rsidRPr="00EE26D0">
              <w:rPr>
                <w:rFonts w:cs="Times New Roman"/>
                <w:sz w:val="16"/>
                <w:szCs w:val="20"/>
              </w:rPr>
              <w:t>Инвентарный</w:t>
            </w:r>
            <w:proofErr w:type="spellEnd"/>
            <w:r w:rsidRPr="00EE26D0">
              <w:rPr>
                <w:rFonts w:cs="Times New Roman"/>
                <w:sz w:val="16"/>
                <w:szCs w:val="20"/>
              </w:rPr>
              <w:t xml:space="preserve"> №</w:t>
            </w:r>
          </w:p>
        </w:tc>
        <w:tc>
          <w:tcPr>
            <w:tcW w:w="1691" w:type="dxa"/>
          </w:tcPr>
          <w:p w14:paraId="66BB8DCB" w14:textId="77777777" w:rsidR="00F25E9F" w:rsidRPr="00EE26D0" w:rsidRDefault="00F25E9F" w:rsidP="00BA5A9D">
            <w:pPr>
              <w:rPr>
                <w:rFonts w:cs="Times New Roman"/>
                <w:szCs w:val="20"/>
                <w:lang w:val="ru-RU"/>
              </w:rPr>
            </w:pPr>
            <w:r>
              <w:rPr>
                <w:rFonts w:cs="Times New Roman"/>
                <w:sz w:val="16"/>
                <w:szCs w:val="20"/>
                <w:lang w:val="ru-RU"/>
              </w:rPr>
              <w:t>Н</w:t>
            </w:r>
            <w:proofErr w:type="spellStart"/>
            <w:r w:rsidRPr="00EE26D0">
              <w:rPr>
                <w:rFonts w:cs="Times New Roman"/>
                <w:sz w:val="16"/>
                <w:szCs w:val="20"/>
              </w:rPr>
              <w:t>ачальная</w:t>
            </w:r>
            <w:proofErr w:type="spellEnd"/>
            <w:r w:rsidRPr="00EE26D0">
              <w:rPr>
                <w:rFonts w:cs="Times New Roman"/>
                <w:sz w:val="16"/>
                <w:szCs w:val="20"/>
              </w:rPr>
              <w:t xml:space="preserve"> </w:t>
            </w:r>
            <w:proofErr w:type="spellStart"/>
            <w:r w:rsidRPr="00EE26D0">
              <w:rPr>
                <w:rFonts w:cs="Times New Roman"/>
                <w:sz w:val="16"/>
                <w:szCs w:val="20"/>
              </w:rPr>
              <w:t>стоимость</w:t>
            </w:r>
            <w:proofErr w:type="spellEnd"/>
          </w:p>
        </w:tc>
        <w:tc>
          <w:tcPr>
            <w:tcW w:w="1701" w:type="dxa"/>
          </w:tcPr>
          <w:p w14:paraId="443B99C9" w14:textId="77777777" w:rsidR="00F25E9F" w:rsidRPr="00EE26D0" w:rsidRDefault="00F25E9F" w:rsidP="00BA5A9D">
            <w:pPr>
              <w:rPr>
                <w:rFonts w:cs="Times New Roman"/>
                <w:szCs w:val="20"/>
                <w:lang w:val="ru-RU"/>
              </w:rPr>
            </w:pPr>
            <w:r>
              <w:rPr>
                <w:rFonts w:cs="Times New Roman"/>
                <w:sz w:val="16"/>
                <w:szCs w:val="20"/>
                <w:lang w:val="ru-RU"/>
              </w:rPr>
              <w:t>Остаточная</w:t>
            </w:r>
            <w:r w:rsidRPr="00EE26D0">
              <w:rPr>
                <w:rFonts w:cs="Times New Roman"/>
                <w:sz w:val="16"/>
                <w:szCs w:val="20"/>
              </w:rPr>
              <w:t xml:space="preserve"> </w:t>
            </w:r>
            <w:proofErr w:type="spellStart"/>
            <w:r w:rsidRPr="00EE26D0">
              <w:rPr>
                <w:rFonts w:cs="Times New Roman"/>
                <w:sz w:val="16"/>
                <w:szCs w:val="20"/>
              </w:rPr>
              <w:t>стоимость</w:t>
            </w:r>
            <w:proofErr w:type="spellEnd"/>
            <w:r w:rsidRPr="00EE26D0">
              <w:rPr>
                <w:rFonts w:cs="Times New Roman"/>
                <w:sz w:val="16"/>
                <w:szCs w:val="20"/>
              </w:rPr>
              <w:t xml:space="preserve"> </w:t>
            </w:r>
          </w:p>
        </w:tc>
      </w:tr>
      <w:tr w:rsidR="00F25E9F" w14:paraId="4223E060" w14:textId="77777777" w:rsidTr="001365F3">
        <w:trPr>
          <w:jc w:val="center"/>
        </w:trPr>
        <w:tc>
          <w:tcPr>
            <w:tcW w:w="993" w:type="dxa"/>
          </w:tcPr>
          <w:p w14:paraId="12C1D4F6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3685" w:type="dxa"/>
          </w:tcPr>
          <w:p w14:paraId="31139E23" w14:textId="77777777" w:rsidR="00F25E9F" w:rsidRDefault="00F25E9F" w:rsidP="00BA5A9D">
            <w:proofErr w:type="spellStart"/>
            <w:r>
              <w:rPr>
                <w:sz w:val="16"/>
              </w:rPr>
              <w:t>Многофункциональное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устройство</w:t>
            </w:r>
            <w:proofErr w:type="spellEnd"/>
          </w:p>
        </w:tc>
        <w:tc>
          <w:tcPr>
            <w:tcW w:w="1706" w:type="dxa"/>
            <w:gridSpan w:val="2"/>
          </w:tcPr>
          <w:p w14:paraId="025B2CEA" w14:textId="77777777" w:rsidR="00F25E9F" w:rsidRDefault="00F25E9F" w:rsidP="00BA5A9D">
            <w:r>
              <w:rPr>
                <w:sz w:val="16"/>
              </w:rPr>
              <w:t>241300000046</w:t>
            </w:r>
          </w:p>
        </w:tc>
        <w:tc>
          <w:tcPr>
            <w:tcW w:w="1691" w:type="dxa"/>
          </w:tcPr>
          <w:p w14:paraId="7ED6BCF5" w14:textId="77777777" w:rsidR="00F25E9F" w:rsidRDefault="00F25E9F" w:rsidP="00BA5A9D">
            <w:r>
              <w:rPr>
                <w:sz w:val="16"/>
              </w:rPr>
              <w:t>97200</w:t>
            </w:r>
          </w:p>
        </w:tc>
        <w:tc>
          <w:tcPr>
            <w:tcW w:w="1701" w:type="dxa"/>
          </w:tcPr>
          <w:p w14:paraId="0F1C0CC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F37716C" w14:textId="77777777" w:rsidTr="001365F3">
        <w:trPr>
          <w:jc w:val="center"/>
        </w:trPr>
        <w:tc>
          <w:tcPr>
            <w:tcW w:w="993" w:type="dxa"/>
          </w:tcPr>
          <w:p w14:paraId="75639CC9" w14:textId="77777777" w:rsidR="00F25E9F" w:rsidRDefault="00F25E9F" w:rsidP="00BA5A9D">
            <w:r>
              <w:rPr>
                <w:sz w:val="16"/>
              </w:rPr>
              <w:t>2</w:t>
            </w:r>
          </w:p>
        </w:tc>
        <w:tc>
          <w:tcPr>
            <w:tcW w:w="3685" w:type="dxa"/>
          </w:tcPr>
          <w:p w14:paraId="0982CA07" w14:textId="77777777" w:rsidR="00F25E9F" w:rsidRDefault="00F25E9F" w:rsidP="00BA5A9D">
            <w:proofErr w:type="spellStart"/>
            <w:r>
              <w:rPr>
                <w:sz w:val="16"/>
              </w:rPr>
              <w:t>Ноутбук</w:t>
            </w:r>
            <w:proofErr w:type="spellEnd"/>
            <w:r>
              <w:rPr>
                <w:sz w:val="16"/>
              </w:rPr>
              <w:t xml:space="preserve"> Core 13</w:t>
            </w:r>
          </w:p>
        </w:tc>
        <w:tc>
          <w:tcPr>
            <w:tcW w:w="1706" w:type="dxa"/>
            <w:gridSpan w:val="2"/>
          </w:tcPr>
          <w:p w14:paraId="35B27340" w14:textId="77777777" w:rsidR="00F25E9F" w:rsidRDefault="00F25E9F" w:rsidP="00BA5A9D">
            <w:r>
              <w:rPr>
                <w:sz w:val="16"/>
              </w:rPr>
              <w:t>241300000048</w:t>
            </w:r>
          </w:p>
        </w:tc>
        <w:tc>
          <w:tcPr>
            <w:tcW w:w="1691" w:type="dxa"/>
          </w:tcPr>
          <w:p w14:paraId="19FC2283" w14:textId="77777777" w:rsidR="00F25E9F" w:rsidRDefault="00F25E9F" w:rsidP="00BA5A9D">
            <w:r>
              <w:rPr>
                <w:sz w:val="16"/>
              </w:rPr>
              <w:t>239000</w:t>
            </w:r>
          </w:p>
        </w:tc>
        <w:tc>
          <w:tcPr>
            <w:tcW w:w="1701" w:type="dxa"/>
          </w:tcPr>
          <w:p w14:paraId="78C4C14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C9F1724" w14:textId="77777777" w:rsidTr="001365F3">
        <w:trPr>
          <w:jc w:val="center"/>
        </w:trPr>
        <w:tc>
          <w:tcPr>
            <w:tcW w:w="993" w:type="dxa"/>
          </w:tcPr>
          <w:p w14:paraId="7D0711B9" w14:textId="77777777" w:rsidR="00F25E9F" w:rsidRDefault="00F25E9F" w:rsidP="00BA5A9D">
            <w:r>
              <w:rPr>
                <w:sz w:val="16"/>
              </w:rPr>
              <w:t>3</w:t>
            </w:r>
          </w:p>
        </w:tc>
        <w:tc>
          <w:tcPr>
            <w:tcW w:w="3685" w:type="dxa"/>
          </w:tcPr>
          <w:p w14:paraId="133FF014" w14:textId="77777777" w:rsidR="00F25E9F" w:rsidRDefault="00F25E9F" w:rsidP="00BA5A9D">
            <w:proofErr w:type="spellStart"/>
            <w:r>
              <w:rPr>
                <w:sz w:val="16"/>
              </w:rPr>
              <w:t>Персональный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компьютер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комплекте</w:t>
            </w:r>
            <w:proofErr w:type="spellEnd"/>
          </w:p>
        </w:tc>
        <w:tc>
          <w:tcPr>
            <w:tcW w:w="1706" w:type="dxa"/>
            <w:gridSpan w:val="2"/>
          </w:tcPr>
          <w:p w14:paraId="26EE5636" w14:textId="77777777" w:rsidR="00F25E9F" w:rsidRDefault="00F25E9F" w:rsidP="00BA5A9D">
            <w:r>
              <w:rPr>
                <w:sz w:val="16"/>
              </w:rPr>
              <w:t>241300000049</w:t>
            </w:r>
          </w:p>
        </w:tc>
        <w:tc>
          <w:tcPr>
            <w:tcW w:w="1691" w:type="dxa"/>
          </w:tcPr>
          <w:p w14:paraId="206E2DCF" w14:textId="77777777" w:rsidR="00F25E9F" w:rsidRDefault="00F25E9F" w:rsidP="00BA5A9D">
            <w:r>
              <w:rPr>
                <w:sz w:val="16"/>
              </w:rPr>
              <w:t>189900</w:t>
            </w:r>
          </w:p>
        </w:tc>
        <w:tc>
          <w:tcPr>
            <w:tcW w:w="1701" w:type="dxa"/>
          </w:tcPr>
          <w:p w14:paraId="3DE0300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FC6659" w14:textId="77777777" w:rsidTr="001365F3">
        <w:trPr>
          <w:jc w:val="center"/>
        </w:trPr>
        <w:tc>
          <w:tcPr>
            <w:tcW w:w="993" w:type="dxa"/>
          </w:tcPr>
          <w:p w14:paraId="5E47AC6C" w14:textId="77777777" w:rsidR="00F25E9F" w:rsidRDefault="00F25E9F" w:rsidP="00BA5A9D">
            <w:r>
              <w:rPr>
                <w:sz w:val="16"/>
              </w:rPr>
              <w:t>4</w:t>
            </w:r>
          </w:p>
        </w:tc>
        <w:tc>
          <w:tcPr>
            <w:tcW w:w="3685" w:type="dxa"/>
          </w:tcPr>
          <w:p w14:paraId="7EAE9E19" w14:textId="77777777" w:rsidR="00F25E9F" w:rsidRDefault="00F25E9F" w:rsidP="00BA5A9D">
            <w:proofErr w:type="spellStart"/>
            <w:r>
              <w:rPr>
                <w:sz w:val="16"/>
              </w:rPr>
              <w:t>Персональный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компьютер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комплекте</w:t>
            </w:r>
            <w:proofErr w:type="spellEnd"/>
          </w:p>
        </w:tc>
        <w:tc>
          <w:tcPr>
            <w:tcW w:w="1706" w:type="dxa"/>
            <w:gridSpan w:val="2"/>
          </w:tcPr>
          <w:p w14:paraId="2D253746" w14:textId="77777777" w:rsidR="00F25E9F" w:rsidRDefault="00F25E9F" w:rsidP="00BA5A9D">
            <w:r>
              <w:rPr>
                <w:sz w:val="16"/>
              </w:rPr>
              <w:t>241300000050</w:t>
            </w:r>
          </w:p>
        </w:tc>
        <w:tc>
          <w:tcPr>
            <w:tcW w:w="1691" w:type="dxa"/>
          </w:tcPr>
          <w:p w14:paraId="07C650B3" w14:textId="77777777" w:rsidR="00F25E9F" w:rsidRDefault="00F25E9F" w:rsidP="00BA5A9D">
            <w:r>
              <w:rPr>
                <w:sz w:val="16"/>
              </w:rPr>
              <w:t>189900</w:t>
            </w:r>
          </w:p>
        </w:tc>
        <w:tc>
          <w:tcPr>
            <w:tcW w:w="1701" w:type="dxa"/>
          </w:tcPr>
          <w:p w14:paraId="5E12957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37CB262" w14:textId="77777777" w:rsidTr="001365F3">
        <w:trPr>
          <w:jc w:val="center"/>
        </w:trPr>
        <w:tc>
          <w:tcPr>
            <w:tcW w:w="993" w:type="dxa"/>
          </w:tcPr>
          <w:p w14:paraId="32EF2AB1" w14:textId="77777777" w:rsidR="00F25E9F" w:rsidRDefault="00F25E9F" w:rsidP="00BA5A9D">
            <w:r>
              <w:rPr>
                <w:sz w:val="16"/>
              </w:rPr>
              <w:t>5</w:t>
            </w:r>
          </w:p>
        </w:tc>
        <w:tc>
          <w:tcPr>
            <w:tcW w:w="3685" w:type="dxa"/>
          </w:tcPr>
          <w:p w14:paraId="1C459149" w14:textId="77777777" w:rsidR="00F25E9F" w:rsidRDefault="00F25E9F" w:rsidP="00BA5A9D">
            <w:proofErr w:type="spellStart"/>
            <w:r>
              <w:rPr>
                <w:sz w:val="16"/>
              </w:rPr>
              <w:t>Персональный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компьютер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комплекте</w:t>
            </w:r>
            <w:proofErr w:type="spellEnd"/>
          </w:p>
        </w:tc>
        <w:tc>
          <w:tcPr>
            <w:tcW w:w="1706" w:type="dxa"/>
            <w:gridSpan w:val="2"/>
          </w:tcPr>
          <w:p w14:paraId="322E5DBE" w14:textId="77777777" w:rsidR="00F25E9F" w:rsidRDefault="00F25E9F" w:rsidP="00BA5A9D">
            <w:r>
              <w:rPr>
                <w:sz w:val="16"/>
              </w:rPr>
              <w:t>241300000051</w:t>
            </w:r>
          </w:p>
        </w:tc>
        <w:tc>
          <w:tcPr>
            <w:tcW w:w="1691" w:type="dxa"/>
          </w:tcPr>
          <w:p w14:paraId="37CF08AF" w14:textId="77777777" w:rsidR="00F25E9F" w:rsidRDefault="00F25E9F" w:rsidP="00BA5A9D">
            <w:r>
              <w:rPr>
                <w:sz w:val="16"/>
              </w:rPr>
              <w:t>189900</w:t>
            </w:r>
          </w:p>
        </w:tc>
        <w:tc>
          <w:tcPr>
            <w:tcW w:w="1701" w:type="dxa"/>
          </w:tcPr>
          <w:p w14:paraId="1C8CE01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83CADE1" w14:textId="77777777" w:rsidTr="001365F3">
        <w:trPr>
          <w:jc w:val="center"/>
        </w:trPr>
        <w:tc>
          <w:tcPr>
            <w:tcW w:w="993" w:type="dxa"/>
          </w:tcPr>
          <w:p w14:paraId="41D43B02" w14:textId="77777777" w:rsidR="00F25E9F" w:rsidRDefault="00F25E9F" w:rsidP="00BA5A9D">
            <w:r>
              <w:rPr>
                <w:sz w:val="16"/>
              </w:rPr>
              <w:t>6</w:t>
            </w:r>
          </w:p>
        </w:tc>
        <w:tc>
          <w:tcPr>
            <w:tcW w:w="3685" w:type="dxa"/>
          </w:tcPr>
          <w:p w14:paraId="05E89AAA" w14:textId="77777777" w:rsidR="00F25E9F" w:rsidRDefault="00F25E9F" w:rsidP="00BA5A9D">
            <w:proofErr w:type="spellStart"/>
            <w:r>
              <w:rPr>
                <w:sz w:val="16"/>
              </w:rPr>
              <w:t>Газонокосилка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бензиновая</w:t>
            </w:r>
            <w:proofErr w:type="spellEnd"/>
            <w:r>
              <w:rPr>
                <w:sz w:val="16"/>
              </w:rPr>
              <w:t xml:space="preserve"> 40МТД-1</w:t>
            </w:r>
          </w:p>
        </w:tc>
        <w:tc>
          <w:tcPr>
            <w:tcW w:w="1706" w:type="dxa"/>
            <w:gridSpan w:val="2"/>
          </w:tcPr>
          <w:p w14:paraId="66C12949" w14:textId="77777777" w:rsidR="00F25E9F" w:rsidRDefault="00F25E9F" w:rsidP="00BA5A9D">
            <w:r>
              <w:rPr>
                <w:sz w:val="16"/>
              </w:rPr>
              <w:t>241300000074</w:t>
            </w:r>
          </w:p>
        </w:tc>
        <w:tc>
          <w:tcPr>
            <w:tcW w:w="1691" w:type="dxa"/>
          </w:tcPr>
          <w:p w14:paraId="1B59BD39" w14:textId="77777777" w:rsidR="00F25E9F" w:rsidRDefault="00F25E9F" w:rsidP="00BA5A9D">
            <w:r>
              <w:rPr>
                <w:sz w:val="16"/>
              </w:rPr>
              <w:t>60000</w:t>
            </w:r>
          </w:p>
        </w:tc>
        <w:tc>
          <w:tcPr>
            <w:tcW w:w="1701" w:type="dxa"/>
          </w:tcPr>
          <w:p w14:paraId="5CBCF62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CD2588D" w14:textId="77777777" w:rsidTr="001365F3">
        <w:trPr>
          <w:jc w:val="center"/>
        </w:trPr>
        <w:tc>
          <w:tcPr>
            <w:tcW w:w="993" w:type="dxa"/>
          </w:tcPr>
          <w:p w14:paraId="2AE77DE9" w14:textId="77777777" w:rsidR="00F25E9F" w:rsidRDefault="00F25E9F" w:rsidP="00BA5A9D">
            <w:r>
              <w:rPr>
                <w:sz w:val="16"/>
              </w:rPr>
              <w:t>7</w:t>
            </w:r>
          </w:p>
        </w:tc>
        <w:tc>
          <w:tcPr>
            <w:tcW w:w="3685" w:type="dxa"/>
          </w:tcPr>
          <w:p w14:paraId="0DD62013" w14:textId="77777777" w:rsidR="00F25E9F" w:rsidRDefault="00F25E9F" w:rsidP="00BA5A9D">
            <w:proofErr w:type="spellStart"/>
            <w:r>
              <w:rPr>
                <w:sz w:val="16"/>
              </w:rPr>
              <w:t>Газонокосилка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бензиновая</w:t>
            </w:r>
            <w:proofErr w:type="spellEnd"/>
            <w:r>
              <w:rPr>
                <w:sz w:val="16"/>
              </w:rPr>
              <w:t xml:space="preserve"> 40МТД-2</w:t>
            </w:r>
          </w:p>
        </w:tc>
        <w:tc>
          <w:tcPr>
            <w:tcW w:w="1706" w:type="dxa"/>
            <w:gridSpan w:val="2"/>
          </w:tcPr>
          <w:p w14:paraId="12DAC4CF" w14:textId="77777777" w:rsidR="00F25E9F" w:rsidRDefault="00F25E9F" w:rsidP="00BA5A9D">
            <w:r>
              <w:rPr>
                <w:sz w:val="16"/>
              </w:rPr>
              <w:t>241300000075</w:t>
            </w:r>
          </w:p>
        </w:tc>
        <w:tc>
          <w:tcPr>
            <w:tcW w:w="1691" w:type="dxa"/>
          </w:tcPr>
          <w:p w14:paraId="6DBCEAB9" w14:textId="77777777" w:rsidR="00F25E9F" w:rsidRDefault="00F25E9F" w:rsidP="00BA5A9D">
            <w:r>
              <w:rPr>
                <w:sz w:val="16"/>
              </w:rPr>
              <w:t>60000</w:t>
            </w:r>
          </w:p>
        </w:tc>
        <w:tc>
          <w:tcPr>
            <w:tcW w:w="1701" w:type="dxa"/>
          </w:tcPr>
          <w:p w14:paraId="0385BDE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461B029" w14:textId="77777777" w:rsidTr="001365F3">
        <w:trPr>
          <w:jc w:val="center"/>
        </w:trPr>
        <w:tc>
          <w:tcPr>
            <w:tcW w:w="993" w:type="dxa"/>
          </w:tcPr>
          <w:p w14:paraId="6C9BDDB4" w14:textId="77777777" w:rsidR="00F25E9F" w:rsidRDefault="00F25E9F" w:rsidP="00BA5A9D">
            <w:r>
              <w:rPr>
                <w:sz w:val="16"/>
              </w:rPr>
              <w:t>8</w:t>
            </w:r>
          </w:p>
        </w:tc>
        <w:tc>
          <w:tcPr>
            <w:tcW w:w="3685" w:type="dxa"/>
          </w:tcPr>
          <w:p w14:paraId="32954358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 xml:space="preserve">Музыкальный центр  </w:t>
            </w:r>
            <w:r>
              <w:rPr>
                <w:sz w:val="16"/>
              </w:rPr>
              <w:t>Sony</w:t>
            </w:r>
            <w:r w:rsidRPr="008240B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LHC</w:t>
            </w:r>
            <w:r w:rsidRPr="008240B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AZ</w:t>
            </w:r>
            <w:r w:rsidRPr="008240BA">
              <w:rPr>
                <w:sz w:val="16"/>
                <w:lang w:val="ru-RU"/>
              </w:rPr>
              <w:t xml:space="preserve"> 33</w:t>
            </w:r>
            <w:r>
              <w:rPr>
                <w:sz w:val="16"/>
              </w:rPr>
              <w:t>D</w:t>
            </w:r>
          </w:p>
        </w:tc>
        <w:tc>
          <w:tcPr>
            <w:tcW w:w="1706" w:type="dxa"/>
            <w:gridSpan w:val="2"/>
          </w:tcPr>
          <w:p w14:paraId="355B10FF" w14:textId="77777777" w:rsidR="00F25E9F" w:rsidRDefault="00F25E9F" w:rsidP="00BA5A9D">
            <w:r>
              <w:rPr>
                <w:sz w:val="16"/>
              </w:rPr>
              <w:t>241300000076</w:t>
            </w:r>
          </w:p>
        </w:tc>
        <w:tc>
          <w:tcPr>
            <w:tcW w:w="1691" w:type="dxa"/>
          </w:tcPr>
          <w:p w14:paraId="01A7D47E" w14:textId="77777777" w:rsidR="00F25E9F" w:rsidRDefault="00F25E9F" w:rsidP="00BA5A9D">
            <w:r>
              <w:rPr>
                <w:sz w:val="16"/>
              </w:rPr>
              <w:t>49500</w:t>
            </w:r>
          </w:p>
        </w:tc>
        <w:tc>
          <w:tcPr>
            <w:tcW w:w="1701" w:type="dxa"/>
          </w:tcPr>
          <w:p w14:paraId="1E8F8EB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8AD5BF4" w14:textId="77777777" w:rsidTr="001365F3">
        <w:trPr>
          <w:jc w:val="center"/>
        </w:trPr>
        <w:tc>
          <w:tcPr>
            <w:tcW w:w="993" w:type="dxa"/>
          </w:tcPr>
          <w:p w14:paraId="32AFD90B" w14:textId="77777777" w:rsidR="00F25E9F" w:rsidRDefault="00F25E9F" w:rsidP="00BA5A9D">
            <w:r>
              <w:rPr>
                <w:sz w:val="16"/>
              </w:rPr>
              <w:t>9</w:t>
            </w:r>
          </w:p>
        </w:tc>
        <w:tc>
          <w:tcPr>
            <w:tcW w:w="3685" w:type="dxa"/>
          </w:tcPr>
          <w:p w14:paraId="1F264969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>Пылесос для влажной и сухой уборки</w:t>
            </w:r>
          </w:p>
        </w:tc>
        <w:tc>
          <w:tcPr>
            <w:tcW w:w="1706" w:type="dxa"/>
            <w:gridSpan w:val="2"/>
          </w:tcPr>
          <w:p w14:paraId="60471292" w14:textId="77777777" w:rsidR="00F25E9F" w:rsidRDefault="00F25E9F" w:rsidP="00BA5A9D">
            <w:r>
              <w:rPr>
                <w:sz w:val="16"/>
              </w:rPr>
              <w:t>241300000079</w:t>
            </w:r>
          </w:p>
        </w:tc>
        <w:tc>
          <w:tcPr>
            <w:tcW w:w="1691" w:type="dxa"/>
          </w:tcPr>
          <w:p w14:paraId="21A04CDC" w14:textId="77777777" w:rsidR="00F25E9F" w:rsidRDefault="00F25E9F" w:rsidP="00BA5A9D">
            <w:r>
              <w:rPr>
                <w:sz w:val="16"/>
              </w:rPr>
              <w:t>122040</w:t>
            </w:r>
          </w:p>
        </w:tc>
        <w:tc>
          <w:tcPr>
            <w:tcW w:w="1701" w:type="dxa"/>
          </w:tcPr>
          <w:p w14:paraId="1DB15F9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F1383A5" w14:textId="77777777" w:rsidTr="001365F3">
        <w:trPr>
          <w:jc w:val="center"/>
        </w:trPr>
        <w:tc>
          <w:tcPr>
            <w:tcW w:w="993" w:type="dxa"/>
          </w:tcPr>
          <w:p w14:paraId="6DAD84A4" w14:textId="77777777" w:rsidR="00F25E9F" w:rsidRDefault="00F25E9F" w:rsidP="00BA5A9D">
            <w:r>
              <w:rPr>
                <w:sz w:val="16"/>
              </w:rPr>
              <w:t>10</w:t>
            </w:r>
          </w:p>
        </w:tc>
        <w:tc>
          <w:tcPr>
            <w:tcW w:w="3685" w:type="dxa"/>
          </w:tcPr>
          <w:p w14:paraId="34C68216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 xml:space="preserve">Видеорегистратор 16-канальный </w:t>
            </w:r>
            <w:r>
              <w:rPr>
                <w:sz w:val="16"/>
              </w:rPr>
              <w:t>NV</w:t>
            </w:r>
            <w:r w:rsidRPr="008240BA">
              <w:rPr>
                <w:sz w:val="16"/>
                <w:lang w:val="ru-RU"/>
              </w:rPr>
              <w:t>-</w:t>
            </w:r>
            <w:r>
              <w:rPr>
                <w:sz w:val="16"/>
              </w:rPr>
              <w:t>DVR</w:t>
            </w:r>
            <w:r w:rsidRPr="008240BA">
              <w:rPr>
                <w:sz w:val="16"/>
                <w:lang w:val="ru-RU"/>
              </w:rPr>
              <w:t>1116/</w:t>
            </w:r>
            <w:r>
              <w:rPr>
                <w:sz w:val="16"/>
              </w:rPr>
              <w:t>CD</w:t>
            </w:r>
          </w:p>
        </w:tc>
        <w:tc>
          <w:tcPr>
            <w:tcW w:w="1706" w:type="dxa"/>
            <w:gridSpan w:val="2"/>
          </w:tcPr>
          <w:p w14:paraId="51474116" w14:textId="77777777" w:rsidR="00F25E9F" w:rsidRDefault="00F25E9F" w:rsidP="00BA5A9D">
            <w:r>
              <w:rPr>
                <w:sz w:val="16"/>
              </w:rPr>
              <w:t>241300000083</w:t>
            </w:r>
          </w:p>
        </w:tc>
        <w:tc>
          <w:tcPr>
            <w:tcW w:w="1691" w:type="dxa"/>
          </w:tcPr>
          <w:p w14:paraId="3598BCFD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3F97012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C586158" w14:textId="77777777" w:rsidTr="001365F3">
        <w:trPr>
          <w:jc w:val="center"/>
        </w:trPr>
        <w:tc>
          <w:tcPr>
            <w:tcW w:w="993" w:type="dxa"/>
          </w:tcPr>
          <w:p w14:paraId="4AAE01F2" w14:textId="77777777" w:rsidR="00F25E9F" w:rsidRDefault="00F25E9F" w:rsidP="00BA5A9D">
            <w:r>
              <w:rPr>
                <w:sz w:val="16"/>
              </w:rPr>
              <w:t>11</w:t>
            </w:r>
          </w:p>
        </w:tc>
        <w:tc>
          <w:tcPr>
            <w:tcW w:w="3685" w:type="dxa"/>
          </w:tcPr>
          <w:p w14:paraId="108D72D0" w14:textId="77777777" w:rsidR="00F25E9F" w:rsidRDefault="00F25E9F" w:rsidP="00BA5A9D">
            <w:proofErr w:type="spellStart"/>
            <w:r>
              <w:rPr>
                <w:sz w:val="16"/>
              </w:rPr>
              <w:t>Принтер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лазерный</w:t>
            </w:r>
            <w:proofErr w:type="spellEnd"/>
          </w:p>
        </w:tc>
        <w:tc>
          <w:tcPr>
            <w:tcW w:w="1706" w:type="dxa"/>
            <w:gridSpan w:val="2"/>
          </w:tcPr>
          <w:p w14:paraId="7A6192FF" w14:textId="77777777" w:rsidR="00F25E9F" w:rsidRDefault="00F25E9F" w:rsidP="00BA5A9D">
            <w:r>
              <w:rPr>
                <w:sz w:val="16"/>
              </w:rPr>
              <w:t>241300000090</w:t>
            </w:r>
          </w:p>
        </w:tc>
        <w:tc>
          <w:tcPr>
            <w:tcW w:w="1691" w:type="dxa"/>
          </w:tcPr>
          <w:p w14:paraId="0C5133E1" w14:textId="77777777" w:rsidR="00F25E9F" w:rsidRDefault="00F25E9F" w:rsidP="00BA5A9D">
            <w:r>
              <w:rPr>
                <w:sz w:val="16"/>
              </w:rPr>
              <w:t>57150</w:t>
            </w:r>
          </w:p>
        </w:tc>
        <w:tc>
          <w:tcPr>
            <w:tcW w:w="1701" w:type="dxa"/>
          </w:tcPr>
          <w:p w14:paraId="2240004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EF84302" w14:textId="77777777" w:rsidTr="001365F3">
        <w:trPr>
          <w:jc w:val="center"/>
        </w:trPr>
        <w:tc>
          <w:tcPr>
            <w:tcW w:w="993" w:type="dxa"/>
          </w:tcPr>
          <w:p w14:paraId="359B1881" w14:textId="77777777" w:rsidR="00F25E9F" w:rsidRDefault="00F25E9F" w:rsidP="00BA5A9D">
            <w:r>
              <w:rPr>
                <w:sz w:val="16"/>
              </w:rPr>
              <w:t>12</w:t>
            </w:r>
          </w:p>
        </w:tc>
        <w:tc>
          <w:tcPr>
            <w:tcW w:w="3685" w:type="dxa"/>
          </w:tcPr>
          <w:p w14:paraId="1A07D4CC" w14:textId="77777777" w:rsidR="00F25E9F" w:rsidRDefault="00F25E9F" w:rsidP="00BA5A9D">
            <w:proofErr w:type="spellStart"/>
            <w:r>
              <w:rPr>
                <w:sz w:val="16"/>
              </w:rPr>
              <w:t>Принтер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лазерный</w:t>
            </w:r>
            <w:proofErr w:type="spellEnd"/>
          </w:p>
        </w:tc>
        <w:tc>
          <w:tcPr>
            <w:tcW w:w="1706" w:type="dxa"/>
            <w:gridSpan w:val="2"/>
          </w:tcPr>
          <w:p w14:paraId="4BEAB855" w14:textId="77777777" w:rsidR="00F25E9F" w:rsidRDefault="00F25E9F" w:rsidP="00BA5A9D">
            <w:r>
              <w:rPr>
                <w:sz w:val="16"/>
              </w:rPr>
              <w:t>241300000092</w:t>
            </w:r>
          </w:p>
        </w:tc>
        <w:tc>
          <w:tcPr>
            <w:tcW w:w="1691" w:type="dxa"/>
          </w:tcPr>
          <w:p w14:paraId="06AE7CA9" w14:textId="77777777" w:rsidR="00F25E9F" w:rsidRDefault="00F25E9F" w:rsidP="00BA5A9D">
            <w:r>
              <w:rPr>
                <w:sz w:val="16"/>
              </w:rPr>
              <w:t>57150</w:t>
            </w:r>
          </w:p>
        </w:tc>
        <w:tc>
          <w:tcPr>
            <w:tcW w:w="1701" w:type="dxa"/>
          </w:tcPr>
          <w:p w14:paraId="6EF1027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FB6F51A" w14:textId="77777777" w:rsidTr="001365F3">
        <w:trPr>
          <w:jc w:val="center"/>
        </w:trPr>
        <w:tc>
          <w:tcPr>
            <w:tcW w:w="993" w:type="dxa"/>
          </w:tcPr>
          <w:p w14:paraId="052F6AFD" w14:textId="77777777" w:rsidR="00F25E9F" w:rsidRDefault="00F25E9F" w:rsidP="00BA5A9D">
            <w:r>
              <w:rPr>
                <w:sz w:val="16"/>
              </w:rPr>
              <w:t>13</w:t>
            </w:r>
          </w:p>
        </w:tc>
        <w:tc>
          <w:tcPr>
            <w:tcW w:w="3685" w:type="dxa"/>
          </w:tcPr>
          <w:p w14:paraId="0728156D" w14:textId="77777777" w:rsidR="00F25E9F" w:rsidRDefault="00F25E9F" w:rsidP="00BA5A9D">
            <w:proofErr w:type="spellStart"/>
            <w:r>
              <w:rPr>
                <w:sz w:val="16"/>
              </w:rPr>
              <w:t>Камера</w:t>
            </w:r>
            <w:proofErr w:type="spellEnd"/>
            <w:r>
              <w:rPr>
                <w:sz w:val="16"/>
              </w:rPr>
              <w:t xml:space="preserve"> U127 HD</w:t>
            </w:r>
          </w:p>
        </w:tc>
        <w:tc>
          <w:tcPr>
            <w:tcW w:w="1706" w:type="dxa"/>
            <w:gridSpan w:val="2"/>
          </w:tcPr>
          <w:p w14:paraId="22C94526" w14:textId="77777777" w:rsidR="00F25E9F" w:rsidRDefault="00F25E9F" w:rsidP="00BA5A9D">
            <w:r>
              <w:rPr>
                <w:sz w:val="16"/>
              </w:rPr>
              <w:t>241300000094</w:t>
            </w:r>
          </w:p>
        </w:tc>
        <w:tc>
          <w:tcPr>
            <w:tcW w:w="1691" w:type="dxa"/>
          </w:tcPr>
          <w:p w14:paraId="1E6E8591" w14:textId="77777777" w:rsidR="00F25E9F" w:rsidRDefault="00F25E9F" w:rsidP="00BA5A9D">
            <w:r>
              <w:rPr>
                <w:sz w:val="16"/>
              </w:rPr>
              <w:t>18000</w:t>
            </w:r>
          </w:p>
        </w:tc>
        <w:tc>
          <w:tcPr>
            <w:tcW w:w="1701" w:type="dxa"/>
          </w:tcPr>
          <w:p w14:paraId="1106DF7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687C6E5" w14:textId="77777777" w:rsidTr="001365F3">
        <w:trPr>
          <w:jc w:val="center"/>
        </w:trPr>
        <w:tc>
          <w:tcPr>
            <w:tcW w:w="993" w:type="dxa"/>
          </w:tcPr>
          <w:p w14:paraId="38E5B45F" w14:textId="77777777" w:rsidR="00F25E9F" w:rsidRDefault="00F25E9F" w:rsidP="00BA5A9D">
            <w:r>
              <w:rPr>
                <w:sz w:val="16"/>
              </w:rPr>
              <w:t>14</w:t>
            </w:r>
          </w:p>
        </w:tc>
        <w:tc>
          <w:tcPr>
            <w:tcW w:w="3685" w:type="dxa"/>
          </w:tcPr>
          <w:p w14:paraId="5F4576C1" w14:textId="77777777" w:rsidR="00F25E9F" w:rsidRDefault="00F25E9F" w:rsidP="00BA5A9D">
            <w:proofErr w:type="spellStart"/>
            <w:r>
              <w:rPr>
                <w:sz w:val="16"/>
              </w:rPr>
              <w:t>Камера</w:t>
            </w:r>
            <w:proofErr w:type="spellEnd"/>
            <w:r>
              <w:rPr>
                <w:sz w:val="16"/>
              </w:rPr>
              <w:t xml:space="preserve"> U127 HD</w:t>
            </w:r>
          </w:p>
        </w:tc>
        <w:tc>
          <w:tcPr>
            <w:tcW w:w="1706" w:type="dxa"/>
            <w:gridSpan w:val="2"/>
          </w:tcPr>
          <w:p w14:paraId="4CA834C9" w14:textId="77777777" w:rsidR="00F25E9F" w:rsidRDefault="00F25E9F" w:rsidP="00BA5A9D">
            <w:r>
              <w:rPr>
                <w:sz w:val="16"/>
              </w:rPr>
              <w:t>241300000095</w:t>
            </w:r>
          </w:p>
        </w:tc>
        <w:tc>
          <w:tcPr>
            <w:tcW w:w="1691" w:type="dxa"/>
          </w:tcPr>
          <w:p w14:paraId="6BFDE59F" w14:textId="77777777" w:rsidR="00F25E9F" w:rsidRDefault="00F25E9F" w:rsidP="00BA5A9D">
            <w:r>
              <w:rPr>
                <w:sz w:val="16"/>
              </w:rPr>
              <w:t>18000</w:t>
            </w:r>
          </w:p>
        </w:tc>
        <w:tc>
          <w:tcPr>
            <w:tcW w:w="1701" w:type="dxa"/>
          </w:tcPr>
          <w:p w14:paraId="065F067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12DECA4" w14:textId="77777777" w:rsidTr="001365F3">
        <w:trPr>
          <w:jc w:val="center"/>
        </w:trPr>
        <w:tc>
          <w:tcPr>
            <w:tcW w:w="993" w:type="dxa"/>
          </w:tcPr>
          <w:p w14:paraId="21E5F37E" w14:textId="77777777" w:rsidR="00F25E9F" w:rsidRDefault="00F25E9F" w:rsidP="00BA5A9D">
            <w:r>
              <w:rPr>
                <w:sz w:val="16"/>
              </w:rPr>
              <w:t>15</w:t>
            </w:r>
          </w:p>
        </w:tc>
        <w:tc>
          <w:tcPr>
            <w:tcW w:w="3685" w:type="dxa"/>
          </w:tcPr>
          <w:p w14:paraId="0DBAFA60" w14:textId="77777777" w:rsidR="00F25E9F" w:rsidRDefault="00F25E9F" w:rsidP="00BA5A9D">
            <w:proofErr w:type="spellStart"/>
            <w:r>
              <w:rPr>
                <w:sz w:val="16"/>
              </w:rPr>
              <w:t>Камера</w:t>
            </w:r>
            <w:proofErr w:type="spellEnd"/>
            <w:r>
              <w:rPr>
                <w:sz w:val="16"/>
              </w:rPr>
              <w:t xml:space="preserve"> U127 HD</w:t>
            </w:r>
          </w:p>
        </w:tc>
        <w:tc>
          <w:tcPr>
            <w:tcW w:w="1706" w:type="dxa"/>
            <w:gridSpan w:val="2"/>
          </w:tcPr>
          <w:p w14:paraId="5079032B" w14:textId="77777777" w:rsidR="00F25E9F" w:rsidRDefault="00F25E9F" w:rsidP="00BA5A9D">
            <w:r>
              <w:rPr>
                <w:sz w:val="16"/>
              </w:rPr>
              <w:t>241300000096</w:t>
            </w:r>
          </w:p>
        </w:tc>
        <w:tc>
          <w:tcPr>
            <w:tcW w:w="1691" w:type="dxa"/>
          </w:tcPr>
          <w:p w14:paraId="4D7B7A5D" w14:textId="77777777" w:rsidR="00F25E9F" w:rsidRDefault="00F25E9F" w:rsidP="00BA5A9D">
            <w:r>
              <w:rPr>
                <w:sz w:val="16"/>
              </w:rPr>
              <w:t>18000</w:t>
            </w:r>
          </w:p>
        </w:tc>
        <w:tc>
          <w:tcPr>
            <w:tcW w:w="1701" w:type="dxa"/>
          </w:tcPr>
          <w:p w14:paraId="1512114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6AF86EF" w14:textId="77777777" w:rsidTr="001365F3">
        <w:trPr>
          <w:jc w:val="center"/>
        </w:trPr>
        <w:tc>
          <w:tcPr>
            <w:tcW w:w="993" w:type="dxa"/>
          </w:tcPr>
          <w:p w14:paraId="09DC4897" w14:textId="77777777" w:rsidR="00F25E9F" w:rsidRDefault="00F25E9F" w:rsidP="00BA5A9D">
            <w:r>
              <w:rPr>
                <w:sz w:val="16"/>
              </w:rPr>
              <w:t>16</w:t>
            </w:r>
          </w:p>
        </w:tc>
        <w:tc>
          <w:tcPr>
            <w:tcW w:w="3685" w:type="dxa"/>
          </w:tcPr>
          <w:p w14:paraId="62D989D1" w14:textId="77777777" w:rsidR="00F25E9F" w:rsidRDefault="00F25E9F" w:rsidP="00BA5A9D">
            <w:proofErr w:type="spellStart"/>
            <w:r>
              <w:rPr>
                <w:sz w:val="16"/>
              </w:rPr>
              <w:t>Камера</w:t>
            </w:r>
            <w:proofErr w:type="spellEnd"/>
            <w:r>
              <w:rPr>
                <w:sz w:val="16"/>
              </w:rPr>
              <w:t xml:space="preserve"> U127 HD</w:t>
            </w:r>
          </w:p>
        </w:tc>
        <w:tc>
          <w:tcPr>
            <w:tcW w:w="1706" w:type="dxa"/>
            <w:gridSpan w:val="2"/>
          </w:tcPr>
          <w:p w14:paraId="794F60EE" w14:textId="77777777" w:rsidR="00F25E9F" w:rsidRDefault="00F25E9F" w:rsidP="00BA5A9D">
            <w:r>
              <w:rPr>
                <w:sz w:val="16"/>
              </w:rPr>
              <w:t>241300000097</w:t>
            </w:r>
          </w:p>
        </w:tc>
        <w:tc>
          <w:tcPr>
            <w:tcW w:w="1691" w:type="dxa"/>
          </w:tcPr>
          <w:p w14:paraId="754675C1" w14:textId="77777777" w:rsidR="00F25E9F" w:rsidRDefault="00F25E9F" w:rsidP="00BA5A9D">
            <w:r>
              <w:rPr>
                <w:sz w:val="16"/>
              </w:rPr>
              <w:t>18000</w:t>
            </w:r>
          </w:p>
        </w:tc>
        <w:tc>
          <w:tcPr>
            <w:tcW w:w="1701" w:type="dxa"/>
          </w:tcPr>
          <w:p w14:paraId="2B20718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936CDF7" w14:textId="77777777" w:rsidTr="001365F3">
        <w:trPr>
          <w:jc w:val="center"/>
        </w:trPr>
        <w:tc>
          <w:tcPr>
            <w:tcW w:w="993" w:type="dxa"/>
          </w:tcPr>
          <w:p w14:paraId="66D83838" w14:textId="77777777" w:rsidR="00F25E9F" w:rsidRDefault="00F25E9F" w:rsidP="00BA5A9D">
            <w:r>
              <w:rPr>
                <w:sz w:val="16"/>
              </w:rPr>
              <w:t>17</w:t>
            </w:r>
          </w:p>
        </w:tc>
        <w:tc>
          <w:tcPr>
            <w:tcW w:w="3685" w:type="dxa"/>
          </w:tcPr>
          <w:p w14:paraId="0FF19B6E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 xml:space="preserve">Уничтожитель документов </w:t>
            </w:r>
            <w:r>
              <w:rPr>
                <w:sz w:val="16"/>
              </w:rPr>
              <w:t>Deluxe</w:t>
            </w:r>
            <w:r w:rsidRPr="008240B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DLOS</w:t>
            </w:r>
            <w:r w:rsidRPr="008240BA">
              <w:rPr>
                <w:sz w:val="16"/>
                <w:lang w:val="ru-RU"/>
              </w:rPr>
              <w:t>-60</w:t>
            </w:r>
            <w:r>
              <w:rPr>
                <w:sz w:val="16"/>
              </w:rPr>
              <w:t>AW</w:t>
            </w:r>
            <w:r w:rsidRPr="008240BA">
              <w:rPr>
                <w:sz w:val="16"/>
                <w:lang w:val="ru-RU"/>
              </w:rPr>
              <w:t xml:space="preserve">, 3м/мин, 20л, 60 листов, 3*9мм, бумаги/карты/диски, </w:t>
            </w:r>
            <w:r>
              <w:rPr>
                <w:sz w:val="16"/>
              </w:rPr>
              <w:t>White</w:t>
            </w:r>
          </w:p>
        </w:tc>
        <w:tc>
          <w:tcPr>
            <w:tcW w:w="1706" w:type="dxa"/>
            <w:gridSpan w:val="2"/>
          </w:tcPr>
          <w:p w14:paraId="55B61F1F" w14:textId="77777777" w:rsidR="00F25E9F" w:rsidRDefault="00F25E9F" w:rsidP="00BA5A9D">
            <w:r>
              <w:rPr>
                <w:sz w:val="16"/>
              </w:rPr>
              <w:t>241300000098</w:t>
            </w:r>
          </w:p>
        </w:tc>
        <w:tc>
          <w:tcPr>
            <w:tcW w:w="1691" w:type="dxa"/>
          </w:tcPr>
          <w:p w14:paraId="46D4D0B6" w14:textId="77777777" w:rsidR="00F25E9F" w:rsidRDefault="00F25E9F" w:rsidP="00BA5A9D">
            <w:r>
              <w:rPr>
                <w:sz w:val="16"/>
              </w:rPr>
              <w:t>53700</w:t>
            </w:r>
          </w:p>
        </w:tc>
        <w:tc>
          <w:tcPr>
            <w:tcW w:w="1701" w:type="dxa"/>
          </w:tcPr>
          <w:p w14:paraId="6D57B7E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C4B4C14" w14:textId="77777777" w:rsidTr="001365F3">
        <w:trPr>
          <w:jc w:val="center"/>
        </w:trPr>
        <w:tc>
          <w:tcPr>
            <w:tcW w:w="993" w:type="dxa"/>
          </w:tcPr>
          <w:p w14:paraId="26886DA6" w14:textId="77777777" w:rsidR="00F25E9F" w:rsidRDefault="00F25E9F" w:rsidP="00BA5A9D">
            <w:r>
              <w:rPr>
                <w:sz w:val="16"/>
              </w:rPr>
              <w:t>18</w:t>
            </w:r>
          </w:p>
        </w:tc>
        <w:tc>
          <w:tcPr>
            <w:tcW w:w="3685" w:type="dxa"/>
          </w:tcPr>
          <w:p w14:paraId="5AE348E1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 xml:space="preserve">Уничтожитель документов </w:t>
            </w:r>
            <w:r>
              <w:rPr>
                <w:sz w:val="16"/>
              </w:rPr>
              <w:t>Deluxe</w:t>
            </w:r>
            <w:r w:rsidRPr="008240B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DLOS</w:t>
            </w:r>
            <w:r w:rsidRPr="008240BA">
              <w:rPr>
                <w:sz w:val="16"/>
                <w:lang w:val="ru-RU"/>
              </w:rPr>
              <w:t>-60</w:t>
            </w:r>
            <w:r>
              <w:rPr>
                <w:sz w:val="16"/>
              </w:rPr>
              <w:t>AW</w:t>
            </w:r>
            <w:r w:rsidRPr="008240BA">
              <w:rPr>
                <w:sz w:val="16"/>
                <w:lang w:val="ru-RU"/>
              </w:rPr>
              <w:t xml:space="preserve">, 3м/мин, 20л, 60 листов, 3*9мм, бумаги/карты/диски, </w:t>
            </w:r>
            <w:r>
              <w:rPr>
                <w:sz w:val="16"/>
              </w:rPr>
              <w:t>White</w:t>
            </w:r>
          </w:p>
        </w:tc>
        <w:tc>
          <w:tcPr>
            <w:tcW w:w="1706" w:type="dxa"/>
            <w:gridSpan w:val="2"/>
          </w:tcPr>
          <w:p w14:paraId="449F7AE7" w14:textId="77777777" w:rsidR="00F25E9F" w:rsidRDefault="00F25E9F" w:rsidP="00BA5A9D">
            <w:r>
              <w:rPr>
                <w:sz w:val="16"/>
              </w:rPr>
              <w:t>241300000099</w:t>
            </w:r>
          </w:p>
        </w:tc>
        <w:tc>
          <w:tcPr>
            <w:tcW w:w="1691" w:type="dxa"/>
          </w:tcPr>
          <w:p w14:paraId="353AD78B" w14:textId="77777777" w:rsidR="00F25E9F" w:rsidRDefault="00F25E9F" w:rsidP="00BA5A9D">
            <w:r>
              <w:rPr>
                <w:sz w:val="16"/>
              </w:rPr>
              <w:t>53700</w:t>
            </w:r>
          </w:p>
        </w:tc>
        <w:tc>
          <w:tcPr>
            <w:tcW w:w="1701" w:type="dxa"/>
          </w:tcPr>
          <w:p w14:paraId="2D6BD15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86F16E2" w14:textId="77777777" w:rsidTr="001365F3">
        <w:trPr>
          <w:jc w:val="center"/>
        </w:trPr>
        <w:tc>
          <w:tcPr>
            <w:tcW w:w="993" w:type="dxa"/>
          </w:tcPr>
          <w:p w14:paraId="0FB261B4" w14:textId="77777777" w:rsidR="00F25E9F" w:rsidRDefault="00F25E9F" w:rsidP="00BA5A9D">
            <w:r>
              <w:rPr>
                <w:sz w:val="16"/>
              </w:rPr>
              <w:t>19</w:t>
            </w:r>
          </w:p>
        </w:tc>
        <w:tc>
          <w:tcPr>
            <w:tcW w:w="3685" w:type="dxa"/>
          </w:tcPr>
          <w:p w14:paraId="495ADFFA" w14:textId="77777777" w:rsidR="00F25E9F" w:rsidRDefault="00F25E9F" w:rsidP="00BA5A9D">
            <w:proofErr w:type="spellStart"/>
            <w:r>
              <w:rPr>
                <w:sz w:val="16"/>
              </w:rPr>
              <w:t>пресс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вырубки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визиток</w:t>
            </w:r>
            <w:proofErr w:type="spellEnd"/>
          </w:p>
        </w:tc>
        <w:tc>
          <w:tcPr>
            <w:tcW w:w="1706" w:type="dxa"/>
            <w:gridSpan w:val="2"/>
          </w:tcPr>
          <w:p w14:paraId="0332789D" w14:textId="77777777" w:rsidR="00F25E9F" w:rsidRDefault="00F25E9F" w:rsidP="00BA5A9D">
            <w:r>
              <w:rPr>
                <w:sz w:val="16"/>
              </w:rPr>
              <w:t>241300000101</w:t>
            </w:r>
          </w:p>
        </w:tc>
        <w:tc>
          <w:tcPr>
            <w:tcW w:w="1691" w:type="dxa"/>
          </w:tcPr>
          <w:p w14:paraId="4249E22C" w14:textId="77777777" w:rsidR="00F25E9F" w:rsidRDefault="00F25E9F" w:rsidP="00BA5A9D">
            <w:r>
              <w:rPr>
                <w:sz w:val="16"/>
              </w:rPr>
              <w:t>11900</w:t>
            </w:r>
          </w:p>
        </w:tc>
        <w:tc>
          <w:tcPr>
            <w:tcW w:w="1701" w:type="dxa"/>
          </w:tcPr>
          <w:p w14:paraId="2776823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ADFD5CD" w14:textId="77777777" w:rsidTr="001365F3">
        <w:trPr>
          <w:jc w:val="center"/>
        </w:trPr>
        <w:tc>
          <w:tcPr>
            <w:tcW w:w="993" w:type="dxa"/>
          </w:tcPr>
          <w:p w14:paraId="28CDA2D6" w14:textId="77777777" w:rsidR="00F25E9F" w:rsidRDefault="00F25E9F" w:rsidP="00BA5A9D">
            <w:r>
              <w:rPr>
                <w:sz w:val="16"/>
              </w:rPr>
              <w:t>20</w:t>
            </w:r>
          </w:p>
        </w:tc>
        <w:tc>
          <w:tcPr>
            <w:tcW w:w="3685" w:type="dxa"/>
          </w:tcPr>
          <w:p w14:paraId="73ECB133" w14:textId="77777777" w:rsidR="00F25E9F" w:rsidRDefault="00F25E9F" w:rsidP="00BA5A9D">
            <w:r>
              <w:rPr>
                <w:sz w:val="16"/>
              </w:rPr>
              <w:t xml:space="preserve">23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 000000297</w:t>
            </w:r>
          </w:p>
        </w:tc>
        <w:tc>
          <w:tcPr>
            <w:tcW w:w="1706" w:type="dxa"/>
            <w:gridSpan w:val="2"/>
          </w:tcPr>
          <w:p w14:paraId="50F52DC0" w14:textId="77777777" w:rsidR="00F25E9F" w:rsidRDefault="00F25E9F" w:rsidP="00BA5A9D">
            <w:r>
              <w:rPr>
                <w:sz w:val="16"/>
              </w:rPr>
              <w:t>241500012445</w:t>
            </w:r>
          </w:p>
        </w:tc>
        <w:tc>
          <w:tcPr>
            <w:tcW w:w="1691" w:type="dxa"/>
          </w:tcPr>
          <w:p w14:paraId="68E90819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4EE88FC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8F0B4D0" w14:textId="77777777" w:rsidTr="001365F3">
        <w:trPr>
          <w:jc w:val="center"/>
        </w:trPr>
        <w:tc>
          <w:tcPr>
            <w:tcW w:w="993" w:type="dxa"/>
          </w:tcPr>
          <w:p w14:paraId="0819E887" w14:textId="77777777" w:rsidR="00F25E9F" w:rsidRDefault="00F25E9F" w:rsidP="00BA5A9D">
            <w:r>
              <w:rPr>
                <w:sz w:val="16"/>
              </w:rPr>
              <w:t>21</w:t>
            </w:r>
          </w:p>
        </w:tc>
        <w:tc>
          <w:tcPr>
            <w:tcW w:w="3685" w:type="dxa"/>
          </w:tcPr>
          <w:p w14:paraId="64FA285B" w14:textId="77777777" w:rsidR="00F25E9F" w:rsidRDefault="00F25E9F" w:rsidP="00BA5A9D">
            <w:r>
              <w:rPr>
                <w:sz w:val="16"/>
              </w:rPr>
              <w:t xml:space="preserve">24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№000000324</w:t>
            </w:r>
          </w:p>
        </w:tc>
        <w:tc>
          <w:tcPr>
            <w:tcW w:w="1706" w:type="dxa"/>
            <w:gridSpan w:val="2"/>
          </w:tcPr>
          <w:p w14:paraId="34C85EF7" w14:textId="77777777" w:rsidR="00F25E9F" w:rsidRDefault="00F25E9F" w:rsidP="00BA5A9D">
            <w:r>
              <w:rPr>
                <w:sz w:val="16"/>
              </w:rPr>
              <w:t>241500012446</w:t>
            </w:r>
          </w:p>
        </w:tc>
        <w:tc>
          <w:tcPr>
            <w:tcW w:w="1691" w:type="dxa"/>
          </w:tcPr>
          <w:p w14:paraId="05EFFDE1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62EB538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E926EFB" w14:textId="77777777" w:rsidTr="001365F3">
        <w:trPr>
          <w:jc w:val="center"/>
        </w:trPr>
        <w:tc>
          <w:tcPr>
            <w:tcW w:w="993" w:type="dxa"/>
          </w:tcPr>
          <w:p w14:paraId="45558E0B" w14:textId="77777777" w:rsidR="00F25E9F" w:rsidRDefault="00F25E9F" w:rsidP="00BA5A9D">
            <w:r>
              <w:rPr>
                <w:sz w:val="16"/>
              </w:rPr>
              <w:t>22</w:t>
            </w:r>
          </w:p>
        </w:tc>
        <w:tc>
          <w:tcPr>
            <w:tcW w:w="3685" w:type="dxa"/>
          </w:tcPr>
          <w:p w14:paraId="7E3706D9" w14:textId="77777777" w:rsidR="00F25E9F" w:rsidRDefault="00F25E9F" w:rsidP="00BA5A9D">
            <w:r>
              <w:rPr>
                <w:sz w:val="16"/>
              </w:rPr>
              <w:t xml:space="preserve">25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№000000325</w:t>
            </w:r>
          </w:p>
        </w:tc>
        <w:tc>
          <w:tcPr>
            <w:tcW w:w="1706" w:type="dxa"/>
            <w:gridSpan w:val="2"/>
          </w:tcPr>
          <w:p w14:paraId="6BDAF5EA" w14:textId="77777777" w:rsidR="00F25E9F" w:rsidRDefault="00F25E9F" w:rsidP="00BA5A9D">
            <w:r>
              <w:rPr>
                <w:sz w:val="16"/>
              </w:rPr>
              <w:t>241500012447</w:t>
            </w:r>
          </w:p>
        </w:tc>
        <w:tc>
          <w:tcPr>
            <w:tcW w:w="1691" w:type="dxa"/>
          </w:tcPr>
          <w:p w14:paraId="4A18EFF8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39BACE8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3580F60" w14:textId="77777777" w:rsidTr="001365F3">
        <w:trPr>
          <w:jc w:val="center"/>
        </w:trPr>
        <w:tc>
          <w:tcPr>
            <w:tcW w:w="993" w:type="dxa"/>
          </w:tcPr>
          <w:p w14:paraId="62B86DC5" w14:textId="77777777" w:rsidR="00F25E9F" w:rsidRDefault="00F25E9F" w:rsidP="00BA5A9D">
            <w:r>
              <w:rPr>
                <w:sz w:val="16"/>
              </w:rPr>
              <w:t>23</w:t>
            </w:r>
          </w:p>
        </w:tc>
        <w:tc>
          <w:tcPr>
            <w:tcW w:w="3685" w:type="dxa"/>
          </w:tcPr>
          <w:p w14:paraId="58580F8F" w14:textId="77777777" w:rsidR="00F25E9F" w:rsidRDefault="00F25E9F" w:rsidP="00BA5A9D">
            <w:r>
              <w:rPr>
                <w:sz w:val="16"/>
              </w:rPr>
              <w:t xml:space="preserve">29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№000000302</w:t>
            </w:r>
          </w:p>
        </w:tc>
        <w:tc>
          <w:tcPr>
            <w:tcW w:w="1706" w:type="dxa"/>
            <w:gridSpan w:val="2"/>
          </w:tcPr>
          <w:p w14:paraId="1DE12EBF" w14:textId="77777777" w:rsidR="00F25E9F" w:rsidRDefault="00F25E9F" w:rsidP="00BA5A9D">
            <w:r>
              <w:rPr>
                <w:sz w:val="16"/>
              </w:rPr>
              <w:t>241500012448</w:t>
            </w:r>
          </w:p>
        </w:tc>
        <w:tc>
          <w:tcPr>
            <w:tcW w:w="1691" w:type="dxa"/>
          </w:tcPr>
          <w:p w14:paraId="62CB2449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263BE8A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907F653" w14:textId="77777777" w:rsidTr="001365F3">
        <w:trPr>
          <w:jc w:val="center"/>
        </w:trPr>
        <w:tc>
          <w:tcPr>
            <w:tcW w:w="993" w:type="dxa"/>
          </w:tcPr>
          <w:p w14:paraId="4452BA21" w14:textId="77777777" w:rsidR="00F25E9F" w:rsidRDefault="00F25E9F" w:rsidP="00BA5A9D">
            <w:r>
              <w:rPr>
                <w:sz w:val="16"/>
              </w:rPr>
              <w:t>24</w:t>
            </w:r>
          </w:p>
        </w:tc>
        <w:tc>
          <w:tcPr>
            <w:tcW w:w="3685" w:type="dxa"/>
          </w:tcPr>
          <w:p w14:paraId="34BB5F2D" w14:textId="77777777" w:rsidR="00F25E9F" w:rsidRDefault="00F25E9F" w:rsidP="00BA5A9D">
            <w:r>
              <w:rPr>
                <w:sz w:val="16"/>
              </w:rPr>
              <w:t xml:space="preserve">30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№000000304</w:t>
            </w:r>
          </w:p>
        </w:tc>
        <w:tc>
          <w:tcPr>
            <w:tcW w:w="1706" w:type="dxa"/>
            <w:gridSpan w:val="2"/>
          </w:tcPr>
          <w:p w14:paraId="77562E5B" w14:textId="77777777" w:rsidR="00F25E9F" w:rsidRDefault="00F25E9F" w:rsidP="00BA5A9D">
            <w:r>
              <w:rPr>
                <w:sz w:val="16"/>
              </w:rPr>
              <w:t>241500012449</w:t>
            </w:r>
          </w:p>
        </w:tc>
        <w:tc>
          <w:tcPr>
            <w:tcW w:w="1691" w:type="dxa"/>
          </w:tcPr>
          <w:p w14:paraId="403D5464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0BDB599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A84D5FF" w14:textId="77777777" w:rsidTr="001365F3">
        <w:trPr>
          <w:jc w:val="center"/>
        </w:trPr>
        <w:tc>
          <w:tcPr>
            <w:tcW w:w="993" w:type="dxa"/>
          </w:tcPr>
          <w:p w14:paraId="4181C883" w14:textId="77777777" w:rsidR="00F25E9F" w:rsidRDefault="00F25E9F" w:rsidP="00BA5A9D">
            <w:r>
              <w:rPr>
                <w:sz w:val="16"/>
              </w:rPr>
              <w:t>25</w:t>
            </w:r>
          </w:p>
        </w:tc>
        <w:tc>
          <w:tcPr>
            <w:tcW w:w="3685" w:type="dxa"/>
          </w:tcPr>
          <w:p w14:paraId="2AF614E5" w14:textId="77777777" w:rsidR="00F25E9F" w:rsidRDefault="00F25E9F" w:rsidP="00BA5A9D">
            <w:r>
              <w:rPr>
                <w:sz w:val="16"/>
              </w:rPr>
              <w:t xml:space="preserve">31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№000000305</w:t>
            </w:r>
          </w:p>
        </w:tc>
        <w:tc>
          <w:tcPr>
            <w:tcW w:w="1706" w:type="dxa"/>
            <w:gridSpan w:val="2"/>
          </w:tcPr>
          <w:p w14:paraId="4CF45574" w14:textId="77777777" w:rsidR="00F25E9F" w:rsidRDefault="00F25E9F" w:rsidP="00BA5A9D">
            <w:r>
              <w:rPr>
                <w:sz w:val="16"/>
              </w:rPr>
              <w:t>241500012450</w:t>
            </w:r>
          </w:p>
        </w:tc>
        <w:tc>
          <w:tcPr>
            <w:tcW w:w="1691" w:type="dxa"/>
          </w:tcPr>
          <w:p w14:paraId="547F1569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2A6547E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1B5D738" w14:textId="77777777" w:rsidTr="001365F3">
        <w:trPr>
          <w:jc w:val="center"/>
        </w:trPr>
        <w:tc>
          <w:tcPr>
            <w:tcW w:w="993" w:type="dxa"/>
          </w:tcPr>
          <w:p w14:paraId="25124006" w14:textId="77777777" w:rsidR="00F25E9F" w:rsidRDefault="00F25E9F" w:rsidP="00BA5A9D">
            <w:r>
              <w:rPr>
                <w:sz w:val="16"/>
              </w:rPr>
              <w:t>26</w:t>
            </w:r>
          </w:p>
        </w:tc>
        <w:tc>
          <w:tcPr>
            <w:tcW w:w="3685" w:type="dxa"/>
          </w:tcPr>
          <w:p w14:paraId="482EFC59" w14:textId="77777777" w:rsidR="00F25E9F" w:rsidRDefault="00F25E9F" w:rsidP="00BA5A9D">
            <w:r>
              <w:rPr>
                <w:sz w:val="16"/>
              </w:rPr>
              <w:t xml:space="preserve">32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№000000306</w:t>
            </w:r>
          </w:p>
        </w:tc>
        <w:tc>
          <w:tcPr>
            <w:tcW w:w="1706" w:type="dxa"/>
            <w:gridSpan w:val="2"/>
          </w:tcPr>
          <w:p w14:paraId="36FFFD28" w14:textId="77777777" w:rsidR="00F25E9F" w:rsidRDefault="00F25E9F" w:rsidP="00BA5A9D">
            <w:r>
              <w:rPr>
                <w:sz w:val="16"/>
              </w:rPr>
              <w:t>241500012451</w:t>
            </w:r>
          </w:p>
        </w:tc>
        <w:tc>
          <w:tcPr>
            <w:tcW w:w="1691" w:type="dxa"/>
          </w:tcPr>
          <w:p w14:paraId="159FC9C4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2E0C1CB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3B50733" w14:textId="77777777" w:rsidTr="001365F3">
        <w:trPr>
          <w:jc w:val="center"/>
        </w:trPr>
        <w:tc>
          <w:tcPr>
            <w:tcW w:w="993" w:type="dxa"/>
          </w:tcPr>
          <w:p w14:paraId="580E512A" w14:textId="77777777" w:rsidR="00F25E9F" w:rsidRDefault="00F25E9F" w:rsidP="00BA5A9D">
            <w:r>
              <w:rPr>
                <w:sz w:val="16"/>
              </w:rPr>
              <w:t>27</w:t>
            </w:r>
          </w:p>
        </w:tc>
        <w:tc>
          <w:tcPr>
            <w:tcW w:w="3685" w:type="dxa"/>
          </w:tcPr>
          <w:p w14:paraId="384C9F96" w14:textId="77777777" w:rsidR="00F25E9F" w:rsidRDefault="00F25E9F" w:rsidP="00BA5A9D">
            <w:r>
              <w:rPr>
                <w:sz w:val="16"/>
              </w:rPr>
              <w:t xml:space="preserve">33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№000000307</w:t>
            </w:r>
          </w:p>
        </w:tc>
        <w:tc>
          <w:tcPr>
            <w:tcW w:w="1706" w:type="dxa"/>
            <w:gridSpan w:val="2"/>
          </w:tcPr>
          <w:p w14:paraId="18F92BD3" w14:textId="77777777" w:rsidR="00F25E9F" w:rsidRDefault="00F25E9F" w:rsidP="00BA5A9D">
            <w:r>
              <w:rPr>
                <w:sz w:val="16"/>
              </w:rPr>
              <w:t>241500012452</w:t>
            </w:r>
          </w:p>
        </w:tc>
        <w:tc>
          <w:tcPr>
            <w:tcW w:w="1691" w:type="dxa"/>
          </w:tcPr>
          <w:p w14:paraId="2A1302AA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3659F26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D9D9109" w14:textId="77777777" w:rsidTr="001365F3">
        <w:trPr>
          <w:jc w:val="center"/>
        </w:trPr>
        <w:tc>
          <w:tcPr>
            <w:tcW w:w="993" w:type="dxa"/>
          </w:tcPr>
          <w:p w14:paraId="42E208B1" w14:textId="77777777" w:rsidR="00F25E9F" w:rsidRDefault="00F25E9F" w:rsidP="00BA5A9D">
            <w:r>
              <w:rPr>
                <w:sz w:val="16"/>
              </w:rPr>
              <w:t>28</w:t>
            </w:r>
          </w:p>
        </w:tc>
        <w:tc>
          <w:tcPr>
            <w:tcW w:w="3685" w:type="dxa"/>
          </w:tcPr>
          <w:p w14:paraId="74744DFB" w14:textId="77777777" w:rsidR="00F25E9F" w:rsidRDefault="00F25E9F" w:rsidP="00BA5A9D">
            <w:r>
              <w:rPr>
                <w:sz w:val="16"/>
              </w:rPr>
              <w:t xml:space="preserve">34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№000000308</w:t>
            </w:r>
          </w:p>
        </w:tc>
        <w:tc>
          <w:tcPr>
            <w:tcW w:w="1706" w:type="dxa"/>
            <w:gridSpan w:val="2"/>
          </w:tcPr>
          <w:p w14:paraId="3EB4089D" w14:textId="77777777" w:rsidR="00F25E9F" w:rsidRDefault="00F25E9F" w:rsidP="00BA5A9D">
            <w:r>
              <w:rPr>
                <w:sz w:val="16"/>
              </w:rPr>
              <w:t>241500012453</w:t>
            </w:r>
          </w:p>
        </w:tc>
        <w:tc>
          <w:tcPr>
            <w:tcW w:w="1691" w:type="dxa"/>
          </w:tcPr>
          <w:p w14:paraId="1BBB341F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77CB4ED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BEDFA91" w14:textId="77777777" w:rsidTr="001365F3">
        <w:trPr>
          <w:jc w:val="center"/>
        </w:trPr>
        <w:tc>
          <w:tcPr>
            <w:tcW w:w="993" w:type="dxa"/>
          </w:tcPr>
          <w:p w14:paraId="30D1DFCF" w14:textId="77777777" w:rsidR="00F25E9F" w:rsidRDefault="00F25E9F" w:rsidP="00BA5A9D">
            <w:r>
              <w:rPr>
                <w:sz w:val="16"/>
              </w:rPr>
              <w:t>29</w:t>
            </w:r>
          </w:p>
        </w:tc>
        <w:tc>
          <w:tcPr>
            <w:tcW w:w="3685" w:type="dxa"/>
          </w:tcPr>
          <w:p w14:paraId="7E83E45C" w14:textId="77777777" w:rsidR="00F25E9F" w:rsidRDefault="00F25E9F" w:rsidP="00BA5A9D">
            <w:r>
              <w:rPr>
                <w:sz w:val="16"/>
              </w:rPr>
              <w:t xml:space="preserve">35витрина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№000000309</w:t>
            </w:r>
          </w:p>
        </w:tc>
        <w:tc>
          <w:tcPr>
            <w:tcW w:w="1706" w:type="dxa"/>
            <w:gridSpan w:val="2"/>
          </w:tcPr>
          <w:p w14:paraId="3B3F3B69" w14:textId="77777777" w:rsidR="00F25E9F" w:rsidRDefault="00F25E9F" w:rsidP="00BA5A9D">
            <w:r>
              <w:rPr>
                <w:sz w:val="16"/>
              </w:rPr>
              <w:t>241500012454</w:t>
            </w:r>
          </w:p>
        </w:tc>
        <w:tc>
          <w:tcPr>
            <w:tcW w:w="1691" w:type="dxa"/>
          </w:tcPr>
          <w:p w14:paraId="03D70BF5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6BF25D3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9347C73" w14:textId="77777777" w:rsidTr="001365F3">
        <w:trPr>
          <w:jc w:val="center"/>
        </w:trPr>
        <w:tc>
          <w:tcPr>
            <w:tcW w:w="993" w:type="dxa"/>
          </w:tcPr>
          <w:p w14:paraId="03B25788" w14:textId="77777777" w:rsidR="00F25E9F" w:rsidRDefault="00F25E9F" w:rsidP="00BA5A9D">
            <w:r>
              <w:rPr>
                <w:sz w:val="16"/>
              </w:rPr>
              <w:t>30</w:t>
            </w:r>
          </w:p>
        </w:tc>
        <w:tc>
          <w:tcPr>
            <w:tcW w:w="3685" w:type="dxa"/>
          </w:tcPr>
          <w:p w14:paraId="6BD4C17D" w14:textId="77777777" w:rsidR="00F25E9F" w:rsidRDefault="00F25E9F" w:rsidP="00BA5A9D">
            <w:r>
              <w:rPr>
                <w:sz w:val="16"/>
              </w:rPr>
              <w:t xml:space="preserve">36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№000000310</w:t>
            </w:r>
          </w:p>
        </w:tc>
        <w:tc>
          <w:tcPr>
            <w:tcW w:w="1706" w:type="dxa"/>
            <w:gridSpan w:val="2"/>
          </w:tcPr>
          <w:p w14:paraId="63EDB3B3" w14:textId="77777777" w:rsidR="00F25E9F" w:rsidRDefault="00F25E9F" w:rsidP="00BA5A9D">
            <w:r>
              <w:rPr>
                <w:sz w:val="16"/>
              </w:rPr>
              <w:t>241500012455</w:t>
            </w:r>
          </w:p>
        </w:tc>
        <w:tc>
          <w:tcPr>
            <w:tcW w:w="1691" w:type="dxa"/>
          </w:tcPr>
          <w:p w14:paraId="3113BA89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5CE7F1C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DFD0E62" w14:textId="77777777" w:rsidTr="001365F3">
        <w:trPr>
          <w:jc w:val="center"/>
        </w:trPr>
        <w:tc>
          <w:tcPr>
            <w:tcW w:w="993" w:type="dxa"/>
          </w:tcPr>
          <w:p w14:paraId="7D9710FB" w14:textId="77777777" w:rsidR="00F25E9F" w:rsidRDefault="00F25E9F" w:rsidP="00BA5A9D">
            <w:r>
              <w:rPr>
                <w:sz w:val="16"/>
              </w:rPr>
              <w:t>31</w:t>
            </w:r>
          </w:p>
        </w:tc>
        <w:tc>
          <w:tcPr>
            <w:tcW w:w="3685" w:type="dxa"/>
          </w:tcPr>
          <w:p w14:paraId="277358C8" w14:textId="77777777" w:rsidR="00F25E9F" w:rsidRDefault="00F25E9F" w:rsidP="00BA5A9D">
            <w:r>
              <w:rPr>
                <w:sz w:val="16"/>
              </w:rPr>
              <w:t xml:space="preserve">37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№000000311</w:t>
            </w:r>
          </w:p>
        </w:tc>
        <w:tc>
          <w:tcPr>
            <w:tcW w:w="1706" w:type="dxa"/>
            <w:gridSpan w:val="2"/>
          </w:tcPr>
          <w:p w14:paraId="1D70C6AD" w14:textId="77777777" w:rsidR="00F25E9F" w:rsidRDefault="00F25E9F" w:rsidP="00BA5A9D">
            <w:r>
              <w:rPr>
                <w:sz w:val="16"/>
              </w:rPr>
              <w:t>241500012456</w:t>
            </w:r>
          </w:p>
        </w:tc>
        <w:tc>
          <w:tcPr>
            <w:tcW w:w="1691" w:type="dxa"/>
          </w:tcPr>
          <w:p w14:paraId="0A828EC7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4DAC170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09D4FF2" w14:textId="77777777" w:rsidTr="001365F3">
        <w:trPr>
          <w:jc w:val="center"/>
        </w:trPr>
        <w:tc>
          <w:tcPr>
            <w:tcW w:w="993" w:type="dxa"/>
          </w:tcPr>
          <w:p w14:paraId="501DBC70" w14:textId="77777777" w:rsidR="00F25E9F" w:rsidRDefault="00F25E9F" w:rsidP="00BA5A9D">
            <w:r>
              <w:rPr>
                <w:sz w:val="16"/>
              </w:rPr>
              <w:t>32</w:t>
            </w:r>
          </w:p>
        </w:tc>
        <w:tc>
          <w:tcPr>
            <w:tcW w:w="3685" w:type="dxa"/>
          </w:tcPr>
          <w:p w14:paraId="1FD2F1AD" w14:textId="77777777" w:rsidR="00F25E9F" w:rsidRDefault="00F25E9F" w:rsidP="00BA5A9D">
            <w:r>
              <w:rPr>
                <w:sz w:val="16"/>
              </w:rPr>
              <w:t xml:space="preserve">38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№000000312</w:t>
            </w:r>
          </w:p>
        </w:tc>
        <w:tc>
          <w:tcPr>
            <w:tcW w:w="1706" w:type="dxa"/>
            <w:gridSpan w:val="2"/>
          </w:tcPr>
          <w:p w14:paraId="3DD1DF47" w14:textId="77777777" w:rsidR="00F25E9F" w:rsidRDefault="00F25E9F" w:rsidP="00BA5A9D">
            <w:r>
              <w:rPr>
                <w:sz w:val="16"/>
              </w:rPr>
              <w:t>241500012457</w:t>
            </w:r>
          </w:p>
        </w:tc>
        <w:tc>
          <w:tcPr>
            <w:tcW w:w="1691" w:type="dxa"/>
          </w:tcPr>
          <w:p w14:paraId="376F84D4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4C47914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CC1784A" w14:textId="77777777" w:rsidTr="001365F3">
        <w:trPr>
          <w:jc w:val="center"/>
        </w:trPr>
        <w:tc>
          <w:tcPr>
            <w:tcW w:w="993" w:type="dxa"/>
          </w:tcPr>
          <w:p w14:paraId="5E10DA1E" w14:textId="77777777" w:rsidR="00F25E9F" w:rsidRDefault="00F25E9F" w:rsidP="00BA5A9D">
            <w:r>
              <w:rPr>
                <w:sz w:val="16"/>
              </w:rPr>
              <w:t>33</w:t>
            </w:r>
          </w:p>
        </w:tc>
        <w:tc>
          <w:tcPr>
            <w:tcW w:w="3685" w:type="dxa"/>
          </w:tcPr>
          <w:p w14:paraId="478C9D9F" w14:textId="77777777" w:rsidR="00F25E9F" w:rsidRDefault="00F25E9F" w:rsidP="00BA5A9D">
            <w:r>
              <w:rPr>
                <w:sz w:val="16"/>
              </w:rPr>
              <w:t xml:space="preserve">4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№000000314</w:t>
            </w:r>
          </w:p>
        </w:tc>
        <w:tc>
          <w:tcPr>
            <w:tcW w:w="1706" w:type="dxa"/>
            <w:gridSpan w:val="2"/>
          </w:tcPr>
          <w:p w14:paraId="06EE40B8" w14:textId="77777777" w:rsidR="00F25E9F" w:rsidRDefault="00F25E9F" w:rsidP="00BA5A9D">
            <w:r>
              <w:rPr>
                <w:sz w:val="16"/>
              </w:rPr>
              <w:t>241500012458</w:t>
            </w:r>
          </w:p>
        </w:tc>
        <w:tc>
          <w:tcPr>
            <w:tcW w:w="1691" w:type="dxa"/>
          </w:tcPr>
          <w:p w14:paraId="7D358C76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0A5A7ED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A74D983" w14:textId="77777777" w:rsidTr="001365F3">
        <w:trPr>
          <w:jc w:val="center"/>
        </w:trPr>
        <w:tc>
          <w:tcPr>
            <w:tcW w:w="993" w:type="dxa"/>
          </w:tcPr>
          <w:p w14:paraId="35309BD4" w14:textId="77777777" w:rsidR="00F25E9F" w:rsidRDefault="00F25E9F" w:rsidP="00BA5A9D">
            <w:r>
              <w:rPr>
                <w:sz w:val="16"/>
              </w:rPr>
              <w:t>34</w:t>
            </w:r>
          </w:p>
        </w:tc>
        <w:tc>
          <w:tcPr>
            <w:tcW w:w="3685" w:type="dxa"/>
          </w:tcPr>
          <w:p w14:paraId="24D6F1E7" w14:textId="77777777" w:rsidR="00F25E9F" w:rsidRDefault="00F25E9F" w:rsidP="00BA5A9D">
            <w:r>
              <w:rPr>
                <w:sz w:val="16"/>
              </w:rPr>
              <w:t xml:space="preserve">40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№000000315</w:t>
            </w:r>
          </w:p>
        </w:tc>
        <w:tc>
          <w:tcPr>
            <w:tcW w:w="1706" w:type="dxa"/>
            <w:gridSpan w:val="2"/>
          </w:tcPr>
          <w:p w14:paraId="706F52EB" w14:textId="77777777" w:rsidR="00F25E9F" w:rsidRDefault="00F25E9F" w:rsidP="00BA5A9D">
            <w:r>
              <w:rPr>
                <w:sz w:val="16"/>
              </w:rPr>
              <w:t>241500012459</w:t>
            </w:r>
          </w:p>
        </w:tc>
        <w:tc>
          <w:tcPr>
            <w:tcW w:w="1691" w:type="dxa"/>
          </w:tcPr>
          <w:p w14:paraId="79CCE3D3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444D099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AA5C13C" w14:textId="77777777" w:rsidTr="001365F3">
        <w:trPr>
          <w:jc w:val="center"/>
        </w:trPr>
        <w:tc>
          <w:tcPr>
            <w:tcW w:w="993" w:type="dxa"/>
          </w:tcPr>
          <w:p w14:paraId="4FC96EA0" w14:textId="77777777" w:rsidR="00F25E9F" w:rsidRDefault="00F25E9F" w:rsidP="00BA5A9D">
            <w:r>
              <w:rPr>
                <w:sz w:val="16"/>
              </w:rPr>
              <w:t>35</w:t>
            </w:r>
          </w:p>
        </w:tc>
        <w:tc>
          <w:tcPr>
            <w:tcW w:w="3685" w:type="dxa"/>
          </w:tcPr>
          <w:p w14:paraId="7DA5C983" w14:textId="77777777" w:rsidR="00F25E9F" w:rsidRDefault="00F25E9F" w:rsidP="00BA5A9D">
            <w:r>
              <w:rPr>
                <w:sz w:val="16"/>
              </w:rPr>
              <w:t xml:space="preserve">42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№000000317</w:t>
            </w:r>
          </w:p>
        </w:tc>
        <w:tc>
          <w:tcPr>
            <w:tcW w:w="1706" w:type="dxa"/>
            <w:gridSpan w:val="2"/>
          </w:tcPr>
          <w:p w14:paraId="4FBDFF76" w14:textId="77777777" w:rsidR="00F25E9F" w:rsidRDefault="00F25E9F" w:rsidP="00BA5A9D">
            <w:r>
              <w:rPr>
                <w:sz w:val="16"/>
              </w:rPr>
              <w:t>241500012460</w:t>
            </w:r>
          </w:p>
        </w:tc>
        <w:tc>
          <w:tcPr>
            <w:tcW w:w="1691" w:type="dxa"/>
          </w:tcPr>
          <w:p w14:paraId="46FE4435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238B862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5765385" w14:textId="77777777" w:rsidTr="001365F3">
        <w:trPr>
          <w:jc w:val="center"/>
        </w:trPr>
        <w:tc>
          <w:tcPr>
            <w:tcW w:w="993" w:type="dxa"/>
          </w:tcPr>
          <w:p w14:paraId="03F2F072" w14:textId="77777777" w:rsidR="00F25E9F" w:rsidRDefault="00F25E9F" w:rsidP="00BA5A9D">
            <w:r>
              <w:rPr>
                <w:sz w:val="16"/>
              </w:rPr>
              <w:t>36</w:t>
            </w:r>
          </w:p>
        </w:tc>
        <w:tc>
          <w:tcPr>
            <w:tcW w:w="3685" w:type="dxa"/>
          </w:tcPr>
          <w:p w14:paraId="19FEEA22" w14:textId="77777777" w:rsidR="00F25E9F" w:rsidRDefault="00F25E9F" w:rsidP="00BA5A9D">
            <w:r>
              <w:rPr>
                <w:sz w:val="16"/>
              </w:rPr>
              <w:t xml:space="preserve">43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№000000318</w:t>
            </w:r>
          </w:p>
        </w:tc>
        <w:tc>
          <w:tcPr>
            <w:tcW w:w="1706" w:type="dxa"/>
            <w:gridSpan w:val="2"/>
          </w:tcPr>
          <w:p w14:paraId="46B2CF6E" w14:textId="77777777" w:rsidR="00F25E9F" w:rsidRDefault="00F25E9F" w:rsidP="00BA5A9D">
            <w:r>
              <w:rPr>
                <w:sz w:val="16"/>
              </w:rPr>
              <w:t>241500012461</w:t>
            </w:r>
          </w:p>
        </w:tc>
        <w:tc>
          <w:tcPr>
            <w:tcW w:w="1691" w:type="dxa"/>
          </w:tcPr>
          <w:p w14:paraId="54CC801B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445B812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72D31A0" w14:textId="77777777" w:rsidTr="001365F3">
        <w:trPr>
          <w:jc w:val="center"/>
        </w:trPr>
        <w:tc>
          <w:tcPr>
            <w:tcW w:w="993" w:type="dxa"/>
          </w:tcPr>
          <w:p w14:paraId="276EB816" w14:textId="77777777" w:rsidR="00F25E9F" w:rsidRDefault="00F25E9F" w:rsidP="00BA5A9D">
            <w:r>
              <w:rPr>
                <w:sz w:val="16"/>
              </w:rPr>
              <w:t>37</w:t>
            </w:r>
          </w:p>
        </w:tc>
        <w:tc>
          <w:tcPr>
            <w:tcW w:w="3685" w:type="dxa"/>
          </w:tcPr>
          <w:p w14:paraId="5D98E242" w14:textId="77777777" w:rsidR="00F25E9F" w:rsidRDefault="00F25E9F" w:rsidP="00BA5A9D">
            <w:r>
              <w:rPr>
                <w:sz w:val="16"/>
              </w:rPr>
              <w:t xml:space="preserve">50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№000000320</w:t>
            </w:r>
          </w:p>
        </w:tc>
        <w:tc>
          <w:tcPr>
            <w:tcW w:w="1706" w:type="dxa"/>
            <w:gridSpan w:val="2"/>
          </w:tcPr>
          <w:p w14:paraId="4C0CE259" w14:textId="77777777" w:rsidR="00F25E9F" w:rsidRDefault="00F25E9F" w:rsidP="00BA5A9D">
            <w:r>
              <w:rPr>
                <w:sz w:val="16"/>
              </w:rPr>
              <w:t>241500012462</w:t>
            </w:r>
          </w:p>
        </w:tc>
        <w:tc>
          <w:tcPr>
            <w:tcW w:w="1691" w:type="dxa"/>
          </w:tcPr>
          <w:p w14:paraId="25544E25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2E46A4C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DB6015A" w14:textId="77777777" w:rsidTr="001365F3">
        <w:trPr>
          <w:jc w:val="center"/>
        </w:trPr>
        <w:tc>
          <w:tcPr>
            <w:tcW w:w="993" w:type="dxa"/>
          </w:tcPr>
          <w:p w14:paraId="4BD5A935" w14:textId="77777777" w:rsidR="00F25E9F" w:rsidRDefault="00F25E9F" w:rsidP="00BA5A9D">
            <w:r>
              <w:rPr>
                <w:sz w:val="16"/>
              </w:rPr>
              <w:t>38</w:t>
            </w:r>
          </w:p>
        </w:tc>
        <w:tc>
          <w:tcPr>
            <w:tcW w:w="3685" w:type="dxa"/>
          </w:tcPr>
          <w:p w14:paraId="5EC9272D" w14:textId="77777777" w:rsidR="00F25E9F" w:rsidRDefault="00F25E9F" w:rsidP="00BA5A9D">
            <w:r>
              <w:rPr>
                <w:sz w:val="16"/>
              </w:rPr>
              <w:t xml:space="preserve">8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№000000323</w:t>
            </w:r>
          </w:p>
        </w:tc>
        <w:tc>
          <w:tcPr>
            <w:tcW w:w="1706" w:type="dxa"/>
            <w:gridSpan w:val="2"/>
          </w:tcPr>
          <w:p w14:paraId="6179CEBA" w14:textId="77777777" w:rsidR="00F25E9F" w:rsidRDefault="00F25E9F" w:rsidP="00BA5A9D">
            <w:r>
              <w:rPr>
                <w:sz w:val="16"/>
              </w:rPr>
              <w:t>241500012463</w:t>
            </w:r>
          </w:p>
        </w:tc>
        <w:tc>
          <w:tcPr>
            <w:tcW w:w="1691" w:type="dxa"/>
          </w:tcPr>
          <w:p w14:paraId="18FCA3F1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2F2A1D6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E71305" w14:textId="77777777" w:rsidTr="001365F3">
        <w:trPr>
          <w:jc w:val="center"/>
        </w:trPr>
        <w:tc>
          <w:tcPr>
            <w:tcW w:w="993" w:type="dxa"/>
          </w:tcPr>
          <w:p w14:paraId="4A5EE835" w14:textId="77777777" w:rsidR="00F25E9F" w:rsidRDefault="00F25E9F" w:rsidP="00BA5A9D">
            <w:r>
              <w:rPr>
                <w:sz w:val="16"/>
              </w:rPr>
              <w:t>39</w:t>
            </w:r>
          </w:p>
        </w:tc>
        <w:tc>
          <w:tcPr>
            <w:tcW w:w="3685" w:type="dxa"/>
          </w:tcPr>
          <w:p w14:paraId="35FF25AD" w14:textId="77777777" w:rsidR="00F25E9F" w:rsidRDefault="00F25E9F" w:rsidP="00BA5A9D">
            <w:r>
              <w:rPr>
                <w:sz w:val="16"/>
              </w:rPr>
              <w:t xml:space="preserve">9 </w:t>
            </w:r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по</w:t>
            </w:r>
            <w:proofErr w:type="spellEnd"/>
            <w:r>
              <w:rPr>
                <w:sz w:val="16"/>
              </w:rPr>
              <w:t xml:space="preserve"> 97740 </w:t>
            </w:r>
            <w:proofErr w:type="spellStart"/>
            <w:r>
              <w:rPr>
                <w:sz w:val="16"/>
              </w:rPr>
              <w:t>тенге</w:t>
            </w:r>
            <w:proofErr w:type="spellEnd"/>
            <w:r>
              <w:rPr>
                <w:sz w:val="16"/>
              </w:rPr>
              <w:t xml:space="preserve"> №000000298</w:t>
            </w:r>
          </w:p>
        </w:tc>
        <w:tc>
          <w:tcPr>
            <w:tcW w:w="1706" w:type="dxa"/>
            <w:gridSpan w:val="2"/>
          </w:tcPr>
          <w:p w14:paraId="1751D79B" w14:textId="77777777" w:rsidR="00F25E9F" w:rsidRDefault="00F25E9F" w:rsidP="00BA5A9D">
            <w:r>
              <w:rPr>
                <w:sz w:val="16"/>
              </w:rPr>
              <w:t>241500012464</w:t>
            </w:r>
          </w:p>
        </w:tc>
        <w:tc>
          <w:tcPr>
            <w:tcW w:w="1691" w:type="dxa"/>
          </w:tcPr>
          <w:p w14:paraId="39C90D5B" w14:textId="77777777" w:rsidR="00F25E9F" w:rsidRDefault="00F25E9F" w:rsidP="00BA5A9D">
            <w:r>
              <w:rPr>
                <w:sz w:val="16"/>
              </w:rPr>
              <w:t>97740</w:t>
            </w:r>
          </w:p>
        </w:tc>
        <w:tc>
          <w:tcPr>
            <w:tcW w:w="1701" w:type="dxa"/>
          </w:tcPr>
          <w:p w14:paraId="711230C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ACDEE0" w14:textId="77777777" w:rsidTr="001365F3">
        <w:trPr>
          <w:jc w:val="center"/>
        </w:trPr>
        <w:tc>
          <w:tcPr>
            <w:tcW w:w="993" w:type="dxa"/>
          </w:tcPr>
          <w:p w14:paraId="78D18C0B" w14:textId="77777777" w:rsidR="00F25E9F" w:rsidRDefault="00F25E9F" w:rsidP="00BA5A9D">
            <w:r>
              <w:rPr>
                <w:sz w:val="16"/>
              </w:rPr>
              <w:t>40</w:t>
            </w:r>
          </w:p>
        </w:tc>
        <w:tc>
          <w:tcPr>
            <w:tcW w:w="3685" w:type="dxa"/>
          </w:tcPr>
          <w:p w14:paraId="19F66B0C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3E955D72" w14:textId="77777777" w:rsidR="00F25E9F" w:rsidRDefault="00F25E9F" w:rsidP="00BA5A9D">
            <w:r>
              <w:rPr>
                <w:sz w:val="16"/>
              </w:rPr>
              <w:t>241500012471</w:t>
            </w:r>
          </w:p>
        </w:tc>
        <w:tc>
          <w:tcPr>
            <w:tcW w:w="1691" w:type="dxa"/>
          </w:tcPr>
          <w:p w14:paraId="032EA3BA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2F4BCAB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6817992" w14:textId="77777777" w:rsidTr="001365F3">
        <w:trPr>
          <w:jc w:val="center"/>
        </w:trPr>
        <w:tc>
          <w:tcPr>
            <w:tcW w:w="993" w:type="dxa"/>
          </w:tcPr>
          <w:p w14:paraId="47EEDC51" w14:textId="77777777" w:rsidR="00F25E9F" w:rsidRDefault="00F25E9F" w:rsidP="00BA5A9D">
            <w:r>
              <w:rPr>
                <w:sz w:val="16"/>
              </w:rPr>
              <w:t>41</w:t>
            </w:r>
          </w:p>
        </w:tc>
        <w:tc>
          <w:tcPr>
            <w:tcW w:w="3685" w:type="dxa"/>
          </w:tcPr>
          <w:p w14:paraId="3186D7F5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2F2B5A86" w14:textId="77777777" w:rsidR="00F25E9F" w:rsidRDefault="00F25E9F" w:rsidP="00BA5A9D">
            <w:r>
              <w:rPr>
                <w:sz w:val="16"/>
              </w:rPr>
              <w:t>241500012472</w:t>
            </w:r>
          </w:p>
        </w:tc>
        <w:tc>
          <w:tcPr>
            <w:tcW w:w="1691" w:type="dxa"/>
          </w:tcPr>
          <w:p w14:paraId="2D3C8B17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06B0C4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1911505" w14:textId="77777777" w:rsidTr="001365F3">
        <w:trPr>
          <w:jc w:val="center"/>
        </w:trPr>
        <w:tc>
          <w:tcPr>
            <w:tcW w:w="993" w:type="dxa"/>
          </w:tcPr>
          <w:p w14:paraId="7021AC34" w14:textId="77777777" w:rsidR="00F25E9F" w:rsidRDefault="00F25E9F" w:rsidP="00BA5A9D">
            <w:r>
              <w:rPr>
                <w:sz w:val="16"/>
              </w:rPr>
              <w:lastRenderedPageBreak/>
              <w:t>42</w:t>
            </w:r>
          </w:p>
        </w:tc>
        <w:tc>
          <w:tcPr>
            <w:tcW w:w="3685" w:type="dxa"/>
          </w:tcPr>
          <w:p w14:paraId="56D842BF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3917F8EE" w14:textId="77777777" w:rsidR="00F25E9F" w:rsidRDefault="00F25E9F" w:rsidP="00BA5A9D">
            <w:r>
              <w:rPr>
                <w:sz w:val="16"/>
              </w:rPr>
              <w:t>241500012473</w:t>
            </w:r>
          </w:p>
        </w:tc>
        <w:tc>
          <w:tcPr>
            <w:tcW w:w="1691" w:type="dxa"/>
          </w:tcPr>
          <w:p w14:paraId="67B59D32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3D5C861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93C5DDE" w14:textId="77777777" w:rsidTr="001365F3">
        <w:trPr>
          <w:jc w:val="center"/>
        </w:trPr>
        <w:tc>
          <w:tcPr>
            <w:tcW w:w="993" w:type="dxa"/>
          </w:tcPr>
          <w:p w14:paraId="55E03389" w14:textId="77777777" w:rsidR="00F25E9F" w:rsidRDefault="00F25E9F" w:rsidP="00BA5A9D">
            <w:r>
              <w:rPr>
                <w:sz w:val="16"/>
              </w:rPr>
              <w:t>43</w:t>
            </w:r>
          </w:p>
        </w:tc>
        <w:tc>
          <w:tcPr>
            <w:tcW w:w="3685" w:type="dxa"/>
          </w:tcPr>
          <w:p w14:paraId="1525FCFE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3087DD9F" w14:textId="77777777" w:rsidR="00F25E9F" w:rsidRDefault="00F25E9F" w:rsidP="00BA5A9D">
            <w:r>
              <w:rPr>
                <w:sz w:val="16"/>
              </w:rPr>
              <w:t>241500012474</w:t>
            </w:r>
          </w:p>
        </w:tc>
        <w:tc>
          <w:tcPr>
            <w:tcW w:w="1691" w:type="dxa"/>
          </w:tcPr>
          <w:p w14:paraId="674DDDDF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3145AE4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D04705C" w14:textId="77777777" w:rsidTr="001365F3">
        <w:trPr>
          <w:jc w:val="center"/>
        </w:trPr>
        <w:tc>
          <w:tcPr>
            <w:tcW w:w="993" w:type="dxa"/>
          </w:tcPr>
          <w:p w14:paraId="7BE9F9B1" w14:textId="77777777" w:rsidR="00F25E9F" w:rsidRDefault="00F25E9F" w:rsidP="00BA5A9D">
            <w:r>
              <w:rPr>
                <w:sz w:val="16"/>
              </w:rPr>
              <w:t>44</w:t>
            </w:r>
          </w:p>
        </w:tc>
        <w:tc>
          <w:tcPr>
            <w:tcW w:w="3685" w:type="dxa"/>
          </w:tcPr>
          <w:p w14:paraId="5A1CF8A8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48126A2F" w14:textId="77777777" w:rsidR="00F25E9F" w:rsidRDefault="00F25E9F" w:rsidP="00BA5A9D">
            <w:r>
              <w:rPr>
                <w:sz w:val="16"/>
              </w:rPr>
              <w:t>241500012475</w:t>
            </w:r>
          </w:p>
        </w:tc>
        <w:tc>
          <w:tcPr>
            <w:tcW w:w="1691" w:type="dxa"/>
          </w:tcPr>
          <w:p w14:paraId="05806F4F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2B3AE23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A9021C1" w14:textId="77777777" w:rsidTr="001365F3">
        <w:trPr>
          <w:jc w:val="center"/>
        </w:trPr>
        <w:tc>
          <w:tcPr>
            <w:tcW w:w="993" w:type="dxa"/>
          </w:tcPr>
          <w:p w14:paraId="7E5724E0" w14:textId="77777777" w:rsidR="00F25E9F" w:rsidRDefault="00F25E9F" w:rsidP="00BA5A9D">
            <w:r>
              <w:rPr>
                <w:sz w:val="16"/>
              </w:rPr>
              <w:t>45</w:t>
            </w:r>
          </w:p>
        </w:tc>
        <w:tc>
          <w:tcPr>
            <w:tcW w:w="3685" w:type="dxa"/>
          </w:tcPr>
          <w:p w14:paraId="702EB310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51A42657" w14:textId="77777777" w:rsidR="00F25E9F" w:rsidRDefault="00F25E9F" w:rsidP="00BA5A9D">
            <w:r>
              <w:rPr>
                <w:sz w:val="16"/>
              </w:rPr>
              <w:t>241500012476</w:t>
            </w:r>
          </w:p>
        </w:tc>
        <w:tc>
          <w:tcPr>
            <w:tcW w:w="1691" w:type="dxa"/>
          </w:tcPr>
          <w:p w14:paraId="215FC5C1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7232310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B9379E1" w14:textId="77777777" w:rsidTr="001365F3">
        <w:trPr>
          <w:jc w:val="center"/>
        </w:trPr>
        <w:tc>
          <w:tcPr>
            <w:tcW w:w="993" w:type="dxa"/>
          </w:tcPr>
          <w:p w14:paraId="566BA9C6" w14:textId="77777777" w:rsidR="00F25E9F" w:rsidRDefault="00F25E9F" w:rsidP="00BA5A9D">
            <w:r>
              <w:rPr>
                <w:sz w:val="16"/>
              </w:rPr>
              <w:t>46</w:t>
            </w:r>
          </w:p>
        </w:tc>
        <w:tc>
          <w:tcPr>
            <w:tcW w:w="3685" w:type="dxa"/>
          </w:tcPr>
          <w:p w14:paraId="7B5D07C3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01896651" w14:textId="77777777" w:rsidR="00F25E9F" w:rsidRDefault="00F25E9F" w:rsidP="00BA5A9D">
            <w:r>
              <w:rPr>
                <w:sz w:val="16"/>
              </w:rPr>
              <w:t>241500012477</w:t>
            </w:r>
          </w:p>
        </w:tc>
        <w:tc>
          <w:tcPr>
            <w:tcW w:w="1691" w:type="dxa"/>
          </w:tcPr>
          <w:p w14:paraId="0F26D7CB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60313A3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5E5EA4C" w14:textId="77777777" w:rsidTr="001365F3">
        <w:trPr>
          <w:jc w:val="center"/>
        </w:trPr>
        <w:tc>
          <w:tcPr>
            <w:tcW w:w="993" w:type="dxa"/>
          </w:tcPr>
          <w:p w14:paraId="43B794BD" w14:textId="77777777" w:rsidR="00F25E9F" w:rsidRDefault="00F25E9F" w:rsidP="00BA5A9D">
            <w:r>
              <w:rPr>
                <w:sz w:val="16"/>
              </w:rPr>
              <w:t>47</w:t>
            </w:r>
          </w:p>
        </w:tc>
        <w:tc>
          <w:tcPr>
            <w:tcW w:w="3685" w:type="dxa"/>
          </w:tcPr>
          <w:p w14:paraId="74D1F4FE" w14:textId="77777777" w:rsidR="00F25E9F" w:rsidRDefault="00F25E9F" w:rsidP="00BA5A9D">
            <w:proofErr w:type="spellStart"/>
            <w:r>
              <w:rPr>
                <w:sz w:val="16"/>
              </w:rPr>
              <w:t>Витрина</w:t>
            </w:r>
            <w:proofErr w:type="spellEnd"/>
            <w:r>
              <w:rPr>
                <w:sz w:val="16"/>
              </w:rPr>
              <w:t xml:space="preserve"> -</w:t>
            </w:r>
            <w:proofErr w:type="spellStart"/>
            <w:r>
              <w:rPr>
                <w:sz w:val="16"/>
              </w:rPr>
              <w:t>тумба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типа</w:t>
            </w:r>
            <w:proofErr w:type="spellEnd"/>
            <w:r>
              <w:rPr>
                <w:sz w:val="16"/>
              </w:rPr>
              <w:t xml:space="preserve"> №2</w:t>
            </w:r>
          </w:p>
        </w:tc>
        <w:tc>
          <w:tcPr>
            <w:tcW w:w="1706" w:type="dxa"/>
            <w:gridSpan w:val="2"/>
          </w:tcPr>
          <w:p w14:paraId="5539B2F6" w14:textId="77777777" w:rsidR="00F25E9F" w:rsidRDefault="00F25E9F" w:rsidP="00BA5A9D">
            <w:r>
              <w:rPr>
                <w:sz w:val="16"/>
              </w:rPr>
              <w:t>241500012478</w:t>
            </w:r>
          </w:p>
        </w:tc>
        <w:tc>
          <w:tcPr>
            <w:tcW w:w="1691" w:type="dxa"/>
          </w:tcPr>
          <w:p w14:paraId="21937A02" w14:textId="77777777" w:rsidR="00F25E9F" w:rsidRDefault="00F25E9F" w:rsidP="00BA5A9D">
            <w:r>
              <w:rPr>
                <w:sz w:val="16"/>
              </w:rPr>
              <w:t>57623.8</w:t>
            </w:r>
          </w:p>
        </w:tc>
        <w:tc>
          <w:tcPr>
            <w:tcW w:w="1701" w:type="dxa"/>
          </w:tcPr>
          <w:p w14:paraId="31BC751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D40CBD9" w14:textId="77777777" w:rsidTr="001365F3">
        <w:trPr>
          <w:jc w:val="center"/>
        </w:trPr>
        <w:tc>
          <w:tcPr>
            <w:tcW w:w="993" w:type="dxa"/>
          </w:tcPr>
          <w:p w14:paraId="005A3CC1" w14:textId="77777777" w:rsidR="00F25E9F" w:rsidRDefault="00F25E9F" w:rsidP="00BA5A9D">
            <w:r>
              <w:rPr>
                <w:sz w:val="16"/>
              </w:rPr>
              <w:t>48</w:t>
            </w:r>
          </w:p>
        </w:tc>
        <w:tc>
          <w:tcPr>
            <w:tcW w:w="3685" w:type="dxa"/>
          </w:tcPr>
          <w:p w14:paraId="20D9751B" w14:textId="77777777" w:rsidR="00F25E9F" w:rsidRDefault="00F25E9F" w:rsidP="00BA5A9D">
            <w:proofErr w:type="spellStart"/>
            <w:r>
              <w:rPr>
                <w:sz w:val="16"/>
              </w:rPr>
              <w:t>Пылесос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промышленный</w:t>
            </w:r>
            <w:proofErr w:type="spellEnd"/>
          </w:p>
        </w:tc>
        <w:tc>
          <w:tcPr>
            <w:tcW w:w="1706" w:type="dxa"/>
            <w:gridSpan w:val="2"/>
          </w:tcPr>
          <w:p w14:paraId="129017F0" w14:textId="77777777" w:rsidR="00F25E9F" w:rsidRDefault="00F25E9F" w:rsidP="00BA5A9D">
            <w:r>
              <w:rPr>
                <w:sz w:val="16"/>
              </w:rPr>
              <w:t>241500012508</w:t>
            </w:r>
          </w:p>
        </w:tc>
        <w:tc>
          <w:tcPr>
            <w:tcW w:w="1691" w:type="dxa"/>
          </w:tcPr>
          <w:p w14:paraId="3CF2FE78" w14:textId="77777777" w:rsidR="00F25E9F" w:rsidRDefault="00F25E9F" w:rsidP="00BA5A9D">
            <w:r>
              <w:rPr>
                <w:sz w:val="16"/>
              </w:rPr>
              <w:t>284760</w:t>
            </w:r>
          </w:p>
        </w:tc>
        <w:tc>
          <w:tcPr>
            <w:tcW w:w="1701" w:type="dxa"/>
          </w:tcPr>
          <w:p w14:paraId="511928D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1865B0C" w14:textId="77777777" w:rsidTr="001365F3">
        <w:trPr>
          <w:jc w:val="center"/>
        </w:trPr>
        <w:tc>
          <w:tcPr>
            <w:tcW w:w="993" w:type="dxa"/>
          </w:tcPr>
          <w:p w14:paraId="49D91474" w14:textId="77777777" w:rsidR="00F25E9F" w:rsidRDefault="00F25E9F" w:rsidP="00BA5A9D">
            <w:r>
              <w:rPr>
                <w:sz w:val="16"/>
              </w:rPr>
              <w:t>49</w:t>
            </w:r>
          </w:p>
        </w:tc>
        <w:tc>
          <w:tcPr>
            <w:tcW w:w="3685" w:type="dxa"/>
          </w:tcPr>
          <w:p w14:paraId="27F29111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 xml:space="preserve">Станок токарный по </w:t>
            </w:r>
            <w:proofErr w:type="spellStart"/>
            <w:r w:rsidRPr="008240BA">
              <w:rPr>
                <w:sz w:val="16"/>
                <w:lang w:val="ru-RU"/>
              </w:rPr>
              <w:t>дереву"Энергомаш</w:t>
            </w:r>
            <w:proofErr w:type="spellEnd"/>
            <w:r w:rsidRPr="008240BA">
              <w:rPr>
                <w:sz w:val="16"/>
                <w:lang w:val="ru-RU"/>
              </w:rPr>
              <w:t>"</w:t>
            </w:r>
          </w:p>
        </w:tc>
        <w:tc>
          <w:tcPr>
            <w:tcW w:w="1706" w:type="dxa"/>
            <w:gridSpan w:val="2"/>
          </w:tcPr>
          <w:p w14:paraId="55B2A705" w14:textId="77777777" w:rsidR="00F25E9F" w:rsidRDefault="00F25E9F" w:rsidP="00BA5A9D">
            <w:r>
              <w:rPr>
                <w:sz w:val="16"/>
              </w:rPr>
              <w:t>241500012511</w:t>
            </w:r>
          </w:p>
        </w:tc>
        <w:tc>
          <w:tcPr>
            <w:tcW w:w="1691" w:type="dxa"/>
          </w:tcPr>
          <w:p w14:paraId="41BE41BC" w14:textId="77777777" w:rsidR="00F25E9F" w:rsidRDefault="00F25E9F" w:rsidP="00BA5A9D">
            <w:r>
              <w:rPr>
                <w:sz w:val="16"/>
              </w:rPr>
              <w:t>45000</w:t>
            </w:r>
          </w:p>
        </w:tc>
        <w:tc>
          <w:tcPr>
            <w:tcW w:w="1701" w:type="dxa"/>
          </w:tcPr>
          <w:p w14:paraId="3AEC97B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BA07D2F" w14:textId="77777777" w:rsidTr="001365F3">
        <w:trPr>
          <w:jc w:val="center"/>
        </w:trPr>
        <w:tc>
          <w:tcPr>
            <w:tcW w:w="993" w:type="dxa"/>
          </w:tcPr>
          <w:p w14:paraId="3A5F9AF9" w14:textId="77777777" w:rsidR="00F25E9F" w:rsidRDefault="00F25E9F" w:rsidP="00BA5A9D">
            <w:r>
              <w:rPr>
                <w:sz w:val="16"/>
              </w:rPr>
              <w:t>50</w:t>
            </w:r>
          </w:p>
        </w:tc>
        <w:tc>
          <w:tcPr>
            <w:tcW w:w="3685" w:type="dxa"/>
          </w:tcPr>
          <w:p w14:paraId="00C92478" w14:textId="77777777" w:rsidR="00F25E9F" w:rsidRDefault="00F25E9F" w:rsidP="00BA5A9D">
            <w:proofErr w:type="spellStart"/>
            <w:r>
              <w:rPr>
                <w:sz w:val="16"/>
              </w:rPr>
              <w:t>Столешница</w:t>
            </w:r>
            <w:proofErr w:type="spellEnd"/>
          </w:p>
        </w:tc>
        <w:tc>
          <w:tcPr>
            <w:tcW w:w="1706" w:type="dxa"/>
            <w:gridSpan w:val="2"/>
          </w:tcPr>
          <w:p w14:paraId="7A4EF6A0" w14:textId="77777777" w:rsidR="00F25E9F" w:rsidRDefault="00F25E9F" w:rsidP="00BA5A9D">
            <w:r>
              <w:rPr>
                <w:sz w:val="16"/>
              </w:rPr>
              <w:t>241500012524</w:t>
            </w:r>
          </w:p>
        </w:tc>
        <w:tc>
          <w:tcPr>
            <w:tcW w:w="1691" w:type="dxa"/>
          </w:tcPr>
          <w:p w14:paraId="42585AA6" w14:textId="77777777" w:rsidR="00F25E9F" w:rsidRDefault="00F25E9F" w:rsidP="00BA5A9D">
            <w:r>
              <w:rPr>
                <w:sz w:val="16"/>
              </w:rPr>
              <w:t>50000</w:t>
            </w:r>
          </w:p>
        </w:tc>
        <w:tc>
          <w:tcPr>
            <w:tcW w:w="1701" w:type="dxa"/>
          </w:tcPr>
          <w:p w14:paraId="529A7C5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EA6E406" w14:textId="77777777" w:rsidTr="001365F3">
        <w:trPr>
          <w:jc w:val="center"/>
        </w:trPr>
        <w:tc>
          <w:tcPr>
            <w:tcW w:w="993" w:type="dxa"/>
          </w:tcPr>
          <w:p w14:paraId="26EF1F4F" w14:textId="77777777" w:rsidR="00F25E9F" w:rsidRDefault="00F25E9F" w:rsidP="00BA5A9D">
            <w:r>
              <w:rPr>
                <w:sz w:val="16"/>
              </w:rPr>
              <w:t>51</w:t>
            </w:r>
          </w:p>
        </w:tc>
        <w:tc>
          <w:tcPr>
            <w:tcW w:w="3685" w:type="dxa"/>
          </w:tcPr>
          <w:p w14:paraId="3E90EC1F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ISO /4</w:t>
            </w:r>
          </w:p>
        </w:tc>
        <w:tc>
          <w:tcPr>
            <w:tcW w:w="1706" w:type="dxa"/>
            <w:gridSpan w:val="2"/>
          </w:tcPr>
          <w:p w14:paraId="3A2BB30D" w14:textId="77777777" w:rsidR="00F25E9F" w:rsidRDefault="00F25E9F" w:rsidP="00BA5A9D">
            <w:r>
              <w:rPr>
                <w:sz w:val="16"/>
              </w:rPr>
              <w:t>241500012525</w:t>
            </w:r>
          </w:p>
        </w:tc>
        <w:tc>
          <w:tcPr>
            <w:tcW w:w="1691" w:type="dxa"/>
          </w:tcPr>
          <w:p w14:paraId="3980C939" w14:textId="77777777" w:rsidR="00F25E9F" w:rsidRDefault="00F25E9F" w:rsidP="00BA5A9D">
            <w:r>
              <w:rPr>
                <w:sz w:val="16"/>
              </w:rPr>
              <w:t>3598</w:t>
            </w:r>
          </w:p>
        </w:tc>
        <w:tc>
          <w:tcPr>
            <w:tcW w:w="1701" w:type="dxa"/>
          </w:tcPr>
          <w:p w14:paraId="1CB45ED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4F7BFC0" w14:textId="77777777" w:rsidTr="001365F3">
        <w:trPr>
          <w:jc w:val="center"/>
        </w:trPr>
        <w:tc>
          <w:tcPr>
            <w:tcW w:w="993" w:type="dxa"/>
          </w:tcPr>
          <w:p w14:paraId="7386A16E" w14:textId="77777777" w:rsidR="00F25E9F" w:rsidRDefault="00F25E9F" w:rsidP="00BA5A9D">
            <w:r>
              <w:rPr>
                <w:sz w:val="16"/>
              </w:rPr>
              <w:t>52</w:t>
            </w:r>
          </w:p>
        </w:tc>
        <w:tc>
          <w:tcPr>
            <w:tcW w:w="3685" w:type="dxa"/>
          </w:tcPr>
          <w:p w14:paraId="0EEBDE58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ISO /5</w:t>
            </w:r>
          </w:p>
        </w:tc>
        <w:tc>
          <w:tcPr>
            <w:tcW w:w="1706" w:type="dxa"/>
            <w:gridSpan w:val="2"/>
          </w:tcPr>
          <w:p w14:paraId="45EFFBDD" w14:textId="77777777" w:rsidR="00F25E9F" w:rsidRDefault="00F25E9F" w:rsidP="00BA5A9D">
            <w:r>
              <w:rPr>
                <w:sz w:val="16"/>
              </w:rPr>
              <w:t>241500012526</w:t>
            </w:r>
          </w:p>
        </w:tc>
        <w:tc>
          <w:tcPr>
            <w:tcW w:w="1691" w:type="dxa"/>
          </w:tcPr>
          <w:p w14:paraId="229E2AB9" w14:textId="77777777" w:rsidR="00F25E9F" w:rsidRDefault="00F25E9F" w:rsidP="00BA5A9D">
            <w:r>
              <w:rPr>
                <w:sz w:val="16"/>
              </w:rPr>
              <w:t>3598</w:t>
            </w:r>
          </w:p>
        </w:tc>
        <w:tc>
          <w:tcPr>
            <w:tcW w:w="1701" w:type="dxa"/>
          </w:tcPr>
          <w:p w14:paraId="28D9C21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2CC7D5C" w14:textId="77777777" w:rsidTr="001365F3">
        <w:trPr>
          <w:jc w:val="center"/>
        </w:trPr>
        <w:tc>
          <w:tcPr>
            <w:tcW w:w="993" w:type="dxa"/>
          </w:tcPr>
          <w:p w14:paraId="6F8408F5" w14:textId="77777777" w:rsidR="00F25E9F" w:rsidRDefault="00F25E9F" w:rsidP="00BA5A9D">
            <w:r>
              <w:rPr>
                <w:sz w:val="16"/>
              </w:rPr>
              <w:t>53</w:t>
            </w:r>
          </w:p>
        </w:tc>
        <w:tc>
          <w:tcPr>
            <w:tcW w:w="3685" w:type="dxa"/>
          </w:tcPr>
          <w:p w14:paraId="37588189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ISO /6</w:t>
            </w:r>
          </w:p>
        </w:tc>
        <w:tc>
          <w:tcPr>
            <w:tcW w:w="1706" w:type="dxa"/>
            <w:gridSpan w:val="2"/>
          </w:tcPr>
          <w:p w14:paraId="7495C1A7" w14:textId="77777777" w:rsidR="00F25E9F" w:rsidRDefault="00F25E9F" w:rsidP="00BA5A9D">
            <w:r>
              <w:rPr>
                <w:sz w:val="16"/>
              </w:rPr>
              <w:t>241500012527</w:t>
            </w:r>
          </w:p>
        </w:tc>
        <w:tc>
          <w:tcPr>
            <w:tcW w:w="1691" w:type="dxa"/>
          </w:tcPr>
          <w:p w14:paraId="3033193B" w14:textId="77777777" w:rsidR="00F25E9F" w:rsidRDefault="00F25E9F" w:rsidP="00BA5A9D">
            <w:r>
              <w:rPr>
                <w:sz w:val="16"/>
              </w:rPr>
              <w:t>3598</w:t>
            </w:r>
          </w:p>
        </w:tc>
        <w:tc>
          <w:tcPr>
            <w:tcW w:w="1701" w:type="dxa"/>
          </w:tcPr>
          <w:p w14:paraId="335BC62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A9BADA" w14:textId="77777777" w:rsidTr="001365F3">
        <w:trPr>
          <w:jc w:val="center"/>
        </w:trPr>
        <w:tc>
          <w:tcPr>
            <w:tcW w:w="993" w:type="dxa"/>
          </w:tcPr>
          <w:p w14:paraId="59F2140D" w14:textId="77777777" w:rsidR="00F25E9F" w:rsidRDefault="00F25E9F" w:rsidP="00BA5A9D">
            <w:r>
              <w:rPr>
                <w:sz w:val="16"/>
              </w:rPr>
              <w:t>54</w:t>
            </w:r>
          </w:p>
        </w:tc>
        <w:tc>
          <w:tcPr>
            <w:tcW w:w="3685" w:type="dxa"/>
          </w:tcPr>
          <w:p w14:paraId="36F82A90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ISO /7</w:t>
            </w:r>
          </w:p>
        </w:tc>
        <w:tc>
          <w:tcPr>
            <w:tcW w:w="1706" w:type="dxa"/>
            <w:gridSpan w:val="2"/>
          </w:tcPr>
          <w:p w14:paraId="47B565FF" w14:textId="77777777" w:rsidR="00F25E9F" w:rsidRDefault="00F25E9F" w:rsidP="00BA5A9D">
            <w:r>
              <w:rPr>
                <w:sz w:val="16"/>
              </w:rPr>
              <w:t>241500012528</w:t>
            </w:r>
          </w:p>
        </w:tc>
        <w:tc>
          <w:tcPr>
            <w:tcW w:w="1691" w:type="dxa"/>
          </w:tcPr>
          <w:p w14:paraId="1516C4C7" w14:textId="77777777" w:rsidR="00F25E9F" w:rsidRDefault="00F25E9F" w:rsidP="00BA5A9D">
            <w:r>
              <w:rPr>
                <w:sz w:val="16"/>
              </w:rPr>
              <w:t>3598</w:t>
            </w:r>
          </w:p>
        </w:tc>
        <w:tc>
          <w:tcPr>
            <w:tcW w:w="1701" w:type="dxa"/>
          </w:tcPr>
          <w:p w14:paraId="2587B14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3390292" w14:textId="77777777" w:rsidTr="001365F3">
        <w:trPr>
          <w:jc w:val="center"/>
        </w:trPr>
        <w:tc>
          <w:tcPr>
            <w:tcW w:w="993" w:type="dxa"/>
          </w:tcPr>
          <w:p w14:paraId="47721BE8" w14:textId="77777777" w:rsidR="00F25E9F" w:rsidRDefault="00F25E9F" w:rsidP="00BA5A9D">
            <w:r>
              <w:rPr>
                <w:sz w:val="16"/>
              </w:rPr>
              <w:t>55</w:t>
            </w:r>
          </w:p>
        </w:tc>
        <w:tc>
          <w:tcPr>
            <w:tcW w:w="3685" w:type="dxa"/>
          </w:tcPr>
          <w:p w14:paraId="7FA55D88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ISO /8</w:t>
            </w:r>
          </w:p>
        </w:tc>
        <w:tc>
          <w:tcPr>
            <w:tcW w:w="1706" w:type="dxa"/>
            <w:gridSpan w:val="2"/>
          </w:tcPr>
          <w:p w14:paraId="1C32141C" w14:textId="77777777" w:rsidR="00F25E9F" w:rsidRDefault="00F25E9F" w:rsidP="00BA5A9D">
            <w:r>
              <w:rPr>
                <w:sz w:val="16"/>
              </w:rPr>
              <w:t>241500012529</w:t>
            </w:r>
          </w:p>
        </w:tc>
        <w:tc>
          <w:tcPr>
            <w:tcW w:w="1691" w:type="dxa"/>
          </w:tcPr>
          <w:p w14:paraId="483A2AC5" w14:textId="77777777" w:rsidR="00F25E9F" w:rsidRDefault="00F25E9F" w:rsidP="00BA5A9D">
            <w:r>
              <w:rPr>
                <w:sz w:val="16"/>
              </w:rPr>
              <w:t>3598</w:t>
            </w:r>
          </w:p>
        </w:tc>
        <w:tc>
          <w:tcPr>
            <w:tcW w:w="1701" w:type="dxa"/>
          </w:tcPr>
          <w:p w14:paraId="7A87B50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25034CE" w14:textId="77777777" w:rsidTr="001365F3">
        <w:trPr>
          <w:jc w:val="center"/>
        </w:trPr>
        <w:tc>
          <w:tcPr>
            <w:tcW w:w="993" w:type="dxa"/>
          </w:tcPr>
          <w:p w14:paraId="7D246EE1" w14:textId="77777777" w:rsidR="00F25E9F" w:rsidRDefault="00F25E9F" w:rsidP="00BA5A9D">
            <w:r>
              <w:rPr>
                <w:sz w:val="16"/>
              </w:rPr>
              <w:t>56</w:t>
            </w:r>
          </w:p>
        </w:tc>
        <w:tc>
          <w:tcPr>
            <w:tcW w:w="3685" w:type="dxa"/>
          </w:tcPr>
          <w:p w14:paraId="79BEB7C1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ISO /9</w:t>
            </w:r>
          </w:p>
        </w:tc>
        <w:tc>
          <w:tcPr>
            <w:tcW w:w="1706" w:type="dxa"/>
            <w:gridSpan w:val="2"/>
          </w:tcPr>
          <w:p w14:paraId="1CD2FB98" w14:textId="77777777" w:rsidR="00F25E9F" w:rsidRDefault="00F25E9F" w:rsidP="00BA5A9D">
            <w:r>
              <w:rPr>
                <w:sz w:val="16"/>
              </w:rPr>
              <w:t>241500012530</w:t>
            </w:r>
          </w:p>
        </w:tc>
        <w:tc>
          <w:tcPr>
            <w:tcW w:w="1691" w:type="dxa"/>
          </w:tcPr>
          <w:p w14:paraId="650AA785" w14:textId="77777777" w:rsidR="00F25E9F" w:rsidRDefault="00F25E9F" w:rsidP="00BA5A9D">
            <w:r>
              <w:rPr>
                <w:sz w:val="16"/>
              </w:rPr>
              <w:t>3598</w:t>
            </w:r>
          </w:p>
        </w:tc>
        <w:tc>
          <w:tcPr>
            <w:tcW w:w="1701" w:type="dxa"/>
          </w:tcPr>
          <w:p w14:paraId="64C9871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896658B" w14:textId="77777777" w:rsidTr="001365F3">
        <w:trPr>
          <w:jc w:val="center"/>
        </w:trPr>
        <w:tc>
          <w:tcPr>
            <w:tcW w:w="993" w:type="dxa"/>
          </w:tcPr>
          <w:p w14:paraId="7A068631" w14:textId="77777777" w:rsidR="00F25E9F" w:rsidRDefault="00F25E9F" w:rsidP="00BA5A9D">
            <w:r>
              <w:rPr>
                <w:sz w:val="16"/>
              </w:rPr>
              <w:t>57</w:t>
            </w:r>
          </w:p>
        </w:tc>
        <w:tc>
          <w:tcPr>
            <w:tcW w:w="3685" w:type="dxa"/>
          </w:tcPr>
          <w:p w14:paraId="67571151" w14:textId="77777777" w:rsidR="00F25E9F" w:rsidRDefault="00F25E9F" w:rsidP="00BA5A9D">
            <w:r>
              <w:rPr>
                <w:sz w:val="16"/>
              </w:rPr>
              <w:t>Тилиаш-1</w:t>
            </w:r>
          </w:p>
        </w:tc>
        <w:tc>
          <w:tcPr>
            <w:tcW w:w="1706" w:type="dxa"/>
            <w:gridSpan w:val="2"/>
          </w:tcPr>
          <w:p w14:paraId="43E435E4" w14:textId="77777777" w:rsidR="00F25E9F" w:rsidRDefault="00F25E9F" w:rsidP="00BA5A9D">
            <w:r>
              <w:rPr>
                <w:sz w:val="16"/>
              </w:rPr>
              <w:t>241500012533</w:t>
            </w:r>
          </w:p>
        </w:tc>
        <w:tc>
          <w:tcPr>
            <w:tcW w:w="1691" w:type="dxa"/>
          </w:tcPr>
          <w:p w14:paraId="24F44405" w14:textId="77777777" w:rsidR="00F25E9F" w:rsidRDefault="00F25E9F" w:rsidP="00BA5A9D">
            <w:r>
              <w:rPr>
                <w:sz w:val="16"/>
              </w:rPr>
              <w:t>19000</w:t>
            </w:r>
          </w:p>
        </w:tc>
        <w:tc>
          <w:tcPr>
            <w:tcW w:w="1701" w:type="dxa"/>
          </w:tcPr>
          <w:p w14:paraId="49E245A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2E9C704" w14:textId="77777777" w:rsidTr="001365F3">
        <w:trPr>
          <w:jc w:val="center"/>
        </w:trPr>
        <w:tc>
          <w:tcPr>
            <w:tcW w:w="993" w:type="dxa"/>
          </w:tcPr>
          <w:p w14:paraId="0CC24B7C" w14:textId="77777777" w:rsidR="00F25E9F" w:rsidRDefault="00F25E9F" w:rsidP="00BA5A9D">
            <w:r>
              <w:rPr>
                <w:sz w:val="16"/>
              </w:rPr>
              <w:t>58</w:t>
            </w:r>
          </w:p>
        </w:tc>
        <w:tc>
          <w:tcPr>
            <w:tcW w:w="3685" w:type="dxa"/>
          </w:tcPr>
          <w:p w14:paraId="14D67A30" w14:textId="77777777" w:rsidR="00F25E9F" w:rsidRDefault="00F25E9F" w:rsidP="00BA5A9D">
            <w:proofErr w:type="spellStart"/>
            <w:r>
              <w:rPr>
                <w:sz w:val="16"/>
              </w:rPr>
              <w:t>Шкаф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картотеки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инвентар</w:t>
            </w:r>
            <w:proofErr w:type="spellEnd"/>
            <w:r>
              <w:rPr>
                <w:sz w:val="16"/>
              </w:rPr>
              <w:t xml:space="preserve"> № 162100157</w:t>
            </w:r>
          </w:p>
        </w:tc>
        <w:tc>
          <w:tcPr>
            <w:tcW w:w="1706" w:type="dxa"/>
            <w:gridSpan w:val="2"/>
          </w:tcPr>
          <w:p w14:paraId="2257428D" w14:textId="77777777" w:rsidR="00F25E9F" w:rsidRDefault="00F25E9F" w:rsidP="00BA5A9D">
            <w:r>
              <w:rPr>
                <w:sz w:val="16"/>
              </w:rPr>
              <w:t>241500012548</w:t>
            </w:r>
          </w:p>
        </w:tc>
        <w:tc>
          <w:tcPr>
            <w:tcW w:w="1691" w:type="dxa"/>
          </w:tcPr>
          <w:p w14:paraId="08A0CD22" w14:textId="77777777" w:rsidR="00F25E9F" w:rsidRDefault="00F25E9F" w:rsidP="00BA5A9D">
            <w:r>
              <w:rPr>
                <w:sz w:val="16"/>
              </w:rPr>
              <w:t>60970</w:t>
            </w:r>
          </w:p>
        </w:tc>
        <w:tc>
          <w:tcPr>
            <w:tcW w:w="1701" w:type="dxa"/>
          </w:tcPr>
          <w:p w14:paraId="1BEA346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B937E2E" w14:textId="77777777" w:rsidTr="001365F3">
        <w:trPr>
          <w:jc w:val="center"/>
        </w:trPr>
        <w:tc>
          <w:tcPr>
            <w:tcW w:w="993" w:type="dxa"/>
          </w:tcPr>
          <w:p w14:paraId="5D848545" w14:textId="77777777" w:rsidR="00F25E9F" w:rsidRDefault="00F25E9F" w:rsidP="00BA5A9D">
            <w:r>
              <w:rPr>
                <w:sz w:val="16"/>
              </w:rPr>
              <w:t>59</w:t>
            </w:r>
          </w:p>
        </w:tc>
        <w:tc>
          <w:tcPr>
            <w:tcW w:w="3685" w:type="dxa"/>
          </w:tcPr>
          <w:p w14:paraId="3FF99756" w14:textId="77777777" w:rsidR="00F25E9F" w:rsidRDefault="00F25E9F" w:rsidP="00BA5A9D">
            <w:proofErr w:type="spellStart"/>
            <w:r>
              <w:rPr>
                <w:sz w:val="16"/>
              </w:rPr>
              <w:t>металлоискатель</w:t>
            </w:r>
            <w:proofErr w:type="spellEnd"/>
          </w:p>
        </w:tc>
        <w:tc>
          <w:tcPr>
            <w:tcW w:w="1706" w:type="dxa"/>
            <w:gridSpan w:val="2"/>
          </w:tcPr>
          <w:p w14:paraId="6FD8990E" w14:textId="77777777" w:rsidR="00F25E9F" w:rsidRDefault="00F25E9F" w:rsidP="00BA5A9D">
            <w:r>
              <w:rPr>
                <w:sz w:val="16"/>
              </w:rPr>
              <w:t>241500012562</w:t>
            </w:r>
          </w:p>
        </w:tc>
        <w:tc>
          <w:tcPr>
            <w:tcW w:w="1691" w:type="dxa"/>
          </w:tcPr>
          <w:p w14:paraId="63749B8E" w14:textId="77777777" w:rsidR="00F25E9F" w:rsidRDefault="00F25E9F" w:rsidP="00BA5A9D">
            <w:r>
              <w:rPr>
                <w:sz w:val="16"/>
              </w:rPr>
              <w:t>42550</w:t>
            </w:r>
          </w:p>
        </w:tc>
        <w:tc>
          <w:tcPr>
            <w:tcW w:w="1701" w:type="dxa"/>
          </w:tcPr>
          <w:p w14:paraId="0B807EF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7F895C1" w14:textId="77777777" w:rsidTr="001365F3">
        <w:trPr>
          <w:jc w:val="center"/>
        </w:trPr>
        <w:tc>
          <w:tcPr>
            <w:tcW w:w="993" w:type="dxa"/>
          </w:tcPr>
          <w:p w14:paraId="445C8A3F" w14:textId="77777777" w:rsidR="00F25E9F" w:rsidRDefault="00F25E9F" w:rsidP="00BA5A9D">
            <w:r>
              <w:rPr>
                <w:sz w:val="16"/>
              </w:rPr>
              <w:t>60</w:t>
            </w:r>
          </w:p>
        </w:tc>
        <w:tc>
          <w:tcPr>
            <w:tcW w:w="3685" w:type="dxa"/>
          </w:tcPr>
          <w:p w14:paraId="2D305D11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</w:p>
        </w:tc>
        <w:tc>
          <w:tcPr>
            <w:tcW w:w="1706" w:type="dxa"/>
            <w:gridSpan w:val="2"/>
          </w:tcPr>
          <w:p w14:paraId="4A68C9C4" w14:textId="77777777" w:rsidR="00F25E9F" w:rsidRDefault="00F25E9F" w:rsidP="00BA5A9D">
            <w:r>
              <w:rPr>
                <w:sz w:val="16"/>
              </w:rPr>
              <w:t>241500012599</w:t>
            </w:r>
          </w:p>
        </w:tc>
        <w:tc>
          <w:tcPr>
            <w:tcW w:w="1691" w:type="dxa"/>
          </w:tcPr>
          <w:p w14:paraId="311130DB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7B8C146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A115487" w14:textId="77777777" w:rsidTr="001365F3">
        <w:trPr>
          <w:jc w:val="center"/>
        </w:trPr>
        <w:tc>
          <w:tcPr>
            <w:tcW w:w="993" w:type="dxa"/>
          </w:tcPr>
          <w:p w14:paraId="2695E634" w14:textId="77777777" w:rsidR="00F25E9F" w:rsidRDefault="00F25E9F" w:rsidP="00BA5A9D">
            <w:r>
              <w:rPr>
                <w:sz w:val="16"/>
              </w:rPr>
              <w:t>61</w:t>
            </w:r>
          </w:p>
        </w:tc>
        <w:tc>
          <w:tcPr>
            <w:tcW w:w="3685" w:type="dxa"/>
          </w:tcPr>
          <w:p w14:paraId="5FAD319B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10</w:t>
            </w:r>
          </w:p>
        </w:tc>
        <w:tc>
          <w:tcPr>
            <w:tcW w:w="1706" w:type="dxa"/>
            <w:gridSpan w:val="2"/>
          </w:tcPr>
          <w:p w14:paraId="5DAA3C56" w14:textId="77777777" w:rsidR="00F25E9F" w:rsidRDefault="00F25E9F" w:rsidP="00BA5A9D">
            <w:r>
              <w:rPr>
                <w:sz w:val="16"/>
              </w:rPr>
              <w:t>241500012600</w:t>
            </w:r>
          </w:p>
        </w:tc>
        <w:tc>
          <w:tcPr>
            <w:tcW w:w="1691" w:type="dxa"/>
          </w:tcPr>
          <w:p w14:paraId="66D99E35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459757D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086B9BD" w14:textId="77777777" w:rsidTr="001365F3">
        <w:trPr>
          <w:jc w:val="center"/>
        </w:trPr>
        <w:tc>
          <w:tcPr>
            <w:tcW w:w="993" w:type="dxa"/>
          </w:tcPr>
          <w:p w14:paraId="65E4AA30" w14:textId="77777777" w:rsidR="00F25E9F" w:rsidRDefault="00F25E9F" w:rsidP="00BA5A9D">
            <w:r>
              <w:rPr>
                <w:sz w:val="16"/>
              </w:rPr>
              <w:t>62</w:t>
            </w:r>
          </w:p>
        </w:tc>
        <w:tc>
          <w:tcPr>
            <w:tcW w:w="3685" w:type="dxa"/>
          </w:tcPr>
          <w:p w14:paraId="1061E9E7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11</w:t>
            </w:r>
          </w:p>
        </w:tc>
        <w:tc>
          <w:tcPr>
            <w:tcW w:w="1706" w:type="dxa"/>
            <w:gridSpan w:val="2"/>
          </w:tcPr>
          <w:p w14:paraId="7F3726DA" w14:textId="77777777" w:rsidR="00F25E9F" w:rsidRDefault="00F25E9F" w:rsidP="00BA5A9D">
            <w:r>
              <w:rPr>
                <w:sz w:val="16"/>
              </w:rPr>
              <w:t>241500012601</w:t>
            </w:r>
          </w:p>
        </w:tc>
        <w:tc>
          <w:tcPr>
            <w:tcW w:w="1691" w:type="dxa"/>
          </w:tcPr>
          <w:p w14:paraId="01DA6373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3225D5C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1BA86C6" w14:textId="77777777" w:rsidTr="001365F3">
        <w:trPr>
          <w:jc w:val="center"/>
        </w:trPr>
        <w:tc>
          <w:tcPr>
            <w:tcW w:w="993" w:type="dxa"/>
          </w:tcPr>
          <w:p w14:paraId="7B9069F6" w14:textId="77777777" w:rsidR="00F25E9F" w:rsidRDefault="00F25E9F" w:rsidP="00BA5A9D">
            <w:r>
              <w:rPr>
                <w:sz w:val="16"/>
              </w:rPr>
              <w:t>63</w:t>
            </w:r>
          </w:p>
        </w:tc>
        <w:tc>
          <w:tcPr>
            <w:tcW w:w="3685" w:type="dxa"/>
          </w:tcPr>
          <w:p w14:paraId="6E3E0E8E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706" w:type="dxa"/>
            <w:gridSpan w:val="2"/>
          </w:tcPr>
          <w:p w14:paraId="5D5D69F5" w14:textId="77777777" w:rsidR="00F25E9F" w:rsidRDefault="00F25E9F" w:rsidP="00BA5A9D">
            <w:r>
              <w:rPr>
                <w:sz w:val="16"/>
              </w:rPr>
              <w:t>241500012602</w:t>
            </w:r>
          </w:p>
        </w:tc>
        <w:tc>
          <w:tcPr>
            <w:tcW w:w="1691" w:type="dxa"/>
          </w:tcPr>
          <w:p w14:paraId="63B6C2A7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75567B0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866F471" w14:textId="77777777" w:rsidTr="001365F3">
        <w:trPr>
          <w:jc w:val="center"/>
        </w:trPr>
        <w:tc>
          <w:tcPr>
            <w:tcW w:w="993" w:type="dxa"/>
          </w:tcPr>
          <w:p w14:paraId="3BD11B7E" w14:textId="77777777" w:rsidR="00F25E9F" w:rsidRDefault="00F25E9F" w:rsidP="00BA5A9D">
            <w:r>
              <w:rPr>
                <w:sz w:val="16"/>
              </w:rPr>
              <w:t>64</w:t>
            </w:r>
          </w:p>
        </w:tc>
        <w:tc>
          <w:tcPr>
            <w:tcW w:w="3685" w:type="dxa"/>
          </w:tcPr>
          <w:p w14:paraId="60188823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3</w:t>
            </w:r>
          </w:p>
        </w:tc>
        <w:tc>
          <w:tcPr>
            <w:tcW w:w="1706" w:type="dxa"/>
            <w:gridSpan w:val="2"/>
          </w:tcPr>
          <w:p w14:paraId="2C7EA4C1" w14:textId="77777777" w:rsidR="00F25E9F" w:rsidRDefault="00F25E9F" w:rsidP="00BA5A9D">
            <w:r>
              <w:rPr>
                <w:sz w:val="16"/>
              </w:rPr>
              <w:t>241500012603</w:t>
            </w:r>
          </w:p>
        </w:tc>
        <w:tc>
          <w:tcPr>
            <w:tcW w:w="1691" w:type="dxa"/>
          </w:tcPr>
          <w:p w14:paraId="118341FA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7386E0B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7E28B7" w14:textId="77777777" w:rsidTr="001365F3">
        <w:trPr>
          <w:jc w:val="center"/>
        </w:trPr>
        <w:tc>
          <w:tcPr>
            <w:tcW w:w="993" w:type="dxa"/>
          </w:tcPr>
          <w:p w14:paraId="40BC5C8E" w14:textId="77777777" w:rsidR="00F25E9F" w:rsidRDefault="00F25E9F" w:rsidP="00BA5A9D">
            <w:r>
              <w:rPr>
                <w:sz w:val="16"/>
              </w:rPr>
              <w:t>65</w:t>
            </w:r>
          </w:p>
        </w:tc>
        <w:tc>
          <w:tcPr>
            <w:tcW w:w="3685" w:type="dxa"/>
          </w:tcPr>
          <w:p w14:paraId="153794B2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4</w:t>
            </w:r>
          </w:p>
        </w:tc>
        <w:tc>
          <w:tcPr>
            <w:tcW w:w="1706" w:type="dxa"/>
            <w:gridSpan w:val="2"/>
          </w:tcPr>
          <w:p w14:paraId="6FDD2FD9" w14:textId="77777777" w:rsidR="00F25E9F" w:rsidRDefault="00F25E9F" w:rsidP="00BA5A9D">
            <w:r>
              <w:rPr>
                <w:sz w:val="16"/>
              </w:rPr>
              <w:t>241500012604</w:t>
            </w:r>
          </w:p>
        </w:tc>
        <w:tc>
          <w:tcPr>
            <w:tcW w:w="1691" w:type="dxa"/>
          </w:tcPr>
          <w:p w14:paraId="13818A67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6BA73A8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0E77058" w14:textId="77777777" w:rsidTr="001365F3">
        <w:trPr>
          <w:jc w:val="center"/>
        </w:trPr>
        <w:tc>
          <w:tcPr>
            <w:tcW w:w="993" w:type="dxa"/>
          </w:tcPr>
          <w:p w14:paraId="47ECA0C3" w14:textId="77777777" w:rsidR="00F25E9F" w:rsidRDefault="00F25E9F" w:rsidP="00BA5A9D">
            <w:r>
              <w:rPr>
                <w:sz w:val="16"/>
              </w:rPr>
              <w:t>66</w:t>
            </w:r>
          </w:p>
        </w:tc>
        <w:tc>
          <w:tcPr>
            <w:tcW w:w="3685" w:type="dxa"/>
          </w:tcPr>
          <w:p w14:paraId="5BE04017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5</w:t>
            </w:r>
          </w:p>
        </w:tc>
        <w:tc>
          <w:tcPr>
            <w:tcW w:w="1706" w:type="dxa"/>
            <w:gridSpan w:val="2"/>
          </w:tcPr>
          <w:p w14:paraId="4F54D7EB" w14:textId="77777777" w:rsidR="00F25E9F" w:rsidRDefault="00F25E9F" w:rsidP="00BA5A9D">
            <w:r>
              <w:rPr>
                <w:sz w:val="16"/>
              </w:rPr>
              <w:t>241500012605</w:t>
            </w:r>
          </w:p>
        </w:tc>
        <w:tc>
          <w:tcPr>
            <w:tcW w:w="1691" w:type="dxa"/>
          </w:tcPr>
          <w:p w14:paraId="04EC3D4C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75F847C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F58D797" w14:textId="77777777" w:rsidTr="001365F3">
        <w:trPr>
          <w:jc w:val="center"/>
        </w:trPr>
        <w:tc>
          <w:tcPr>
            <w:tcW w:w="993" w:type="dxa"/>
          </w:tcPr>
          <w:p w14:paraId="59CDB6F6" w14:textId="77777777" w:rsidR="00F25E9F" w:rsidRDefault="00F25E9F" w:rsidP="00BA5A9D">
            <w:r>
              <w:rPr>
                <w:sz w:val="16"/>
              </w:rPr>
              <w:t>67</w:t>
            </w:r>
          </w:p>
        </w:tc>
        <w:tc>
          <w:tcPr>
            <w:tcW w:w="3685" w:type="dxa"/>
          </w:tcPr>
          <w:p w14:paraId="43F0D0C9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6</w:t>
            </w:r>
          </w:p>
        </w:tc>
        <w:tc>
          <w:tcPr>
            <w:tcW w:w="1706" w:type="dxa"/>
            <w:gridSpan w:val="2"/>
          </w:tcPr>
          <w:p w14:paraId="2CA4ACF1" w14:textId="77777777" w:rsidR="00F25E9F" w:rsidRDefault="00F25E9F" w:rsidP="00BA5A9D">
            <w:r>
              <w:rPr>
                <w:sz w:val="16"/>
              </w:rPr>
              <w:t>241500012606</w:t>
            </w:r>
          </w:p>
        </w:tc>
        <w:tc>
          <w:tcPr>
            <w:tcW w:w="1691" w:type="dxa"/>
          </w:tcPr>
          <w:p w14:paraId="448B51AC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2FC90F3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EAD5E50" w14:textId="77777777" w:rsidTr="001365F3">
        <w:trPr>
          <w:jc w:val="center"/>
        </w:trPr>
        <w:tc>
          <w:tcPr>
            <w:tcW w:w="993" w:type="dxa"/>
          </w:tcPr>
          <w:p w14:paraId="1E53A150" w14:textId="77777777" w:rsidR="00F25E9F" w:rsidRDefault="00F25E9F" w:rsidP="00BA5A9D">
            <w:r>
              <w:rPr>
                <w:sz w:val="16"/>
              </w:rPr>
              <w:t>68</w:t>
            </w:r>
          </w:p>
        </w:tc>
        <w:tc>
          <w:tcPr>
            <w:tcW w:w="3685" w:type="dxa"/>
          </w:tcPr>
          <w:p w14:paraId="09602B4B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7</w:t>
            </w:r>
          </w:p>
        </w:tc>
        <w:tc>
          <w:tcPr>
            <w:tcW w:w="1706" w:type="dxa"/>
            <w:gridSpan w:val="2"/>
          </w:tcPr>
          <w:p w14:paraId="73ACC781" w14:textId="77777777" w:rsidR="00F25E9F" w:rsidRDefault="00F25E9F" w:rsidP="00BA5A9D">
            <w:r>
              <w:rPr>
                <w:sz w:val="16"/>
              </w:rPr>
              <w:t>241500012607</w:t>
            </w:r>
          </w:p>
        </w:tc>
        <w:tc>
          <w:tcPr>
            <w:tcW w:w="1691" w:type="dxa"/>
          </w:tcPr>
          <w:p w14:paraId="466E8936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1992C57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F82C392" w14:textId="77777777" w:rsidTr="001365F3">
        <w:trPr>
          <w:jc w:val="center"/>
        </w:trPr>
        <w:tc>
          <w:tcPr>
            <w:tcW w:w="993" w:type="dxa"/>
          </w:tcPr>
          <w:p w14:paraId="4C07E9DF" w14:textId="77777777" w:rsidR="00F25E9F" w:rsidRDefault="00F25E9F" w:rsidP="00BA5A9D">
            <w:r>
              <w:rPr>
                <w:sz w:val="16"/>
              </w:rPr>
              <w:t>69</w:t>
            </w:r>
          </w:p>
        </w:tc>
        <w:tc>
          <w:tcPr>
            <w:tcW w:w="3685" w:type="dxa"/>
          </w:tcPr>
          <w:p w14:paraId="66A3DC70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8</w:t>
            </w:r>
          </w:p>
        </w:tc>
        <w:tc>
          <w:tcPr>
            <w:tcW w:w="1706" w:type="dxa"/>
            <w:gridSpan w:val="2"/>
          </w:tcPr>
          <w:p w14:paraId="1097109D" w14:textId="77777777" w:rsidR="00F25E9F" w:rsidRDefault="00F25E9F" w:rsidP="00BA5A9D">
            <w:r>
              <w:rPr>
                <w:sz w:val="16"/>
              </w:rPr>
              <w:t>241500012608</w:t>
            </w:r>
          </w:p>
        </w:tc>
        <w:tc>
          <w:tcPr>
            <w:tcW w:w="1691" w:type="dxa"/>
          </w:tcPr>
          <w:p w14:paraId="0E650891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550658A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F5369FD" w14:textId="77777777" w:rsidTr="001365F3">
        <w:trPr>
          <w:jc w:val="center"/>
        </w:trPr>
        <w:tc>
          <w:tcPr>
            <w:tcW w:w="993" w:type="dxa"/>
          </w:tcPr>
          <w:p w14:paraId="0695A2E4" w14:textId="77777777" w:rsidR="00F25E9F" w:rsidRDefault="00F25E9F" w:rsidP="00BA5A9D">
            <w:r>
              <w:rPr>
                <w:sz w:val="16"/>
              </w:rPr>
              <w:t>70</w:t>
            </w:r>
          </w:p>
        </w:tc>
        <w:tc>
          <w:tcPr>
            <w:tcW w:w="3685" w:type="dxa"/>
          </w:tcPr>
          <w:p w14:paraId="3596B934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дерев,корич,мягкий</w:t>
            </w:r>
            <w:proofErr w:type="spellEnd"/>
            <w:r>
              <w:rPr>
                <w:sz w:val="16"/>
              </w:rPr>
              <w:t xml:space="preserve"> 9</w:t>
            </w:r>
          </w:p>
        </w:tc>
        <w:tc>
          <w:tcPr>
            <w:tcW w:w="1706" w:type="dxa"/>
            <w:gridSpan w:val="2"/>
          </w:tcPr>
          <w:p w14:paraId="62BBCECD" w14:textId="77777777" w:rsidR="00F25E9F" w:rsidRDefault="00F25E9F" w:rsidP="00BA5A9D">
            <w:r>
              <w:rPr>
                <w:sz w:val="16"/>
              </w:rPr>
              <w:t>241500012609</w:t>
            </w:r>
          </w:p>
        </w:tc>
        <w:tc>
          <w:tcPr>
            <w:tcW w:w="1691" w:type="dxa"/>
          </w:tcPr>
          <w:p w14:paraId="59F987A1" w14:textId="77777777" w:rsidR="00F25E9F" w:rsidRDefault="00F25E9F" w:rsidP="00BA5A9D">
            <w:r>
              <w:rPr>
                <w:sz w:val="16"/>
              </w:rPr>
              <w:t>9000</w:t>
            </w:r>
          </w:p>
        </w:tc>
        <w:tc>
          <w:tcPr>
            <w:tcW w:w="1701" w:type="dxa"/>
          </w:tcPr>
          <w:p w14:paraId="54D520A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729A276" w14:textId="77777777" w:rsidTr="001365F3">
        <w:trPr>
          <w:jc w:val="center"/>
        </w:trPr>
        <w:tc>
          <w:tcPr>
            <w:tcW w:w="993" w:type="dxa"/>
          </w:tcPr>
          <w:p w14:paraId="0E15B9EC" w14:textId="77777777" w:rsidR="00F25E9F" w:rsidRDefault="00F25E9F" w:rsidP="00BA5A9D">
            <w:r>
              <w:rPr>
                <w:sz w:val="16"/>
              </w:rPr>
              <w:t>71</w:t>
            </w:r>
          </w:p>
        </w:tc>
        <w:tc>
          <w:tcPr>
            <w:tcW w:w="3685" w:type="dxa"/>
          </w:tcPr>
          <w:p w14:paraId="728A503F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0360F8A0" w14:textId="77777777" w:rsidR="00F25E9F" w:rsidRDefault="00F25E9F" w:rsidP="00BA5A9D">
            <w:r>
              <w:rPr>
                <w:sz w:val="16"/>
              </w:rPr>
              <w:t>241500012621</w:t>
            </w:r>
          </w:p>
        </w:tc>
        <w:tc>
          <w:tcPr>
            <w:tcW w:w="1691" w:type="dxa"/>
          </w:tcPr>
          <w:p w14:paraId="3A2EC5D4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2F68163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645F680" w14:textId="77777777" w:rsidTr="001365F3">
        <w:trPr>
          <w:jc w:val="center"/>
        </w:trPr>
        <w:tc>
          <w:tcPr>
            <w:tcW w:w="993" w:type="dxa"/>
          </w:tcPr>
          <w:p w14:paraId="234A5838" w14:textId="77777777" w:rsidR="00F25E9F" w:rsidRDefault="00F25E9F" w:rsidP="00BA5A9D">
            <w:r>
              <w:rPr>
                <w:sz w:val="16"/>
              </w:rPr>
              <w:t>72</w:t>
            </w:r>
          </w:p>
        </w:tc>
        <w:tc>
          <w:tcPr>
            <w:tcW w:w="3685" w:type="dxa"/>
          </w:tcPr>
          <w:p w14:paraId="76271D87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2D31B4D3" w14:textId="77777777" w:rsidR="00F25E9F" w:rsidRDefault="00F25E9F" w:rsidP="00BA5A9D">
            <w:r>
              <w:rPr>
                <w:sz w:val="16"/>
              </w:rPr>
              <w:t>241500012622</w:t>
            </w:r>
          </w:p>
        </w:tc>
        <w:tc>
          <w:tcPr>
            <w:tcW w:w="1691" w:type="dxa"/>
          </w:tcPr>
          <w:p w14:paraId="66F2CFAD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0C16159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7B738E8" w14:textId="77777777" w:rsidTr="001365F3">
        <w:trPr>
          <w:jc w:val="center"/>
        </w:trPr>
        <w:tc>
          <w:tcPr>
            <w:tcW w:w="993" w:type="dxa"/>
          </w:tcPr>
          <w:p w14:paraId="050E6764" w14:textId="77777777" w:rsidR="00F25E9F" w:rsidRDefault="00F25E9F" w:rsidP="00BA5A9D">
            <w:r>
              <w:rPr>
                <w:sz w:val="16"/>
              </w:rPr>
              <w:t>73</w:t>
            </w:r>
          </w:p>
        </w:tc>
        <w:tc>
          <w:tcPr>
            <w:tcW w:w="3685" w:type="dxa"/>
          </w:tcPr>
          <w:p w14:paraId="14A12778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4B4A9623" w14:textId="77777777" w:rsidR="00F25E9F" w:rsidRDefault="00F25E9F" w:rsidP="00BA5A9D">
            <w:r>
              <w:rPr>
                <w:sz w:val="16"/>
              </w:rPr>
              <w:t>241500012623</w:t>
            </w:r>
          </w:p>
        </w:tc>
        <w:tc>
          <w:tcPr>
            <w:tcW w:w="1691" w:type="dxa"/>
          </w:tcPr>
          <w:p w14:paraId="076EA3E5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3A92403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E912C00" w14:textId="77777777" w:rsidTr="001365F3">
        <w:trPr>
          <w:jc w:val="center"/>
        </w:trPr>
        <w:tc>
          <w:tcPr>
            <w:tcW w:w="993" w:type="dxa"/>
          </w:tcPr>
          <w:p w14:paraId="6B0EE077" w14:textId="77777777" w:rsidR="00F25E9F" w:rsidRDefault="00F25E9F" w:rsidP="00BA5A9D">
            <w:r>
              <w:rPr>
                <w:sz w:val="16"/>
              </w:rPr>
              <w:t>74</w:t>
            </w:r>
          </w:p>
        </w:tc>
        <w:tc>
          <w:tcPr>
            <w:tcW w:w="3685" w:type="dxa"/>
          </w:tcPr>
          <w:p w14:paraId="34C61A4F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3429977A" w14:textId="77777777" w:rsidR="00F25E9F" w:rsidRDefault="00F25E9F" w:rsidP="00BA5A9D">
            <w:r>
              <w:rPr>
                <w:sz w:val="16"/>
              </w:rPr>
              <w:t>241500012624</w:t>
            </w:r>
          </w:p>
        </w:tc>
        <w:tc>
          <w:tcPr>
            <w:tcW w:w="1691" w:type="dxa"/>
          </w:tcPr>
          <w:p w14:paraId="3AA4FF42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66E15BF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38BA716" w14:textId="77777777" w:rsidTr="001365F3">
        <w:trPr>
          <w:jc w:val="center"/>
        </w:trPr>
        <w:tc>
          <w:tcPr>
            <w:tcW w:w="993" w:type="dxa"/>
          </w:tcPr>
          <w:p w14:paraId="5251FB14" w14:textId="77777777" w:rsidR="00F25E9F" w:rsidRDefault="00F25E9F" w:rsidP="00BA5A9D">
            <w:r>
              <w:rPr>
                <w:sz w:val="16"/>
              </w:rPr>
              <w:t>75</w:t>
            </w:r>
          </w:p>
        </w:tc>
        <w:tc>
          <w:tcPr>
            <w:tcW w:w="3685" w:type="dxa"/>
          </w:tcPr>
          <w:p w14:paraId="2E1A0A81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1C331594" w14:textId="77777777" w:rsidR="00F25E9F" w:rsidRDefault="00F25E9F" w:rsidP="00BA5A9D">
            <w:r>
              <w:rPr>
                <w:sz w:val="16"/>
              </w:rPr>
              <w:t>241500012625</w:t>
            </w:r>
          </w:p>
        </w:tc>
        <w:tc>
          <w:tcPr>
            <w:tcW w:w="1691" w:type="dxa"/>
          </w:tcPr>
          <w:p w14:paraId="6ECF829D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29D2B58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8EB3F9F" w14:textId="77777777" w:rsidTr="001365F3">
        <w:trPr>
          <w:jc w:val="center"/>
        </w:trPr>
        <w:tc>
          <w:tcPr>
            <w:tcW w:w="993" w:type="dxa"/>
          </w:tcPr>
          <w:p w14:paraId="6F95A7B1" w14:textId="77777777" w:rsidR="00F25E9F" w:rsidRDefault="00F25E9F" w:rsidP="00BA5A9D">
            <w:r>
              <w:rPr>
                <w:sz w:val="16"/>
              </w:rPr>
              <w:t>76</w:t>
            </w:r>
          </w:p>
        </w:tc>
        <w:tc>
          <w:tcPr>
            <w:tcW w:w="3685" w:type="dxa"/>
          </w:tcPr>
          <w:p w14:paraId="5B4F340D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182A9851" w14:textId="77777777" w:rsidR="00F25E9F" w:rsidRDefault="00F25E9F" w:rsidP="00BA5A9D">
            <w:r>
              <w:rPr>
                <w:sz w:val="16"/>
              </w:rPr>
              <w:t>241500012626</w:t>
            </w:r>
          </w:p>
        </w:tc>
        <w:tc>
          <w:tcPr>
            <w:tcW w:w="1691" w:type="dxa"/>
          </w:tcPr>
          <w:p w14:paraId="35220BE8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762F8AC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60F6489" w14:textId="77777777" w:rsidTr="001365F3">
        <w:trPr>
          <w:jc w:val="center"/>
        </w:trPr>
        <w:tc>
          <w:tcPr>
            <w:tcW w:w="993" w:type="dxa"/>
          </w:tcPr>
          <w:p w14:paraId="13F47614" w14:textId="77777777" w:rsidR="00F25E9F" w:rsidRDefault="00F25E9F" w:rsidP="00BA5A9D">
            <w:r>
              <w:rPr>
                <w:sz w:val="16"/>
              </w:rPr>
              <w:t>77</w:t>
            </w:r>
          </w:p>
        </w:tc>
        <w:tc>
          <w:tcPr>
            <w:tcW w:w="3685" w:type="dxa"/>
          </w:tcPr>
          <w:p w14:paraId="2462A367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225376D5" w14:textId="77777777" w:rsidR="00F25E9F" w:rsidRDefault="00F25E9F" w:rsidP="00BA5A9D">
            <w:r>
              <w:rPr>
                <w:sz w:val="16"/>
              </w:rPr>
              <w:t>241500012627</w:t>
            </w:r>
          </w:p>
        </w:tc>
        <w:tc>
          <w:tcPr>
            <w:tcW w:w="1691" w:type="dxa"/>
          </w:tcPr>
          <w:p w14:paraId="770281F2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3640267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5A7BD87" w14:textId="77777777" w:rsidTr="001365F3">
        <w:trPr>
          <w:jc w:val="center"/>
        </w:trPr>
        <w:tc>
          <w:tcPr>
            <w:tcW w:w="993" w:type="dxa"/>
          </w:tcPr>
          <w:p w14:paraId="2790D169" w14:textId="77777777" w:rsidR="00F25E9F" w:rsidRDefault="00F25E9F" w:rsidP="00BA5A9D">
            <w:r>
              <w:rPr>
                <w:sz w:val="16"/>
              </w:rPr>
              <w:t>78</w:t>
            </w:r>
          </w:p>
        </w:tc>
        <w:tc>
          <w:tcPr>
            <w:tcW w:w="3685" w:type="dxa"/>
          </w:tcPr>
          <w:p w14:paraId="79BE635C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710EE2DF" w14:textId="77777777" w:rsidR="00F25E9F" w:rsidRDefault="00F25E9F" w:rsidP="00BA5A9D">
            <w:r>
              <w:rPr>
                <w:sz w:val="16"/>
              </w:rPr>
              <w:t>241500012628</w:t>
            </w:r>
          </w:p>
        </w:tc>
        <w:tc>
          <w:tcPr>
            <w:tcW w:w="1691" w:type="dxa"/>
          </w:tcPr>
          <w:p w14:paraId="632274F4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3BED9CD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21880F7" w14:textId="77777777" w:rsidTr="001365F3">
        <w:trPr>
          <w:jc w:val="center"/>
        </w:trPr>
        <w:tc>
          <w:tcPr>
            <w:tcW w:w="993" w:type="dxa"/>
          </w:tcPr>
          <w:p w14:paraId="2F1EA575" w14:textId="77777777" w:rsidR="00F25E9F" w:rsidRDefault="00F25E9F" w:rsidP="00BA5A9D">
            <w:r>
              <w:rPr>
                <w:sz w:val="16"/>
              </w:rPr>
              <w:t>79</w:t>
            </w:r>
          </w:p>
        </w:tc>
        <w:tc>
          <w:tcPr>
            <w:tcW w:w="3685" w:type="dxa"/>
          </w:tcPr>
          <w:p w14:paraId="45BE42EF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2C375EEA" w14:textId="77777777" w:rsidR="00F25E9F" w:rsidRDefault="00F25E9F" w:rsidP="00BA5A9D">
            <w:r>
              <w:rPr>
                <w:sz w:val="16"/>
              </w:rPr>
              <w:t>241500012629</w:t>
            </w:r>
          </w:p>
        </w:tc>
        <w:tc>
          <w:tcPr>
            <w:tcW w:w="1691" w:type="dxa"/>
          </w:tcPr>
          <w:p w14:paraId="6340FFE9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4FA683B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BECE344" w14:textId="77777777" w:rsidTr="001365F3">
        <w:trPr>
          <w:jc w:val="center"/>
        </w:trPr>
        <w:tc>
          <w:tcPr>
            <w:tcW w:w="993" w:type="dxa"/>
          </w:tcPr>
          <w:p w14:paraId="41184A03" w14:textId="77777777" w:rsidR="00F25E9F" w:rsidRDefault="00F25E9F" w:rsidP="00BA5A9D">
            <w:r>
              <w:rPr>
                <w:sz w:val="16"/>
              </w:rPr>
              <w:t>80</w:t>
            </w:r>
          </w:p>
        </w:tc>
        <w:tc>
          <w:tcPr>
            <w:tcW w:w="3685" w:type="dxa"/>
          </w:tcPr>
          <w:p w14:paraId="5BDC3D77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3F495A88" w14:textId="77777777" w:rsidR="00F25E9F" w:rsidRDefault="00F25E9F" w:rsidP="00BA5A9D">
            <w:r>
              <w:rPr>
                <w:sz w:val="16"/>
              </w:rPr>
              <w:t>241500012630</w:t>
            </w:r>
          </w:p>
        </w:tc>
        <w:tc>
          <w:tcPr>
            <w:tcW w:w="1691" w:type="dxa"/>
          </w:tcPr>
          <w:p w14:paraId="7C22DD95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609B969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49C5200" w14:textId="77777777" w:rsidTr="001365F3">
        <w:trPr>
          <w:jc w:val="center"/>
        </w:trPr>
        <w:tc>
          <w:tcPr>
            <w:tcW w:w="993" w:type="dxa"/>
          </w:tcPr>
          <w:p w14:paraId="59D77B52" w14:textId="77777777" w:rsidR="00F25E9F" w:rsidRDefault="00F25E9F" w:rsidP="00BA5A9D">
            <w:r>
              <w:rPr>
                <w:sz w:val="16"/>
              </w:rPr>
              <w:t>81</w:t>
            </w:r>
          </w:p>
        </w:tc>
        <w:tc>
          <w:tcPr>
            <w:tcW w:w="3685" w:type="dxa"/>
          </w:tcPr>
          <w:p w14:paraId="3AA2EDE7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2C6A5A7D" w14:textId="77777777" w:rsidR="00F25E9F" w:rsidRDefault="00F25E9F" w:rsidP="00BA5A9D">
            <w:r>
              <w:rPr>
                <w:sz w:val="16"/>
              </w:rPr>
              <w:t>241500012631</w:t>
            </w:r>
          </w:p>
        </w:tc>
        <w:tc>
          <w:tcPr>
            <w:tcW w:w="1691" w:type="dxa"/>
          </w:tcPr>
          <w:p w14:paraId="071E2A8E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2B53457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C1E34D8" w14:textId="77777777" w:rsidTr="001365F3">
        <w:trPr>
          <w:jc w:val="center"/>
        </w:trPr>
        <w:tc>
          <w:tcPr>
            <w:tcW w:w="993" w:type="dxa"/>
          </w:tcPr>
          <w:p w14:paraId="6C02A230" w14:textId="77777777" w:rsidR="00F25E9F" w:rsidRDefault="00F25E9F" w:rsidP="00BA5A9D">
            <w:r>
              <w:rPr>
                <w:sz w:val="16"/>
              </w:rPr>
              <w:t>82</w:t>
            </w:r>
          </w:p>
        </w:tc>
        <w:tc>
          <w:tcPr>
            <w:tcW w:w="3685" w:type="dxa"/>
          </w:tcPr>
          <w:p w14:paraId="3C15039F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57E08256" w14:textId="77777777" w:rsidR="00F25E9F" w:rsidRDefault="00F25E9F" w:rsidP="00BA5A9D">
            <w:r>
              <w:rPr>
                <w:sz w:val="16"/>
              </w:rPr>
              <w:t>241500012632</w:t>
            </w:r>
          </w:p>
        </w:tc>
        <w:tc>
          <w:tcPr>
            <w:tcW w:w="1691" w:type="dxa"/>
          </w:tcPr>
          <w:p w14:paraId="5AF5101B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0677C71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7C86049" w14:textId="77777777" w:rsidTr="001365F3">
        <w:trPr>
          <w:jc w:val="center"/>
        </w:trPr>
        <w:tc>
          <w:tcPr>
            <w:tcW w:w="993" w:type="dxa"/>
          </w:tcPr>
          <w:p w14:paraId="6DDE1ABB" w14:textId="77777777" w:rsidR="00F25E9F" w:rsidRDefault="00F25E9F" w:rsidP="00BA5A9D">
            <w:r>
              <w:rPr>
                <w:sz w:val="16"/>
              </w:rPr>
              <w:t>83</w:t>
            </w:r>
          </w:p>
        </w:tc>
        <w:tc>
          <w:tcPr>
            <w:tcW w:w="3685" w:type="dxa"/>
          </w:tcPr>
          <w:p w14:paraId="7CB47715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457ECCD5" w14:textId="77777777" w:rsidR="00F25E9F" w:rsidRDefault="00F25E9F" w:rsidP="00BA5A9D">
            <w:r>
              <w:rPr>
                <w:sz w:val="16"/>
              </w:rPr>
              <w:t>241500012633</w:t>
            </w:r>
          </w:p>
        </w:tc>
        <w:tc>
          <w:tcPr>
            <w:tcW w:w="1691" w:type="dxa"/>
          </w:tcPr>
          <w:p w14:paraId="2C84D335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7EA76B3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B695D39" w14:textId="77777777" w:rsidTr="001365F3">
        <w:trPr>
          <w:jc w:val="center"/>
        </w:trPr>
        <w:tc>
          <w:tcPr>
            <w:tcW w:w="993" w:type="dxa"/>
          </w:tcPr>
          <w:p w14:paraId="5D22CBED" w14:textId="77777777" w:rsidR="00F25E9F" w:rsidRDefault="00F25E9F" w:rsidP="00BA5A9D">
            <w:r>
              <w:rPr>
                <w:sz w:val="16"/>
              </w:rPr>
              <w:t>84</w:t>
            </w:r>
          </w:p>
        </w:tc>
        <w:tc>
          <w:tcPr>
            <w:tcW w:w="3685" w:type="dxa"/>
          </w:tcPr>
          <w:p w14:paraId="1AF6233C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2A993421" w14:textId="77777777" w:rsidR="00F25E9F" w:rsidRDefault="00F25E9F" w:rsidP="00BA5A9D">
            <w:r>
              <w:rPr>
                <w:sz w:val="16"/>
              </w:rPr>
              <w:t>241500012634</w:t>
            </w:r>
          </w:p>
        </w:tc>
        <w:tc>
          <w:tcPr>
            <w:tcW w:w="1691" w:type="dxa"/>
          </w:tcPr>
          <w:p w14:paraId="52719D65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6BB0098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4430123" w14:textId="77777777" w:rsidTr="001365F3">
        <w:trPr>
          <w:jc w:val="center"/>
        </w:trPr>
        <w:tc>
          <w:tcPr>
            <w:tcW w:w="993" w:type="dxa"/>
          </w:tcPr>
          <w:p w14:paraId="742A38EF" w14:textId="77777777" w:rsidR="00F25E9F" w:rsidRDefault="00F25E9F" w:rsidP="00BA5A9D">
            <w:r>
              <w:rPr>
                <w:sz w:val="16"/>
              </w:rPr>
              <w:t>85</w:t>
            </w:r>
          </w:p>
        </w:tc>
        <w:tc>
          <w:tcPr>
            <w:tcW w:w="3685" w:type="dxa"/>
          </w:tcPr>
          <w:p w14:paraId="12D711E0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1E4EDDE6" w14:textId="77777777" w:rsidR="00F25E9F" w:rsidRDefault="00F25E9F" w:rsidP="00BA5A9D">
            <w:r>
              <w:rPr>
                <w:sz w:val="16"/>
              </w:rPr>
              <w:t>241500012635</w:t>
            </w:r>
          </w:p>
        </w:tc>
        <w:tc>
          <w:tcPr>
            <w:tcW w:w="1691" w:type="dxa"/>
          </w:tcPr>
          <w:p w14:paraId="52A385DD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665349C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582D5BB" w14:textId="77777777" w:rsidTr="001365F3">
        <w:trPr>
          <w:jc w:val="center"/>
        </w:trPr>
        <w:tc>
          <w:tcPr>
            <w:tcW w:w="993" w:type="dxa"/>
          </w:tcPr>
          <w:p w14:paraId="398F5004" w14:textId="77777777" w:rsidR="00F25E9F" w:rsidRDefault="00F25E9F" w:rsidP="00BA5A9D">
            <w:r>
              <w:rPr>
                <w:sz w:val="16"/>
              </w:rPr>
              <w:t>86</w:t>
            </w:r>
          </w:p>
        </w:tc>
        <w:tc>
          <w:tcPr>
            <w:tcW w:w="3685" w:type="dxa"/>
          </w:tcPr>
          <w:p w14:paraId="49FD7B0D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218281CA" w14:textId="77777777" w:rsidR="00F25E9F" w:rsidRDefault="00F25E9F" w:rsidP="00BA5A9D">
            <w:r>
              <w:rPr>
                <w:sz w:val="16"/>
              </w:rPr>
              <w:t>241500012636</w:t>
            </w:r>
          </w:p>
        </w:tc>
        <w:tc>
          <w:tcPr>
            <w:tcW w:w="1691" w:type="dxa"/>
          </w:tcPr>
          <w:p w14:paraId="26B9EDC3" w14:textId="77777777" w:rsidR="00F25E9F" w:rsidRDefault="00F25E9F" w:rsidP="00BA5A9D">
            <w:r>
              <w:rPr>
                <w:sz w:val="16"/>
              </w:rPr>
              <w:t>119000</w:t>
            </w:r>
          </w:p>
        </w:tc>
        <w:tc>
          <w:tcPr>
            <w:tcW w:w="1701" w:type="dxa"/>
          </w:tcPr>
          <w:p w14:paraId="45E3215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B6FDB7E" w14:textId="77777777" w:rsidTr="001365F3">
        <w:trPr>
          <w:jc w:val="center"/>
        </w:trPr>
        <w:tc>
          <w:tcPr>
            <w:tcW w:w="993" w:type="dxa"/>
          </w:tcPr>
          <w:p w14:paraId="774E3994" w14:textId="77777777" w:rsidR="00F25E9F" w:rsidRDefault="00F25E9F" w:rsidP="00BA5A9D">
            <w:r>
              <w:rPr>
                <w:sz w:val="16"/>
              </w:rPr>
              <w:t>87</w:t>
            </w:r>
          </w:p>
        </w:tc>
        <w:tc>
          <w:tcPr>
            <w:tcW w:w="3685" w:type="dxa"/>
          </w:tcPr>
          <w:p w14:paraId="0F03CA05" w14:textId="77777777" w:rsidR="00F25E9F" w:rsidRDefault="00F25E9F" w:rsidP="00BA5A9D">
            <w:proofErr w:type="spellStart"/>
            <w:r>
              <w:rPr>
                <w:sz w:val="16"/>
              </w:rPr>
              <w:t>Аудиогид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706" w:type="dxa"/>
            <w:gridSpan w:val="2"/>
          </w:tcPr>
          <w:p w14:paraId="3BE8DBBE" w14:textId="77777777" w:rsidR="00F25E9F" w:rsidRDefault="00F25E9F" w:rsidP="00BA5A9D">
            <w:r>
              <w:rPr>
                <w:sz w:val="16"/>
              </w:rPr>
              <w:t>241500012637</w:t>
            </w:r>
          </w:p>
        </w:tc>
        <w:tc>
          <w:tcPr>
            <w:tcW w:w="1691" w:type="dxa"/>
          </w:tcPr>
          <w:p w14:paraId="6F42EAB4" w14:textId="77777777" w:rsidR="00F25E9F" w:rsidRDefault="00F25E9F" w:rsidP="00BA5A9D">
            <w:r>
              <w:rPr>
                <w:sz w:val="16"/>
              </w:rPr>
              <w:t>4958.34</w:t>
            </w:r>
          </w:p>
        </w:tc>
        <w:tc>
          <w:tcPr>
            <w:tcW w:w="1701" w:type="dxa"/>
          </w:tcPr>
          <w:p w14:paraId="7532DDB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85D5D8" w14:textId="77777777" w:rsidTr="001365F3">
        <w:trPr>
          <w:jc w:val="center"/>
        </w:trPr>
        <w:tc>
          <w:tcPr>
            <w:tcW w:w="993" w:type="dxa"/>
          </w:tcPr>
          <w:p w14:paraId="4D4444EB" w14:textId="77777777" w:rsidR="00F25E9F" w:rsidRDefault="00F25E9F" w:rsidP="00BA5A9D">
            <w:r>
              <w:rPr>
                <w:sz w:val="16"/>
              </w:rPr>
              <w:t>88</w:t>
            </w:r>
          </w:p>
        </w:tc>
        <w:tc>
          <w:tcPr>
            <w:tcW w:w="3685" w:type="dxa"/>
          </w:tcPr>
          <w:p w14:paraId="4F14C489" w14:textId="77777777" w:rsidR="00F25E9F" w:rsidRPr="008240BA" w:rsidRDefault="00F25E9F" w:rsidP="00BA5A9D">
            <w:pPr>
              <w:rPr>
                <w:lang w:val="ru-RU"/>
              </w:rPr>
            </w:pPr>
            <w:r w:rsidRPr="008240BA">
              <w:rPr>
                <w:sz w:val="16"/>
                <w:lang w:val="ru-RU"/>
              </w:rPr>
              <w:t xml:space="preserve">Наружная купольная видеокамера </w:t>
            </w:r>
            <w:proofErr w:type="spellStart"/>
            <w:r>
              <w:rPr>
                <w:sz w:val="16"/>
              </w:rPr>
              <w:t>Novicam</w:t>
            </w:r>
            <w:proofErr w:type="spellEnd"/>
            <w:r w:rsidRPr="008240BA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AP</w:t>
            </w:r>
            <w:r w:rsidRPr="008240BA">
              <w:rPr>
                <w:sz w:val="16"/>
                <w:lang w:val="ru-RU"/>
              </w:rPr>
              <w:t>610</w:t>
            </w:r>
          </w:p>
        </w:tc>
        <w:tc>
          <w:tcPr>
            <w:tcW w:w="1706" w:type="dxa"/>
            <w:gridSpan w:val="2"/>
          </w:tcPr>
          <w:p w14:paraId="138C8942" w14:textId="77777777" w:rsidR="00F25E9F" w:rsidRDefault="00F25E9F" w:rsidP="00BA5A9D">
            <w:r>
              <w:rPr>
                <w:sz w:val="16"/>
              </w:rPr>
              <w:t>241500012639</w:t>
            </w:r>
          </w:p>
        </w:tc>
        <w:tc>
          <w:tcPr>
            <w:tcW w:w="1691" w:type="dxa"/>
          </w:tcPr>
          <w:p w14:paraId="117A73D5" w14:textId="77777777" w:rsidR="00F25E9F" w:rsidRDefault="00F25E9F" w:rsidP="00BA5A9D">
            <w:r>
              <w:rPr>
                <w:sz w:val="16"/>
              </w:rPr>
              <w:t>75000</w:t>
            </w:r>
          </w:p>
        </w:tc>
        <w:tc>
          <w:tcPr>
            <w:tcW w:w="1701" w:type="dxa"/>
          </w:tcPr>
          <w:p w14:paraId="21BA777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8CD38CC" w14:textId="77777777" w:rsidTr="001365F3">
        <w:trPr>
          <w:jc w:val="center"/>
        </w:trPr>
        <w:tc>
          <w:tcPr>
            <w:tcW w:w="993" w:type="dxa"/>
          </w:tcPr>
          <w:p w14:paraId="6E696920" w14:textId="77777777" w:rsidR="00F25E9F" w:rsidRDefault="00F25E9F" w:rsidP="00BA5A9D">
            <w:r>
              <w:rPr>
                <w:sz w:val="16"/>
              </w:rPr>
              <w:t>89</w:t>
            </w:r>
          </w:p>
        </w:tc>
        <w:tc>
          <w:tcPr>
            <w:tcW w:w="3685" w:type="dxa"/>
          </w:tcPr>
          <w:p w14:paraId="5CF2F087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</w:t>
            </w:r>
          </w:p>
        </w:tc>
        <w:tc>
          <w:tcPr>
            <w:tcW w:w="1706" w:type="dxa"/>
            <w:gridSpan w:val="2"/>
          </w:tcPr>
          <w:p w14:paraId="45755FA3" w14:textId="77777777" w:rsidR="00F25E9F" w:rsidRDefault="00F25E9F" w:rsidP="00BA5A9D">
            <w:r>
              <w:rPr>
                <w:sz w:val="16"/>
              </w:rPr>
              <w:t>241500013387</w:t>
            </w:r>
          </w:p>
        </w:tc>
        <w:tc>
          <w:tcPr>
            <w:tcW w:w="1691" w:type="dxa"/>
          </w:tcPr>
          <w:p w14:paraId="42E2B8F8" w14:textId="77777777" w:rsidR="00F25E9F" w:rsidRDefault="00F25E9F" w:rsidP="00BA5A9D">
            <w:r>
              <w:rPr>
                <w:sz w:val="16"/>
              </w:rPr>
              <w:t>19775.3</w:t>
            </w:r>
          </w:p>
        </w:tc>
        <w:tc>
          <w:tcPr>
            <w:tcW w:w="1701" w:type="dxa"/>
          </w:tcPr>
          <w:p w14:paraId="0EDEEA3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62B311E" w14:textId="77777777" w:rsidTr="001365F3">
        <w:trPr>
          <w:jc w:val="center"/>
        </w:trPr>
        <w:tc>
          <w:tcPr>
            <w:tcW w:w="993" w:type="dxa"/>
          </w:tcPr>
          <w:p w14:paraId="1408AFA5" w14:textId="77777777" w:rsidR="00F25E9F" w:rsidRDefault="00F25E9F" w:rsidP="00BA5A9D">
            <w:r>
              <w:rPr>
                <w:sz w:val="16"/>
              </w:rPr>
              <w:t>90</w:t>
            </w:r>
          </w:p>
        </w:tc>
        <w:tc>
          <w:tcPr>
            <w:tcW w:w="3685" w:type="dxa"/>
          </w:tcPr>
          <w:p w14:paraId="2C4715FF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1-10</w:t>
            </w:r>
          </w:p>
        </w:tc>
        <w:tc>
          <w:tcPr>
            <w:tcW w:w="1706" w:type="dxa"/>
            <w:gridSpan w:val="2"/>
          </w:tcPr>
          <w:p w14:paraId="7AEF0065" w14:textId="77777777" w:rsidR="00F25E9F" w:rsidRDefault="00F25E9F" w:rsidP="00BA5A9D">
            <w:r>
              <w:rPr>
                <w:sz w:val="16"/>
              </w:rPr>
              <w:t>241500013388</w:t>
            </w:r>
          </w:p>
        </w:tc>
        <w:tc>
          <w:tcPr>
            <w:tcW w:w="1691" w:type="dxa"/>
          </w:tcPr>
          <w:p w14:paraId="3DEF1016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1748FD5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8B2BB08" w14:textId="77777777" w:rsidTr="001365F3">
        <w:trPr>
          <w:jc w:val="center"/>
        </w:trPr>
        <w:tc>
          <w:tcPr>
            <w:tcW w:w="993" w:type="dxa"/>
          </w:tcPr>
          <w:p w14:paraId="22082F2E" w14:textId="77777777" w:rsidR="00F25E9F" w:rsidRDefault="00F25E9F" w:rsidP="00BA5A9D">
            <w:r>
              <w:rPr>
                <w:sz w:val="16"/>
              </w:rPr>
              <w:t>91</w:t>
            </w:r>
          </w:p>
        </w:tc>
        <w:tc>
          <w:tcPr>
            <w:tcW w:w="3685" w:type="dxa"/>
          </w:tcPr>
          <w:p w14:paraId="2F06C50A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1-11</w:t>
            </w:r>
          </w:p>
        </w:tc>
        <w:tc>
          <w:tcPr>
            <w:tcW w:w="1706" w:type="dxa"/>
            <w:gridSpan w:val="2"/>
          </w:tcPr>
          <w:p w14:paraId="742819D6" w14:textId="77777777" w:rsidR="00F25E9F" w:rsidRDefault="00F25E9F" w:rsidP="00BA5A9D">
            <w:r>
              <w:rPr>
                <w:sz w:val="16"/>
              </w:rPr>
              <w:t>241500013389</w:t>
            </w:r>
          </w:p>
        </w:tc>
        <w:tc>
          <w:tcPr>
            <w:tcW w:w="1691" w:type="dxa"/>
          </w:tcPr>
          <w:p w14:paraId="4174297E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20689F4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A6916CD" w14:textId="77777777" w:rsidTr="001365F3">
        <w:trPr>
          <w:jc w:val="center"/>
        </w:trPr>
        <w:tc>
          <w:tcPr>
            <w:tcW w:w="993" w:type="dxa"/>
          </w:tcPr>
          <w:p w14:paraId="2BBE1F1D" w14:textId="77777777" w:rsidR="00F25E9F" w:rsidRDefault="00F25E9F" w:rsidP="00BA5A9D">
            <w:r>
              <w:rPr>
                <w:sz w:val="16"/>
              </w:rPr>
              <w:t>92</w:t>
            </w:r>
          </w:p>
        </w:tc>
        <w:tc>
          <w:tcPr>
            <w:tcW w:w="3685" w:type="dxa"/>
          </w:tcPr>
          <w:p w14:paraId="37BC6305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1-12</w:t>
            </w:r>
          </w:p>
        </w:tc>
        <w:tc>
          <w:tcPr>
            <w:tcW w:w="1706" w:type="dxa"/>
            <w:gridSpan w:val="2"/>
          </w:tcPr>
          <w:p w14:paraId="24B13E0A" w14:textId="77777777" w:rsidR="00F25E9F" w:rsidRDefault="00F25E9F" w:rsidP="00BA5A9D">
            <w:r>
              <w:rPr>
                <w:sz w:val="16"/>
              </w:rPr>
              <w:t>241500013390</w:t>
            </w:r>
          </w:p>
        </w:tc>
        <w:tc>
          <w:tcPr>
            <w:tcW w:w="1691" w:type="dxa"/>
          </w:tcPr>
          <w:p w14:paraId="3EA5C4CC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787BA4A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52E919E" w14:textId="77777777" w:rsidTr="001365F3">
        <w:trPr>
          <w:jc w:val="center"/>
        </w:trPr>
        <w:tc>
          <w:tcPr>
            <w:tcW w:w="993" w:type="dxa"/>
          </w:tcPr>
          <w:p w14:paraId="6C9C98DA" w14:textId="77777777" w:rsidR="00F25E9F" w:rsidRDefault="00F25E9F" w:rsidP="00BA5A9D">
            <w:r>
              <w:rPr>
                <w:sz w:val="16"/>
              </w:rPr>
              <w:t>93</w:t>
            </w:r>
          </w:p>
        </w:tc>
        <w:tc>
          <w:tcPr>
            <w:tcW w:w="3685" w:type="dxa"/>
          </w:tcPr>
          <w:p w14:paraId="4EA0CFFE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1-13</w:t>
            </w:r>
          </w:p>
        </w:tc>
        <w:tc>
          <w:tcPr>
            <w:tcW w:w="1706" w:type="dxa"/>
            <w:gridSpan w:val="2"/>
          </w:tcPr>
          <w:p w14:paraId="6FE64447" w14:textId="77777777" w:rsidR="00F25E9F" w:rsidRDefault="00F25E9F" w:rsidP="00BA5A9D">
            <w:r>
              <w:rPr>
                <w:sz w:val="16"/>
              </w:rPr>
              <w:t>241500013391</w:t>
            </w:r>
          </w:p>
        </w:tc>
        <w:tc>
          <w:tcPr>
            <w:tcW w:w="1691" w:type="dxa"/>
          </w:tcPr>
          <w:p w14:paraId="6FD63813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08321A7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8C50EAE" w14:textId="77777777" w:rsidTr="001365F3">
        <w:trPr>
          <w:jc w:val="center"/>
        </w:trPr>
        <w:tc>
          <w:tcPr>
            <w:tcW w:w="993" w:type="dxa"/>
          </w:tcPr>
          <w:p w14:paraId="6694FEF6" w14:textId="77777777" w:rsidR="00F25E9F" w:rsidRDefault="00F25E9F" w:rsidP="00BA5A9D">
            <w:r>
              <w:rPr>
                <w:sz w:val="16"/>
              </w:rPr>
              <w:t>94</w:t>
            </w:r>
          </w:p>
        </w:tc>
        <w:tc>
          <w:tcPr>
            <w:tcW w:w="3685" w:type="dxa"/>
          </w:tcPr>
          <w:p w14:paraId="7D0615C7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1-14</w:t>
            </w:r>
          </w:p>
        </w:tc>
        <w:tc>
          <w:tcPr>
            <w:tcW w:w="1706" w:type="dxa"/>
            <w:gridSpan w:val="2"/>
          </w:tcPr>
          <w:p w14:paraId="293B28C7" w14:textId="77777777" w:rsidR="00F25E9F" w:rsidRDefault="00F25E9F" w:rsidP="00BA5A9D">
            <w:r>
              <w:rPr>
                <w:sz w:val="16"/>
              </w:rPr>
              <w:t>241500013392</w:t>
            </w:r>
          </w:p>
        </w:tc>
        <w:tc>
          <w:tcPr>
            <w:tcW w:w="1691" w:type="dxa"/>
          </w:tcPr>
          <w:p w14:paraId="5D9817F5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2EDBFEA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E85A685" w14:textId="77777777" w:rsidTr="001365F3">
        <w:trPr>
          <w:jc w:val="center"/>
        </w:trPr>
        <w:tc>
          <w:tcPr>
            <w:tcW w:w="993" w:type="dxa"/>
          </w:tcPr>
          <w:p w14:paraId="4AD10406" w14:textId="77777777" w:rsidR="00F25E9F" w:rsidRDefault="00F25E9F" w:rsidP="00BA5A9D">
            <w:r>
              <w:rPr>
                <w:sz w:val="16"/>
              </w:rPr>
              <w:t>95</w:t>
            </w:r>
          </w:p>
        </w:tc>
        <w:tc>
          <w:tcPr>
            <w:tcW w:w="3685" w:type="dxa"/>
          </w:tcPr>
          <w:p w14:paraId="4F9439B6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1-15</w:t>
            </w:r>
          </w:p>
        </w:tc>
        <w:tc>
          <w:tcPr>
            <w:tcW w:w="1706" w:type="dxa"/>
            <w:gridSpan w:val="2"/>
          </w:tcPr>
          <w:p w14:paraId="613B857D" w14:textId="77777777" w:rsidR="00F25E9F" w:rsidRDefault="00F25E9F" w:rsidP="00BA5A9D">
            <w:r>
              <w:rPr>
                <w:sz w:val="16"/>
              </w:rPr>
              <w:t>241500013393</w:t>
            </w:r>
          </w:p>
        </w:tc>
        <w:tc>
          <w:tcPr>
            <w:tcW w:w="1691" w:type="dxa"/>
          </w:tcPr>
          <w:p w14:paraId="437CF71C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2C20B9D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A6F058F" w14:textId="77777777" w:rsidTr="001365F3">
        <w:trPr>
          <w:jc w:val="center"/>
        </w:trPr>
        <w:tc>
          <w:tcPr>
            <w:tcW w:w="993" w:type="dxa"/>
          </w:tcPr>
          <w:p w14:paraId="68523878" w14:textId="77777777" w:rsidR="00F25E9F" w:rsidRDefault="00F25E9F" w:rsidP="00BA5A9D">
            <w:r>
              <w:rPr>
                <w:sz w:val="16"/>
              </w:rPr>
              <w:t>96</w:t>
            </w:r>
          </w:p>
        </w:tc>
        <w:tc>
          <w:tcPr>
            <w:tcW w:w="3685" w:type="dxa"/>
          </w:tcPr>
          <w:p w14:paraId="354D530C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1-16</w:t>
            </w:r>
          </w:p>
        </w:tc>
        <w:tc>
          <w:tcPr>
            <w:tcW w:w="1706" w:type="dxa"/>
            <w:gridSpan w:val="2"/>
          </w:tcPr>
          <w:p w14:paraId="78DCD123" w14:textId="77777777" w:rsidR="00F25E9F" w:rsidRDefault="00F25E9F" w:rsidP="00BA5A9D">
            <w:r>
              <w:rPr>
                <w:sz w:val="16"/>
              </w:rPr>
              <w:t>241500013394</w:t>
            </w:r>
          </w:p>
        </w:tc>
        <w:tc>
          <w:tcPr>
            <w:tcW w:w="1691" w:type="dxa"/>
          </w:tcPr>
          <w:p w14:paraId="4A501CA2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7E67427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0517249" w14:textId="77777777" w:rsidTr="001365F3">
        <w:trPr>
          <w:jc w:val="center"/>
        </w:trPr>
        <w:tc>
          <w:tcPr>
            <w:tcW w:w="993" w:type="dxa"/>
          </w:tcPr>
          <w:p w14:paraId="70352FDD" w14:textId="77777777" w:rsidR="00F25E9F" w:rsidRDefault="00F25E9F" w:rsidP="00BA5A9D">
            <w:r>
              <w:rPr>
                <w:sz w:val="16"/>
              </w:rPr>
              <w:t>97</w:t>
            </w:r>
          </w:p>
        </w:tc>
        <w:tc>
          <w:tcPr>
            <w:tcW w:w="3685" w:type="dxa"/>
          </w:tcPr>
          <w:p w14:paraId="437A2739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1-17</w:t>
            </w:r>
          </w:p>
        </w:tc>
        <w:tc>
          <w:tcPr>
            <w:tcW w:w="1706" w:type="dxa"/>
            <w:gridSpan w:val="2"/>
          </w:tcPr>
          <w:p w14:paraId="60E8C5BD" w14:textId="77777777" w:rsidR="00F25E9F" w:rsidRDefault="00F25E9F" w:rsidP="00BA5A9D">
            <w:r>
              <w:rPr>
                <w:sz w:val="16"/>
              </w:rPr>
              <w:t>241500013395</w:t>
            </w:r>
          </w:p>
        </w:tc>
        <w:tc>
          <w:tcPr>
            <w:tcW w:w="1691" w:type="dxa"/>
          </w:tcPr>
          <w:p w14:paraId="5CF6C30B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01A55F9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A43F40A" w14:textId="77777777" w:rsidTr="001365F3">
        <w:trPr>
          <w:jc w:val="center"/>
        </w:trPr>
        <w:tc>
          <w:tcPr>
            <w:tcW w:w="993" w:type="dxa"/>
          </w:tcPr>
          <w:p w14:paraId="0F9A1E1C" w14:textId="77777777" w:rsidR="00F25E9F" w:rsidRDefault="00F25E9F" w:rsidP="00BA5A9D">
            <w:r>
              <w:rPr>
                <w:sz w:val="16"/>
              </w:rPr>
              <w:t>98</w:t>
            </w:r>
          </w:p>
        </w:tc>
        <w:tc>
          <w:tcPr>
            <w:tcW w:w="3685" w:type="dxa"/>
          </w:tcPr>
          <w:p w14:paraId="2681D0F8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1-18</w:t>
            </w:r>
          </w:p>
        </w:tc>
        <w:tc>
          <w:tcPr>
            <w:tcW w:w="1706" w:type="dxa"/>
            <w:gridSpan w:val="2"/>
          </w:tcPr>
          <w:p w14:paraId="29785E73" w14:textId="77777777" w:rsidR="00F25E9F" w:rsidRDefault="00F25E9F" w:rsidP="00BA5A9D">
            <w:r>
              <w:rPr>
                <w:sz w:val="16"/>
              </w:rPr>
              <w:t>241500013396</w:t>
            </w:r>
          </w:p>
        </w:tc>
        <w:tc>
          <w:tcPr>
            <w:tcW w:w="1691" w:type="dxa"/>
          </w:tcPr>
          <w:p w14:paraId="09CC243E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7797166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E210F8F" w14:textId="77777777" w:rsidTr="001365F3">
        <w:trPr>
          <w:jc w:val="center"/>
        </w:trPr>
        <w:tc>
          <w:tcPr>
            <w:tcW w:w="993" w:type="dxa"/>
          </w:tcPr>
          <w:p w14:paraId="1BF61680" w14:textId="77777777" w:rsidR="00F25E9F" w:rsidRDefault="00F25E9F" w:rsidP="00BA5A9D">
            <w:r>
              <w:rPr>
                <w:sz w:val="16"/>
              </w:rPr>
              <w:t>99</w:t>
            </w:r>
          </w:p>
        </w:tc>
        <w:tc>
          <w:tcPr>
            <w:tcW w:w="3685" w:type="dxa"/>
          </w:tcPr>
          <w:p w14:paraId="4AC9F182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1-19</w:t>
            </w:r>
          </w:p>
        </w:tc>
        <w:tc>
          <w:tcPr>
            <w:tcW w:w="1706" w:type="dxa"/>
            <w:gridSpan w:val="2"/>
          </w:tcPr>
          <w:p w14:paraId="6293C494" w14:textId="77777777" w:rsidR="00F25E9F" w:rsidRDefault="00F25E9F" w:rsidP="00BA5A9D">
            <w:r>
              <w:rPr>
                <w:sz w:val="16"/>
              </w:rPr>
              <w:t>241500013397</w:t>
            </w:r>
          </w:p>
        </w:tc>
        <w:tc>
          <w:tcPr>
            <w:tcW w:w="1691" w:type="dxa"/>
          </w:tcPr>
          <w:p w14:paraId="59E93AEE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63869C2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7DF9749" w14:textId="77777777" w:rsidTr="001365F3">
        <w:trPr>
          <w:jc w:val="center"/>
        </w:trPr>
        <w:tc>
          <w:tcPr>
            <w:tcW w:w="993" w:type="dxa"/>
          </w:tcPr>
          <w:p w14:paraId="155EABCE" w14:textId="77777777" w:rsidR="00F25E9F" w:rsidRDefault="00F25E9F" w:rsidP="00BA5A9D">
            <w:r>
              <w:rPr>
                <w:sz w:val="16"/>
              </w:rPr>
              <w:t>100</w:t>
            </w:r>
          </w:p>
        </w:tc>
        <w:tc>
          <w:tcPr>
            <w:tcW w:w="3685" w:type="dxa"/>
          </w:tcPr>
          <w:p w14:paraId="6BF1C2EB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</w:t>
            </w:r>
          </w:p>
        </w:tc>
        <w:tc>
          <w:tcPr>
            <w:tcW w:w="1706" w:type="dxa"/>
            <w:gridSpan w:val="2"/>
          </w:tcPr>
          <w:p w14:paraId="1BD40912" w14:textId="77777777" w:rsidR="00F25E9F" w:rsidRDefault="00F25E9F" w:rsidP="00BA5A9D">
            <w:r>
              <w:rPr>
                <w:sz w:val="16"/>
              </w:rPr>
              <w:t>241500013398</w:t>
            </w:r>
          </w:p>
        </w:tc>
        <w:tc>
          <w:tcPr>
            <w:tcW w:w="1691" w:type="dxa"/>
          </w:tcPr>
          <w:p w14:paraId="306CB1AF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54E95E9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1E10609" w14:textId="77777777" w:rsidTr="001365F3">
        <w:trPr>
          <w:jc w:val="center"/>
        </w:trPr>
        <w:tc>
          <w:tcPr>
            <w:tcW w:w="993" w:type="dxa"/>
          </w:tcPr>
          <w:p w14:paraId="77BB94B9" w14:textId="77777777" w:rsidR="00F25E9F" w:rsidRDefault="00F25E9F" w:rsidP="00BA5A9D">
            <w:r>
              <w:rPr>
                <w:sz w:val="16"/>
              </w:rPr>
              <w:t>101</w:t>
            </w:r>
          </w:p>
        </w:tc>
        <w:tc>
          <w:tcPr>
            <w:tcW w:w="3685" w:type="dxa"/>
          </w:tcPr>
          <w:p w14:paraId="724568CD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lastRenderedPageBreak/>
              <w:t>безопастности</w:t>
            </w:r>
            <w:proofErr w:type="spellEnd"/>
            <w:r>
              <w:rPr>
                <w:sz w:val="16"/>
              </w:rPr>
              <w:t xml:space="preserve"> 1-20</w:t>
            </w:r>
          </w:p>
        </w:tc>
        <w:tc>
          <w:tcPr>
            <w:tcW w:w="1706" w:type="dxa"/>
            <w:gridSpan w:val="2"/>
          </w:tcPr>
          <w:p w14:paraId="04ADC976" w14:textId="77777777" w:rsidR="00F25E9F" w:rsidRDefault="00F25E9F" w:rsidP="00BA5A9D">
            <w:r>
              <w:rPr>
                <w:sz w:val="16"/>
              </w:rPr>
              <w:lastRenderedPageBreak/>
              <w:t>241500013399</w:t>
            </w:r>
          </w:p>
        </w:tc>
        <w:tc>
          <w:tcPr>
            <w:tcW w:w="1691" w:type="dxa"/>
          </w:tcPr>
          <w:p w14:paraId="1A166ED7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69A6DFB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BAFC18E" w14:textId="77777777" w:rsidTr="001365F3">
        <w:trPr>
          <w:jc w:val="center"/>
        </w:trPr>
        <w:tc>
          <w:tcPr>
            <w:tcW w:w="993" w:type="dxa"/>
          </w:tcPr>
          <w:p w14:paraId="70B15498" w14:textId="77777777" w:rsidR="00F25E9F" w:rsidRDefault="00F25E9F" w:rsidP="00BA5A9D">
            <w:r>
              <w:rPr>
                <w:sz w:val="16"/>
              </w:rPr>
              <w:lastRenderedPageBreak/>
              <w:t>102</w:t>
            </w:r>
          </w:p>
        </w:tc>
        <w:tc>
          <w:tcPr>
            <w:tcW w:w="3685" w:type="dxa"/>
          </w:tcPr>
          <w:p w14:paraId="5E073671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1-21</w:t>
            </w:r>
          </w:p>
        </w:tc>
        <w:tc>
          <w:tcPr>
            <w:tcW w:w="1706" w:type="dxa"/>
            <w:gridSpan w:val="2"/>
          </w:tcPr>
          <w:p w14:paraId="50D08F28" w14:textId="77777777" w:rsidR="00F25E9F" w:rsidRDefault="00F25E9F" w:rsidP="00BA5A9D">
            <w:r>
              <w:rPr>
                <w:sz w:val="16"/>
              </w:rPr>
              <w:t>241500013400</w:t>
            </w:r>
          </w:p>
        </w:tc>
        <w:tc>
          <w:tcPr>
            <w:tcW w:w="1691" w:type="dxa"/>
          </w:tcPr>
          <w:p w14:paraId="6C10C5D3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5A8216C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8DDEEE1" w14:textId="77777777" w:rsidTr="001365F3">
        <w:trPr>
          <w:jc w:val="center"/>
        </w:trPr>
        <w:tc>
          <w:tcPr>
            <w:tcW w:w="993" w:type="dxa"/>
          </w:tcPr>
          <w:p w14:paraId="30A13D74" w14:textId="77777777" w:rsidR="00F25E9F" w:rsidRDefault="00F25E9F" w:rsidP="00BA5A9D">
            <w:r>
              <w:rPr>
                <w:sz w:val="16"/>
              </w:rPr>
              <w:t>103</w:t>
            </w:r>
          </w:p>
        </w:tc>
        <w:tc>
          <w:tcPr>
            <w:tcW w:w="3685" w:type="dxa"/>
          </w:tcPr>
          <w:p w14:paraId="34BF4EF4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1-22</w:t>
            </w:r>
          </w:p>
        </w:tc>
        <w:tc>
          <w:tcPr>
            <w:tcW w:w="1706" w:type="dxa"/>
            <w:gridSpan w:val="2"/>
          </w:tcPr>
          <w:p w14:paraId="270F8918" w14:textId="77777777" w:rsidR="00F25E9F" w:rsidRDefault="00F25E9F" w:rsidP="00BA5A9D">
            <w:r>
              <w:rPr>
                <w:sz w:val="16"/>
              </w:rPr>
              <w:t>241500013401</w:t>
            </w:r>
          </w:p>
        </w:tc>
        <w:tc>
          <w:tcPr>
            <w:tcW w:w="1691" w:type="dxa"/>
          </w:tcPr>
          <w:p w14:paraId="1A0B30E4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3A5F662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B976177" w14:textId="77777777" w:rsidTr="001365F3">
        <w:trPr>
          <w:jc w:val="center"/>
        </w:trPr>
        <w:tc>
          <w:tcPr>
            <w:tcW w:w="993" w:type="dxa"/>
          </w:tcPr>
          <w:p w14:paraId="75222758" w14:textId="77777777" w:rsidR="00F25E9F" w:rsidRDefault="00F25E9F" w:rsidP="00BA5A9D">
            <w:r>
              <w:rPr>
                <w:sz w:val="16"/>
              </w:rPr>
              <w:t>104</w:t>
            </w:r>
          </w:p>
        </w:tc>
        <w:tc>
          <w:tcPr>
            <w:tcW w:w="3685" w:type="dxa"/>
          </w:tcPr>
          <w:p w14:paraId="3A4C53AE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1-23</w:t>
            </w:r>
          </w:p>
        </w:tc>
        <w:tc>
          <w:tcPr>
            <w:tcW w:w="1706" w:type="dxa"/>
            <w:gridSpan w:val="2"/>
          </w:tcPr>
          <w:p w14:paraId="496D213A" w14:textId="77777777" w:rsidR="00F25E9F" w:rsidRDefault="00F25E9F" w:rsidP="00BA5A9D">
            <w:r>
              <w:rPr>
                <w:sz w:val="16"/>
              </w:rPr>
              <w:t>241500013402</w:t>
            </w:r>
          </w:p>
        </w:tc>
        <w:tc>
          <w:tcPr>
            <w:tcW w:w="1691" w:type="dxa"/>
          </w:tcPr>
          <w:p w14:paraId="7AA07912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7951A0E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856F3AC" w14:textId="77777777" w:rsidTr="001365F3">
        <w:trPr>
          <w:jc w:val="center"/>
        </w:trPr>
        <w:tc>
          <w:tcPr>
            <w:tcW w:w="993" w:type="dxa"/>
          </w:tcPr>
          <w:p w14:paraId="0982E315" w14:textId="77777777" w:rsidR="00F25E9F" w:rsidRDefault="00F25E9F" w:rsidP="00BA5A9D">
            <w:r>
              <w:rPr>
                <w:sz w:val="16"/>
              </w:rPr>
              <w:t>105</w:t>
            </w:r>
          </w:p>
        </w:tc>
        <w:tc>
          <w:tcPr>
            <w:tcW w:w="3685" w:type="dxa"/>
          </w:tcPr>
          <w:p w14:paraId="7D4E4FBA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1-24</w:t>
            </w:r>
          </w:p>
        </w:tc>
        <w:tc>
          <w:tcPr>
            <w:tcW w:w="1706" w:type="dxa"/>
            <w:gridSpan w:val="2"/>
          </w:tcPr>
          <w:p w14:paraId="2D3A4FB2" w14:textId="77777777" w:rsidR="00F25E9F" w:rsidRDefault="00F25E9F" w:rsidP="00BA5A9D">
            <w:r>
              <w:rPr>
                <w:sz w:val="16"/>
              </w:rPr>
              <w:t>241500013403</w:t>
            </w:r>
          </w:p>
        </w:tc>
        <w:tc>
          <w:tcPr>
            <w:tcW w:w="1691" w:type="dxa"/>
          </w:tcPr>
          <w:p w14:paraId="311032FC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5580C6C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95D1D44" w14:textId="77777777" w:rsidTr="001365F3">
        <w:trPr>
          <w:jc w:val="center"/>
        </w:trPr>
        <w:tc>
          <w:tcPr>
            <w:tcW w:w="993" w:type="dxa"/>
          </w:tcPr>
          <w:p w14:paraId="4ACEE17B" w14:textId="77777777" w:rsidR="00F25E9F" w:rsidRDefault="00F25E9F" w:rsidP="00BA5A9D">
            <w:r>
              <w:rPr>
                <w:sz w:val="16"/>
              </w:rPr>
              <w:t>106</w:t>
            </w:r>
          </w:p>
        </w:tc>
        <w:tc>
          <w:tcPr>
            <w:tcW w:w="3685" w:type="dxa"/>
          </w:tcPr>
          <w:p w14:paraId="7DACF6E8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1-25</w:t>
            </w:r>
          </w:p>
        </w:tc>
        <w:tc>
          <w:tcPr>
            <w:tcW w:w="1706" w:type="dxa"/>
            <w:gridSpan w:val="2"/>
          </w:tcPr>
          <w:p w14:paraId="7D19287A" w14:textId="77777777" w:rsidR="00F25E9F" w:rsidRDefault="00F25E9F" w:rsidP="00BA5A9D">
            <w:r>
              <w:rPr>
                <w:sz w:val="16"/>
              </w:rPr>
              <w:t>241500013404</w:t>
            </w:r>
          </w:p>
        </w:tc>
        <w:tc>
          <w:tcPr>
            <w:tcW w:w="1691" w:type="dxa"/>
          </w:tcPr>
          <w:p w14:paraId="4932CFA0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3D53F7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55B5667" w14:textId="77777777" w:rsidTr="001365F3">
        <w:trPr>
          <w:jc w:val="center"/>
        </w:trPr>
        <w:tc>
          <w:tcPr>
            <w:tcW w:w="993" w:type="dxa"/>
          </w:tcPr>
          <w:p w14:paraId="6438A5AC" w14:textId="77777777" w:rsidR="00F25E9F" w:rsidRDefault="00F25E9F" w:rsidP="00BA5A9D">
            <w:r>
              <w:rPr>
                <w:sz w:val="16"/>
              </w:rPr>
              <w:t>107</w:t>
            </w:r>
          </w:p>
        </w:tc>
        <w:tc>
          <w:tcPr>
            <w:tcW w:w="3685" w:type="dxa"/>
          </w:tcPr>
          <w:p w14:paraId="6C38ADDE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1-26</w:t>
            </w:r>
          </w:p>
        </w:tc>
        <w:tc>
          <w:tcPr>
            <w:tcW w:w="1706" w:type="dxa"/>
            <w:gridSpan w:val="2"/>
          </w:tcPr>
          <w:p w14:paraId="3C418676" w14:textId="77777777" w:rsidR="00F25E9F" w:rsidRDefault="00F25E9F" w:rsidP="00BA5A9D">
            <w:r>
              <w:rPr>
                <w:sz w:val="16"/>
              </w:rPr>
              <w:t>241500013405</w:t>
            </w:r>
          </w:p>
        </w:tc>
        <w:tc>
          <w:tcPr>
            <w:tcW w:w="1691" w:type="dxa"/>
          </w:tcPr>
          <w:p w14:paraId="38D02759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248249F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3CBA58C" w14:textId="77777777" w:rsidTr="001365F3">
        <w:trPr>
          <w:jc w:val="center"/>
        </w:trPr>
        <w:tc>
          <w:tcPr>
            <w:tcW w:w="993" w:type="dxa"/>
          </w:tcPr>
          <w:p w14:paraId="0C0E7B92" w14:textId="77777777" w:rsidR="00F25E9F" w:rsidRDefault="00F25E9F" w:rsidP="00BA5A9D">
            <w:r>
              <w:rPr>
                <w:sz w:val="16"/>
              </w:rPr>
              <w:t>108</w:t>
            </w:r>
          </w:p>
        </w:tc>
        <w:tc>
          <w:tcPr>
            <w:tcW w:w="3685" w:type="dxa"/>
          </w:tcPr>
          <w:p w14:paraId="22A754D3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1-27</w:t>
            </w:r>
          </w:p>
        </w:tc>
        <w:tc>
          <w:tcPr>
            <w:tcW w:w="1706" w:type="dxa"/>
            <w:gridSpan w:val="2"/>
          </w:tcPr>
          <w:p w14:paraId="7D069041" w14:textId="77777777" w:rsidR="00F25E9F" w:rsidRDefault="00F25E9F" w:rsidP="00BA5A9D">
            <w:r>
              <w:rPr>
                <w:sz w:val="16"/>
              </w:rPr>
              <w:t>241500013406</w:t>
            </w:r>
          </w:p>
        </w:tc>
        <w:tc>
          <w:tcPr>
            <w:tcW w:w="1691" w:type="dxa"/>
          </w:tcPr>
          <w:p w14:paraId="7FD90C04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44AEDFC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FDAAA09" w14:textId="77777777" w:rsidTr="001365F3">
        <w:trPr>
          <w:jc w:val="center"/>
        </w:trPr>
        <w:tc>
          <w:tcPr>
            <w:tcW w:w="993" w:type="dxa"/>
          </w:tcPr>
          <w:p w14:paraId="369A8D94" w14:textId="77777777" w:rsidR="00F25E9F" w:rsidRDefault="00F25E9F" w:rsidP="00BA5A9D">
            <w:r>
              <w:rPr>
                <w:sz w:val="16"/>
              </w:rPr>
              <w:t>109</w:t>
            </w:r>
          </w:p>
        </w:tc>
        <w:tc>
          <w:tcPr>
            <w:tcW w:w="3685" w:type="dxa"/>
          </w:tcPr>
          <w:p w14:paraId="62363690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1-3</w:t>
            </w:r>
          </w:p>
        </w:tc>
        <w:tc>
          <w:tcPr>
            <w:tcW w:w="1706" w:type="dxa"/>
            <w:gridSpan w:val="2"/>
          </w:tcPr>
          <w:p w14:paraId="01E9483A" w14:textId="77777777" w:rsidR="00F25E9F" w:rsidRDefault="00F25E9F" w:rsidP="00BA5A9D">
            <w:r>
              <w:rPr>
                <w:sz w:val="16"/>
              </w:rPr>
              <w:t>241500013407</w:t>
            </w:r>
          </w:p>
        </w:tc>
        <w:tc>
          <w:tcPr>
            <w:tcW w:w="1691" w:type="dxa"/>
          </w:tcPr>
          <w:p w14:paraId="6D849B74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134CAEC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3471B18" w14:textId="77777777" w:rsidTr="001365F3">
        <w:trPr>
          <w:jc w:val="center"/>
        </w:trPr>
        <w:tc>
          <w:tcPr>
            <w:tcW w:w="993" w:type="dxa"/>
          </w:tcPr>
          <w:p w14:paraId="02BA2AFC" w14:textId="77777777" w:rsidR="00F25E9F" w:rsidRDefault="00F25E9F" w:rsidP="00BA5A9D">
            <w:r>
              <w:rPr>
                <w:sz w:val="16"/>
              </w:rPr>
              <w:t>110</w:t>
            </w:r>
          </w:p>
        </w:tc>
        <w:tc>
          <w:tcPr>
            <w:tcW w:w="3685" w:type="dxa"/>
          </w:tcPr>
          <w:p w14:paraId="3B0FC802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1-4</w:t>
            </w:r>
          </w:p>
        </w:tc>
        <w:tc>
          <w:tcPr>
            <w:tcW w:w="1706" w:type="dxa"/>
            <w:gridSpan w:val="2"/>
          </w:tcPr>
          <w:p w14:paraId="214311B9" w14:textId="77777777" w:rsidR="00F25E9F" w:rsidRDefault="00F25E9F" w:rsidP="00BA5A9D">
            <w:r>
              <w:rPr>
                <w:sz w:val="16"/>
              </w:rPr>
              <w:t>241500013408</w:t>
            </w:r>
          </w:p>
        </w:tc>
        <w:tc>
          <w:tcPr>
            <w:tcW w:w="1691" w:type="dxa"/>
          </w:tcPr>
          <w:p w14:paraId="250BA992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4B7504D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570FC23" w14:textId="77777777" w:rsidTr="001365F3">
        <w:trPr>
          <w:jc w:val="center"/>
        </w:trPr>
        <w:tc>
          <w:tcPr>
            <w:tcW w:w="993" w:type="dxa"/>
          </w:tcPr>
          <w:p w14:paraId="39E75F01" w14:textId="77777777" w:rsidR="00F25E9F" w:rsidRDefault="00F25E9F" w:rsidP="00BA5A9D">
            <w:r>
              <w:rPr>
                <w:sz w:val="16"/>
              </w:rPr>
              <w:t>111</w:t>
            </w:r>
          </w:p>
        </w:tc>
        <w:tc>
          <w:tcPr>
            <w:tcW w:w="3685" w:type="dxa"/>
          </w:tcPr>
          <w:p w14:paraId="7C3489CB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1-5</w:t>
            </w:r>
          </w:p>
        </w:tc>
        <w:tc>
          <w:tcPr>
            <w:tcW w:w="1706" w:type="dxa"/>
            <w:gridSpan w:val="2"/>
          </w:tcPr>
          <w:p w14:paraId="6FED5B3A" w14:textId="77777777" w:rsidR="00F25E9F" w:rsidRDefault="00F25E9F" w:rsidP="00BA5A9D">
            <w:r>
              <w:rPr>
                <w:sz w:val="16"/>
              </w:rPr>
              <w:t>241500013409</w:t>
            </w:r>
          </w:p>
        </w:tc>
        <w:tc>
          <w:tcPr>
            <w:tcW w:w="1691" w:type="dxa"/>
          </w:tcPr>
          <w:p w14:paraId="7FD1BD32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2C54348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CCA7FE1" w14:textId="77777777" w:rsidTr="001365F3">
        <w:trPr>
          <w:jc w:val="center"/>
        </w:trPr>
        <w:tc>
          <w:tcPr>
            <w:tcW w:w="993" w:type="dxa"/>
          </w:tcPr>
          <w:p w14:paraId="4A85884E" w14:textId="77777777" w:rsidR="00F25E9F" w:rsidRDefault="00F25E9F" w:rsidP="00BA5A9D">
            <w:r>
              <w:rPr>
                <w:sz w:val="16"/>
              </w:rPr>
              <w:t>112</w:t>
            </w:r>
          </w:p>
        </w:tc>
        <w:tc>
          <w:tcPr>
            <w:tcW w:w="3685" w:type="dxa"/>
          </w:tcPr>
          <w:p w14:paraId="7FCAFE03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1-6</w:t>
            </w:r>
          </w:p>
        </w:tc>
        <w:tc>
          <w:tcPr>
            <w:tcW w:w="1706" w:type="dxa"/>
            <w:gridSpan w:val="2"/>
          </w:tcPr>
          <w:p w14:paraId="210045EF" w14:textId="77777777" w:rsidR="00F25E9F" w:rsidRDefault="00F25E9F" w:rsidP="00BA5A9D">
            <w:r>
              <w:rPr>
                <w:sz w:val="16"/>
              </w:rPr>
              <w:t>241500013410</w:t>
            </w:r>
          </w:p>
        </w:tc>
        <w:tc>
          <w:tcPr>
            <w:tcW w:w="1691" w:type="dxa"/>
          </w:tcPr>
          <w:p w14:paraId="22879E85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47D90CB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70874A9" w14:textId="77777777" w:rsidTr="001365F3">
        <w:trPr>
          <w:jc w:val="center"/>
        </w:trPr>
        <w:tc>
          <w:tcPr>
            <w:tcW w:w="993" w:type="dxa"/>
          </w:tcPr>
          <w:p w14:paraId="2F98D70C" w14:textId="77777777" w:rsidR="00F25E9F" w:rsidRDefault="00F25E9F" w:rsidP="00BA5A9D">
            <w:r>
              <w:rPr>
                <w:sz w:val="16"/>
              </w:rPr>
              <w:t>113</w:t>
            </w:r>
          </w:p>
        </w:tc>
        <w:tc>
          <w:tcPr>
            <w:tcW w:w="3685" w:type="dxa"/>
          </w:tcPr>
          <w:p w14:paraId="157EA807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1-7</w:t>
            </w:r>
          </w:p>
        </w:tc>
        <w:tc>
          <w:tcPr>
            <w:tcW w:w="1706" w:type="dxa"/>
            <w:gridSpan w:val="2"/>
          </w:tcPr>
          <w:p w14:paraId="329EE9A8" w14:textId="77777777" w:rsidR="00F25E9F" w:rsidRDefault="00F25E9F" w:rsidP="00BA5A9D">
            <w:r>
              <w:rPr>
                <w:sz w:val="16"/>
              </w:rPr>
              <w:t>241500013411</w:t>
            </w:r>
          </w:p>
        </w:tc>
        <w:tc>
          <w:tcPr>
            <w:tcW w:w="1691" w:type="dxa"/>
          </w:tcPr>
          <w:p w14:paraId="15769578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0150E25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AD32947" w14:textId="77777777" w:rsidTr="001365F3">
        <w:trPr>
          <w:jc w:val="center"/>
        </w:trPr>
        <w:tc>
          <w:tcPr>
            <w:tcW w:w="993" w:type="dxa"/>
          </w:tcPr>
          <w:p w14:paraId="3A702255" w14:textId="77777777" w:rsidR="00F25E9F" w:rsidRDefault="00F25E9F" w:rsidP="00BA5A9D">
            <w:r>
              <w:rPr>
                <w:sz w:val="16"/>
              </w:rPr>
              <w:t>114</w:t>
            </w:r>
          </w:p>
        </w:tc>
        <w:tc>
          <w:tcPr>
            <w:tcW w:w="3685" w:type="dxa"/>
          </w:tcPr>
          <w:p w14:paraId="7AE1D8ED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1-8</w:t>
            </w:r>
          </w:p>
        </w:tc>
        <w:tc>
          <w:tcPr>
            <w:tcW w:w="1706" w:type="dxa"/>
            <w:gridSpan w:val="2"/>
          </w:tcPr>
          <w:p w14:paraId="0CE4A146" w14:textId="77777777" w:rsidR="00F25E9F" w:rsidRDefault="00F25E9F" w:rsidP="00BA5A9D">
            <w:r>
              <w:rPr>
                <w:sz w:val="16"/>
              </w:rPr>
              <w:t>241500013412</w:t>
            </w:r>
          </w:p>
        </w:tc>
        <w:tc>
          <w:tcPr>
            <w:tcW w:w="1691" w:type="dxa"/>
          </w:tcPr>
          <w:p w14:paraId="3A0BC19D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700F6CF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E276EA7" w14:textId="77777777" w:rsidTr="001365F3">
        <w:trPr>
          <w:jc w:val="center"/>
        </w:trPr>
        <w:tc>
          <w:tcPr>
            <w:tcW w:w="993" w:type="dxa"/>
          </w:tcPr>
          <w:p w14:paraId="31E34676" w14:textId="77777777" w:rsidR="00F25E9F" w:rsidRDefault="00F25E9F" w:rsidP="00BA5A9D">
            <w:r>
              <w:rPr>
                <w:sz w:val="16"/>
              </w:rPr>
              <w:t>115</w:t>
            </w:r>
          </w:p>
        </w:tc>
        <w:tc>
          <w:tcPr>
            <w:tcW w:w="3685" w:type="dxa"/>
          </w:tcPr>
          <w:p w14:paraId="7712E326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безопастности</w:t>
            </w:r>
            <w:proofErr w:type="spellEnd"/>
            <w:r>
              <w:rPr>
                <w:sz w:val="16"/>
              </w:rPr>
              <w:t xml:space="preserve"> 1-9</w:t>
            </w:r>
          </w:p>
        </w:tc>
        <w:tc>
          <w:tcPr>
            <w:tcW w:w="1706" w:type="dxa"/>
            <w:gridSpan w:val="2"/>
          </w:tcPr>
          <w:p w14:paraId="001CEC9A" w14:textId="77777777" w:rsidR="00F25E9F" w:rsidRDefault="00F25E9F" w:rsidP="00BA5A9D">
            <w:r>
              <w:rPr>
                <w:sz w:val="16"/>
              </w:rPr>
              <w:t>241500013413</w:t>
            </w:r>
          </w:p>
        </w:tc>
        <w:tc>
          <w:tcPr>
            <w:tcW w:w="1691" w:type="dxa"/>
          </w:tcPr>
          <w:p w14:paraId="70AD9015" w14:textId="77777777" w:rsidR="00F25E9F" w:rsidRDefault="00F25E9F" w:rsidP="00BA5A9D">
            <w:r>
              <w:rPr>
                <w:sz w:val="16"/>
              </w:rPr>
              <w:t>19775.1</w:t>
            </w:r>
          </w:p>
        </w:tc>
        <w:tc>
          <w:tcPr>
            <w:tcW w:w="1701" w:type="dxa"/>
          </w:tcPr>
          <w:p w14:paraId="4D7D620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E6EFAEA" w14:textId="77777777" w:rsidTr="001365F3">
        <w:trPr>
          <w:jc w:val="center"/>
        </w:trPr>
        <w:tc>
          <w:tcPr>
            <w:tcW w:w="993" w:type="dxa"/>
          </w:tcPr>
          <w:p w14:paraId="29CCE605" w14:textId="77777777" w:rsidR="00F25E9F" w:rsidRDefault="00F25E9F" w:rsidP="00BA5A9D">
            <w:r>
              <w:rPr>
                <w:sz w:val="16"/>
              </w:rPr>
              <w:t>116</w:t>
            </w:r>
          </w:p>
        </w:tc>
        <w:tc>
          <w:tcPr>
            <w:tcW w:w="3685" w:type="dxa"/>
          </w:tcPr>
          <w:p w14:paraId="34A11021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</w:t>
            </w:r>
          </w:p>
        </w:tc>
        <w:tc>
          <w:tcPr>
            <w:tcW w:w="1706" w:type="dxa"/>
            <w:gridSpan w:val="2"/>
          </w:tcPr>
          <w:p w14:paraId="3E9DD61D" w14:textId="77777777" w:rsidR="00F25E9F" w:rsidRDefault="00F25E9F" w:rsidP="00BA5A9D">
            <w:r>
              <w:rPr>
                <w:sz w:val="16"/>
              </w:rPr>
              <w:t>241500013414</w:t>
            </w:r>
          </w:p>
        </w:tc>
        <w:tc>
          <w:tcPr>
            <w:tcW w:w="1691" w:type="dxa"/>
          </w:tcPr>
          <w:p w14:paraId="482BE236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56921CF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5289DA6" w14:textId="77777777" w:rsidTr="001365F3">
        <w:trPr>
          <w:jc w:val="center"/>
        </w:trPr>
        <w:tc>
          <w:tcPr>
            <w:tcW w:w="993" w:type="dxa"/>
          </w:tcPr>
          <w:p w14:paraId="429CB727" w14:textId="77777777" w:rsidR="00F25E9F" w:rsidRDefault="00F25E9F" w:rsidP="00BA5A9D">
            <w:r>
              <w:rPr>
                <w:sz w:val="16"/>
              </w:rPr>
              <w:t>117</w:t>
            </w:r>
          </w:p>
        </w:tc>
        <w:tc>
          <w:tcPr>
            <w:tcW w:w="3685" w:type="dxa"/>
          </w:tcPr>
          <w:p w14:paraId="112B2C56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безопастности2-10</w:t>
            </w:r>
          </w:p>
        </w:tc>
        <w:tc>
          <w:tcPr>
            <w:tcW w:w="1706" w:type="dxa"/>
            <w:gridSpan w:val="2"/>
          </w:tcPr>
          <w:p w14:paraId="6EF9A46D" w14:textId="77777777" w:rsidR="00F25E9F" w:rsidRDefault="00F25E9F" w:rsidP="00BA5A9D">
            <w:r>
              <w:rPr>
                <w:sz w:val="16"/>
              </w:rPr>
              <w:t>241500013415</w:t>
            </w:r>
          </w:p>
        </w:tc>
        <w:tc>
          <w:tcPr>
            <w:tcW w:w="1691" w:type="dxa"/>
          </w:tcPr>
          <w:p w14:paraId="7A25DAD0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1948491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43B37AA" w14:textId="77777777" w:rsidTr="001365F3">
        <w:trPr>
          <w:jc w:val="center"/>
        </w:trPr>
        <w:tc>
          <w:tcPr>
            <w:tcW w:w="993" w:type="dxa"/>
          </w:tcPr>
          <w:p w14:paraId="023495D1" w14:textId="77777777" w:rsidR="00F25E9F" w:rsidRDefault="00F25E9F" w:rsidP="00BA5A9D">
            <w:r>
              <w:rPr>
                <w:sz w:val="16"/>
              </w:rPr>
              <w:t>118</w:t>
            </w:r>
          </w:p>
        </w:tc>
        <w:tc>
          <w:tcPr>
            <w:tcW w:w="3685" w:type="dxa"/>
          </w:tcPr>
          <w:p w14:paraId="3664225B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безопастности2-11</w:t>
            </w:r>
          </w:p>
        </w:tc>
        <w:tc>
          <w:tcPr>
            <w:tcW w:w="1706" w:type="dxa"/>
            <w:gridSpan w:val="2"/>
          </w:tcPr>
          <w:p w14:paraId="61CF7FA6" w14:textId="77777777" w:rsidR="00F25E9F" w:rsidRDefault="00F25E9F" w:rsidP="00BA5A9D">
            <w:r>
              <w:rPr>
                <w:sz w:val="16"/>
              </w:rPr>
              <w:t>241500013416</w:t>
            </w:r>
          </w:p>
        </w:tc>
        <w:tc>
          <w:tcPr>
            <w:tcW w:w="1691" w:type="dxa"/>
          </w:tcPr>
          <w:p w14:paraId="706100F5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546EA84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CBD7CE2" w14:textId="77777777" w:rsidTr="001365F3">
        <w:trPr>
          <w:jc w:val="center"/>
        </w:trPr>
        <w:tc>
          <w:tcPr>
            <w:tcW w:w="993" w:type="dxa"/>
          </w:tcPr>
          <w:p w14:paraId="5ED3363E" w14:textId="77777777" w:rsidR="00F25E9F" w:rsidRDefault="00F25E9F" w:rsidP="00BA5A9D">
            <w:r>
              <w:rPr>
                <w:sz w:val="16"/>
              </w:rPr>
              <w:t>119</w:t>
            </w:r>
          </w:p>
        </w:tc>
        <w:tc>
          <w:tcPr>
            <w:tcW w:w="3685" w:type="dxa"/>
          </w:tcPr>
          <w:p w14:paraId="67D4DF48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безопастности2-12</w:t>
            </w:r>
          </w:p>
        </w:tc>
        <w:tc>
          <w:tcPr>
            <w:tcW w:w="1706" w:type="dxa"/>
            <w:gridSpan w:val="2"/>
          </w:tcPr>
          <w:p w14:paraId="09EE7AB1" w14:textId="77777777" w:rsidR="00F25E9F" w:rsidRDefault="00F25E9F" w:rsidP="00BA5A9D">
            <w:r>
              <w:rPr>
                <w:sz w:val="16"/>
              </w:rPr>
              <w:t>241500013417</w:t>
            </w:r>
          </w:p>
        </w:tc>
        <w:tc>
          <w:tcPr>
            <w:tcW w:w="1691" w:type="dxa"/>
          </w:tcPr>
          <w:p w14:paraId="1CE59DC3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2FE203E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90E6EF1" w14:textId="77777777" w:rsidTr="001365F3">
        <w:trPr>
          <w:jc w:val="center"/>
        </w:trPr>
        <w:tc>
          <w:tcPr>
            <w:tcW w:w="993" w:type="dxa"/>
          </w:tcPr>
          <w:p w14:paraId="5C6C9F26" w14:textId="77777777" w:rsidR="00F25E9F" w:rsidRDefault="00F25E9F" w:rsidP="00BA5A9D">
            <w:r>
              <w:rPr>
                <w:sz w:val="16"/>
              </w:rPr>
              <w:t>120</w:t>
            </w:r>
          </w:p>
        </w:tc>
        <w:tc>
          <w:tcPr>
            <w:tcW w:w="3685" w:type="dxa"/>
          </w:tcPr>
          <w:p w14:paraId="4E2265B9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безопастности2-13</w:t>
            </w:r>
          </w:p>
        </w:tc>
        <w:tc>
          <w:tcPr>
            <w:tcW w:w="1706" w:type="dxa"/>
            <w:gridSpan w:val="2"/>
          </w:tcPr>
          <w:p w14:paraId="15A683C0" w14:textId="77777777" w:rsidR="00F25E9F" w:rsidRDefault="00F25E9F" w:rsidP="00BA5A9D">
            <w:r>
              <w:rPr>
                <w:sz w:val="16"/>
              </w:rPr>
              <w:t>241500013418</w:t>
            </w:r>
          </w:p>
        </w:tc>
        <w:tc>
          <w:tcPr>
            <w:tcW w:w="1691" w:type="dxa"/>
          </w:tcPr>
          <w:p w14:paraId="30192B47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509E040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4F1E87D" w14:textId="77777777" w:rsidTr="001365F3">
        <w:trPr>
          <w:jc w:val="center"/>
        </w:trPr>
        <w:tc>
          <w:tcPr>
            <w:tcW w:w="993" w:type="dxa"/>
          </w:tcPr>
          <w:p w14:paraId="19C2F5EF" w14:textId="77777777" w:rsidR="00F25E9F" w:rsidRDefault="00F25E9F" w:rsidP="00BA5A9D">
            <w:r>
              <w:rPr>
                <w:sz w:val="16"/>
              </w:rPr>
              <w:t>121</w:t>
            </w:r>
          </w:p>
        </w:tc>
        <w:tc>
          <w:tcPr>
            <w:tcW w:w="3685" w:type="dxa"/>
          </w:tcPr>
          <w:p w14:paraId="67619841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безопастности2-14</w:t>
            </w:r>
          </w:p>
        </w:tc>
        <w:tc>
          <w:tcPr>
            <w:tcW w:w="1706" w:type="dxa"/>
            <w:gridSpan w:val="2"/>
          </w:tcPr>
          <w:p w14:paraId="71D9B5AA" w14:textId="77777777" w:rsidR="00F25E9F" w:rsidRDefault="00F25E9F" w:rsidP="00BA5A9D">
            <w:r>
              <w:rPr>
                <w:sz w:val="16"/>
              </w:rPr>
              <w:t>241500013419</w:t>
            </w:r>
          </w:p>
        </w:tc>
        <w:tc>
          <w:tcPr>
            <w:tcW w:w="1691" w:type="dxa"/>
          </w:tcPr>
          <w:p w14:paraId="481B4167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58A8F5F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BBCEDF0" w14:textId="77777777" w:rsidTr="001365F3">
        <w:trPr>
          <w:jc w:val="center"/>
        </w:trPr>
        <w:tc>
          <w:tcPr>
            <w:tcW w:w="993" w:type="dxa"/>
          </w:tcPr>
          <w:p w14:paraId="2F70EDBC" w14:textId="77777777" w:rsidR="00F25E9F" w:rsidRDefault="00F25E9F" w:rsidP="00BA5A9D">
            <w:r>
              <w:rPr>
                <w:sz w:val="16"/>
              </w:rPr>
              <w:t>122</w:t>
            </w:r>
          </w:p>
        </w:tc>
        <w:tc>
          <w:tcPr>
            <w:tcW w:w="3685" w:type="dxa"/>
          </w:tcPr>
          <w:p w14:paraId="1A5D1579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безопастности2-15</w:t>
            </w:r>
          </w:p>
        </w:tc>
        <w:tc>
          <w:tcPr>
            <w:tcW w:w="1706" w:type="dxa"/>
            <w:gridSpan w:val="2"/>
          </w:tcPr>
          <w:p w14:paraId="21907A76" w14:textId="77777777" w:rsidR="00F25E9F" w:rsidRDefault="00F25E9F" w:rsidP="00BA5A9D">
            <w:r>
              <w:rPr>
                <w:sz w:val="16"/>
              </w:rPr>
              <w:t>241500013420</w:t>
            </w:r>
          </w:p>
        </w:tc>
        <w:tc>
          <w:tcPr>
            <w:tcW w:w="1691" w:type="dxa"/>
          </w:tcPr>
          <w:p w14:paraId="3EB6C521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04B5565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48EED58" w14:textId="77777777" w:rsidTr="001365F3">
        <w:trPr>
          <w:jc w:val="center"/>
        </w:trPr>
        <w:tc>
          <w:tcPr>
            <w:tcW w:w="993" w:type="dxa"/>
          </w:tcPr>
          <w:p w14:paraId="5A00F6D7" w14:textId="77777777" w:rsidR="00F25E9F" w:rsidRDefault="00F25E9F" w:rsidP="00BA5A9D">
            <w:r>
              <w:rPr>
                <w:sz w:val="16"/>
              </w:rPr>
              <w:t>123</w:t>
            </w:r>
          </w:p>
        </w:tc>
        <w:tc>
          <w:tcPr>
            <w:tcW w:w="3685" w:type="dxa"/>
          </w:tcPr>
          <w:p w14:paraId="720A6A19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безопастности2-16</w:t>
            </w:r>
          </w:p>
        </w:tc>
        <w:tc>
          <w:tcPr>
            <w:tcW w:w="1706" w:type="dxa"/>
            <w:gridSpan w:val="2"/>
          </w:tcPr>
          <w:p w14:paraId="3AC5D869" w14:textId="77777777" w:rsidR="00F25E9F" w:rsidRDefault="00F25E9F" w:rsidP="00BA5A9D">
            <w:r>
              <w:rPr>
                <w:sz w:val="16"/>
              </w:rPr>
              <w:t>241500013421</w:t>
            </w:r>
          </w:p>
        </w:tc>
        <w:tc>
          <w:tcPr>
            <w:tcW w:w="1691" w:type="dxa"/>
          </w:tcPr>
          <w:p w14:paraId="530C0B83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1022727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6CD6D08" w14:textId="77777777" w:rsidTr="001365F3">
        <w:trPr>
          <w:jc w:val="center"/>
        </w:trPr>
        <w:tc>
          <w:tcPr>
            <w:tcW w:w="993" w:type="dxa"/>
          </w:tcPr>
          <w:p w14:paraId="4A340AD5" w14:textId="77777777" w:rsidR="00F25E9F" w:rsidRDefault="00F25E9F" w:rsidP="00BA5A9D">
            <w:r>
              <w:rPr>
                <w:sz w:val="16"/>
              </w:rPr>
              <w:t>124</w:t>
            </w:r>
          </w:p>
        </w:tc>
        <w:tc>
          <w:tcPr>
            <w:tcW w:w="3685" w:type="dxa"/>
          </w:tcPr>
          <w:p w14:paraId="49905A41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безопастности2-17</w:t>
            </w:r>
          </w:p>
        </w:tc>
        <w:tc>
          <w:tcPr>
            <w:tcW w:w="1706" w:type="dxa"/>
            <w:gridSpan w:val="2"/>
          </w:tcPr>
          <w:p w14:paraId="499C60C2" w14:textId="77777777" w:rsidR="00F25E9F" w:rsidRDefault="00F25E9F" w:rsidP="00BA5A9D">
            <w:r>
              <w:rPr>
                <w:sz w:val="16"/>
              </w:rPr>
              <w:t>241500013422</w:t>
            </w:r>
          </w:p>
        </w:tc>
        <w:tc>
          <w:tcPr>
            <w:tcW w:w="1691" w:type="dxa"/>
          </w:tcPr>
          <w:p w14:paraId="0F38CC9E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110E909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2D46233" w14:textId="77777777" w:rsidTr="001365F3">
        <w:trPr>
          <w:jc w:val="center"/>
        </w:trPr>
        <w:tc>
          <w:tcPr>
            <w:tcW w:w="993" w:type="dxa"/>
          </w:tcPr>
          <w:p w14:paraId="41DCC1FE" w14:textId="77777777" w:rsidR="00F25E9F" w:rsidRDefault="00F25E9F" w:rsidP="00BA5A9D">
            <w:r>
              <w:rPr>
                <w:sz w:val="16"/>
              </w:rPr>
              <w:t>125</w:t>
            </w:r>
          </w:p>
        </w:tc>
        <w:tc>
          <w:tcPr>
            <w:tcW w:w="3685" w:type="dxa"/>
          </w:tcPr>
          <w:p w14:paraId="4D0B114D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безопастности2-18</w:t>
            </w:r>
          </w:p>
        </w:tc>
        <w:tc>
          <w:tcPr>
            <w:tcW w:w="1706" w:type="dxa"/>
            <w:gridSpan w:val="2"/>
          </w:tcPr>
          <w:p w14:paraId="6CC8CCC5" w14:textId="77777777" w:rsidR="00F25E9F" w:rsidRDefault="00F25E9F" w:rsidP="00BA5A9D">
            <w:r>
              <w:rPr>
                <w:sz w:val="16"/>
              </w:rPr>
              <w:t>241500013423</w:t>
            </w:r>
          </w:p>
        </w:tc>
        <w:tc>
          <w:tcPr>
            <w:tcW w:w="1691" w:type="dxa"/>
          </w:tcPr>
          <w:p w14:paraId="6E64A2BE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25C4328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78ADEC9" w14:textId="77777777" w:rsidTr="001365F3">
        <w:trPr>
          <w:jc w:val="center"/>
        </w:trPr>
        <w:tc>
          <w:tcPr>
            <w:tcW w:w="993" w:type="dxa"/>
          </w:tcPr>
          <w:p w14:paraId="58C83EF4" w14:textId="77777777" w:rsidR="00F25E9F" w:rsidRDefault="00F25E9F" w:rsidP="00BA5A9D">
            <w:r>
              <w:rPr>
                <w:sz w:val="16"/>
              </w:rPr>
              <w:t>126</w:t>
            </w:r>
          </w:p>
        </w:tc>
        <w:tc>
          <w:tcPr>
            <w:tcW w:w="3685" w:type="dxa"/>
          </w:tcPr>
          <w:p w14:paraId="1523FD5F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безопастности2-19</w:t>
            </w:r>
          </w:p>
        </w:tc>
        <w:tc>
          <w:tcPr>
            <w:tcW w:w="1706" w:type="dxa"/>
            <w:gridSpan w:val="2"/>
          </w:tcPr>
          <w:p w14:paraId="61AB51A4" w14:textId="77777777" w:rsidR="00F25E9F" w:rsidRDefault="00F25E9F" w:rsidP="00BA5A9D">
            <w:r>
              <w:rPr>
                <w:sz w:val="16"/>
              </w:rPr>
              <w:t>241500013424</w:t>
            </w:r>
          </w:p>
        </w:tc>
        <w:tc>
          <w:tcPr>
            <w:tcW w:w="1691" w:type="dxa"/>
          </w:tcPr>
          <w:p w14:paraId="0467E8E2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215DD39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D11AAAE" w14:textId="77777777" w:rsidTr="001365F3">
        <w:trPr>
          <w:jc w:val="center"/>
        </w:trPr>
        <w:tc>
          <w:tcPr>
            <w:tcW w:w="993" w:type="dxa"/>
          </w:tcPr>
          <w:p w14:paraId="15918ED4" w14:textId="77777777" w:rsidR="00F25E9F" w:rsidRDefault="00F25E9F" w:rsidP="00BA5A9D">
            <w:r>
              <w:rPr>
                <w:sz w:val="16"/>
              </w:rPr>
              <w:t>127</w:t>
            </w:r>
          </w:p>
        </w:tc>
        <w:tc>
          <w:tcPr>
            <w:tcW w:w="3685" w:type="dxa"/>
          </w:tcPr>
          <w:p w14:paraId="0C210B46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</w:t>
            </w:r>
          </w:p>
        </w:tc>
        <w:tc>
          <w:tcPr>
            <w:tcW w:w="1706" w:type="dxa"/>
            <w:gridSpan w:val="2"/>
          </w:tcPr>
          <w:p w14:paraId="03AA2A82" w14:textId="77777777" w:rsidR="00F25E9F" w:rsidRDefault="00F25E9F" w:rsidP="00BA5A9D">
            <w:r>
              <w:rPr>
                <w:sz w:val="16"/>
              </w:rPr>
              <w:t>241500013425</w:t>
            </w:r>
          </w:p>
        </w:tc>
        <w:tc>
          <w:tcPr>
            <w:tcW w:w="1691" w:type="dxa"/>
          </w:tcPr>
          <w:p w14:paraId="322D7B58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15E1A8B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6817F73" w14:textId="77777777" w:rsidTr="001365F3">
        <w:trPr>
          <w:jc w:val="center"/>
        </w:trPr>
        <w:tc>
          <w:tcPr>
            <w:tcW w:w="993" w:type="dxa"/>
          </w:tcPr>
          <w:p w14:paraId="79CD8BE8" w14:textId="77777777" w:rsidR="00F25E9F" w:rsidRDefault="00F25E9F" w:rsidP="00BA5A9D">
            <w:r>
              <w:rPr>
                <w:sz w:val="16"/>
              </w:rPr>
              <w:t>128</w:t>
            </w:r>
          </w:p>
        </w:tc>
        <w:tc>
          <w:tcPr>
            <w:tcW w:w="3685" w:type="dxa"/>
          </w:tcPr>
          <w:p w14:paraId="5D7D340C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безопастности2-20</w:t>
            </w:r>
          </w:p>
        </w:tc>
        <w:tc>
          <w:tcPr>
            <w:tcW w:w="1706" w:type="dxa"/>
            <w:gridSpan w:val="2"/>
          </w:tcPr>
          <w:p w14:paraId="40DEBFA1" w14:textId="77777777" w:rsidR="00F25E9F" w:rsidRDefault="00F25E9F" w:rsidP="00BA5A9D">
            <w:r>
              <w:rPr>
                <w:sz w:val="16"/>
              </w:rPr>
              <w:t>241500013426</w:t>
            </w:r>
          </w:p>
        </w:tc>
        <w:tc>
          <w:tcPr>
            <w:tcW w:w="1691" w:type="dxa"/>
          </w:tcPr>
          <w:p w14:paraId="3C6A4D25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551E4D1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99F4001" w14:textId="77777777" w:rsidTr="001365F3">
        <w:trPr>
          <w:jc w:val="center"/>
        </w:trPr>
        <w:tc>
          <w:tcPr>
            <w:tcW w:w="993" w:type="dxa"/>
          </w:tcPr>
          <w:p w14:paraId="31030272" w14:textId="77777777" w:rsidR="00F25E9F" w:rsidRDefault="00F25E9F" w:rsidP="00BA5A9D">
            <w:r>
              <w:rPr>
                <w:sz w:val="16"/>
              </w:rPr>
              <w:t>129</w:t>
            </w:r>
          </w:p>
        </w:tc>
        <w:tc>
          <w:tcPr>
            <w:tcW w:w="3685" w:type="dxa"/>
          </w:tcPr>
          <w:p w14:paraId="5B819492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безопастности2-21</w:t>
            </w:r>
          </w:p>
        </w:tc>
        <w:tc>
          <w:tcPr>
            <w:tcW w:w="1706" w:type="dxa"/>
            <w:gridSpan w:val="2"/>
          </w:tcPr>
          <w:p w14:paraId="112C4417" w14:textId="77777777" w:rsidR="00F25E9F" w:rsidRDefault="00F25E9F" w:rsidP="00BA5A9D">
            <w:r>
              <w:rPr>
                <w:sz w:val="16"/>
              </w:rPr>
              <w:t>241500013427</w:t>
            </w:r>
          </w:p>
        </w:tc>
        <w:tc>
          <w:tcPr>
            <w:tcW w:w="1691" w:type="dxa"/>
          </w:tcPr>
          <w:p w14:paraId="6A3CD9E7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3B8071E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F3A465B" w14:textId="77777777" w:rsidTr="001365F3">
        <w:trPr>
          <w:jc w:val="center"/>
        </w:trPr>
        <w:tc>
          <w:tcPr>
            <w:tcW w:w="993" w:type="dxa"/>
          </w:tcPr>
          <w:p w14:paraId="7D6734F6" w14:textId="77777777" w:rsidR="00F25E9F" w:rsidRDefault="00F25E9F" w:rsidP="00BA5A9D">
            <w:r>
              <w:rPr>
                <w:sz w:val="16"/>
              </w:rPr>
              <w:t>130</w:t>
            </w:r>
          </w:p>
        </w:tc>
        <w:tc>
          <w:tcPr>
            <w:tcW w:w="3685" w:type="dxa"/>
          </w:tcPr>
          <w:p w14:paraId="7B67AFF5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безопастности2-22</w:t>
            </w:r>
          </w:p>
        </w:tc>
        <w:tc>
          <w:tcPr>
            <w:tcW w:w="1706" w:type="dxa"/>
            <w:gridSpan w:val="2"/>
          </w:tcPr>
          <w:p w14:paraId="5F7F1E46" w14:textId="77777777" w:rsidR="00F25E9F" w:rsidRDefault="00F25E9F" w:rsidP="00BA5A9D">
            <w:r>
              <w:rPr>
                <w:sz w:val="16"/>
              </w:rPr>
              <w:t>241500013428</w:t>
            </w:r>
          </w:p>
        </w:tc>
        <w:tc>
          <w:tcPr>
            <w:tcW w:w="1691" w:type="dxa"/>
          </w:tcPr>
          <w:p w14:paraId="2AB953AD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22CBCB1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A6823CB" w14:textId="77777777" w:rsidTr="001365F3">
        <w:trPr>
          <w:jc w:val="center"/>
        </w:trPr>
        <w:tc>
          <w:tcPr>
            <w:tcW w:w="993" w:type="dxa"/>
          </w:tcPr>
          <w:p w14:paraId="79AA0292" w14:textId="77777777" w:rsidR="00F25E9F" w:rsidRDefault="00F25E9F" w:rsidP="00BA5A9D">
            <w:r>
              <w:rPr>
                <w:sz w:val="16"/>
              </w:rPr>
              <w:t>131</w:t>
            </w:r>
          </w:p>
        </w:tc>
        <w:tc>
          <w:tcPr>
            <w:tcW w:w="3685" w:type="dxa"/>
          </w:tcPr>
          <w:p w14:paraId="0A31A270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безопастности2-23</w:t>
            </w:r>
          </w:p>
        </w:tc>
        <w:tc>
          <w:tcPr>
            <w:tcW w:w="1706" w:type="dxa"/>
            <w:gridSpan w:val="2"/>
          </w:tcPr>
          <w:p w14:paraId="5A10CBED" w14:textId="77777777" w:rsidR="00F25E9F" w:rsidRDefault="00F25E9F" w:rsidP="00BA5A9D">
            <w:r>
              <w:rPr>
                <w:sz w:val="16"/>
              </w:rPr>
              <w:t>241500013429</w:t>
            </w:r>
          </w:p>
        </w:tc>
        <w:tc>
          <w:tcPr>
            <w:tcW w:w="1691" w:type="dxa"/>
          </w:tcPr>
          <w:p w14:paraId="516C312B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3EA711F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BD97597" w14:textId="77777777" w:rsidTr="001365F3">
        <w:trPr>
          <w:jc w:val="center"/>
        </w:trPr>
        <w:tc>
          <w:tcPr>
            <w:tcW w:w="993" w:type="dxa"/>
          </w:tcPr>
          <w:p w14:paraId="7831E308" w14:textId="77777777" w:rsidR="00F25E9F" w:rsidRDefault="00F25E9F" w:rsidP="00BA5A9D">
            <w:r>
              <w:rPr>
                <w:sz w:val="16"/>
              </w:rPr>
              <w:t>132</w:t>
            </w:r>
          </w:p>
        </w:tc>
        <w:tc>
          <w:tcPr>
            <w:tcW w:w="3685" w:type="dxa"/>
          </w:tcPr>
          <w:p w14:paraId="2CDFA444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безопастности2-24</w:t>
            </w:r>
          </w:p>
        </w:tc>
        <w:tc>
          <w:tcPr>
            <w:tcW w:w="1706" w:type="dxa"/>
            <w:gridSpan w:val="2"/>
          </w:tcPr>
          <w:p w14:paraId="0F7A6543" w14:textId="77777777" w:rsidR="00F25E9F" w:rsidRDefault="00F25E9F" w:rsidP="00BA5A9D">
            <w:r>
              <w:rPr>
                <w:sz w:val="16"/>
              </w:rPr>
              <w:t>241500013430</w:t>
            </w:r>
          </w:p>
        </w:tc>
        <w:tc>
          <w:tcPr>
            <w:tcW w:w="1691" w:type="dxa"/>
          </w:tcPr>
          <w:p w14:paraId="658B6838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302A24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22C3EE5" w14:textId="77777777" w:rsidTr="001365F3">
        <w:trPr>
          <w:jc w:val="center"/>
        </w:trPr>
        <w:tc>
          <w:tcPr>
            <w:tcW w:w="993" w:type="dxa"/>
          </w:tcPr>
          <w:p w14:paraId="40811BD7" w14:textId="77777777" w:rsidR="00F25E9F" w:rsidRDefault="00F25E9F" w:rsidP="00BA5A9D">
            <w:r>
              <w:rPr>
                <w:sz w:val="16"/>
              </w:rPr>
              <w:t>133</w:t>
            </w:r>
          </w:p>
        </w:tc>
        <w:tc>
          <w:tcPr>
            <w:tcW w:w="3685" w:type="dxa"/>
          </w:tcPr>
          <w:p w14:paraId="3415D5DB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безопастности2-25</w:t>
            </w:r>
          </w:p>
        </w:tc>
        <w:tc>
          <w:tcPr>
            <w:tcW w:w="1706" w:type="dxa"/>
            <w:gridSpan w:val="2"/>
          </w:tcPr>
          <w:p w14:paraId="2FED9D11" w14:textId="77777777" w:rsidR="00F25E9F" w:rsidRDefault="00F25E9F" w:rsidP="00BA5A9D">
            <w:r>
              <w:rPr>
                <w:sz w:val="16"/>
              </w:rPr>
              <w:t>241500013431</w:t>
            </w:r>
          </w:p>
        </w:tc>
        <w:tc>
          <w:tcPr>
            <w:tcW w:w="1691" w:type="dxa"/>
          </w:tcPr>
          <w:p w14:paraId="49AF5251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65F5CFA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906FF8D" w14:textId="77777777" w:rsidTr="001365F3">
        <w:trPr>
          <w:jc w:val="center"/>
        </w:trPr>
        <w:tc>
          <w:tcPr>
            <w:tcW w:w="993" w:type="dxa"/>
          </w:tcPr>
          <w:p w14:paraId="16758906" w14:textId="77777777" w:rsidR="00F25E9F" w:rsidRDefault="00F25E9F" w:rsidP="00BA5A9D">
            <w:r>
              <w:rPr>
                <w:sz w:val="16"/>
              </w:rPr>
              <w:t>134</w:t>
            </w:r>
          </w:p>
        </w:tc>
        <w:tc>
          <w:tcPr>
            <w:tcW w:w="3685" w:type="dxa"/>
          </w:tcPr>
          <w:p w14:paraId="361656A4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безопастности2-26</w:t>
            </w:r>
          </w:p>
        </w:tc>
        <w:tc>
          <w:tcPr>
            <w:tcW w:w="1706" w:type="dxa"/>
            <w:gridSpan w:val="2"/>
          </w:tcPr>
          <w:p w14:paraId="2130A47B" w14:textId="77777777" w:rsidR="00F25E9F" w:rsidRDefault="00F25E9F" w:rsidP="00BA5A9D">
            <w:r>
              <w:rPr>
                <w:sz w:val="16"/>
              </w:rPr>
              <w:t>241500013432</w:t>
            </w:r>
          </w:p>
        </w:tc>
        <w:tc>
          <w:tcPr>
            <w:tcW w:w="1691" w:type="dxa"/>
          </w:tcPr>
          <w:p w14:paraId="6222CF2F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6C73295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C9625A4" w14:textId="77777777" w:rsidTr="001365F3">
        <w:trPr>
          <w:jc w:val="center"/>
        </w:trPr>
        <w:tc>
          <w:tcPr>
            <w:tcW w:w="993" w:type="dxa"/>
          </w:tcPr>
          <w:p w14:paraId="3C867633" w14:textId="77777777" w:rsidR="00F25E9F" w:rsidRDefault="00F25E9F" w:rsidP="00BA5A9D">
            <w:r>
              <w:rPr>
                <w:sz w:val="16"/>
              </w:rPr>
              <w:t>135</w:t>
            </w:r>
          </w:p>
        </w:tc>
        <w:tc>
          <w:tcPr>
            <w:tcW w:w="3685" w:type="dxa"/>
          </w:tcPr>
          <w:p w14:paraId="0D71624A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безопастности2-27</w:t>
            </w:r>
          </w:p>
        </w:tc>
        <w:tc>
          <w:tcPr>
            <w:tcW w:w="1706" w:type="dxa"/>
            <w:gridSpan w:val="2"/>
          </w:tcPr>
          <w:p w14:paraId="5CE4260A" w14:textId="77777777" w:rsidR="00F25E9F" w:rsidRDefault="00F25E9F" w:rsidP="00BA5A9D">
            <w:r>
              <w:rPr>
                <w:sz w:val="16"/>
              </w:rPr>
              <w:t>241500013433</w:t>
            </w:r>
          </w:p>
        </w:tc>
        <w:tc>
          <w:tcPr>
            <w:tcW w:w="1691" w:type="dxa"/>
          </w:tcPr>
          <w:p w14:paraId="37943975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4C6CFF9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B88FC3A" w14:textId="77777777" w:rsidTr="001365F3">
        <w:trPr>
          <w:jc w:val="center"/>
        </w:trPr>
        <w:tc>
          <w:tcPr>
            <w:tcW w:w="993" w:type="dxa"/>
          </w:tcPr>
          <w:p w14:paraId="772EB9A0" w14:textId="77777777" w:rsidR="00F25E9F" w:rsidRDefault="00F25E9F" w:rsidP="00BA5A9D">
            <w:r>
              <w:rPr>
                <w:sz w:val="16"/>
              </w:rPr>
              <w:t>136</w:t>
            </w:r>
          </w:p>
        </w:tc>
        <w:tc>
          <w:tcPr>
            <w:tcW w:w="3685" w:type="dxa"/>
          </w:tcPr>
          <w:p w14:paraId="5694200A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безопастности2-28</w:t>
            </w:r>
          </w:p>
        </w:tc>
        <w:tc>
          <w:tcPr>
            <w:tcW w:w="1706" w:type="dxa"/>
            <w:gridSpan w:val="2"/>
          </w:tcPr>
          <w:p w14:paraId="4AB13801" w14:textId="77777777" w:rsidR="00F25E9F" w:rsidRDefault="00F25E9F" w:rsidP="00BA5A9D">
            <w:r>
              <w:rPr>
                <w:sz w:val="16"/>
              </w:rPr>
              <w:t>241500013434</w:t>
            </w:r>
          </w:p>
        </w:tc>
        <w:tc>
          <w:tcPr>
            <w:tcW w:w="1691" w:type="dxa"/>
          </w:tcPr>
          <w:p w14:paraId="0BBE48C5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1DFA6F3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8CBBC22" w14:textId="77777777" w:rsidTr="001365F3">
        <w:trPr>
          <w:jc w:val="center"/>
        </w:trPr>
        <w:tc>
          <w:tcPr>
            <w:tcW w:w="993" w:type="dxa"/>
          </w:tcPr>
          <w:p w14:paraId="41410AD9" w14:textId="77777777" w:rsidR="00F25E9F" w:rsidRDefault="00F25E9F" w:rsidP="00BA5A9D">
            <w:r>
              <w:rPr>
                <w:sz w:val="16"/>
              </w:rPr>
              <w:t>137</w:t>
            </w:r>
          </w:p>
        </w:tc>
        <w:tc>
          <w:tcPr>
            <w:tcW w:w="3685" w:type="dxa"/>
          </w:tcPr>
          <w:p w14:paraId="7749EF23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безопастности2-29</w:t>
            </w:r>
          </w:p>
        </w:tc>
        <w:tc>
          <w:tcPr>
            <w:tcW w:w="1706" w:type="dxa"/>
            <w:gridSpan w:val="2"/>
          </w:tcPr>
          <w:p w14:paraId="31654582" w14:textId="77777777" w:rsidR="00F25E9F" w:rsidRDefault="00F25E9F" w:rsidP="00BA5A9D">
            <w:r>
              <w:rPr>
                <w:sz w:val="16"/>
              </w:rPr>
              <w:t>241500013435</w:t>
            </w:r>
          </w:p>
        </w:tc>
        <w:tc>
          <w:tcPr>
            <w:tcW w:w="1691" w:type="dxa"/>
          </w:tcPr>
          <w:p w14:paraId="15284F84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467F32C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E80B7C1" w14:textId="77777777" w:rsidTr="001365F3">
        <w:trPr>
          <w:jc w:val="center"/>
        </w:trPr>
        <w:tc>
          <w:tcPr>
            <w:tcW w:w="993" w:type="dxa"/>
          </w:tcPr>
          <w:p w14:paraId="5AFD34E6" w14:textId="77777777" w:rsidR="00F25E9F" w:rsidRDefault="00F25E9F" w:rsidP="00BA5A9D">
            <w:r>
              <w:rPr>
                <w:sz w:val="16"/>
              </w:rPr>
              <w:t>138</w:t>
            </w:r>
          </w:p>
        </w:tc>
        <w:tc>
          <w:tcPr>
            <w:tcW w:w="3685" w:type="dxa"/>
          </w:tcPr>
          <w:p w14:paraId="3EE33F82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lastRenderedPageBreak/>
              <w:t>безопастности2-3</w:t>
            </w:r>
          </w:p>
        </w:tc>
        <w:tc>
          <w:tcPr>
            <w:tcW w:w="1706" w:type="dxa"/>
            <w:gridSpan w:val="2"/>
          </w:tcPr>
          <w:p w14:paraId="6B21E169" w14:textId="77777777" w:rsidR="00F25E9F" w:rsidRDefault="00F25E9F" w:rsidP="00BA5A9D">
            <w:r>
              <w:rPr>
                <w:sz w:val="16"/>
              </w:rPr>
              <w:lastRenderedPageBreak/>
              <w:t>241500013436</w:t>
            </w:r>
          </w:p>
        </w:tc>
        <w:tc>
          <w:tcPr>
            <w:tcW w:w="1691" w:type="dxa"/>
          </w:tcPr>
          <w:p w14:paraId="0DD179F3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38401C0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F41B6BD" w14:textId="77777777" w:rsidTr="001365F3">
        <w:trPr>
          <w:jc w:val="center"/>
        </w:trPr>
        <w:tc>
          <w:tcPr>
            <w:tcW w:w="993" w:type="dxa"/>
          </w:tcPr>
          <w:p w14:paraId="7B160DD9" w14:textId="77777777" w:rsidR="00F25E9F" w:rsidRDefault="00F25E9F" w:rsidP="00BA5A9D">
            <w:r>
              <w:rPr>
                <w:sz w:val="16"/>
              </w:rPr>
              <w:lastRenderedPageBreak/>
              <w:t>139</w:t>
            </w:r>
          </w:p>
        </w:tc>
        <w:tc>
          <w:tcPr>
            <w:tcW w:w="3685" w:type="dxa"/>
          </w:tcPr>
          <w:p w14:paraId="181E3A84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безопастности2-30</w:t>
            </w:r>
          </w:p>
        </w:tc>
        <w:tc>
          <w:tcPr>
            <w:tcW w:w="1706" w:type="dxa"/>
            <w:gridSpan w:val="2"/>
          </w:tcPr>
          <w:p w14:paraId="50297614" w14:textId="77777777" w:rsidR="00F25E9F" w:rsidRDefault="00F25E9F" w:rsidP="00BA5A9D">
            <w:r>
              <w:rPr>
                <w:sz w:val="16"/>
              </w:rPr>
              <w:t>241500013437</w:t>
            </w:r>
          </w:p>
        </w:tc>
        <w:tc>
          <w:tcPr>
            <w:tcW w:w="1691" w:type="dxa"/>
          </w:tcPr>
          <w:p w14:paraId="61A3C03F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621308B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BEF36DC" w14:textId="77777777" w:rsidTr="001365F3">
        <w:trPr>
          <w:jc w:val="center"/>
        </w:trPr>
        <w:tc>
          <w:tcPr>
            <w:tcW w:w="993" w:type="dxa"/>
          </w:tcPr>
          <w:p w14:paraId="670C1FDD" w14:textId="77777777" w:rsidR="00F25E9F" w:rsidRDefault="00F25E9F" w:rsidP="00BA5A9D">
            <w:r>
              <w:rPr>
                <w:sz w:val="16"/>
              </w:rPr>
              <w:t>140</w:t>
            </w:r>
          </w:p>
        </w:tc>
        <w:tc>
          <w:tcPr>
            <w:tcW w:w="3685" w:type="dxa"/>
          </w:tcPr>
          <w:p w14:paraId="572F4BC2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безопастности2-4</w:t>
            </w:r>
          </w:p>
        </w:tc>
        <w:tc>
          <w:tcPr>
            <w:tcW w:w="1706" w:type="dxa"/>
            <w:gridSpan w:val="2"/>
          </w:tcPr>
          <w:p w14:paraId="06806CBB" w14:textId="77777777" w:rsidR="00F25E9F" w:rsidRDefault="00F25E9F" w:rsidP="00BA5A9D">
            <w:r>
              <w:rPr>
                <w:sz w:val="16"/>
              </w:rPr>
              <w:t>241500013438</w:t>
            </w:r>
          </w:p>
        </w:tc>
        <w:tc>
          <w:tcPr>
            <w:tcW w:w="1691" w:type="dxa"/>
          </w:tcPr>
          <w:p w14:paraId="07D7F03E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022837B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472CEAB" w14:textId="77777777" w:rsidTr="001365F3">
        <w:trPr>
          <w:jc w:val="center"/>
        </w:trPr>
        <w:tc>
          <w:tcPr>
            <w:tcW w:w="993" w:type="dxa"/>
          </w:tcPr>
          <w:p w14:paraId="031870AB" w14:textId="77777777" w:rsidR="00F25E9F" w:rsidRDefault="00F25E9F" w:rsidP="00BA5A9D">
            <w:r>
              <w:rPr>
                <w:sz w:val="16"/>
              </w:rPr>
              <w:t>141</w:t>
            </w:r>
          </w:p>
        </w:tc>
        <w:tc>
          <w:tcPr>
            <w:tcW w:w="3685" w:type="dxa"/>
          </w:tcPr>
          <w:p w14:paraId="5BA6F2F6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безопастности2-5</w:t>
            </w:r>
          </w:p>
        </w:tc>
        <w:tc>
          <w:tcPr>
            <w:tcW w:w="1706" w:type="dxa"/>
            <w:gridSpan w:val="2"/>
          </w:tcPr>
          <w:p w14:paraId="24B59848" w14:textId="77777777" w:rsidR="00F25E9F" w:rsidRDefault="00F25E9F" w:rsidP="00BA5A9D">
            <w:r>
              <w:rPr>
                <w:sz w:val="16"/>
              </w:rPr>
              <w:t>241500013439</w:t>
            </w:r>
          </w:p>
        </w:tc>
        <w:tc>
          <w:tcPr>
            <w:tcW w:w="1691" w:type="dxa"/>
          </w:tcPr>
          <w:p w14:paraId="659FC0DF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3CB7062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D37C3D5" w14:textId="77777777" w:rsidTr="001365F3">
        <w:trPr>
          <w:jc w:val="center"/>
        </w:trPr>
        <w:tc>
          <w:tcPr>
            <w:tcW w:w="993" w:type="dxa"/>
          </w:tcPr>
          <w:p w14:paraId="536F562E" w14:textId="77777777" w:rsidR="00F25E9F" w:rsidRDefault="00F25E9F" w:rsidP="00BA5A9D">
            <w:r>
              <w:rPr>
                <w:sz w:val="16"/>
              </w:rPr>
              <w:t>142</w:t>
            </w:r>
          </w:p>
        </w:tc>
        <w:tc>
          <w:tcPr>
            <w:tcW w:w="3685" w:type="dxa"/>
          </w:tcPr>
          <w:p w14:paraId="7149F74D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безопастности2-6</w:t>
            </w:r>
          </w:p>
        </w:tc>
        <w:tc>
          <w:tcPr>
            <w:tcW w:w="1706" w:type="dxa"/>
            <w:gridSpan w:val="2"/>
          </w:tcPr>
          <w:p w14:paraId="6F51FC3B" w14:textId="77777777" w:rsidR="00F25E9F" w:rsidRDefault="00F25E9F" w:rsidP="00BA5A9D">
            <w:r>
              <w:rPr>
                <w:sz w:val="16"/>
              </w:rPr>
              <w:t>241500013440</w:t>
            </w:r>
          </w:p>
        </w:tc>
        <w:tc>
          <w:tcPr>
            <w:tcW w:w="1691" w:type="dxa"/>
          </w:tcPr>
          <w:p w14:paraId="37466429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227D552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FA32630" w14:textId="77777777" w:rsidTr="001365F3">
        <w:trPr>
          <w:jc w:val="center"/>
        </w:trPr>
        <w:tc>
          <w:tcPr>
            <w:tcW w:w="993" w:type="dxa"/>
          </w:tcPr>
          <w:p w14:paraId="1F608AFD" w14:textId="77777777" w:rsidR="00F25E9F" w:rsidRDefault="00F25E9F" w:rsidP="00BA5A9D">
            <w:r>
              <w:rPr>
                <w:sz w:val="16"/>
              </w:rPr>
              <w:t>143</w:t>
            </w:r>
          </w:p>
        </w:tc>
        <w:tc>
          <w:tcPr>
            <w:tcW w:w="3685" w:type="dxa"/>
          </w:tcPr>
          <w:p w14:paraId="55C0BFC2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безопастности2-7</w:t>
            </w:r>
          </w:p>
        </w:tc>
        <w:tc>
          <w:tcPr>
            <w:tcW w:w="1706" w:type="dxa"/>
            <w:gridSpan w:val="2"/>
          </w:tcPr>
          <w:p w14:paraId="58B3FA0E" w14:textId="77777777" w:rsidR="00F25E9F" w:rsidRDefault="00F25E9F" w:rsidP="00BA5A9D">
            <w:r>
              <w:rPr>
                <w:sz w:val="16"/>
              </w:rPr>
              <w:t>241500013441</w:t>
            </w:r>
          </w:p>
        </w:tc>
        <w:tc>
          <w:tcPr>
            <w:tcW w:w="1691" w:type="dxa"/>
          </w:tcPr>
          <w:p w14:paraId="0B8CE18D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36B5985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4C441B5" w14:textId="77777777" w:rsidTr="001365F3">
        <w:trPr>
          <w:jc w:val="center"/>
        </w:trPr>
        <w:tc>
          <w:tcPr>
            <w:tcW w:w="993" w:type="dxa"/>
          </w:tcPr>
          <w:p w14:paraId="60FCE9AF" w14:textId="77777777" w:rsidR="00F25E9F" w:rsidRDefault="00F25E9F" w:rsidP="00BA5A9D">
            <w:r>
              <w:rPr>
                <w:sz w:val="16"/>
              </w:rPr>
              <w:t>144</w:t>
            </w:r>
          </w:p>
        </w:tc>
        <w:tc>
          <w:tcPr>
            <w:tcW w:w="3685" w:type="dxa"/>
          </w:tcPr>
          <w:p w14:paraId="619DCE4A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безопастности2-8</w:t>
            </w:r>
          </w:p>
        </w:tc>
        <w:tc>
          <w:tcPr>
            <w:tcW w:w="1706" w:type="dxa"/>
            <w:gridSpan w:val="2"/>
          </w:tcPr>
          <w:p w14:paraId="5D37622C" w14:textId="77777777" w:rsidR="00F25E9F" w:rsidRDefault="00F25E9F" w:rsidP="00BA5A9D">
            <w:r>
              <w:rPr>
                <w:sz w:val="16"/>
              </w:rPr>
              <w:t>241500013442</w:t>
            </w:r>
          </w:p>
        </w:tc>
        <w:tc>
          <w:tcPr>
            <w:tcW w:w="1691" w:type="dxa"/>
          </w:tcPr>
          <w:p w14:paraId="30BE20F4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09030AD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BA60AAA" w14:textId="77777777" w:rsidTr="001365F3">
        <w:trPr>
          <w:jc w:val="center"/>
        </w:trPr>
        <w:tc>
          <w:tcPr>
            <w:tcW w:w="993" w:type="dxa"/>
          </w:tcPr>
          <w:p w14:paraId="0819A7E8" w14:textId="77777777" w:rsidR="00F25E9F" w:rsidRDefault="00F25E9F" w:rsidP="00BA5A9D">
            <w:r>
              <w:rPr>
                <w:sz w:val="16"/>
              </w:rPr>
              <w:t>145</w:t>
            </w:r>
          </w:p>
        </w:tc>
        <w:tc>
          <w:tcPr>
            <w:tcW w:w="3685" w:type="dxa"/>
          </w:tcPr>
          <w:p w14:paraId="5B4B1904" w14:textId="77777777" w:rsidR="00F25E9F" w:rsidRDefault="00F25E9F" w:rsidP="00BA5A9D">
            <w:proofErr w:type="spellStart"/>
            <w:r>
              <w:rPr>
                <w:sz w:val="16"/>
              </w:rPr>
              <w:t>комплекс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оборудования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сетевой</w:t>
            </w:r>
            <w:proofErr w:type="spellEnd"/>
            <w:r>
              <w:rPr>
                <w:sz w:val="16"/>
              </w:rPr>
              <w:t xml:space="preserve"> безопастности2-9</w:t>
            </w:r>
          </w:p>
        </w:tc>
        <w:tc>
          <w:tcPr>
            <w:tcW w:w="1706" w:type="dxa"/>
            <w:gridSpan w:val="2"/>
          </w:tcPr>
          <w:p w14:paraId="35784B69" w14:textId="77777777" w:rsidR="00F25E9F" w:rsidRDefault="00F25E9F" w:rsidP="00BA5A9D">
            <w:r>
              <w:rPr>
                <w:sz w:val="16"/>
              </w:rPr>
              <w:t>241500013443</w:t>
            </w:r>
          </w:p>
        </w:tc>
        <w:tc>
          <w:tcPr>
            <w:tcW w:w="1691" w:type="dxa"/>
          </w:tcPr>
          <w:p w14:paraId="62F1BF1A" w14:textId="77777777" w:rsidR="00F25E9F" w:rsidRDefault="00F25E9F" w:rsidP="00BA5A9D">
            <w:r>
              <w:rPr>
                <w:sz w:val="16"/>
              </w:rPr>
              <w:t>7470</w:t>
            </w:r>
          </w:p>
        </w:tc>
        <w:tc>
          <w:tcPr>
            <w:tcW w:w="1701" w:type="dxa"/>
          </w:tcPr>
          <w:p w14:paraId="6F3D3E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8DC790F" w14:textId="77777777" w:rsidTr="001365F3">
        <w:trPr>
          <w:jc w:val="center"/>
        </w:trPr>
        <w:tc>
          <w:tcPr>
            <w:tcW w:w="993" w:type="dxa"/>
          </w:tcPr>
          <w:p w14:paraId="4BF3C964" w14:textId="77777777" w:rsidR="00F25E9F" w:rsidRDefault="00F25E9F" w:rsidP="00BA5A9D">
            <w:r>
              <w:rPr>
                <w:sz w:val="16"/>
              </w:rPr>
              <w:t>146</w:t>
            </w:r>
          </w:p>
        </w:tc>
        <w:tc>
          <w:tcPr>
            <w:tcW w:w="3685" w:type="dxa"/>
          </w:tcPr>
          <w:p w14:paraId="6281CC8E" w14:textId="77777777" w:rsidR="00F25E9F" w:rsidRDefault="00F25E9F" w:rsidP="00BA5A9D">
            <w:proofErr w:type="spellStart"/>
            <w:r>
              <w:rPr>
                <w:sz w:val="16"/>
              </w:rPr>
              <w:t>Диктофон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цифровой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Soni</w:t>
            </w:r>
            <w:proofErr w:type="spellEnd"/>
            <w:r>
              <w:rPr>
                <w:sz w:val="16"/>
              </w:rPr>
              <w:t xml:space="preserve"> ISD-UX 200F 2 Gb Silver</w:t>
            </w:r>
          </w:p>
        </w:tc>
        <w:tc>
          <w:tcPr>
            <w:tcW w:w="1706" w:type="dxa"/>
            <w:gridSpan w:val="2"/>
          </w:tcPr>
          <w:p w14:paraId="690AB7F4" w14:textId="77777777" w:rsidR="00F25E9F" w:rsidRDefault="00F25E9F" w:rsidP="00BA5A9D">
            <w:r>
              <w:rPr>
                <w:sz w:val="16"/>
              </w:rPr>
              <w:t>241500008847</w:t>
            </w:r>
          </w:p>
        </w:tc>
        <w:tc>
          <w:tcPr>
            <w:tcW w:w="1691" w:type="dxa"/>
          </w:tcPr>
          <w:p w14:paraId="5B4003E6" w14:textId="77777777" w:rsidR="00F25E9F" w:rsidRDefault="00F25E9F" w:rsidP="00BA5A9D">
            <w:r>
              <w:rPr>
                <w:sz w:val="16"/>
              </w:rPr>
              <w:t>20900</w:t>
            </w:r>
          </w:p>
        </w:tc>
        <w:tc>
          <w:tcPr>
            <w:tcW w:w="1701" w:type="dxa"/>
          </w:tcPr>
          <w:p w14:paraId="41E27CD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6B7727E" w14:textId="77777777" w:rsidTr="001365F3">
        <w:trPr>
          <w:jc w:val="center"/>
        </w:trPr>
        <w:tc>
          <w:tcPr>
            <w:tcW w:w="993" w:type="dxa"/>
          </w:tcPr>
          <w:p w14:paraId="2D1D0154" w14:textId="77777777" w:rsidR="00F25E9F" w:rsidRDefault="00F25E9F" w:rsidP="00BA5A9D">
            <w:r>
              <w:rPr>
                <w:sz w:val="16"/>
              </w:rPr>
              <w:t>147</w:t>
            </w:r>
          </w:p>
        </w:tc>
        <w:tc>
          <w:tcPr>
            <w:tcW w:w="3685" w:type="dxa"/>
          </w:tcPr>
          <w:p w14:paraId="4CC8B4ED" w14:textId="77777777" w:rsidR="00F25E9F" w:rsidRDefault="00F25E9F" w:rsidP="00BA5A9D">
            <w:proofErr w:type="spellStart"/>
            <w:r>
              <w:rPr>
                <w:sz w:val="16"/>
              </w:rPr>
              <w:t>Кассовый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аппарат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Меркурий</w:t>
            </w:r>
            <w:proofErr w:type="spellEnd"/>
            <w:r>
              <w:rPr>
                <w:sz w:val="16"/>
              </w:rPr>
              <w:t xml:space="preserve"> 130Ф</w:t>
            </w:r>
          </w:p>
        </w:tc>
        <w:tc>
          <w:tcPr>
            <w:tcW w:w="1706" w:type="dxa"/>
            <w:gridSpan w:val="2"/>
          </w:tcPr>
          <w:p w14:paraId="6F541FF7" w14:textId="77777777" w:rsidR="00F25E9F" w:rsidRDefault="00F25E9F" w:rsidP="00BA5A9D">
            <w:r>
              <w:rPr>
                <w:sz w:val="16"/>
              </w:rPr>
              <w:t>241500009074</w:t>
            </w:r>
          </w:p>
        </w:tc>
        <w:tc>
          <w:tcPr>
            <w:tcW w:w="1691" w:type="dxa"/>
          </w:tcPr>
          <w:p w14:paraId="095B3448" w14:textId="77777777" w:rsidR="00F25E9F" w:rsidRDefault="00F25E9F" w:rsidP="00BA5A9D">
            <w:r>
              <w:rPr>
                <w:sz w:val="16"/>
              </w:rPr>
              <w:t>18400</w:t>
            </w:r>
          </w:p>
        </w:tc>
        <w:tc>
          <w:tcPr>
            <w:tcW w:w="1701" w:type="dxa"/>
          </w:tcPr>
          <w:p w14:paraId="0AF150D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842C898" w14:textId="77777777" w:rsidTr="001365F3">
        <w:trPr>
          <w:jc w:val="center"/>
        </w:trPr>
        <w:tc>
          <w:tcPr>
            <w:tcW w:w="993" w:type="dxa"/>
          </w:tcPr>
          <w:p w14:paraId="26B02790" w14:textId="77777777" w:rsidR="00F25E9F" w:rsidRDefault="00F25E9F" w:rsidP="00BA5A9D">
            <w:r>
              <w:rPr>
                <w:sz w:val="16"/>
              </w:rPr>
              <w:t>148</w:t>
            </w:r>
          </w:p>
        </w:tc>
        <w:tc>
          <w:tcPr>
            <w:tcW w:w="3685" w:type="dxa"/>
          </w:tcPr>
          <w:p w14:paraId="4EEA8658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офисное</w:t>
            </w:r>
            <w:proofErr w:type="spellEnd"/>
          </w:p>
        </w:tc>
        <w:tc>
          <w:tcPr>
            <w:tcW w:w="1706" w:type="dxa"/>
            <w:gridSpan w:val="2"/>
          </w:tcPr>
          <w:p w14:paraId="6727C4F0" w14:textId="77777777" w:rsidR="00F25E9F" w:rsidRDefault="00F25E9F" w:rsidP="00BA5A9D">
            <w:r>
              <w:rPr>
                <w:sz w:val="16"/>
              </w:rPr>
              <w:t>241500009279</w:t>
            </w:r>
          </w:p>
        </w:tc>
        <w:tc>
          <w:tcPr>
            <w:tcW w:w="1691" w:type="dxa"/>
          </w:tcPr>
          <w:p w14:paraId="7BBB0E77" w14:textId="77777777" w:rsidR="00F25E9F" w:rsidRDefault="00F25E9F" w:rsidP="00BA5A9D">
            <w:r>
              <w:rPr>
                <w:sz w:val="16"/>
              </w:rPr>
              <w:t>9991</w:t>
            </w:r>
          </w:p>
        </w:tc>
        <w:tc>
          <w:tcPr>
            <w:tcW w:w="1701" w:type="dxa"/>
          </w:tcPr>
          <w:p w14:paraId="5226DEE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F14BC91" w14:textId="77777777" w:rsidTr="001365F3">
        <w:trPr>
          <w:jc w:val="center"/>
        </w:trPr>
        <w:tc>
          <w:tcPr>
            <w:tcW w:w="993" w:type="dxa"/>
          </w:tcPr>
          <w:p w14:paraId="75164648" w14:textId="77777777" w:rsidR="00F25E9F" w:rsidRDefault="00F25E9F" w:rsidP="00BA5A9D">
            <w:r>
              <w:rPr>
                <w:sz w:val="16"/>
              </w:rPr>
              <w:t>149</w:t>
            </w:r>
          </w:p>
        </w:tc>
        <w:tc>
          <w:tcPr>
            <w:tcW w:w="3685" w:type="dxa"/>
          </w:tcPr>
          <w:p w14:paraId="72933AE7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руководителя</w:t>
            </w:r>
            <w:proofErr w:type="spellEnd"/>
          </w:p>
        </w:tc>
        <w:tc>
          <w:tcPr>
            <w:tcW w:w="1706" w:type="dxa"/>
            <w:gridSpan w:val="2"/>
          </w:tcPr>
          <w:p w14:paraId="7A08A955" w14:textId="77777777" w:rsidR="00F25E9F" w:rsidRDefault="00F25E9F" w:rsidP="00BA5A9D">
            <w:r>
              <w:rPr>
                <w:sz w:val="16"/>
              </w:rPr>
              <w:t>241500009280</w:t>
            </w:r>
          </w:p>
        </w:tc>
        <w:tc>
          <w:tcPr>
            <w:tcW w:w="1691" w:type="dxa"/>
          </w:tcPr>
          <w:p w14:paraId="3955260E" w14:textId="77777777" w:rsidR="00F25E9F" w:rsidRDefault="00F25E9F" w:rsidP="00BA5A9D">
            <w:r>
              <w:rPr>
                <w:sz w:val="16"/>
              </w:rPr>
              <w:t>62100</w:t>
            </w:r>
          </w:p>
        </w:tc>
        <w:tc>
          <w:tcPr>
            <w:tcW w:w="1701" w:type="dxa"/>
          </w:tcPr>
          <w:p w14:paraId="12A1AA7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5A199E9" w14:textId="77777777" w:rsidTr="001365F3">
        <w:trPr>
          <w:jc w:val="center"/>
        </w:trPr>
        <w:tc>
          <w:tcPr>
            <w:tcW w:w="993" w:type="dxa"/>
          </w:tcPr>
          <w:p w14:paraId="3992E8C2" w14:textId="77777777" w:rsidR="00F25E9F" w:rsidRDefault="00F25E9F" w:rsidP="00BA5A9D">
            <w:r>
              <w:rPr>
                <w:sz w:val="16"/>
              </w:rPr>
              <w:t>150</w:t>
            </w:r>
          </w:p>
        </w:tc>
        <w:tc>
          <w:tcPr>
            <w:tcW w:w="3685" w:type="dxa"/>
          </w:tcPr>
          <w:p w14:paraId="53F82B66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5D09347B" w14:textId="77777777" w:rsidR="00F25E9F" w:rsidRDefault="00F25E9F" w:rsidP="00BA5A9D">
            <w:r>
              <w:rPr>
                <w:sz w:val="16"/>
              </w:rPr>
              <w:t>241500009474</w:t>
            </w:r>
          </w:p>
        </w:tc>
        <w:tc>
          <w:tcPr>
            <w:tcW w:w="1691" w:type="dxa"/>
          </w:tcPr>
          <w:p w14:paraId="452F4134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40E53EA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5D11552" w14:textId="77777777" w:rsidTr="001365F3">
        <w:trPr>
          <w:jc w:val="center"/>
        </w:trPr>
        <w:tc>
          <w:tcPr>
            <w:tcW w:w="993" w:type="dxa"/>
          </w:tcPr>
          <w:p w14:paraId="139A422F" w14:textId="77777777" w:rsidR="00F25E9F" w:rsidRDefault="00F25E9F" w:rsidP="00BA5A9D">
            <w:r>
              <w:rPr>
                <w:sz w:val="16"/>
              </w:rPr>
              <w:t>151</w:t>
            </w:r>
          </w:p>
        </w:tc>
        <w:tc>
          <w:tcPr>
            <w:tcW w:w="3685" w:type="dxa"/>
          </w:tcPr>
          <w:p w14:paraId="1FE9C3F1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5D986BF6" w14:textId="77777777" w:rsidR="00F25E9F" w:rsidRDefault="00F25E9F" w:rsidP="00BA5A9D">
            <w:r>
              <w:rPr>
                <w:sz w:val="16"/>
              </w:rPr>
              <w:t>241500009475</w:t>
            </w:r>
          </w:p>
        </w:tc>
        <w:tc>
          <w:tcPr>
            <w:tcW w:w="1691" w:type="dxa"/>
          </w:tcPr>
          <w:p w14:paraId="3B729D2D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370494E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2A4C01F" w14:textId="77777777" w:rsidTr="001365F3">
        <w:trPr>
          <w:jc w:val="center"/>
        </w:trPr>
        <w:tc>
          <w:tcPr>
            <w:tcW w:w="993" w:type="dxa"/>
          </w:tcPr>
          <w:p w14:paraId="012BB57F" w14:textId="77777777" w:rsidR="00F25E9F" w:rsidRDefault="00F25E9F" w:rsidP="00BA5A9D">
            <w:r>
              <w:rPr>
                <w:sz w:val="16"/>
              </w:rPr>
              <w:t>152</w:t>
            </w:r>
          </w:p>
        </w:tc>
        <w:tc>
          <w:tcPr>
            <w:tcW w:w="3685" w:type="dxa"/>
          </w:tcPr>
          <w:p w14:paraId="04DE804A" w14:textId="77777777" w:rsidR="00F25E9F" w:rsidRDefault="00F25E9F" w:rsidP="00BA5A9D">
            <w:proofErr w:type="spellStart"/>
            <w:r>
              <w:rPr>
                <w:sz w:val="16"/>
              </w:rPr>
              <w:t>Мебель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персонала</w:t>
            </w:r>
            <w:proofErr w:type="spellEnd"/>
          </w:p>
        </w:tc>
        <w:tc>
          <w:tcPr>
            <w:tcW w:w="1706" w:type="dxa"/>
            <w:gridSpan w:val="2"/>
          </w:tcPr>
          <w:p w14:paraId="10219D49" w14:textId="77777777" w:rsidR="00F25E9F" w:rsidRDefault="00F25E9F" w:rsidP="00BA5A9D">
            <w:r>
              <w:rPr>
                <w:sz w:val="16"/>
              </w:rPr>
              <w:t>241500009586</w:t>
            </w:r>
          </w:p>
        </w:tc>
        <w:tc>
          <w:tcPr>
            <w:tcW w:w="1691" w:type="dxa"/>
          </w:tcPr>
          <w:p w14:paraId="749BBAC7" w14:textId="77777777" w:rsidR="00F25E9F" w:rsidRDefault="00F25E9F" w:rsidP="00BA5A9D">
            <w:r>
              <w:rPr>
                <w:sz w:val="16"/>
              </w:rPr>
              <w:t>62500</w:t>
            </w:r>
          </w:p>
        </w:tc>
        <w:tc>
          <w:tcPr>
            <w:tcW w:w="1701" w:type="dxa"/>
          </w:tcPr>
          <w:p w14:paraId="15596C8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E288682" w14:textId="77777777" w:rsidTr="001365F3">
        <w:trPr>
          <w:jc w:val="center"/>
        </w:trPr>
        <w:tc>
          <w:tcPr>
            <w:tcW w:w="993" w:type="dxa"/>
          </w:tcPr>
          <w:p w14:paraId="256B39A2" w14:textId="77777777" w:rsidR="00F25E9F" w:rsidRDefault="00F25E9F" w:rsidP="00BA5A9D">
            <w:r>
              <w:rPr>
                <w:sz w:val="16"/>
              </w:rPr>
              <w:t>153</w:t>
            </w:r>
          </w:p>
        </w:tc>
        <w:tc>
          <w:tcPr>
            <w:tcW w:w="3685" w:type="dxa"/>
          </w:tcPr>
          <w:p w14:paraId="1D8EC38F" w14:textId="77777777" w:rsidR="00F25E9F" w:rsidRDefault="00F25E9F" w:rsidP="00BA5A9D">
            <w:proofErr w:type="spellStart"/>
            <w:r>
              <w:rPr>
                <w:sz w:val="16"/>
              </w:rPr>
              <w:t>Полуманекен</w:t>
            </w:r>
            <w:proofErr w:type="spellEnd"/>
          </w:p>
        </w:tc>
        <w:tc>
          <w:tcPr>
            <w:tcW w:w="1706" w:type="dxa"/>
            <w:gridSpan w:val="2"/>
          </w:tcPr>
          <w:p w14:paraId="243CE84F" w14:textId="77777777" w:rsidR="00F25E9F" w:rsidRDefault="00F25E9F" w:rsidP="00BA5A9D">
            <w:r>
              <w:rPr>
                <w:sz w:val="16"/>
              </w:rPr>
              <w:t>241500009674</w:t>
            </w:r>
          </w:p>
        </w:tc>
        <w:tc>
          <w:tcPr>
            <w:tcW w:w="1691" w:type="dxa"/>
          </w:tcPr>
          <w:p w14:paraId="4FA8DEFD" w14:textId="77777777" w:rsidR="00F25E9F" w:rsidRDefault="00F25E9F" w:rsidP="00BA5A9D">
            <w:r>
              <w:rPr>
                <w:sz w:val="16"/>
              </w:rPr>
              <w:t>15000</w:t>
            </w:r>
          </w:p>
        </w:tc>
        <w:tc>
          <w:tcPr>
            <w:tcW w:w="1701" w:type="dxa"/>
          </w:tcPr>
          <w:p w14:paraId="1C7F63E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2D841F1" w14:textId="77777777" w:rsidTr="001365F3">
        <w:trPr>
          <w:jc w:val="center"/>
        </w:trPr>
        <w:tc>
          <w:tcPr>
            <w:tcW w:w="993" w:type="dxa"/>
          </w:tcPr>
          <w:p w14:paraId="53BD1127" w14:textId="77777777" w:rsidR="00F25E9F" w:rsidRDefault="00F25E9F" w:rsidP="00BA5A9D">
            <w:r>
              <w:rPr>
                <w:sz w:val="16"/>
              </w:rPr>
              <w:t>154</w:t>
            </w:r>
          </w:p>
        </w:tc>
        <w:tc>
          <w:tcPr>
            <w:tcW w:w="3685" w:type="dxa"/>
          </w:tcPr>
          <w:p w14:paraId="1747DC8A" w14:textId="77777777" w:rsidR="00F25E9F" w:rsidRDefault="00F25E9F" w:rsidP="00BA5A9D">
            <w:proofErr w:type="spellStart"/>
            <w:r>
              <w:rPr>
                <w:sz w:val="16"/>
              </w:rPr>
              <w:t>Приставка</w:t>
            </w:r>
            <w:proofErr w:type="spellEnd"/>
            <w:r>
              <w:rPr>
                <w:sz w:val="16"/>
              </w:rPr>
              <w:t xml:space="preserve"> к </w:t>
            </w:r>
            <w:proofErr w:type="spellStart"/>
            <w:r>
              <w:rPr>
                <w:sz w:val="16"/>
              </w:rPr>
              <w:t>столу</w:t>
            </w:r>
            <w:proofErr w:type="spellEnd"/>
          </w:p>
        </w:tc>
        <w:tc>
          <w:tcPr>
            <w:tcW w:w="1706" w:type="dxa"/>
            <w:gridSpan w:val="2"/>
          </w:tcPr>
          <w:p w14:paraId="6251790D" w14:textId="77777777" w:rsidR="00F25E9F" w:rsidRDefault="00F25E9F" w:rsidP="00BA5A9D">
            <w:r>
              <w:rPr>
                <w:sz w:val="16"/>
              </w:rPr>
              <w:t>241500009677</w:t>
            </w:r>
          </w:p>
        </w:tc>
        <w:tc>
          <w:tcPr>
            <w:tcW w:w="1691" w:type="dxa"/>
          </w:tcPr>
          <w:p w14:paraId="6A9DCFF2" w14:textId="77777777" w:rsidR="00F25E9F" w:rsidRDefault="00F25E9F" w:rsidP="00BA5A9D">
            <w:r>
              <w:rPr>
                <w:sz w:val="16"/>
              </w:rPr>
              <w:t>38600</w:t>
            </w:r>
          </w:p>
        </w:tc>
        <w:tc>
          <w:tcPr>
            <w:tcW w:w="1701" w:type="dxa"/>
          </w:tcPr>
          <w:p w14:paraId="433F6A2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0BD8AA2" w14:textId="77777777" w:rsidTr="001365F3">
        <w:trPr>
          <w:jc w:val="center"/>
        </w:trPr>
        <w:tc>
          <w:tcPr>
            <w:tcW w:w="993" w:type="dxa"/>
          </w:tcPr>
          <w:p w14:paraId="6D66AA57" w14:textId="77777777" w:rsidR="00F25E9F" w:rsidRDefault="00F25E9F" w:rsidP="00BA5A9D">
            <w:r>
              <w:rPr>
                <w:sz w:val="16"/>
              </w:rPr>
              <w:t>155</w:t>
            </w:r>
          </w:p>
        </w:tc>
        <w:tc>
          <w:tcPr>
            <w:tcW w:w="3685" w:type="dxa"/>
          </w:tcPr>
          <w:p w14:paraId="16A1CC1C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61E2ECD5" w14:textId="77777777" w:rsidR="00F25E9F" w:rsidRDefault="00F25E9F" w:rsidP="00BA5A9D">
            <w:r>
              <w:rPr>
                <w:sz w:val="16"/>
              </w:rPr>
              <w:t>241500009840</w:t>
            </w:r>
          </w:p>
        </w:tc>
        <w:tc>
          <w:tcPr>
            <w:tcW w:w="1691" w:type="dxa"/>
          </w:tcPr>
          <w:p w14:paraId="59A49958" w14:textId="77777777" w:rsidR="00F25E9F" w:rsidRDefault="00F25E9F" w:rsidP="00BA5A9D">
            <w:r>
              <w:rPr>
                <w:sz w:val="16"/>
              </w:rPr>
              <w:t>47630</w:t>
            </w:r>
          </w:p>
        </w:tc>
        <w:tc>
          <w:tcPr>
            <w:tcW w:w="1701" w:type="dxa"/>
          </w:tcPr>
          <w:p w14:paraId="1A9BA96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A09DE2E" w14:textId="77777777" w:rsidTr="001365F3">
        <w:trPr>
          <w:jc w:val="center"/>
        </w:trPr>
        <w:tc>
          <w:tcPr>
            <w:tcW w:w="993" w:type="dxa"/>
          </w:tcPr>
          <w:p w14:paraId="627C62FC" w14:textId="77777777" w:rsidR="00F25E9F" w:rsidRDefault="00F25E9F" w:rsidP="00BA5A9D">
            <w:r>
              <w:rPr>
                <w:sz w:val="16"/>
              </w:rPr>
              <w:t>156</w:t>
            </w:r>
          </w:p>
        </w:tc>
        <w:tc>
          <w:tcPr>
            <w:tcW w:w="3685" w:type="dxa"/>
          </w:tcPr>
          <w:p w14:paraId="58EE3A3B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2812D874" w14:textId="77777777" w:rsidR="00F25E9F" w:rsidRDefault="00F25E9F" w:rsidP="00BA5A9D">
            <w:r>
              <w:rPr>
                <w:sz w:val="16"/>
              </w:rPr>
              <w:t>241500009841</w:t>
            </w:r>
          </w:p>
        </w:tc>
        <w:tc>
          <w:tcPr>
            <w:tcW w:w="1691" w:type="dxa"/>
          </w:tcPr>
          <w:p w14:paraId="7606903C" w14:textId="77777777" w:rsidR="00F25E9F" w:rsidRDefault="00F25E9F" w:rsidP="00BA5A9D">
            <w:r>
              <w:rPr>
                <w:sz w:val="16"/>
              </w:rPr>
              <w:t>47630</w:t>
            </w:r>
          </w:p>
        </w:tc>
        <w:tc>
          <w:tcPr>
            <w:tcW w:w="1701" w:type="dxa"/>
          </w:tcPr>
          <w:p w14:paraId="74D8538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AE2AC8A" w14:textId="77777777" w:rsidTr="001365F3">
        <w:trPr>
          <w:jc w:val="center"/>
        </w:trPr>
        <w:tc>
          <w:tcPr>
            <w:tcW w:w="993" w:type="dxa"/>
          </w:tcPr>
          <w:p w14:paraId="579D46BA" w14:textId="77777777" w:rsidR="00F25E9F" w:rsidRDefault="00F25E9F" w:rsidP="00BA5A9D">
            <w:r>
              <w:rPr>
                <w:sz w:val="16"/>
              </w:rPr>
              <w:t>157</w:t>
            </w:r>
          </w:p>
        </w:tc>
        <w:tc>
          <w:tcPr>
            <w:tcW w:w="3685" w:type="dxa"/>
          </w:tcPr>
          <w:p w14:paraId="47AF3A5E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5E60A9A7" w14:textId="77777777" w:rsidR="00F25E9F" w:rsidRDefault="00F25E9F" w:rsidP="00BA5A9D">
            <w:r>
              <w:rPr>
                <w:sz w:val="16"/>
              </w:rPr>
              <w:t>241500009842</w:t>
            </w:r>
          </w:p>
        </w:tc>
        <w:tc>
          <w:tcPr>
            <w:tcW w:w="1691" w:type="dxa"/>
          </w:tcPr>
          <w:p w14:paraId="3D594BF4" w14:textId="77777777" w:rsidR="00F25E9F" w:rsidRDefault="00F25E9F" w:rsidP="00BA5A9D">
            <w:r>
              <w:rPr>
                <w:sz w:val="16"/>
              </w:rPr>
              <w:t>47630</w:t>
            </w:r>
          </w:p>
        </w:tc>
        <w:tc>
          <w:tcPr>
            <w:tcW w:w="1701" w:type="dxa"/>
          </w:tcPr>
          <w:p w14:paraId="25C392C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FE7260A" w14:textId="77777777" w:rsidTr="001365F3">
        <w:trPr>
          <w:jc w:val="center"/>
        </w:trPr>
        <w:tc>
          <w:tcPr>
            <w:tcW w:w="993" w:type="dxa"/>
          </w:tcPr>
          <w:p w14:paraId="45021894" w14:textId="77777777" w:rsidR="00F25E9F" w:rsidRDefault="00F25E9F" w:rsidP="00BA5A9D">
            <w:r>
              <w:rPr>
                <w:sz w:val="16"/>
              </w:rPr>
              <w:t>158</w:t>
            </w:r>
          </w:p>
        </w:tc>
        <w:tc>
          <w:tcPr>
            <w:tcW w:w="3685" w:type="dxa"/>
          </w:tcPr>
          <w:p w14:paraId="7C75B590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3F86FF39" w14:textId="77777777" w:rsidR="00F25E9F" w:rsidRDefault="00F25E9F" w:rsidP="00BA5A9D">
            <w:r>
              <w:rPr>
                <w:sz w:val="16"/>
              </w:rPr>
              <w:t>241500009843</w:t>
            </w:r>
          </w:p>
        </w:tc>
        <w:tc>
          <w:tcPr>
            <w:tcW w:w="1691" w:type="dxa"/>
          </w:tcPr>
          <w:p w14:paraId="38FA1675" w14:textId="77777777" w:rsidR="00F25E9F" w:rsidRDefault="00F25E9F" w:rsidP="00BA5A9D">
            <w:r>
              <w:rPr>
                <w:sz w:val="16"/>
              </w:rPr>
              <w:t>47628.7</w:t>
            </w:r>
          </w:p>
        </w:tc>
        <w:tc>
          <w:tcPr>
            <w:tcW w:w="1701" w:type="dxa"/>
          </w:tcPr>
          <w:p w14:paraId="6D3C5DC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C8F16A3" w14:textId="77777777" w:rsidTr="001365F3">
        <w:trPr>
          <w:jc w:val="center"/>
        </w:trPr>
        <w:tc>
          <w:tcPr>
            <w:tcW w:w="993" w:type="dxa"/>
          </w:tcPr>
          <w:p w14:paraId="21AB19B0" w14:textId="77777777" w:rsidR="00F25E9F" w:rsidRDefault="00F25E9F" w:rsidP="00BA5A9D">
            <w:r>
              <w:rPr>
                <w:sz w:val="16"/>
              </w:rPr>
              <w:t>159</w:t>
            </w:r>
          </w:p>
        </w:tc>
        <w:tc>
          <w:tcPr>
            <w:tcW w:w="3685" w:type="dxa"/>
          </w:tcPr>
          <w:p w14:paraId="3C05366D" w14:textId="77777777" w:rsidR="00F25E9F" w:rsidRDefault="00F25E9F" w:rsidP="00BA5A9D">
            <w:proofErr w:type="spellStart"/>
            <w:r>
              <w:rPr>
                <w:sz w:val="16"/>
              </w:rPr>
              <w:t>Телевизор</w:t>
            </w:r>
            <w:proofErr w:type="spellEnd"/>
          </w:p>
        </w:tc>
        <w:tc>
          <w:tcPr>
            <w:tcW w:w="1706" w:type="dxa"/>
            <w:gridSpan w:val="2"/>
          </w:tcPr>
          <w:p w14:paraId="0B3CE3A8" w14:textId="77777777" w:rsidR="00F25E9F" w:rsidRDefault="00F25E9F" w:rsidP="00BA5A9D">
            <w:r>
              <w:rPr>
                <w:sz w:val="16"/>
              </w:rPr>
              <w:t>241500010000</w:t>
            </w:r>
          </w:p>
        </w:tc>
        <w:tc>
          <w:tcPr>
            <w:tcW w:w="1691" w:type="dxa"/>
          </w:tcPr>
          <w:p w14:paraId="39F66B97" w14:textId="77777777" w:rsidR="00F25E9F" w:rsidRDefault="00F25E9F" w:rsidP="00BA5A9D">
            <w:r>
              <w:rPr>
                <w:sz w:val="16"/>
              </w:rPr>
              <w:t>59600</w:t>
            </w:r>
          </w:p>
        </w:tc>
        <w:tc>
          <w:tcPr>
            <w:tcW w:w="1701" w:type="dxa"/>
          </w:tcPr>
          <w:p w14:paraId="3D8A453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F8C4E91" w14:textId="77777777" w:rsidTr="001365F3">
        <w:trPr>
          <w:jc w:val="center"/>
        </w:trPr>
        <w:tc>
          <w:tcPr>
            <w:tcW w:w="993" w:type="dxa"/>
          </w:tcPr>
          <w:p w14:paraId="1864777C" w14:textId="77777777" w:rsidR="00F25E9F" w:rsidRDefault="00F25E9F" w:rsidP="00BA5A9D">
            <w:r>
              <w:rPr>
                <w:sz w:val="16"/>
              </w:rPr>
              <w:t>160</w:t>
            </w:r>
          </w:p>
        </w:tc>
        <w:tc>
          <w:tcPr>
            <w:tcW w:w="3685" w:type="dxa"/>
          </w:tcPr>
          <w:p w14:paraId="614884B8" w14:textId="77777777" w:rsidR="00F25E9F" w:rsidRDefault="00F25E9F" w:rsidP="00BA5A9D">
            <w:proofErr w:type="spellStart"/>
            <w:r>
              <w:rPr>
                <w:sz w:val="16"/>
              </w:rPr>
              <w:t>Ковры</w:t>
            </w:r>
            <w:proofErr w:type="spellEnd"/>
          </w:p>
        </w:tc>
        <w:tc>
          <w:tcPr>
            <w:tcW w:w="1706" w:type="dxa"/>
            <w:gridSpan w:val="2"/>
          </w:tcPr>
          <w:p w14:paraId="643E5D55" w14:textId="77777777" w:rsidR="00F25E9F" w:rsidRDefault="00F25E9F" w:rsidP="00BA5A9D">
            <w:r>
              <w:rPr>
                <w:sz w:val="16"/>
              </w:rPr>
              <w:t>241300000006</w:t>
            </w:r>
          </w:p>
        </w:tc>
        <w:tc>
          <w:tcPr>
            <w:tcW w:w="1691" w:type="dxa"/>
          </w:tcPr>
          <w:p w14:paraId="478F8076" w14:textId="77777777" w:rsidR="00F25E9F" w:rsidRDefault="00F25E9F" w:rsidP="00BA5A9D">
            <w:r>
              <w:rPr>
                <w:sz w:val="16"/>
              </w:rPr>
              <w:t>55900</w:t>
            </w:r>
          </w:p>
        </w:tc>
        <w:tc>
          <w:tcPr>
            <w:tcW w:w="1701" w:type="dxa"/>
          </w:tcPr>
          <w:p w14:paraId="67400F0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5115D46" w14:textId="77777777" w:rsidTr="001365F3">
        <w:trPr>
          <w:jc w:val="center"/>
        </w:trPr>
        <w:tc>
          <w:tcPr>
            <w:tcW w:w="993" w:type="dxa"/>
          </w:tcPr>
          <w:p w14:paraId="64AEC2CD" w14:textId="77777777" w:rsidR="00F25E9F" w:rsidRDefault="00F25E9F" w:rsidP="00BA5A9D">
            <w:r>
              <w:rPr>
                <w:sz w:val="16"/>
              </w:rPr>
              <w:t>161</w:t>
            </w:r>
          </w:p>
        </w:tc>
        <w:tc>
          <w:tcPr>
            <w:tcW w:w="3685" w:type="dxa"/>
          </w:tcPr>
          <w:p w14:paraId="1F74202C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18,5 АОС Е970SWN 1366*768 16^9 TN 76ГЦ Black(vit)</w:t>
            </w:r>
          </w:p>
        </w:tc>
        <w:tc>
          <w:tcPr>
            <w:tcW w:w="1706" w:type="dxa"/>
            <w:gridSpan w:val="2"/>
          </w:tcPr>
          <w:p w14:paraId="1B9CE4B7" w14:textId="77777777" w:rsidR="00F25E9F" w:rsidRDefault="00F25E9F" w:rsidP="00BA5A9D">
            <w:r>
              <w:rPr>
                <w:sz w:val="16"/>
              </w:rPr>
              <w:t>241300000012</w:t>
            </w:r>
          </w:p>
        </w:tc>
        <w:tc>
          <w:tcPr>
            <w:tcW w:w="1691" w:type="dxa"/>
          </w:tcPr>
          <w:p w14:paraId="6CFEFEE5" w14:textId="77777777" w:rsidR="00F25E9F" w:rsidRDefault="00F25E9F" w:rsidP="00BA5A9D">
            <w:r>
              <w:rPr>
                <w:sz w:val="16"/>
              </w:rPr>
              <w:t>24990</w:t>
            </w:r>
          </w:p>
        </w:tc>
        <w:tc>
          <w:tcPr>
            <w:tcW w:w="1701" w:type="dxa"/>
          </w:tcPr>
          <w:p w14:paraId="0D857CC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B1688CA" w14:textId="77777777" w:rsidTr="001365F3">
        <w:trPr>
          <w:jc w:val="center"/>
        </w:trPr>
        <w:tc>
          <w:tcPr>
            <w:tcW w:w="993" w:type="dxa"/>
          </w:tcPr>
          <w:p w14:paraId="163424FE" w14:textId="77777777" w:rsidR="00F25E9F" w:rsidRDefault="00F25E9F" w:rsidP="00BA5A9D">
            <w:r>
              <w:rPr>
                <w:sz w:val="16"/>
              </w:rPr>
              <w:t>162</w:t>
            </w:r>
          </w:p>
        </w:tc>
        <w:tc>
          <w:tcPr>
            <w:tcW w:w="3685" w:type="dxa"/>
          </w:tcPr>
          <w:p w14:paraId="697BE097" w14:textId="77777777" w:rsidR="00F25E9F" w:rsidRDefault="00F25E9F" w:rsidP="00BA5A9D">
            <w:proofErr w:type="spellStart"/>
            <w:r>
              <w:rPr>
                <w:sz w:val="16"/>
              </w:rPr>
              <w:t>Принтер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струйный</w:t>
            </w:r>
            <w:proofErr w:type="spellEnd"/>
            <w:r>
              <w:rPr>
                <w:sz w:val="16"/>
              </w:rPr>
              <w:t xml:space="preserve"> Canon PIXMA G-1411 СНПЧ А4 (vit)</w:t>
            </w:r>
          </w:p>
        </w:tc>
        <w:tc>
          <w:tcPr>
            <w:tcW w:w="1706" w:type="dxa"/>
            <w:gridSpan w:val="2"/>
          </w:tcPr>
          <w:p w14:paraId="230E81B9" w14:textId="77777777" w:rsidR="00F25E9F" w:rsidRDefault="00F25E9F" w:rsidP="00BA5A9D">
            <w:r>
              <w:rPr>
                <w:sz w:val="16"/>
              </w:rPr>
              <w:t>241300000015</w:t>
            </w:r>
          </w:p>
        </w:tc>
        <w:tc>
          <w:tcPr>
            <w:tcW w:w="1691" w:type="dxa"/>
          </w:tcPr>
          <w:p w14:paraId="7E936A46" w14:textId="77777777" w:rsidR="00F25E9F" w:rsidRDefault="00F25E9F" w:rsidP="00BA5A9D">
            <w:r>
              <w:rPr>
                <w:sz w:val="16"/>
              </w:rPr>
              <w:t>49990</w:t>
            </w:r>
          </w:p>
        </w:tc>
        <w:tc>
          <w:tcPr>
            <w:tcW w:w="1701" w:type="dxa"/>
          </w:tcPr>
          <w:p w14:paraId="7860F7F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2F1703" w14:textId="77777777" w:rsidTr="001365F3">
        <w:trPr>
          <w:jc w:val="center"/>
        </w:trPr>
        <w:tc>
          <w:tcPr>
            <w:tcW w:w="993" w:type="dxa"/>
          </w:tcPr>
          <w:p w14:paraId="6A8A8C2A" w14:textId="77777777" w:rsidR="00F25E9F" w:rsidRDefault="00F25E9F" w:rsidP="00BA5A9D">
            <w:r>
              <w:rPr>
                <w:sz w:val="16"/>
              </w:rPr>
              <w:t>163</w:t>
            </w:r>
          </w:p>
        </w:tc>
        <w:tc>
          <w:tcPr>
            <w:tcW w:w="3685" w:type="dxa"/>
          </w:tcPr>
          <w:p w14:paraId="60301ED7" w14:textId="77777777" w:rsidR="00F25E9F" w:rsidRDefault="00F25E9F" w:rsidP="00BA5A9D">
            <w:proofErr w:type="spellStart"/>
            <w:r>
              <w:rPr>
                <w:sz w:val="16"/>
              </w:rPr>
              <w:t>Ковры</w:t>
            </w:r>
            <w:proofErr w:type="spellEnd"/>
          </w:p>
        </w:tc>
        <w:tc>
          <w:tcPr>
            <w:tcW w:w="1706" w:type="dxa"/>
            <w:gridSpan w:val="2"/>
          </w:tcPr>
          <w:p w14:paraId="1E2E1519" w14:textId="77777777" w:rsidR="00F25E9F" w:rsidRDefault="00F25E9F" w:rsidP="00BA5A9D">
            <w:r>
              <w:rPr>
                <w:sz w:val="16"/>
              </w:rPr>
              <w:t>241300000020</w:t>
            </w:r>
          </w:p>
        </w:tc>
        <w:tc>
          <w:tcPr>
            <w:tcW w:w="1691" w:type="dxa"/>
          </w:tcPr>
          <w:p w14:paraId="68EC2996" w14:textId="77777777" w:rsidR="00F25E9F" w:rsidRDefault="00F25E9F" w:rsidP="00BA5A9D">
            <w:r>
              <w:rPr>
                <w:sz w:val="16"/>
              </w:rPr>
              <w:t>55900</w:t>
            </w:r>
          </w:p>
        </w:tc>
        <w:tc>
          <w:tcPr>
            <w:tcW w:w="1701" w:type="dxa"/>
          </w:tcPr>
          <w:p w14:paraId="4704409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E47112" w14:textId="77777777" w:rsidTr="001365F3">
        <w:trPr>
          <w:jc w:val="center"/>
        </w:trPr>
        <w:tc>
          <w:tcPr>
            <w:tcW w:w="993" w:type="dxa"/>
          </w:tcPr>
          <w:p w14:paraId="6E927101" w14:textId="77777777" w:rsidR="00F25E9F" w:rsidRDefault="00F25E9F" w:rsidP="00BA5A9D">
            <w:r>
              <w:rPr>
                <w:sz w:val="16"/>
              </w:rPr>
              <w:t>164</w:t>
            </w:r>
          </w:p>
        </w:tc>
        <w:tc>
          <w:tcPr>
            <w:tcW w:w="3685" w:type="dxa"/>
          </w:tcPr>
          <w:p w14:paraId="030625EF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18,5 </w:t>
            </w:r>
            <w:proofErr w:type="spellStart"/>
            <w:r>
              <w:rPr>
                <w:sz w:val="16"/>
              </w:rPr>
              <w:t>Aser</w:t>
            </w:r>
            <w:proofErr w:type="spellEnd"/>
            <w:r>
              <w:rPr>
                <w:sz w:val="16"/>
              </w:rPr>
              <w:t xml:space="preserve"> V193HQ Black</w:t>
            </w:r>
          </w:p>
        </w:tc>
        <w:tc>
          <w:tcPr>
            <w:tcW w:w="1706" w:type="dxa"/>
            <w:gridSpan w:val="2"/>
          </w:tcPr>
          <w:p w14:paraId="31E7AE7F" w14:textId="77777777" w:rsidR="00F25E9F" w:rsidRDefault="00F25E9F" w:rsidP="00BA5A9D">
            <w:r>
              <w:rPr>
                <w:sz w:val="16"/>
              </w:rPr>
              <w:t>241300000025</w:t>
            </w:r>
          </w:p>
        </w:tc>
        <w:tc>
          <w:tcPr>
            <w:tcW w:w="1691" w:type="dxa"/>
          </w:tcPr>
          <w:p w14:paraId="201E016D" w14:textId="77777777" w:rsidR="00F25E9F" w:rsidRDefault="00F25E9F" w:rsidP="00BA5A9D">
            <w:r>
              <w:rPr>
                <w:sz w:val="16"/>
              </w:rPr>
              <w:t>20229</w:t>
            </w:r>
          </w:p>
        </w:tc>
        <w:tc>
          <w:tcPr>
            <w:tcW w:w="1701" w:type="dxa"/>
          </w:tcPr>
          <w:p w14:paraId="3A296A6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EDB0EA6" w14:textId="77777777" w:rsidTr="001365F3">
        <w:trPr>
          <w:jc w:val="center"/>
        </w:trPr>
        <w:tc>
          <w:tcPr>
            <w:tcW w:w="993" w:type="dxa"/>
          </w:tcPr>
          <w:p w14:paraId="13D2B674" w14:textId="77777777" w:rsidR="00F25E9F" w:rsidRDefault="00F25E9F" w:rsidP="00BA5A9D">
            <w:r>
              <w:rPr>
                <w:sz w:val="16"/>
              </w:rPr>
              <w:t>165</w:t>
            </w:r>
          </w:p>
        </w:tc>
        <w:tc>
          <w:tcPr>
            <w:tcW w:w="3685" w:type="dxa"/>
          </w:tcPr>
          <w:p w14:paraId="15AE3DBC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37BA912B" w14:textId="77777777" w:rsidR="00F25E9F" w:rsidRDefault="00F25E9F" w:rsidP="00BA5A9D">
            <w:r>
              <w:rPr>
                <w:sz w:val="16"/>
              </w:rPr>
              <w:t>241300000029</w:t>
            </w:r>
          </w:p>
        </w:tc>
        <w:tc>
          <w:tcPr>
            <w:tcW w:w="1691" w:type="dxa"/>
          </w:tcPr>
          <w:p w14:paraId="0B5FF910" w14:textId="77777777" w:rsidR="00F25E9F" w:rsidRDefault="00F25E9F" w:rsidP="00BA5A9D">
            <w:r>
              <w:rPr>
                <w:sz w:val="16"/>
              </w:rPr>
              <w:t>47630</w:t>
            </w:r>
          </w:p>
        </w:tc>
        <w:tc>
          <w:tcPr>
            <w:tcW w:w="1701" w:type="dxa"/>
          </w:tcPr>
          <w:p w14:paraId="7BE2978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D05DA41" w14:textId="77777777" w:rsidTr="001365F3">
        <w:trPr>
          <w:jc w:val="center"/>
        </w:trPr>
        <w:tc>
          <w:tcPr>
            <w:tcW w:w="993" w:type="dxa"/>
          </w:tcPr>
          <w:p w14:paraId="74CDC799" w14:textId="77777777" w:rsidR="00F25E9F" w:rsidRDefault="00F25E9F" w:rsidP="00BA5A9D">
            <w:r>
              <w:rPr>
                <w:sz w:val="16"/>
              </w:rPr>
              <w:t>166</w:t>
            </w:r>
          </w:p>
        </w:tc>
        <w:tc>
          <w:tcPr>
            <w:tcW w:w="3685" w:type="dxa"/>
          </w:tcPr>
          <w:p w14:paraId="156F3BDC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B527D35" w14:textId="77777777" w:rsidR="00F25E9F" w:rsidRDefault="00F25E9F" w:rsidP="00BA5A9D">
            <w:r>
              <w:rPr>
                <w:sz w:val="16"/>
              </w:rPr>
              <w:t>241300000030</w:t>
            </w:r>
          </w:p>
        </w:tc>
        <w:tc>
          <w:tcPr>
            <w:tcW w:w="1691" w:type="dxa"/>
          </w:tcPr>
          <w:p w14:paraId="669A37D6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455D07E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E4DF429" w14:textId="77777777" w:rsidTr="001365F3">
        <w:trPr>
          <w:jc w:val="center"/>
        </w:trPr>
        <w:tc>
          <w:tcPr>
            <w:tcW w:w="993" w:type="dxa"/>
          </w:tcPr>
          <w:p w14:paraId="0492AA36" w14:textId="77777777" w:rsidR="00F25E9F" w:rsidRDefault="00F25E9F" w:rsidP="00BA5A9D">
            <w:r>
              <w:rPr>
                <w:sz w:val="16"/>
              </w:rPr>
              <w:t>167</w:t>
            </w:r>
          </w:p>
        </w:tc>
        <w:tc>
          <w:tcPr>
            <w:tcW w:w="3685" w:type="dxa"/>
          </w:tcPr>
          <w:p w14:paraId="09988EBF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5BB2650" w14:textId="77777777" w:rsidR="00F25E9F" w:rsidRDefault="00F25E9F" w:rsidP="00BA5A9D">
            <w:r>
              <w:rPr>
                <w:sz w:val="16"/>
              </w:rPr>
              <w:t>241300000031</w:t>
            </w:r>
          </w:p>
        </w:tc>
        <w:tc>
          <w:tcPr>
            <w:tcW w:w="1691" w:type="dxa"/>
          </w:tcPr>
          <w:p w14:paraId="67B9A187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5776A96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A9D52FB" w14:textId="77777777" w:rsidTr="001365F3">
        <w:trPr>
          <w:jc w:val="center"/>
        </w:trPr>
        <w:tc>
          <w:tcPr>
            <w:tcW w:w="993" w:type="dxa"/>
          </w:tcPr>
          <w:p w14:paraId="0F9CD2FE" w14:textId="77777777" w:rsidR="00F25E9F" w:rsidRDefault="00F25E9F" w:rsidP="00BA5A9D">
            <w:r>
              <w:rPr>
                <w:sz w:val="16"/>
              </w:rPr>
              <w:t>168</w:t>
            </w:r>
          </w:p>
        </w:tc>
        <w:tc>
          <w:tcPr>
            <w:tcW w:w="3685" w:type="dxa"/>
          </w:tcPr>
          <w:p w14:paraId="0E5704C3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2E9375BF" w14:textId="77777777" w:rsidR="00F25E9F" w:rsidRDefault="00F25E9F" w:rsidP="00BA5A9D">
            <w:r>
              <w:rPr>
                <w:sz w:val="16"/>
              </w:rPr>
              <w:t>241300000032</w:t>
            </w:r>
          </w:p>
        </w:tc>
        <w:tc>
          <w:tcPr>
            <w:tcW w:w="1691" w:type="dxa"/>
          </w:tcPr>
          <w:p w14:paraId="6A18E804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5889D42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0B053C5" w14:textId="77777777" w:rsidTr="001365F3">
        <w:trPr>
          <w:jc w:val="center"/>
        </w:trPr>
        <w:tc>
          <w:tcPr>
            <w:tcW w:w="993" w:type="dxa"/>
          </w:tcPr>
          <w:p w14:paraId="40854D76" w14:textId="77777777" w:rsidR="00F25E9F" w:rsidRDefault="00F25E9F" w:rsidP="00BA5A9D">
            <w:r>
              <w:rPr>
                <w:sz w:val="16"/>
              </w:rPr>
              <w:t>169</w:t>
            </w:r>
          </w:p>
        </w:tc>
        <w:tc>
          <w:tcPr>
            <w:tcW w:w="3685" w:type="dxa"/>
          </w:tcPr>
          <w:p w14:paraId="54F97F62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7023261" w14:textId="77777777" w:rsidR="00F25E9F" w:rsidRDefault="00F25E9F" w:rsidP="00BA5A9D">
            <w:r>
              <w:rPr>
                <w:sz w:val="16"/>
              </w:rPr>
              <w:t>241300000033</w:t>
            </w:r>
          </w:p>
        </w:tc>
        <w:tc>
          <w:tcPr>
            <w:tcW w:w="1691" w:type="dxa"/>
          </w:tcPr>
          <w:p w14:paraId="6A5375DA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1EDD090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2CAEFDE" w14:textId="77777777" w:rsidTr="001365F3">
        <w:trPr>
          <w:jc w:val="center"/>
        </w:trPr>
        <w:tc>
          <w:tcPr>
            <w:tcW w:w="993" w:type="dxa"/>
          </w:tcPr>
          <w:p w14:paraId="278A7A92" w14:textId="77777777" w:rsidR="00F25E9F" w:rsidRDefault="00F25E9F" w:rsidP="00BA5A9D">
            <w:r>
              <w:rPr>
                <w:sz w:val="16"/>
              </w:rPr>
              <w:t>170</w:t>
            </w:r>
          </w:p>
        </w:tc>
        <w:tc>
          <w:tcPr>
            <w:tcW w:w="3685" w:type="dxa"/>
          </w:tcPr>
          <w:p w14:paraId="068CE9E4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73819B97" w14:textId="77777777" w:rsidR="00F25E9F" w:rsidRDefault="00F25E9F" w:rsidP="00BA5A9D">
            <w:r>
              <w:rPr>
                <w:sz w:val="16"/>
              </w:rPr>
              <w:t>241300000034</w:t>
            </w:r>
          </w:p>
        </w:tc>
        <w:tc>
          <w:tcPr>
            <w:tcW w:w="1691" w:type="dxa"/>
          </w:tcPr>
          <w:p w14:paraId="4E3AF54D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46E1782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C169347" w14:textId="77777777" w:rsidTr="001365F3">
        <w:trPr>
          <w:jc w:val="center"/>
        </w:trPr>
        <w:tc>
          <w:tcPr>
            <w:tcW w:w="993" w:type="dxa"/>
          </w:tcPr>
          <w:p w14:paraId="4E60FBFA" w14:textId="77777777" w:rsidR="00F25E9F" w:rsidRDefault="00F25E9F" w:rsidP="00BA5A9D">
            <w:r>
              <w:rPr>
                <w:sz w:val="16"/>
              </w:rPr>
              <w:t>171</w:t>
            </w:r>
          </w:p>
        </w:tc>
        <w:tc>
          <w:tcPr>
            <w:tcW w:w="3685" w:type="dxa"/>
          </w:tcPr>
          <w:p w14:paraId="79AF87F9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4E7E7781" w14:textId="77777777" w:rsidR="00F25E9F" w:rsidRDefault="00F25E9F" w:rsidP="00BA5A9D">
            <w:r>
              <w:rPr>
                <w:sz w:val="16"/>
              </w:rPr>
              <w:t>241300000035</w:t>
            </w:r>
          </w:p>
        </w:tc>
        <w:tc>
          <w:tcPr>
            <w:tcW w:w="1691" w:type="dxa"/>
          </w:tcPr>
          <w:p w14:paraId="64BB6847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049C528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77F3134" w14:textId="77777777" w:rsidTr="001365F3">
        <w:trPr>
          <w:jc w:val="center"/>
        </w:trPr>
        <w:tc>
          <w:tcPr>
            <w:tcW w:w="993" w:type="dxa"/>
          </w:tcPr>
          <w:p w14:paraId="091CF844" w14:textId="77777777" w:rsidR="00F25E9F" w:rsidRDefault="00F25E9F" w:rsidP="00BA5A9D">
            <w:r>
              <w:rPr>
                <w:sz w:val="16"/>
              </w:rPr>
              <w:t>172</w:t>
            </w:r>
          </w:p>
        </w:tc>
        <w:tc>
          <w:tcPr>
            <w:tcW w:w="3685" w:type="dxa"/>
          </w:tcPr>
          <w:p w14:paraId="376D0AB7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6E42C1C7" w14:textId="77777777" w:rsidR="00F25E9F" w:rsidRDefault="00F25E9F" w:rsidP="00BA5A9D">
            <w:r>
              <w:rPr>
                <w:sz w:val="16"/>
              </w:rPr>
              <w:t>241300000036</w:t>
            </w:r>
          </w:p>
        </w:tc>
        <w:tc>
          <w:tcPr>
            <w:tcW w:w="1691" w:type="dxa"/>
          </w:tcPr>
          <w:p w14:paraId="1210DFEA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2C6AC7C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512709A" w14:textId="77777777" w:rsidTr="001365F3">
        <w:trPr>
          <w:jc w:val="center"/>
        </w:trPr>
        <w:tc>
          <w:tcPr>
            <w:tcW w:w="993" w:type="dxa"/>
          </w:tcPr>
          <w:p w14:paraId="058F60CD" w14:textId="77777777" w:rsidR="00F25E9F" w:rsidRDefault="00F25E9F" w:rsidP="00BA5A9D">
            <w:r>
              <w:rPr>
                <w:sz w:val="16"/>
              </w:rPr>
              <w:t>173</w:t>
            </w:r>
          </w:p>
        </w:tc>
        <w:tc>
          <w:tcPr>
            <w:tcW w:w="3685" w:type="dxa"/>
          </w:tcPr>
          <w:p w14:paraId="688141D5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1A96BE6E" w14:textId="77777777" w:rsidR="00F25E9F" w:rsidRDefault="00F25E9F" w:rsidP="00BA5A9D">
            <w:r>
              <w:rPr>
                <w:sz w:val="16"/>
              </w:rPr>
              <w:t>241300000037</w:t>
            </w:r>
          </w:p>
        </w:tc>
        <w:tc>
          <w:tcPr>
            <w:tcW w:w="1691" w:type="dxa"/>
          </w:tcPr>
          <w:p w14:paraId="241443FA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3880824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817E098" w14:textId="77777777" w:rsidTr="001365F3">
        <w:trPr>
          <w:jc w:val="center"/>
        </w:trPr>
        <w:tc>
          <w:tcPr>
            <w:tcW w:w="993" w:type="dxa"/>
          </w:tcPr>
          <w:p w14:paraId="1F768E20" w14:textId="77777777" w:rsidR="00F25E9F" w:rsidRDefault="00F25E9F" w:rsidP="00BA5A9D">
            <w:r>
              <w:rPr>
                <w:sz w:val="16"/>
              </w:rPr>
              <w:t>174</w:t>
            </w:r>
          </w:p>
        </w:tc>
        <w:tc>
          <w:tcPr>
            <w:tcW w:w="3685" w:type="dxa"/>
          </w:tcPr>
          <w:p w14:paraId="223734B9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6620DE25" w14:textId="77777777" w:rsidR="00F25E9F" w:rsidRDefault="00F25E9F" w:rsidP="00BA5A9D">
            <w:r>
              <w:rPr>
                <w:sz w:val="16"/>
              </w:rPr>
              <w:t>241300000038</w:t>
            </w:r>
          </w:p>
        </w:tc>
        <w:tc>
          <w:tcPr>
            <w:tcW w:w="1691" w:type="dxa"/>
          </w:tcPr>
          <w:p w14:paraId="15F72AAE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462D04A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1494207" w14:textId="77777777" w:rsidTr="001365F3">
        <w:trPr>
          <w:jc w:val="center"/>
        </w:trPr>
        <w:tc>
          <w:tcPr>
            <w:tcW w:w="993" w:type="dxa"/>
          </w:tcPr>
          <w:p w14:paraId="570FF8F7" w14:textId="77777777" w:rsidR="00F25E9F" w:rsidRDefault="00F25E9F" w:rsidP="00BA5A9D">
            <w:r>
              <w:rPr>
                <w:sz w:val="16"/>
              </w:rPr>
              <w:t>175</w:t>
            </w:r>
          </w:p>
        </w:tc>
        <w:tc>
          <w:tcPr>
            <w:tcW w:w="3685" w:type="dxa"/>
          </w:tcPr>
          <w:p w14:paraId="1ACEFC17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97C22FF" w14:textId="77777777" w:rsidR="00F25E9F" w:rsidRDefault="00F25E9F" w:rsidP="00BA5A9D">
            <w:r>
              <w:rPr>
                <w:sz w:val="16"/>
              </w:rPr>
              <w:t>241300000039</w:t>
            </w:r>
          </w:p>
        </w:tc>
        <w:tc>
          <w:tcPr>
            <w:tcW w:w="1691" w:type="dxa"/>
          </w:tcPr>
          <w:p w14:paraId="6A575917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3401B9F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B9273F4" w14:textId="77777777" w:rsidTr="001365F3">
        <w:trPr>
          <w:jc w:val="center"/>
        </w:trPr>
        <w:tc>
          <w:tcPr>
            <w:tcW w:w="993" w:type="dxa"/>
          </w:tcPr>
          <w:p w14:paraId="3276F0F1" w14:textId="77777777" w:rsidR="00F25E9F" w:rsidRDefault="00F25E9F" w:rsidP="00BA5A9D">
            <w:r>
              <w:rPr>
                <w:sz w:val="16"/>
              </w:rPr>
              <w:t>176</w:t>
            </w:r>
          </w:p>
        </w:tc>
        <w:tc>
          <w:tcPr>
            <w:tcW w:w="3685" w:type="dxa"/>
          </w:tcPr>
          <w:p w14:paraId="180624B2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13736A54" w14:textId="77777777" w:rsidR="00F25E9F" w:rsidRDefault="00F25E9F" w:rsidP="00BA5A9D">
            <w:r>
              <w:rPr>
                <w:sz w:val="16"/>
              </w:rPr>
              <w:t>241300000040</w:t>
            </w:r>
          </w:p>
        </w:tc>
        <w:tc>
          <w:tcPr>
            <w:tcW w:w="1691" w:type="dxa"/>
          </w:tcPr>
          <w:p w14:paraId="4DC2D941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47156A0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ABD1FD8" w14:textId="77777777" w:rsidTr="001365F3">
        <w:trPr>
          <w:jc w:val="center"/>
        </w:trPr>
        <w:tc>
          <w:tcPr>
            <w:tcW w:w="993" w:type="dxa"/>
          </w:tcPr>
          <w:p w14:paraId="5C771B73" w14:textId="77777777" w:rsidR="00F25E9F" w:rsidRDefault="00F25E9F" w:rsidP="00BA5A9D">
            <w:r>
              <w:rPr>
                <w:sz w:val="16"/>
              </w:rPr>
              <w:t>177</w:t>
            </w:r>
          </w:p>
        </w:tc>
        <w:tc>
          <w:tcPr>
            <w:tcW w:w="3685" w:type="dxa"/>
          </w:tcPr>
          <w:p w14:paraId="6064F360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05E62F65" w14:textId="77777777" w:rsidR="00F25E9F" w:rsidRDefault="00F25E9F" w:rsidP="00BA5A9D">
            <w:r>
              <w:rPr>
                <w:sz w:val="16"/>
              </w:rPr>
              <w:t>241300000041</w:t>
            </w:r>
          </w:p>
        </w:tc>
        <w:tc>
          <w:tcPr>
            <w:tcW w:w="1691" w:type="dxa"/>
          </w:tcPr>
          <w:p w14:paraId="6AB4DAA1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3734416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50E99F7" w14:textId="77777777" w:rsidTr="001365F3">
        <w:trPr>
          <w:jc w:val="center"/>
        </w:trPr>
        <w:tc>
          <w:tcPr>
            <w:tcW w:w="993" w:type="dxa"/>
          </w:tcPr>
          <w:p w14:paraId="747B9A1A" w14:textId="77777777" w:rsidR="00F25E9F" w:rsidRDefault="00F25E9F" w:rsidP="00BA5A9D">
            <w:r>
              <w:rPr>
                <w:sz w:val="16"/>
              </w:rPr>
              <w:t>178</w:t>
            </w:r>
          </w:p>
        </w:tc>
        <w:tc>
          <w:tcPr>
            <w:tcW w:w="3685" w:type="dxa"/>
          </w:tcPr>
          <w:p w14:paraId="44D3C238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690FF5A" w14:textId="77777777" w:rsidR="00F25E9F" w:rsidRDefault="00F25E9F" w:rsidP="00BA5A9D">
            <w:r>
              <w:rPr>
                <w:sz w:val="16"/>
              </w:rPr>
              <w:t>241300000042</w:t>
            </w:r>
          </w:p>
        </w:tc>
        <w:tc>
          <w:tcPr>
            <w:tcW w:w="1691" w:type="dxa"/>
          </w:tcPr>
          <w:p w14:paraId="73A0F1BD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0066DBE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DB3E91A" w14:textId="77777777" w:rsidTr="001365F3">
        <w:trPr>
          <w:jc w:val="center"/>
        </w:trPr>
        <w:tc>
          <w:tcPr>
            <w:tcW w:w="993" w:type="dxa"/>
          </w:tcPr>
          <w:p w14:paraId="1C354DEF" w14:textId="77777777" w:rsidR="00F25E9F" w:rsidRDefault="00F25E9F" w:rsidP="00BA5A9D">
            <w:r>
              <w:rPr>
                <w:sz w:val="16"/>
              </w:rPr>
              <w:t>179</w:t>
            </w:r>
          </w:p>
        </w:tc>
        <w:tc>
          <w:tcPr>
            <w:tcW w:w="3685" w:type="dxa"/>
          </w:tcPr>
          <w:p w14:paraId="43FB8A53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E6D5E7F" w14:textId="77777777" w:rsidR="00F25E9F" w:rsidRDefault="00F25E9F" w:rsidP="00BA5A9D">
            <w:r>
              <w:rPr>
                <w:sz w:val="16"/>
              </w:rPr>
              <w:t>241300000043</w:t>
            </w:r>
          </w:p>
        </w:tc>
        <w:tc>
          <w:tcPr>
            <w:tcW w:w="1691" w:type="dxa"/>
          </w:tcPr>
          <w:p w14:paraId="04CF13AB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17323F5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1C11B47" w14:textId="77777777" w:rsidTr="001365F3">
        <w:trPr>
          <w:jc w:val="center"/>
        </w:trPr>
        <w:tc>
          <w:tcPr>
            <w:tcW w:w="993" w:type="dxa"/>
          </w:tcPr>
          <w:p w14:paraId="7A02931C" w14:textId="77777777" w:rsidR="00F25E9F" w:rsidRDefault="00F25E9F" w:rsidP="00BA5A9D">
            <w:r>
              <w:rPr>
                <w:sz w:val="16"/>
              </w:rPr>
              <w:t>180</w:t>
            </w:r>
          </w:p>
        </w:tc>
        <w:tc>
          <w:tcPr>
            <w:tcW w:w="3685" w:type="dxa"/>
          </w:tcPr>
          <w:p w14:paraId="4FD2A55D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80FE7A0" w14:textId="77777777" w:rsidR="00F25E9F" w:rsidRDefault="00F25E9F" w:rsidP="00BA5A9D">
            <w:r>
              <w:rPr>
                <w:sz w:val="16"/>
              </w:rPr>
              <w:t>241300000044</w:t>
            </w:r>
          </w:p>
        </w:tc>
        <w:tc>
          <w:tcPr>
            <w:tcW w:w="1691" w:type="dxa"/>
          </w:tcPr>
          <w:p w14:paraId="5535C4CF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0ACC115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3355FBC" w14:textId="77777777" w:rsidTr="001365F3">
        <w:trPr>
          <w:jc w:val="center"/>
        </w:trPr>
        <w:tc>
          <w:tcPr>
            <w:tcW w:w="993" w:type="dxa"/>
          </w:tcPr>
          <w:p w14:paraId="78405E3D" w14:textId="77777777" w:rsidR="00F25E9F" w:rsidRDefault="00F25E9F" w:rsidP="00BA5A9D">
            <w:r>
              <w:rPr>
                <w:sz w:val="16"/>
              </w:rPr>
              <w:t>181</w:t>
            </w:r>
          </w:p>
        </w:tc>
        <w:tc>
          <w:tcPr>
            <w:tcW w:w="3685" w:type="dxa"/>
          </w:tcPr>
          <w:p w14:paraId="586C3621" w14:textId="77777777" w:rsidR="00F25E9F" w:rsidRDefault="00F25E9F" w:rsidP="00BA5A9D">
            <w:proofErr w:type="spellStart"/>
            <w:r>
              <w:rPr>
                <w:sz w:val="16"/>
              </w:rPr>
              <w:t>Система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видеонаблюдения</w:t>
            </w:r>
            <w:proofErr w:type="spellEnd"/>
          </w:p>
        </w:tc>
        <w:tc>
          <w:tcPr>
            <w:tcW w:w="1706" w:type="dxa"/>
            <w:gridSpan w:val="2"/>
          </w:tcPr>
          <w:p w14:paraId="33E3CA49" w14:textId="77777777" w:rsidR="00F25E9F" w:rsidRDefault="00F25E9F" w:rsidP="00BA5A9D">
            <w:r>
              <w:rPr>
                <w:sz w:val="16"/>
              </w:rPr>
              <w:t>241300000045</w:t>
            </w:r>
          </w:p>
        </w:tc>
        <w:tc>
          <w:tcPr>
            <w:tcW w:w="1691" w:type="dxa"/>
          </w:tcPr>
          <w:p w14:paraId="44D42A8F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1A719A3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036137" w14:textId="77777777" w:rsidTr="001365F3">
        <w:trPr>
          <w:jc w:val="center"/>
        </w:trPr>
        <w:tc>
          <w:tcPr>
            <w:tcW w:w="993" w:type="dxa"/>
          </w:tcPr>
          <w:p w14:paraId="01A67489" w14:textId="77777777" w:rsidR="00F25E9F" w:rsidRDefault="00F25E9F" w:rsidP="00BA5A9D">
            <w:r>
              <w:rPr>
                <w:sz w:val="16"/>
              </w:rPr>
              <w:t>182</w:t>
            </w:r>
          </w:p>
        </w:tc>
        <w:tc>
          <w:tcPr>
            <w:tcW w:w="3685" w:type="dxa"/>
          </w:tcPr>
          <w:p w14:paraId="69D158F3" w14:textId="77777777" w:rsidR="00F25E9F" w:rsidRDefault="00F25E9F" w:rsidP="00BA5A9D">
            <w:proofErr w:type="spellStart"/>
            <w:r>
              <w:rPr>
                <w:sz w:val="16"/>
              </w:rPr>
              <w:t>Ковры</w:t>
            </w:r>
            <w:proofErr w:type="spellEnd"/>
          </w:p>
        </w:tc>
        <w:tc>
          <w:tcPr>
            <w:tcW w:w="1706" w:type="dxa"/>
            <w:gridSpan w:val="2"/>
          </w:tcPr>
          <w:p w14:paraId="1A7024FD" w14:textId="77777777" w:rsidR="00F25E9F" w:rsidRDefault="00F25E9F" w:rsidP="00BA5A9D">
            <w:r>
              <w:rPr>
                <w:sz w:val="16"/>
              </w:rPr>
              <w:t>241500010327</w:t>
            </w:r>
          </w:p>
        </w:tc>
        <w:tc>
          <w:tcPr>
            <w:tcW w:w="1691" w:type="dxa"/>
          </w:tcPr>
          <w:p w14:paraId="5B47CB03" w14:textId="77777777" w:rsidR="00F25E9F" w:rsidRDefault="00F25E9F" w:rsidP="00BA5A9D">
            <w:r>
              <w:rPr>
                <w:sz w:val="16"/>
              </w:rPr>
              <w:t>55900</w:t>
            </w:r>
          </w:p>
        </w:tc>
        <w:tc>
          <w:tcPr>
            <w:tcW w:w="1701" w:type="dxa"/>
          </w:tcPr>
          <w:p w14:paraId="6C44086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BF7F4F6" w14:textId="77777777" w:rsidTr="001365F3">
        <w:trPr>
          <w:jc w:val="center"/>
        </w:trPr>
        <w:tc>
          <w:tcPr>
            <w:tcW w:w="993" w:type="dxa"/>
          </w:tcPr>
          <w:p w14:paraId="61B52FF4" w14:textId="77777777" w:rsidR="00F25E9F" w:rsidRDefault="00F25E9F" w:rsidP="00BA5A9D">
            <w:r>
              <w:rPr>
                <w:sz w:val="16"/>
              </w:rPr>
              <w:t>183</w:t>
            </w:r>
          </w:p>
        </w:tc>
        <w:tc>
          <w:tcPr>
            <w:tcW w:w="3685" w:type="dxa"/>
          </w:tcPr>
          <w:p w14:paraId="7EFD8D96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5367D004" w14:textId="77777777" w:rsidR="00F25E9F" w:rsidRDefault="00F25E9F" w:rsidP="00BA5A9D">
            <w:r>
              <w:rPr>
                <w:sz w:val="16"/>
              </w:rPr>
              <w:t>241500010433</w:t>
            </w:r>
          </w:p>
        </w:tc>
        <w:tc>
          <w:tcPr>
            <w:tcW w:w="1691" w:type="dxa"/>
          </w:tcPr>
          <w:p w14:paraId="50A40278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3EFF875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D9BB1B6" w14:textId="77777777" w:rsidTr="001365F3">
        <w:trPr>
          <w:jc w:val="center"/>
        </w:trPr>
        <w:tc>
          <w:tcPr>
            <w:tcW w:w="993" w:type="dxa"/>
          </w:tcPr>
          <w:p w14:paraId="227D71D6" w14:textId="77777777" w:rsidR="00F25E9F" w:rsidRDefault="00F25E9F" w:rsidP="00BA5A9D">
            <w:r>
              <w:rPr>
                <w:sz w:val="16"/>
              </w:rPr>
              <w:t>184</w:t>
            </w:r>
          </w:p>
        </w:tc>
        <w:tc>
          <w:tcPr>
            <w:tcW w:w="3685" w:type="dxa"/>
          </w:tcPr>
          <w:p w14:paraId="4184EAF2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6CDD72C2" w14:textId="77777777" w:rsidR="00F25E9F" w:rsidRDefault="00F25E9F" w:rsidP="00BA5A9D">
            <w:r>
              <w:rPr>
                <w:sz w:val="16"/>
              </w:rPr>
              <w:t>241500010434</w:t>
            </w:r>
          </w:p>
        </w:tc>
        <w:tc>
          <w:tcPr>
            <w:tcW w:w="1691" w:type="dxa"/>
          </w:tcPr>
          <w:p w14:paraId="0688799C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3CAE165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FB69464" w14:textId="77777777" w:rsidTr="001365F3">
        <w:trPr>
          <w:jc w:val="center"/>
        </w:trPr>
        <w:tc>
          <w:tcPr>
            <w:tcW w:w="993" w:type="dxa"/>
          </w:tcPr>
          <w:p w14:paraId="58FD9677" w14:textId="77777777" w:rsidR="00F25E9F" w:rsidRDefault="00F25E9F" w:rsidP="00BA5A9D">
            <w:r>
              <w:rPr>
                <w:sz w:val="16"/>
              </w:rPr>
              <w:t>185</w:t>
            </w:r>
          </w:p>
        </w:tc>
        <w:tc>
          <w:tcPr>
            <w:tcW w:w="3685" w:type="dxa"/>
          </w:tcPr>
          <w:p w14:paraId="13823D1B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6B9ABE9B" w14:textId="77777777" w:rsidR="00F25E9F" w:rsidRDefault="00F25E9F" w:rsidP="00BA5A9D">
            <w:r>
              <w:rPr>
                <w:sz w:val="16"/>
              </w:rPr>
              <w:t>241500010435</w:t>
            </w:r>
          </w:p>
        </w:tc>
        <w:tc>
          <w:tcPr>
            <w:tcW w:w="1691" w:type="dxa"/>
          </w:tcPr>
          <w:p w14:paraId="2A8F3858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5371618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363586B" w14:textId="77777777" w:rsidTr="001365F3">
        <w:trPr>
          <w:jc w:val="center"/>
        </w:trPr>
        <w:tc>
          <w:tcPr>
            <w:tcW w:w="993" w:type="dxa"/>
          </w:tcPr>
          <w:p w14:paraId="5A6783D6" w14:textId="77777777" w:rsidR="00F25E9F" w:rsidRDefault="00F25E9F" w:rsidP="00BA5A9D">
            <w:r>
              <w:rPr>
                <w:sz w:val="16"/>
              </w:rPr>
              <w:t>186</w:t>
            </w:r>
          </w:p>
        </w:tc>
        <w:tc>
          <w:tcPr>
            <w:tcW w:w="3685" w:type="dxa"/>
          </w:tcPr>
          <w:p w14:paraId="50399BD5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49407A04" w14:textId="77777777" w:rsidR="00F25E9F" w:rsidRDefault="00F25E9F" w:rsidP="00BA5A9D">
            <w:r>
              <w:rPr>
                <w:sz w:val="16"/>
              </w:rPr>
              <w:t>241500010436</w:t>
            </w:r>
          </w:p>
        </w:tc>
        <w:tc>
          <w:tcPr>
            <w:tcW w:w="1691" w:type="dxa"/>
          </w:tcPr>
          <w:p w14:paraId="4995C4D8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11AD60B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5FFB135" w14:textId="77777777" w:rsidTr="001365F3">
        <w:trPr>
          <w:jc w:val="center"/>
        </w:trPr>
        <w:tc>
          <w:tcPr>
            <w:tcW w:w="993" w:type="dxa"/>
          </w:tcPr>
          <w:p w14:paraId="5543CCD9" w14:textId="77777777" w:rsidR="00F25E9F" w:rsidRDefault="00F25E9F" w:rsidP="00BA5A9D">
            <w:r>
              <w:rPr>
                <w:sz w:val="16"/>
              </w:rPr>
              <w:t>187</w:t>
            </w:r>
          </w:p>
        </w:tc>
        <w:tc>
          <w:tcPr>
            <w:tcW w:w="3685" w:type="dxa"/>
          </w:tcPr>
          <w:p w14:paraId="251681B7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18,5 </w:t>
            </w:r>
            <w:proofErr w:type="spellStart"/>
            <w:r>
              <w:rPr>
                <w:sz w:val="16"/>
              </w:rPr>
              <w:t>Aser</w:t>
            </w:r>
            <w:proofErr w:type="spellEnd"/>
            <w:r>
              <w:rPr>
                <w:sz w:val="16"/>
              </w:rPr>
              <w:t xml:space="preserve"> V193HQ Black</w:t>
            </w:r>
          </w:p>
        </w:tc>
        <w:tc>
          <w:tcPr>
            <w:tcW w:w="1706" w:type="dxa"/>
            <w:gridSpan w:val="2"/>
          </w:tcPr>
          <w:p w14:paraId="6D3ABBA4" w14:textId="77777777" w:rsidR="00F25E9F" w:rsidRDefault="00F25E9F" w:rsidP="00BA5A9D">
            <w:r>
              <w:rPr>
                <w:sz w:val="16"/>
              </w:rPr>
              <w:t>241500010528</w:t>
            </w:r>
          </w:p>
        </w:tc>
        <w:tc>
          <w:tcPr>
            <w:tcW w:w="1691" w:type="dxa"/>
          </w:tcPr>
          <w:p w14:paraId="013D7419" w14:textId="77777777" w:rsidR="00F25E9F" w:rsidRDefault="00F25E9F" w:rsidP="00BA5A9D">
            <w:r>
              <w:rPr>
                <w:sz w:val="16"/>
              </w:rPr>
              <w:t>20229</w:t>
            </w:r>
          </w:p>
        </w:tc>
        <w:tc>
          <w:tcPr>
            <w:tcW w:w="1701" w:type="dxa"/>
          </w:tcPr>
          <w:p w14:paraId="2D9B9DC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09EA21D" w14:textId="77777777" w:rsidTr="001365F3">
        <w:trPr>
          <w:jc w:val="center"/>
        </w:trPr>
        <w:tc>
          <w:tcPr>
            <w:tcW w:w="993" w:type="dxa"/>
          </w:tcPr>
          <w:p w14:paraId="7D3E1727" w14:textId="77777777" w:rsidR="00F25E9F" w:rsidRDefault="00F25E9F" w:rsidP="00BA5A9D">
            <w:r>
              <w:rPr>
                <w:sz w:val="16"/>
              </w:rPr>
              <w:t>188</w:t>
            </w:r>
          </w:p>
        </w:tc>
        <w:tc>
          <w:tcPr>
            <w:tcW w:w="3685" w:type="dxa"/>
          </w:tcPr>
          <w:p w14:paraId="520B340B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20 HP</w:t>
            </w:r>
          </w:p>
        </w:tc>
        <w:tc>
          <w:tcPr>
            <w:tcW w:w="1706" w:type="dxa"/>
            <w:gridSpan w:val="2"/>
          </w:tcPr>
          <w:p w14:paraId="14E7BE7C" w14:textId="77777777" w:rsidR="00F25E9F" w:rsidRDefault="00F25E9F" w:rsidP="00BA5A9D">
            <w:r>
              <w:rPr>
                <w:sz w:val="16"/>
              </w:rPr>
              <w:t>241500010529</w:t>
            </w:r>
          </w:p>
        </w:tc>
        <w:tc>
          <w:tcPr>
            <w:tcW w:w="1691" w:type="dxa"/>
          </w:tcPr>
          <w:p w14:paraId="19834648" w14:textId="77777777" w:rsidR="00F25E9F" w:rsidRDefault="00F25E9F" w:rsidP="00BA5A9D">
            <w:r>
              <w:rPr>
                <w:sz w:val="16"/>
              </w:rPr>
              <w:t>31600</w:t>
            </w:r>
          </w:p>
        </w:tc>
        <w:tc>
          <w:tcPr>
            <w:tcW w:w="1701" w:type="dxa"/>
          </w:tcPr>
          <w:p w14:paraId="5C2C0A9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5ED770D" w14:textId="77777777" w:rsidTr="001365F3">
        <w:trPr>
          <w:jc w:val="center"/>
        </w:trPr>
        <w:tc>
          <w:tcPr>
            <w:tcW w:w="993" w:type="dxa"/>
          </w:tcPr>
          <w:p w14:paraId="00BDFDEB" w14:textId="77777777" w:rsidR="00F25E9F" w:rsidRDefault="00F25E9F" w:rsidP="00BA5A9D">
            <w:r>
              <w:rPr>
                <w:sz w:val="16"/>
              </w:rPr>
              <w:t>189</w:t>
            </w:r>
          </w:p>
        </w:tc>
        <w:tc>
          <w:tcPr>
            <w:tcW w:w="3685" w:type="dxa"/>
          </w:tcPr>
          <w:p w14:paraId="13C2C982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0A260DD9" w14:textId="77777777" w:rsidR="00F25E9F" w:rsidRDefault="00F25E9F" w:rsidP="00BA5A9D">
            <w:r>
              <w:rPr>
                <w:sz w:val="16"/>
              </w:rPr>
              <w:t>241500010944</w:t>
            </w:r>
          </w:p>
        </w:tc>
        <w:tc>
          <w:tcPr>
            <w:tcW w:w="1691" w:type="dxa"/>
          </w:tcPr>
          <w:p w14:paraId="70EDE701" w14:textId="77777777" w:rsidR="00F25E9F" w:rsidRDefault="00F25E9F" w:rsidP="00BA5A9D">
            <w:r>
              <w:rPr>
                <w:sz w:val="16"/>
              </w:rPr>
              <w:t>47630</w:t>
            </w:r>
          </w:p>
        </w:tc>
        <w:tc>
          <w:tcPr>
            <w:tcW w:w="1701" w:type="dxa"/>
          </w:tcPr>
          <w:p w14:paraId="71C3F72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7DB2EAC" w14:textId="77777777" w:rsidTr="001365F3">
        <w:trPr>
          <w:jc w:val="center"/>
        </w:trPr>
        <w:tc>
          <w:tcPr>
            <w:tcW w:w="993" w:type="dxa"/>
          </w:tcPr>
          <w:p w14:paraId="01FCE626" w14:textId="77777777" w:rsidR="00F25E9F" w:rsidRDefault="00F25E9F" w:rsidP="00BA5A9D">
            <w:r>
              <w:rPr>
                <w:sz w:val="16"/>
              </w:rPr>
              <w:t>190</w:t>
            </w:r>
          </w:p>
        </w:tc>
        <w:tc>
          <w:tcPr>
            <w:tcW w:w="3685" w:type="dxa"/>
          </w:tcPr>
          <w:p w14:paraId="5E15EAAA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4AC33DFB" w14:textId="77777777" w:rsidR="00F25E9F" w:rsidRDefault="00F25E9F" w:rsidP="00BA5A9D">
            <w:r>
              <w:rPr>
                <w:sz w:val="16"/>
              </w:rPr>
              <w:t>241500014586</w:t>
            </w:r>
          </w:p>
        </w:tc>
        <w:tc>
          <w:tcPr>
            <w:tcW w:w="1691" w:type="dxa"/>
          </w:tcPr>
          <w:p w14:paraId="3F2DACFC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5652217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4B44152" w14:textId="77777777" w:rsidTr="001365F3">
        <w:trPr>
          <w:jc w:val="center"/>
        </w:trPr>
        <w:tc>
          <w:tcPr>
            <w:tcW w:w="993" w:type="dxa"/>
          </w:tcPr>
          <w:p w14:paraId="1E9A3ECC" w14:textId="77777777" w:rsidR="00F25E9F" w:rsidRDefault="00F25E9F" w:rsidP="00BA5A9D">
            <w:r>
              <w:rPr>
                <w:sz w:val="16"/>
              </w:rPr>
              <w:t>191</w:t>
            </w:r>
          </w:p>
        </w:tc>
        <w:tc>
          <w:tcPr>
            <w:tcW w:w="3685" w:type="dxa"/>
          </w:tcPr>
          <w:p w14:paraId="1E67E86F" w14:textId="77777777" w:rsidR="00F25E9F" w:rsidRDefault="00F25E9F" w:rsidP="00BA5A9D">
            <w:proofErr w:type="spellStart"/>
            <w:r>
              <w:rPr>
                <w:sz w:val="16"/>
              </w:rPr>
              <w:t>Железный</w:t>
            </w:r>
            <w:proofErr w:type="spellEnd"/>
            <w:r>
              <w:rPr>
                <w:sz w:val="16"/>
              </w:rPr>
              <w:t xml:space="preserve">  </w:t>
            </w:r>
            <w:proofErr w:type="spellStart"/>
            <w:r>
              <w:rPr>
                <w:sz w:val="16"/>
              </w:rPr>
              <w:t>шкаф</w:t>
            </w:r>
            <w:proofErr w:type="spellEnd"/>
          </w:p>
        </w:tc>
        <w:tc>
          <w:tcPr>
            <w:tcW w:w="1706" w:type="dxa"/>
            <w:gridSpan w:val="2"/>
          </w:tcPr>
          <w:p w14:paraId="0170638F" w14:textId="77777777" w:rsidR="00F25E9F" w:rsidRDefault="00F25E9F" w:rsidP="00BA5A9D">
            <w:r>
              <w:rPr>
                <w:sz w:val="16"/>
              </w:rPr>
              <w:t>241500011476</w:t>
            </w:r>
          </w:p>
        </w:tc>
        <w:tc>
          <w:tcPr>
            <w:tcW w:w="1691" w:type="dxa"/>
          </w:tcPr>
          <w:p w14:paraId="4FA80398" w14:textId="77777777" w:rsidR="00F25E9F" w:rsidRDefault="00F25E9F" w:rsidP="00BA5A9D">
            <w:r>
              <w:rPr>
                <w:sz w:val="16"/>
              </w:rPr>
              <w:t>28360</w:t>
            </w:r>
          </w:p>
        </w:tc>
        <w:tc>
          <w:tcPr>
            <w:tcW w:w="1701" w:type="dxa"/>
          </w:tcPr>
          <w:p w14:paraId="7B9EC33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41C972B" w14:textId="77777777" w:rsidTr="001365F3">
        <w:trPr>
          <w:jc w:val="center"/>
        </w:trPr>
        <w:tc>
          <w:tcPr>
            <w:tcW w:w="993" w:type="dxa"/>
          </w:tcPr>
          <w:p w14:paraId="623A9192" w14:textId="77777777" w:rsidR="00F25E9F" w:rsidRDefault="00F25E9F" w:rsidP="00BA5A9D">
            <w:r>
              <w:rPr>
                <w:sz w:val="16"/>
              </w:rPr>
              <w:t>192</w:t>
            </w:r>
          </w:p>
        </w:tc>
        <w:tc>
          <w:tcPr>
            <w:tcW w:w="3685" w:type="dxa"/>
          </w:tcPr>
          <w:p w14:paraId="7BEF8360" w14:textId="77777777" w:rsidR="00F25E9F" w:rsidRDefault="00F25E9F" w:rsidP="00BA5A9D">
            <w:proofErr w:type="spellStart"/>
            <w:r>
              <w:rPr>
                <w:sz w:val="16"/>
              </w:rPr>
              <w:t>Железный</w:t>
            </w:r>
            <w:proofErr w:type="spellEnd"/>
            <w:r>
              <w:rPr>
                <w:sz w:val="16"/>
              </w:rPr>
              <w:t xml:space="preserve">  </w:t>
            </w:r>
            <w:proofErr w:type="spellStart"/>
            <w:r>
              <w:rPr>
                <w:sz w:val="16"/>
              </w:rPr>
              <w:t>шкаф</w:t>
            </w:r>
            <w:proofErr w:type="spellEnd"/>
          </w:p>
        </w:tc>
        <w:tc>
          <w:tcPr>
            <w:tcW w:w="1706" w:type="dxa"/>
            <w:gridSpan w:val="2"/>
          </w:tcPr>
          <w:p w14:paraId="614F077B" w14:textId="77777777" w:rsidR="00F25E9F" w:rsidRDefault="00F25E9F" w:rsidP="00BA5A9D">
            <w:r>
              <w:rPr>
                <w:sz w:val="16"/>
              </w:rPr>
              <w:t>241500011477</w:t>
            </w:r>
          </w:p>
        </w:tc>
        <w:tc>
          <w:tcPr>
            <w:tcW w:w="1691" w:type="dxa"/>
          </w:tcPr>
          <w:p w14:paraId="2FDEE548" w14:textId="77777777" w:rsidR="00F25E9F" w:rsidRDefault="00F25E9F" w:rsidP="00BA5A9D">
            <w:r>
              <w:rPr>
                <w:sz w:val="16"/>
              </w:rPr>
              <w:t>28360</w:t>
            </w:r>
          </w:p>
        </w:tc>
        <w:tc>
          <w:tcPr>
            <w:tcW w:w="1701" w:type="dxa"/>
          </w:tcPr>
          <w:p w14:paraId="150ECEB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7AD7C6C" w14:textId="77777777" w:rsidTr="001365F3">
        <w:trPr>
          <w:jc w:val="center"/>
        </w:trPr>
        <w:tc>
          <w:tcPr>
            <w:tcW w:w="993" w:type="dxa"/>
          </w:tcPr>
          <w:p w14:paraId="07E04D47" w14:textId="77777777" w:rsidR="00F25E9F" w:rsidRDefault="00F25E9F" w:rsidP="00BA5A9D">
            <w:r>
              <w:rPr>
                <w:sz w:val="16"/>
              </w:rPr>
              <w:t>193</w:t>
            </w:r>
          </w:p>
        </w:tc>
        <w:tc>
          <w:tcPr>
            <w:tcW w:w="3685" w:type="dxa"/>
          </w:tcPr>
          <w:p w14:paraId="43014BA0" w14:textId="77777777" w:rsidR="00F25E9F" w:rsidRDefault="00F25E9F" w:rsidP="00BA5A9D">
            <w:proofErr w:type="spellStart"/>
            <w:r>
              <w:rPr>
                <w:sz w:val="16"/>
              </w:rPr>
              <w:t>Ковры</w:t>
            </w:r>
            <w:proofErr w:type="spellEnd"/>
          </w:p>
        </w:tc>
        <w:tc>
          <w:tcPr>
            <w:tcW w:w="1706" w:type="dxa"/>
            <w:gridSpan w:val="2"/>
          </w:tcPr>
          <w:p w14:paraId="718CDED3" w14:textId="77777777" w:rsidR="00F25E9F" w:rsidRDefault="00F25E9F" w:rsidP="00BA5A9D">
            <w:r>
              <w:rPr>
                <w:sz w:val="16"/>
              </w:rPr>
              <w:t>241500011507</w:t>
            </w:r>
          </w:p>
        </w:tc>
        <w:tc>
          <w:tcPr>
            <w:tcW w:w="1691" w:type="dxa"/>
          </w:tcPr>
          <w:p w14:paraId="444D4860" w14:textId="77777777" w:rsidR="00F25E9F" w:rsidRDefault="00F25E9F" w:rsidP="00BA5A9D">
            <w:r>
              <w:rPr>
                <w:sz w:val="16"/>
              </w:rPr>
              <w:t>55900</w:t>
            </w:r>
          </w:p>
        </w:tc>
        <w:tc>
          <w:tcPr>
            <w:tcW w:w="1701" w:type="dxa"/>
          </w:tcPr>
          <w:p w14:paraId="63DE714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B78518E" w14:textId="77777777" w:rsidTr="001365F3">
        <w:trPr>
          <w:jc w:val="center"/>
        </w:trPr>
        <w:tc>
          <w:tcPr>
            <w:tcW w:w="993" w:type="dxa"/>
          </w:tcPr>
          <w:p w14:paraId="058B3931" w14:textId="77777777" w:rsidR="00F25E9F" w:rsidRDefault="00F25E9F" w:rsidP="00BA5A9D">
            <w:r>
              <w:rPr>
                <w:sz w:val="16"/>
              </w:rPr>
              <w:t>194</w:t>
            </w:r>
          </w:p>
        </w:tc>
        <w:tc>
          <w:tcPr>
            <w:tcW w:w="3685" w:type="dxa"/>
          </w:tcPr>
          <w:p w14:paraId="491DCD3D" w14:textId="77777777" w:rsidR="00F25E9F" w:rsidRDefault="00F25E9F" w:rsidP="00BA5A9D">
            <w:proofErr w:type="spellStart"/>
            <w:r>
              <w:rPr>
                <w:sz w:val="16"/>
              </w:rPr>
              <w:t>Ковры</w:t>
            </w:r>
            <w:proofErr w:type="spellEnd"/>
          </w:p>
        </w:tc>
        <w:tc>
          <w:tcPr>
            <w:tcW w:w="1706" w:type="dxa"/>
            <w:gridSpan w:val="2"/>
          </w:tcPr>
          <w:p w14:paraId="12B37EB5" w14:textId="77777777" w:rsidR="00F25E9F" w:rsidRDefault="00F25E9F" w:rsidP="00BA5A9D">
            <w:r>
              <w:rPr>
                <w:sz w:val="16"/>
              </w:rPr>
              <w:t>241500011508</w:t>
            </w:r>
          </w:p>
        </w:tc>
        <w:tc>
          <w:tcPr>
            <w:tcW w:w="1691" w:type="dxa"/>
          </w:tcPr>
          <w:p w14:paraId="0B10A812" w14:textId="77777777" w:rsidR="00F25E9F" w:rsidRDefault="00F25E9F" w:rsidP="00BA5A9D">
            <w:r>
              <w:rPr>
                <w:sz w:val="16"/>
              </w:rPr>
              <w:t>55900</w:t>
            </w:r>
          </w:p>
        </w:tc>
        <w:tc>
          <w:tcPr>
            <w:tcW w:w="1701" w:type="dxa"/>
          </w:tcPr>
          <w:p w14:paraId="190C648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F43BE82" w14:textId="77777777" w:rsidTr="001365F3">
        <w:trPr>
          <w:jc w:val="center"/>
        </w:trPr>
        <w:tc>
          <w:tcPr>
            <w:tcW w:w="993" w:type="dxa"/>
          </w:tcPr>
          <w:p w14:paraId="21DD59E7" w14:textId="77777777" w:rsidR="00F25E9F" w:rsidRDefault="00F25E9F" w:rsidP="00BA5A9D">
            <w:r>
              <w:rPr>
                <w:sz w:val="16"/>
              </w:rPr>
              <w:t>195</w:t>
            </w:r>
          </w:p>
        </w:tc>
        <w:tc>
          <w:tcPr>
            <w:tcW w:w="3685" w:type="dxa"/>
          </w:tcPr>
          <w:p w14:paraId="43CEB7ED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0EA58D98" w14:textId="77777777" w:rsidR="00F25E9F" w:rsidRDefault="00F25E9F" w:rsidP="00BA5A9D">
            <w:r>
              <w:rPr>
                <w:sz w:val="16"/>
              </w:rPr>
              <w:t>241500011529</w:t>
            </w:r>
          </w:p>
        </w:tc>
        <w:tc>
          <w:tcPr>
            <w:tcW w:w="1691" w:type="dxa"/>
          </w:tcPr>
          <w:p w14:paraId="0035B319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2724865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BE07C84" w14:textId="77777777" w:rsidTr="001365F3">
        <w:trPr>
          <w:jc w:val="center"/>
        </w:trPr>
        <w:tc>
          <w:tcPr>
            <w:tcW w:w="993" w:type="dxa"/>
          </w:tcPr>
          <w:p w14:paraId="24F05AD8" w14:textId="77777777" w:rsidR="00F25E9F" w:rsidRDefault="00F25E9F" w:rsidP="00BA5A9D">
            <w:r>
              <w:rPr>
                <w:sz w:val="16"/>
              </w:rPr>
              <w:t>196</w:t>
            </w:r>
          </w:p>
        </w:tc>
        <w:tc>
          <w:tcPr>
            <w:tcW w:w="3685" w:type="dxa"/>
          </w:tcPr>
          <w:p w14:paraId="33D9CD3D" w14:textId="77777777" w:rsidR="00F25E9F" w:rsidRDefault="00F25E9F" w:rsidP="00BA5A9D">
            <w:proofErr w:type="spellStart"/>
            <w:r>
              <w:rPr>
                <w:sz w:val="16"/>
              </w:rPr>
              <w:t>Полуманекен</w:t>
            </w:r>
            <w:proofErr w:type="spellEnd"/>
          </w:p>
        </w:tc>
        <w:tc>
          <w:tcPr>
            <w:tcW w:w="1706" w:type="dxa"/>
            <w:gridSpan w:val="2"/>
          </w:tcPr>
          <w:p w14:paraId="27225A53" w14:textId="77777777" w:rsidR="00F25E9F" w:rsidRDefault="00F25E9F" w:rsidP="00BA5A9D">
            <w:r>
              <w:rPr>
                <w:sz w:val="16"/>
              </w:rPr>
              <w:t>241500011564</w:t>
            </w:r>
          </w:p>
        </w:tc>
        <w:tc>
          <w:tcPr>
            <w:tcW w:w="1691" w:type="dxa"/>
          </w:tcPr>
          <w:p w14:paraId="6BEFF878" w14:textId="77777777" w:rsidR="00F25E9F" w:rsidRDefault="00F25E9F" w:rsidP="00BA5A9D">
            <w:r>
              <w:rPr>
                <w:sz w:val="16"/>
              </w:rPr>
              <w:t>15000</w:t>
            </w:r>
          </w:p>
        </w:tc>
        <w:tc>
          <w:tcPr>
            <w:tcW w:w="1701" w:type="dxa"/>
          </w:tcPr>
          <w:p w14:paraId="701BF70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CB3007E" w14:textId="77777777" w:rsidTr="001365F3">
        <w:trPr>
          <w:jc w:val="center"/>
        </w:trPr>
        <w:tc>
          <w:tcPr>
            <w:tcW w:w="993" w:type="dxa"/>
          </w:tcPr>
          <w:p w14:paraId="6E15BDF9" w14:textId="77777777" w:rsidR="00F25E9F" w:rsidRDefault="00F25E9F" w:rsidP="00BA5A9D">
            <w:r>
              <w:rPr>
                <w:sz w:val="16"/>
              </w:rPr>
              <w:t>197</w:t>
            </w:r>
          </w:p>
        </w:tc>
        <w:tc>
          <w:tcPr>
            <w:tcW w:w="3685" w:type="dxa"/>
          </w:tcPr>
          <w:p w14:paraId="5325FA8F" w14:textId="77777777" w:rsidR="00F25E9F" w:rsidRDefault="00F25E9F" w:rsidP="00BA5A9D">
            <w:proofErr w:type="spellStart"/>
            <w:r>
              <w:rPr>
                <w:sz w:val="16"/>
              </w:rPr>
              <w:t>Люстра</w:t>
            </w:r>
            <w:proofErr w:type="spellEnd"/>
          </w:p>
        </w:tc>
        <w:tc>
          <w:tcPr>
            <w:tcW w:w="1706" w:type="dxa"/>
            <w:gridSpan w:val="2"/>
          </w:tcPr>
          <w:p w14:paraId="655E2E1F" w14:textId="77777777" w:rsidR="00F25E9F" w:rsidRDefault="00F25E9F" w:rsidP="00BA5A9D">
            <w:r>
              <w:rPr>
                <w:sz w:val="16"/>
              </w:rPr>
              <w:t>241500011699</w:t>
            </w:r>
          </w:p>
        </w:tc>
        <w:tc>
          <w:tcPr>
            <w:tcW w:w="1691" w:type="dxa"/>
          </w:tcPr>
          <w:p w14:paraId="691C505F" w14:textId="77777777" w:rsidR="00F25E9F" w:rsidRDefault="00F25E9F" w:rsidP="00BA5A9D">
            <w:r>
              <w:rPr>
                <w:sz w:val="16"/>
              </w:rPr>
              <w:t>23435.5</w:t>
            </w:r>
          </w:p>
        </w:tc>
        <w:tc>
          <w:tcPr>
            <w:tcW w:w="1701" w:type="dxa"/>
          </w:tcPr>
          <w:p w14:paraId="7E44490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A32035A" w14:textId="77777777" w:rsidTr="001365F3">
        <w:trPr>
          <w:jc w:val="center"/>
        </w:trPr>
        <w:tc>
          <w:tcPr>
            <w:tcW w:w="993" w:type="dxa"/>
          </w:tcPr>
          <w:p w14:paraId="1A269EFE" w14:textId="77777777" w:rsidR="00F25E9F" w:rsidRDefault="00F25E9F" w:rsidP="00BA5A9D">
            <w:r>
              <w:rPr>
                <w:sz w:val="16"/>
              </w:rPr>
              <w:t>198</w:t>
            </w:r>
          </w:p>
        </w:tc>
        <w:tc>
          <w:tcPr>
            <w:tcW w:w="3685" w:type="dxa"/>
          </w:tcPr>
          <w:p w14:paraId="56AE391C" w14:textId="77777777" w:rsidR="00F25E9F" w:rsidRDefault="00F25E9F" w:rsidP="00BA5A9D">
            <w:proofErr w:type="spellStart"/>
            <w:r>
              <w:rPr>
                <w:sz w:val="16"/>
              </w:rPr>
              <w:t>Мебель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персонала</w:t>
            </w:r>
            <w:proofErr w:type="spellEnd"/>
          </w:p>
        </w:tc>
        <w:tc>
          <w:tcPr>
            <w:tcW w:w="1706" w:type="dxa"/>
            <w:gridSpan w:val="2"/>
          </w:tcPr>
          <w:p w14:paraId="2E08E036" w14:textId="77777777" w:rsidR="00F25E9F" w:rsidRDefault="00F25E9F" w:rsidP="00BA5A9D">
            <w:r>
              <w:rPr>
                <w:sz w:val="16"/>
              </w:rPr>
              <w:t>241500011700</w:t>
            </w:r>
          </w:p>
        </w:tc>
        <w:tc>
          <w:tcPr>
            <w:tcW w:w="1691" w:type="dxa"/>
          </w:tcPr>
          <w:p w14:paraId="258E4612" w14:textId="77777777" w:rsidR="00F25E9F" w:rsidRDefault="00F25E9F" w:rsidP="00BA5A9D">
            <w:r>
              <w:rPr>
                <w:sz w:val="16"/>
              </w:rPr>
              <w:t>62500</w:t>
            </w:r>
          </w:p>
        </w:tc>
        <w:tc>
          <w:tcPr>
            <w:tcW w:w="1701" w:type="dxa"/>
          </w:tcPr>
          <w:p w14:paraId="5E22DAD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93211DA" w14:textId="77777777" w:rsidTr="001365F3">
        <w:trPr>
          <w:jc w:val="center"/>
        </w:trPr>
        <w:tc>
          <w:tcPr>
            <w:tcW w:w="993" w:type="dxa"/>
          </w:tcPr>
          <w:p w14:paraId="6BB79C10" w14:textId="77777777" w:rsidR="00F25E9F" w:rsidRDefault="00F25E9F" w:rsidP="00BA5A9D">
            <w:r>
              <w:rPr>
                <w:sz w:val="16"/>
              </w:rPr>
              <w:t>199</w:t>
            </w:r>
          </w:p>
        </w:tc>
        <w:tc>
          <w:tcPr>
            <w:tcW w:w="3685" w:type="dxa"/>
          </w:tcPr>
          <w:p w14:paraId="7DEB0220" w14:textId="77777777" w:rsidR="00F25E9F" w:rsidRDefault="00F25E9F" w:rsidP="00BA5A9D">
            <w:proofErr w:type="spellStart"/>
            <w:r>
              <w:rPr>
                <w:sz w:val="16"/>
              </w:rPr>
              <w:t>Акустич.аппарат.с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акумулят</w:t>
            </w:r>
            <w:proofErr w:type="spellEnd"/>
          </w:p>
        </w:tc>
        <w:tc>
          <w:tcPr>
            <w:tcW w:w="1706" w:type="dxa"/>
            <w:gridSpan w:val="2"/>
          </w:tcPr>
          <w:p w14:paraId="7261D523" w14:textId="77777777" w:rsidR="00F25E9F" w:rsidRDefault="00F25E9F" w:rsidP="00BA5A9D">
            <w:r>
              <w:rPr>
                <w:sz w:val="16"/>
              </w:rPr>
              <w:t>241300000209</w:t>
            </w:r>
          </w:p>
        </w:tc>
        <w:tc>
          <w:tcPr>
            <w:tcW w:w="1691" w:type="dxa"/>
          </w:tcPr>
          <w:p w14:paraId="2E3A9474" w14:textId="77777777" w:rsidR="00F25E9F" w:rsidRDefault="00F25E9F" w:rsidP="00BA5A9D">
            <w:r>
              <w:rPr>
                <w:sz w:val="16"/>
              </w:rPr>
              <w:t>180000</w:t>
            </w:r>
          </w:p>
        </w:tc>
        <w:tc>
          <w:tcPr>
            <w:tcW w:w="1701" w:type="dxa"/>
          </w:tcPr>
          <w:p w14:paraId="185DFF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7B3D98E" w14:textId="77777777" w:rsidTr="001365F3">
        <w:trPr>
          <w:jc w:val="center"/>
        </w:trPr>
        <w:tc>
          <w:tcPr>
            <w:tcW w:w="993" w:type="dxa"/>
          </w:tcPr>
          <w:p w14:paraId="40E3D7F3" w14:textId="77777777" w:rsidR="00F25E9F" w:rsidRDefault="00F25E9F" w:rsidP="00BA5A9D">
            <w:r>
              <w:rPr>
                <w:sz w:val="16"/>
              </w:rPr>
              <w:t>200</w:t>
            </w:r>
          </w:p>
        </w:tc>
        <w:tc>
          <w:tcPr>
            <w:tcW w:w="3685" w:type="dxa"/>
          </w:tcPr>
          <w:p w14:paraId="7FE05380" w14:textId="77777777" w:rsidR="00F25E9F" w:rsidRDefault="00F25E9F" w:rsidP="00BA5A9D">
            <w:proofErr w:type="spellStart"/>
            <w:r>
              <w:rPr>
                <w:sz w:val="16"/>
              </w:rPr>
              <w:t>Бинокли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стационарные</w:t>
            </w:r>
            <w:proofErr w:type="spellEnd"/>
          </w:p>
        </w:tc>
        <w:tc>
          <w:tcPr>
            <w:tcW w:w="1706" w:type="dxa"/>
            <w:gridSpan w:val="2"/>
          </w:tcPr>
          <w:p w14:paraId="2BF84474" w14:textId="77777777" w:rsidR="00F25E9F" w:rsidRDefault="00F25E9F" w:rsidP="00BA5A9D">
            <w:r>
              <w:rPr>
                <w:sz w:val="16"/>
              </w:rPr>
              <w:t>241300000210</w:t>
            </w:r>
          </w:p>
        </w:tc>
        <w:tc>
          <w:tcPr>
            <w:tcW w:w="1691" w:type="dxa"/>
          </w:tcPr>
          <w:p w14:paraId="6E66D7A0" w14:textId="77777777" w:rsidR="00F25E9F" w:rsidRDefault="00F25E9F" w:rsidP="00BA5A9D">
            <w:r>
              <w:rPr>
                <w:sz w:val="16"/>
              </w:rPr>
              <w:t>1.09998e+06</w:t>
            </w:r>
          </w:p>
        </w:tc>
        <w:tc>
          <w:tcPr>
            <w:tcW w:w="1701" w:type="dxa"/>
          </w:tcPr>
          <w:p w14:paraId="7A6B0BE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C6D6373" w14:textId="77777777" w:rsidTr="001365F3">
        <w:trPr>
          <w:jc w:val="center"/>
        </w:trPr>
        <w:tc>
          <w:tcPr>
            <w:tcW w:w="993" w:type="dxa"/>
          </w:tcPr>
          <w:p w14:paraId="49AE118C" w14:textId="77777777" w:rsidR="00F25E9F" w:rsidRDefault="00F25E9F" w:rsidP="00BA5A9D">
            <w:r>
              <w:rPr>
                <w:sz w:val="16"/>
              </w:rPr>
              <w:lastRenderedPageBreak/>
              <w:t>201</w:t>
            </w:r>
          </w:p>
        </w:tc>
        <w:tc>
          <w:tcPr>
            <w:tcW w:w="3685" w:type="dxa"/>
          </w:tcPr>
          <w:p w14:paraId="35E41688" w14:textId="77777777" w:rsidR="00F25E9F" w:rsidRDefault="00F25E9F" w:rsidP="00BA5A9D">
            <w:proofErr w:type="spellStart"/>
            <w:r>
              <w:rPr>
                <w:sz w:val="16"/>
              </w:rPr>
              <w:t>Бинокли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стационарные</w:t>
            </w:r>
            <w:proofErr w:type="spellEnd"/>
          </w:p>
        </w:tc>
        <w:tc>
          <w:tcPr>
            <w:tcW w:w="1706" w:type="dxa"/>
            <w:gridSpan w:val="2"/>
          </w:tcPr>
          <w:p w14:paraId="7F1F0705" w14:textId="77777777" w:rsidR="00F25E9F" w:rsidRDefault="00F25E9F" w:rsidP="00BA5A9D">
            <w:r>
              <w:rPr>
                <w:sz w:val="16"/>
              </w:rPr>
              <w:t>241300000211</w:t>
            </w:r>
          </w:p>
        </w:tc>
        <w:tc>
          <w:tcPr>
            <w:tcW w:w="1691" w:type="dxa"/>
          </w:tcPr>
          <w:p w14:paraId="645D3477" w14:textId="77777777" w:rsidR="00F25E9F" w:rsidRDefault="00F25E9F" w:rsidP="00BA5A9D">
            <w:r>
              <w:rPr>
                <w:sz w:val="16"/>
              </w:rPr>
              <w:t>1.09998e+06</w:t>
            </w:r>
          </w:p>
        </w:tc>
        <w:tc>
          <w:tcPr>
            <w:tcW w:w="1701" w:type="dxa"/>
          </w:tcPr>
          <w:p w14:paraId="66B2979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C251269" w14:textId="77777777" w:rsidTr="001365F3">
        <w:trPr>
          <w:jc w:val="center"/>
        </w:trPr>
        <w:tc>
          <w:tcPr>
            <w:tcW w:w="993" w:type="dxa"/>
          </w:tcPr>
          <w:p w14:paraId="3B8D2172" w14:textId="77777777" w:rsidR="00F25E9F" w:rsidRDefault="00F25E9F" w:rsidP="00BA5A9D">
            <w:r>
              <w:rPr>
                <w:sz w:val="16"/>
              </w:rPr>
              <w:t>202</w:t>
            </w:r>
          </w:p>
        </w:tc>
        <w:tc>
          <w:tcPr>
            <w:tcW w:w="3685" w:type="dxa"/>
          </w:tcPr>
          <w:p w14:paraId="3048F732" w14:textId="77777777" w:rsidR="00F25E9F" w:rsidRDefault="00F25E9F" w:rsidP="00BA5A9D">
            <w:proofErr w:type="spellStart"/>
            <w:r>
              <w:rPr>
                <w:sz w:val="16"/>
              </w:rPr>
              <w:t>Бинокли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стационарные</w:t>
            </w:r>
            <w:proofErr w:type="spellEnd"/>
          </w:p>
        </w:tc>
        <w:tc>
          <w:tcPr>
            <w:tcW w:w="1706" w:type="dxa"/>
            <w:gridSpan w:val="2"/>
          </w:tcPr>
          <w:p w14:paraId="03296CF3" w14:textId="77777777" w:rsidR="00F25E9F" w:rsidRDefault="00F25E9F" w:rsidP="00BA5A9D">
            <w:r>
              <w:rPr>
                <w:sz w:val="16"/>
              </w:rPr>
              <w:t>241300000212</w:t>
            </w:r>
          </w:p>
        </w:tc>
        <w:tc>
          <w:tcPr>
            <w:tcW w:w="1691" w:type="dxa"/>
          </w:tcPr>
          <w:p w14:paraId="67455E8C" w14:textId="77777777" w:rsidR="00F25E9F" w:rsidRDefault="00F25E9F" w:rsidP="00BA5A9D">
            <w:r>
              <w:rPr>
                <w:sz w:val="16"/>
              </w:rPr>
              <w:t>1.09998e+06</w:t>
            </w:r>
          </w:p>
        </w:tc>
        <w:tc>
          <w:tcPr>
            <w:tcW w:w="1701" w:type="dxa"/>
          </w:tcPr>
          <w:p w14:paraId="6B490A8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5558AF0" w14:textId="77777777" w:rsidTr="001365F3">
        <w:trPr>
          <w:jc w:val="center"/>
        </w:trPr>
        <w:tc>
          <w:tcPr>
            <w:tcW w:w="993" w:type="dxa"/>
          </w:tcPr>
          <w:p w14:paraId="654049A4" w14:textId="77777777" w:rsidR="00F25E9F" w:rsidRDefault="00F25E9F" w:rsidP="00BA5A9D">
            <w:r>
              <w:rPr>
                <w:sz w:val="16"/>
              </w:rPr>
              <w:t>203</w:t>
            </w:r>
          </w:p>
        </w:tc>
        <w:tc>
          <w:tcPr>
            <w:tcW w:w="3685" w:type="dxa"/>
          </w:tcPr>
          <w:p w14:paraId="6E561063" w14:textId="77777777" w:rsidR="00F25E9F" w:rsidRDefault="00F25E9F" w:rsidP="00BA5A9D">
            <w:proofErr w:type="spellStart"/>
            <w:r>
              <w:rPr>
                <w:sz w:val="16"/>
              </w:rPr>
              <w:t>Бинокли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стационарные</w:t>
            </w:r>
            <w:proofErr w:type="spellEnd"/>
          </w:p>
        </w:tc>
        <w:tc>
          <w:tcPr>
            <w:tcW w:w="1706" w:type="dxa"/>
            <w:gridSpan w:val="2"/>
          </w:tcPr>
          <w:p w14:paraId="2E23564D" w14:textId="77777777" w:rsidR="00F25E9F" w:rsidRDefault="00F25E9F" w:rsidP="00BA5A9D">
            <w:r>
              <w:rPr>
                <w:sz w:val="16"/>
              </w:rPr>
              <w:t>241300000213</w:t>
            </w:r>
          </w:p>
        </w:tc>
        <w:tc>
          <w:tcPr>
            <w:tcW w:w="1691" w:type="dxa"/>
          </w:tcPr>
          <w:p w14:paraId="1CB2A09E" w14:textId="77777777" w:rsidR="00F25E9F" w:rsidRDefault="00F25E9F" w:rsidP="00BA5A9D">
            <w:r>
              <w:rPr>
                <w:sz w:val="16"/>
              </w:rPr>
              <w:t>1.09998e+06</w:t>
            </w:r>
          </w:p>
        </w:tc>
        <w:tc>
          <w:tcPr>
            <w:tcW w:w="1701" w:type="dxa"/>
          </w:tcPr>
          <w:p w14:paraId="0BC87C4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39E0FA2" w14:textId="77777777" w:rsidTr="001365F3">
        <w:trPr>
          <w:jc w:val="center"/>
        </w:trPr>
        <w:tc>
          <w:tcPr>
            <w:tcW w:w="993" w:type="dxa"/>
          </w:tcPr>
          <w:p w14:paraId="5DBFE16B" w14:textId="77777777" w:rsidR="00F25E9F" w:rsidRDefault="00F25E9F" w:rsidP="00BA5A9D">
            <w:r>
              <w:rPr>
                <w:sz w:val="16"/>
              </w:rPr>
              <w:t>204</w:t>
            </w:r>
          </w:p>
        </w:tc>
        <w:tc>
          <w:tcPr>
            <w:tcW w:w="3685" w:type="dxa"/>
          </w:tcPr>
          <w:p w14:paraId="2537A39C" w14:textId="77777777" w:rsidR="00F25E9F" w:rsidRDefault="00F25E9F" w:rsidP="00BA5A9D">
            <w:proofErr w:type="spellStart"/>
            <w:r>
              <w:rPr>
                <w:sz w:val="16"/>
              </w:rPr>
              <w:t>Моноблок</w:t>
            </w:r>
            <w:proofErr w:type="spellEnd"/>
            <w:r>
              <w:rPr>
                <w:sz w:val="16"/>
              </w:rPr>
              <w:t xml:space="preserve"> Intel</w:t>
            </w:r>
          </w:p>
        </w:tc>
        <w:tc>
          <w:tcPr>
            <w:tcW w:w="1706" w:type="dxa"/>
            <w:gridSpan w:val="2"/>
          </w:tcPr>
          <w:p w14:paraId="3C81D316" w14:textId="77777777" w:rsidR="00F25E9F" w:rsidRDefault="00F25E9F" w:rsidP="00BA5A9D">
            <w:r>
              <w:rPr>
                <w:sz w:val="16"/>
              </w:rPr>
              <w:t>241300000233</w:t>
            </w:r>
          </w:p>
        </w:tc>
        <w:tc>
          <w:tcPr>
            <w:tcW w:w="1691" w:type="dxa"/>
          </w:tcPr>
          <w:p w14:paraId="5B8BD4B3" w14:textId="77777777" w:rsidR="00F25E9F" w:rsidRDefault="00F25E9F" w:rsidP="00BA5A9D">
            <w:r>
              <w:rPr>
                <w:sz w:val="16"/>
              </w:rPr>
              <w:t>250000</w:t>
            </w:r>
          </w:p>
        </w:tc>
        <w:tc>
          <w:tcPr>
            <w:tcW w:w="1701" w:type="dxa"/>
          </w:tcPr>
          <w:p w14:paraId="1E6BAB7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691DCD8" w14:textId="77777777" w:rsidTr="001365F3">
        <w:trPr>
          <w:jc w:val="center"/>
        </w:trPr>
        <w:tc>
          <w:tcPr>
            <w:tcW w:w="993" w:type="dxa"/>
          </w:tcPr>
          <w:p w14:paraId="01CA890E" w14:textId="77777777" w:rsidR="00F25E9F" w:rsidRDefault="00F25E9F" w:rsidP="00BA5A9D">
            <w:r>
              <w:rPr>
                <w:sz w:val="16"/>
              </w:rPr>
              <w:t>205</w:t>
            </w:r>
          </w:p>
        </w:tc>
        <w:tc>
          <w:tcPr>
            <w:tcW w:w="3685" w:type="dxa"/>
          </w:tcPr>
          <w:p w14:paraId="51F89156" w14:textId="77777777" w:rsidR="00F25E9F" w:rsidRDefault="00F25E9F" w:rsidP="00BA5A9D">
            <w:r>
              <w:rPr>
                <w:sz w:val="16"/>
              </w:rPr>
              <w:t>Принтер</w:t>
            </w:r>
          </w:p>
        </w:tc>
        <w:tc>
          <w:tcPr>
            <w:tcW w:w="1706" w:type="dxa"/>
            <w:gridSpan w:val="2"/>
          </w:tcPr>
          <w:p w14:paraId="55130044" w14:textId="77777777" w:rsidR="00F25E9F" w:rsidRDefault="00F25E9F" w:rsidP="00BA5A9D">
            <w:r>
              <w:rPr>
                <w:sz w:val="16"/>
              </w:rPr>
              <w:t>241300000237</w:t>
            </w:r>
          </w:p>
        </w:tc>
        <w:tc>
          <w:tcPr>
            <w:tcW w:w="1691" w:type="dxa"/>
          </w:tcPr>
          <w:p w14:paraId="54FE1B1A" w14:textId="77777777" w:rsidR="00F25E9F" w:rsidRDefault="00F25E9F" w:rsidP="00BA5A9D">
            <w:r>
              <w:rPr>
                <w:sz w:val="16"/>
              </w:rPr>
              <w:t>38000</w:t>
            </w:r>
          </w:p>
        </w:tc>
        <w:tc>
          <w:tcPr>
            <w:tcW w:w="1701" w:type="dxa"/>
          </w:tcPr>
          <w:p w14:paraId="33628B9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864879D" w14:textId="77777777" w:rsidTr="001365F3">
        <w:trPr>
          <w:jc w:val="center"/>
        </w:trPr>
        <w:tc>
          <w:tcPr>
            <w:tcW w:w="993" w:type="dxa"/>
          </w:tcPr>
          <w:p w14:paraId="04D24521" w14:textId="77777777" w:rsidR="00F25E9F" w:rsidRDefault="00F25E9F" w:rsidP="00BA5A9D">
            <w:r>
              <w:rPr>
                <w:sz w:val="16"/>
              </w:rPr>
              <w:t>206</w:t>
            </w:r>
          </w:p>
        </w:tc>
        <w:tc>
          <w:tcPr>
            <w:tcW w:w="3685" w:type="dxa"/>
          </w:tcPr>
          <w:p w14:paraId="11B2C3BB" w14:textId="77777777" w:rsidR="00F25E9F" w:rsidRDefault="00F25E9F" w:rsidP="00BA5A9D">
            <w:r>
              <w:rPr>
                <w:sz w:val="16"/>
              </w:rPr>
              <w:t>Принтер</w:t>
            </w:r>
          </w:p>
        </w:tc>
        <w:tc>
          <w:tcPr>
            <w:tcW w:w="1706" w:type="dxa"/>
            <w:gridSpan w:val="2"/>
          </w:tcPr>
          <w:p w14:paraId="6053E1F4" w14:textId="77777777" w:rsidR="00F25E9F" w:rsidRDefault="00F25E9F" w:rsidP="00BA5A9D">
            <w:r>
              <w:rPr>
                <w:sz w:val="16"/>
              </w:rPr>
              <w:t>241300000238</w:t>
            </w:r>
          </w:p>
        </w:tc>
        <w:tc>
          <w:tcPr>
            <w:tcW w:w="1691" w:type="dxa"/>
          </w:tcPr>
          <w:p w14:paraId="0D1037D1" w14:textId="77777777" w:rsidR="00F25E9F" w:rsidRDefault="00F25E9F" w:rsidP="00BA5A9D">
            <w:r>
              <w:rPr>
                <w:sz w:val="16"/>
              </w:rPr>
              <w:t>38000</w:t>
            </w:r>
          </w:p>
        </w:tc>
        <w:tc>
          <w:tcPr>
            <w:tcW w:w="1701" w:type="dxa"/>
          </w:tcPr>
          <w:p w14:paraId="423A0F2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27C35F" w14:textId="77777777" w:rsidTr="001365F3">
        <w:trPr>
          <w:jc w:val="center"/>
        </w:trPr>
        <w:tc>
          <w:tcPr>
            <w:tcW w:w="993" w:type="dxa"/>
          </w:tcPr>
          <w:p w14:paraId="53B36534" w14:textId="77777777" w:rsidR="00F25E9F" w:rsidRDefault="00F25E9F" w:rsidP="00BA5A9D">
            <w:r>
              <w:rPr>
                <w:sz w:val="16"/>
              </w:rPr>
              <w:t>207</w:t>
            </w:r>
          </w:p>
        </w:tc>
        <w:tc>
          <w:tcPr>
            <w:tcW w:w="3685" w:type="dxa"/>
          </w:tcPr>
          <w:p w14:paraId="243E6D8F" w14:textId="77777777" w:rsidR="00F25E9F" w:rsidRDefault="00F25E9F" w:rsidP="00BA5A9D">
            <w:proofErr w:type="spellStart"/>
            <w:r>
              <w:rPr>
                <w:sz w:val="16"/>
              </w:rPr>
              <w:t>Моноблок</w:t>
            </w:r>
            <w:proofErr w:type="spellEnd"/>
            <w:r>
              <w:rPr>
                <w:sz w:val="16"/>
              </w:rPr>
              <w:t xml:space="preserve"> Intel</w:t>
            </w:r>
          </w:p>
        </w:tc>
        <w:tc>
          <w:tcPr>
            <w:tcW w:w="1706" w:type="dxa"/>
            <w:gridSpan w:val="2"/>
          </w:tcPr>
          <w:p w14:paraId="690D74ED" w14:textId="77777777" w:rsidR="00F25E9F" w:rsidRDefault="00F25E9F" w:rsidP="00BA5A9D">
            <w:r>
              <w:rPr>
                <w:sz w:val="16"/>
              </w:rPr>
              <w:t>241300000234</w:t>
            </w:r>
          </w:p>
        </w:tc>
        <w:tc>
          <w:tcPr>
            <w:tcW w:w="1691" w:type="dxa"/>
          </w:tcPr>
          <w:p w14:paraId="444BA0BB" w14:textId="77777777" w:rsidR="00F25E9F" w:rsidRDefault="00F25E9F" w:rsidP="00BA5A9D">
            <w:r>
              <w:rPr>
                <w:sz w:val="16"/>
              </w:rPr>
              <w:t>250000</w:t>
            </w:r>
          </w:p>
        </w:tc>
        <w:tc>
          <w:tcPr>
            <w:tcW w:w="1701" w:type="dxa"/>
          </w:tcPr>
          <w:p w14:paraId="246210B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7548E41" w14:textId="77777777" w:rsidTr="001365F3">
        <w:trPr>
          <w:jc w:val="center"/>
        </w:trPr>
        <w:tc>
          <w:tcPr>
            <w:tcW w:w="993" w:type="dxa"/>
          </w:tcPr>
          <w:p w14:paraId="4D7F08A0" w14:textId="77777777" w:rsidR="00F25E9F" w:rsidRDefault="00F25E9F" w:rsidP="00BA5A9D">
            <w:r>
              <w:rPr>
                <w:sz w:val="16"/>
              </w:rPr>
              <w:t>208</w:t>
            </w:r>
          </w:p>
        </w:tc>
        <w:tc>
          <w:tcPr>
            <w:tcW w:w="3685" w:type="dxa"/>
          </w:tcPr>
          <w:p w14:paraId="1D7AB84C" w14:textId="77777777" w:rsidR="00F25E9F" w:rsidRDefault="00F25E9F" w:rsidP="00BA5A9D">
            <w:proofErr w:type="spellStart"/>
            <w:r>
              <w:rPr>
                <w:sz w:val="16"/>
              </w:rPr>
              <w:t>Радиомикрофон</w:t>
            </w:r>
            <w:proofErr w:type="spellEnd"/>
          </w:p>
        </w:tc>
        <w:tc>
          <w:tcPr>
            <w:tcW w:w="1706" w:type="dxa"/>
            <w:gridSpan w:val="2"/>
          </w:tcPr>
          <w:p w14:paraId="0CC6382B" w14:textId="77777777" w:rsidR="00F25E9F" w:rsidRDefault="00F25E9F" w:rsidP="00BA5A9D">
            <w:r>
              <w:rPr>
                <w:sz w:val="16"/>
              </w:rPr>
              <w:t>241300000248</w:t>
            </w:r>
          </w:p>
        </w:tc>
        <w:tc>
          <w:tcPr>
            <w:tcW w:w="1691" w:type="dxa"/>
          </w:tcPr>
          <w:p w14:paraId="2B65857E" w14:textId="77777777" w:rsidR="00F25E9F" w:rsidRDefault="00F25E9F" w:rsidP="00BA5A9D">
            <w:r>
              <w:rPr>
                <w:sz w:val="16"/>
              </w:rPr>
              <w:t>93000</w:t>
            </w:r>
          </w:p>
        </w:tc>
        <w:tc>
          <w:tcPr>
            <w:tcW w:w="1701" w:type="dxa"/>
          </w:tcPr>
          <w:p w14:paraId="70BEEB4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0047749" w14:textId="77777777" w:rsidTr="001365F3">
        <w:trPr>
          <w:jc w:val="center"/>
        </w:trPr>
        <w:tc>
          <w:tcPr>
            <w:tcW w:w="993" w:type="dxa"/>
          </w:tcPr>
          <w:p w14:paraId="31E24BE0" w14:textId="77777777" w:rsidR="00F25E9F" w:rsidRDefault="00F25E9F" w:rsidP="00BA5A9D">
            <w:r>
              <w:rPr>
                <w:sz w:val="16"/>
              </w:rPr>
              <w:t>209</w:t>
            </w:r>
          </w:p>
        </w:tc>
        <w:tc>
          <w:tcPr>
            <w:tcW w:w="3685" w:type="dxa"/>
          </w:tcPr>
          <w:p w14:paraId="5185984E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Проектор универсальный </w:t>
            </w:r>
            <w:r>
              <w:rPr>
                <w:sz w:val="16"/>
              </w:rPr>
              <w:t>Epson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EB</w:t>
            </w:r>
            <w:r w:rsidRPr="000003D3">
              <w:rPr>
                <w:sz w:val="16"/>
                <w:lang w:val="ru-RU"/>
              </w:rPr>
              <w:t>-</w:t>
            </w:r>
            <w:r>
              <w:rPr>
                <w:sz w:val="16"/>
              </w:rPr>
              <w:t>X</w:t>
            </w:r>
            <w:r w:rsidRPr="000003D3">
              <w:rPr>
                <w:sz w:val="16"/>
                <w:lang w:val="ru-RU"/>
              </w:rPr>
              <w:t>05</w:t>
            </w:r>
          </w:p>
        </w:tc>
        <w:tc>
          <w:tcPr>
            <w:tcW w:w="1706" w:type="dxa"/>
            <w:gridSpan w:val="2"/>
          </w:tcPr>
          <w:p w14:paraId="24BDF131" w14:textId="77777777" w:rsidR="00F25E9F" w:rsidRDefault="00F25E9F" w:rsidP="00BA5A9D">
            <w:r>
              <w:rPr>
                <w:sz w:val="16"/>
              </w:rPr>
              <w:t>241500014984</w:t>
            </w:r>
          </w:p>
        </w:tc>
        <w:tc>
          <w:tcPr>
            <w:tcW w:w="1691" w:type="dxa"/>
          </w:tcPr>
          <w:p w14:paraId="25DAA637" w14:textId="77777777" w:rsidR="00F25E9F" w:rsidRDefault="00F25E9F" w:rsidP="00BA5A9D">
            <w:r>
              <w:rPr>
                <w:sz w:val="16"/>
              </w:rPr>
              <w:t>189990</w:t>
            </w:r>
          </w:p>
        </w:tc>
        <w:tc>
          <w:tcPr>
            <w:tcW w:w="1701" w:type="dxa"/>
          </w:tcPr>
          <w:p w14:paraId="5027556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14467D9" w14:textId="77777777" w:rsidTr="001365F3">
        <w:trPr>
          <w:jc w:val="center"/>
        </w:trPr>
        <w:tc>
          <w:tcPr>
            <w:tcW w:w="993" w:type="dxa"/>
          </w:tcPr>
          <w:p w14:paraId="1660F2B4" w14:textId="77777777" w:rsidR="00F25E9F" w:rsidRDefault="00F25E9F" w:rsidP="00BA5A9D">
            <w:r>
              <w:rPr>
                <w:sz w:val="16"/>
              </w:rPr>
              <w:t>210</w:t>
            </w:r>
          </w:p>
        </w:tc>
        <w:tc>
          <w:tcPr>
            <w:tcW w:w="3685" w:type="dxa"/>
          </w:tcPr>
          <w:p w14:paraId="204BAC4C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Машина для сборки пряжи станок</w:t>
            </w:r>
          </w:p>
        </w:tc>
        <w:tc>
          <w:tcPr>
            <w:tcW w:w="1706" w:type="dxa"/>
            <w:gridSpan w:val="2"/>
          </w:tcPr>
          <w:p w14:paraId="17DC33E9" w14:textId="77777777" w:rsidR="00F25E9F" w:rsidRDefault="00F25E9F" w:rsidP="00BA5A9D">
            <w:r>
              <w:rPr>
                <w:sz w:val="16"/>
              </w:rPr>
              <w:t>241500014987</w:t>
            </w:r>
          </w:p>
        </w:tc>
        <w:tc>
          <w:tcPr>
            <w:tcW w:w="1691" w:type="dxa"/>
          </w:tcPr>
          <w:p w14:paraId="75C037ED" w14:textId="77777777" w:rsidR="00F25E9F" w:rsidRDefault="00F25E9F" w:rsidP="00BA5A9D">
            <w:r>
              <w:rPr>
                <w:sz w:val="16"/>
              </w:rPr>
              <w:t>168800</w:t>
            </w:r>
          </w:p>
        </w:tc>
        <w:tc>
          <w:tcPr>
            <w:tcW w:w="1701" w:type="dxa"/>
          </w:tcPr>
          <w:p w14:paraId="6A2E677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D210511" w14:textId="77777777" w:rsidTr="001365F3">
        <w:trPr>
          <w:jc w:val="center"/>
        </w:trPr>
        <w:tc>
          <w:tcPr>
            <w:tcW w:w="993" w:type="dxa"/>
          </w:tcPr>
          <w:p w14:paraId="0850AFF9" w14:textId="77777777" w:rsidR="00F25E9F" w:rsidRDefault="00F25E9F" w:rsidP="00BA5A9D">
            <w:r>
              <w:rPr>
                <w:sz w:val="16"/>
              </w:rPr>
              <w:t>211</w:t>
            </w:r>
          </w:p>
        </w:tc>
        <w:tc>
          <w:tcPr>
            <w:tcW w:w="3685" w:type="dxa"/>
          </w:tcPr>
          <w:p w14:paraId="1A7BA985" w14:textId="77777777" w:rsidR="00F25E9F" w:rsidRDefault="00F25E9F" w:rsidP="00BA5A9D">
            <w:proofErr w:type="spellStart"/>
            <w:r>
              <w:rPr>
                <w:sz w:val="16"/>
              </w:rPr>
              <w:t>Станок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апликатор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ламинатор</w:t>
            </w:r>
            <w:proofErr w:type="spellEnd"/>
          </w:p>
        </w:tc>
        <w:tc>
          <w:tcPr>
            <w:tcW w:w="1706" w:type="dxa"/>
            <w:gridSpan w:val="2"/>
          </w:tcPr>
          <w:p w14:paraId="7AD41668" w14:textId="77777777" w:rsidR="00F25E9F" w:rsidRDefault="00F25E9F" w:rsidP="00BA5A9D">
            <w:r>
              <w:rPr>
                <w:sz w:val="16"/>
              </w:rPr>
              <w:t>241500014988</w:t>
            </w:r>
          </w:p>
        </w:tc>
        <w:tc>
          <w:tcPr>
            <w:tcW w:w="1691" w:type="dxa"/>
          </w:tcPr>
          <w:p w14:paraId="356C988E" w14:textId="77777777" w:rsidR="00F25E9F" w:rsidRDefault="00F25E9F" w:rsidP="00BA5A9D">
            <w:r>
              <w:rPr>
                <w:sz w:val="16"/>
              </w:rPr>
              <w:t>134500</w:t>
            </w:r>
          </w:p>
        </w:tc>
        <w:tc>
          <w:tcPr>
            <w:tcW w:w="1701" w:type="dxa"/>
          </w:tcPr>
          <w:p w14:paraId="2225545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C33EFB9" w14:textId="77777777" w:rsidTr="001365F3">
        <w:trPr>
          <w:jc w:val="center"/>
        </w:trPr>
        <w:tc>
          <w:tcPr>
            <w:tcW w:w="993" w:type="dxa"/>
          </w:tcPr>
          <w:p w14:paraId="46CC1BE4" w14:textId="77777777" w:rsidR="00F25E9F" w:rsidRDefault="00F25E9F" w:rsidP="00BA5A9D">
            <w:r>
              <w:rPr>
                <w:sz w:val="16"/>
              </w:rPr>
              <w:t>212</w:t>
            </w:r>
          </w:p>
        </w:tc>
        <w:tc>
          <w:tcPr>
            <w:tcW w:w="3685" w:type="dxa"/>
          </w:tcPr>
          <w:p w14:paraId="1F56D4F1" w14:textId="77777777" w:rsidR="00F25E9F" w:rsidRDefault="00F25E9F" w:rsidP="00BA5A9D">
            <w:proofErr w:type="spellStart"/>
            <w:r>
              <w:rPr>
                <w:sz w:val="16"/>
              </w:rPr>
              <w:t>Фотоаппарат</w:t>
            </w:r>
            <w:proofErr w:type="spellEnd"/>
          </w:p>
        </w:tc>
        <w:tc>
          <w:tcPr>
            <w:tcW w:w="1706" w:type="dxa"/>
            <w:gridSpan w:val="2"/>
          </w:tcPr>
          <w:p w14:paraId="21880547" w14:textId="77777777" w:rsidR="00F25E9F" w:rsidRDefault="00F25E9F" w:rsidP="00BA5A9D">
            <w:r>
              <w:rPr>
                <w:sz w:val="16"/>
              </w:rPr>
              <w:t>241500014990</w:t>
            </w:r>
          </w:p>
        </w:tc>
        <w:tc>
          <w:tcPr>
            <w:tcW w:w="1691" w:type="dxa"/>
          </w:tcPr>
          <w:p w14:paraId="7A3F4962" w14:textId="77777777" w:rsidR="00F25E9F" w:rsidRDefault="00F25E9F" w:rsidP="00BA5A9D">
            <w:r>
              <w:rPr>
                <w:sz w:val="16"/>
              </w:rPr>
              <w:t>239000</w:t>
            </w:r>
          </w:p>
        </w:tc>
        <w:tc>
          <w:tcPr>
            <w:tcW w:w="1701" w:type="dxa"/>
          </w:tcPr>
          <w:p w14:paraId="68EF379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4140080" w14:textId="77777777" w:rsidTr="001365F3">
        <w:trPr>
          <w:jc w:val="center"/>
        </w:trPr>
        <w:tc>
          <w:tcPr>
            <w:tcW w:w="993" w:type="dxa"/>
          </w:tcPr>
          <w:p w14:paraId="2F806692" w14:textId="77777777" w:rsidR="00F25E9F" w:rsidRDefault="00F25E9F" w:rsidP="00BA5A9D">
            <w:r>
              <w:rPr>
                <w:sz w:val="16"/>
              </w:rPr>
              <w:t>213</w:t>
            </w:r>
          </w:p>
        </w:tc>
        <w:tc>
          <w:tcPr>
            <w:tcW w:w="3685" w:type="dxa"/>
          </w:tcPr>
          <w:p w14:paraId="6BEBCB20" w14:textId="77777777" w:rsidR="00F25E9F" w:rsidRDefault="00F25E9F" w:rsidP="00BA5A9D">
            <w:proofErr w:type="spellStart"/>
            <w:r>
              <w:rPr>
                <w:sz w:val="16"/>
              </w:rPr>
              <w:t>Огнеупорный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офисный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сейф</w:t>
            </w:r>
            <w:proofErr w:type="spellEnd"/>
            <w:r>
              <w:rPr>
                <w:sz w:val="16"/>
              </w:rPr>
              <w:t xml:space="preserve"> SS-150</w:t>
            </w:r>
          </w:p>
        </w:tc>
        <w:tc>
          <w:tcPr>
            <w:tcW w:w="1706" w:type="dxa"/>
            <w:gridSpan w:val="2"/>
          </w:tcPr>
          <w:p w14:paraId="5662CB41" w14:textId="77777777" w:rsidR="00F25E9F" w:rsidRDefault="00F25E9F" w:rsidP="00BA5A9D">
            <w:r>
              <w:rPr>
                <w:sz w:val="16"/>
              </w:rPr>
              <w:t>241500014978</w:t>
            </w:r>
          </w:p>
        </w:tc>
        <w:tc>
          <w:tcPr>
            <w:tcW w:w="1691" w:type="dxa"/>
          </w:tcPr>
          <w:p w14:paraId="271C5614" w14:textId="77777777" w:rsidR="00F25E9F" w:rsidRDefault="00F25E9F" w:rsidP="00BA5A9D">
            <w:r>
              <w:rPr>
                <w:sz w:val="16"/>
              </w:rPr>
              <w:t>112000</w:t>
            </w:r>
          </w:p>
        </w:tc>
        <w:tc>
          <w:tcPr>
            <w:tcW w:w="1701" w:type="dxa"/>
          </w:tcPr>
          <w:p w14:paraId="051F127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8FD4CCF" w14:textId="77777777" w:rsidTr="001365F3">
        <w:trPr>
          <w:jc w:val="center"/>
        </w:trPr>
        <w:tc>
          <w:tcPr>
            <w:tcW w:w="993" w:type="dxa"/>
          </w:tcPr>
          <w:p w14:paraId="5E63FADA" w14:textId="77777777" w:rsidR="00F25E9F" w:rsidRDefault="00F25E9F" w:rsidP="00BA5A9D">
            <w:r>
              <w:rPr>
                <w:sz w:val="16"/>
              </w:rPr>
              <w:t>214</w:t>
            </w:r>
          </w:p>
        </w:tc>
        <w:tc>
          <w:tcPr>
            <w:tcW w:w="3685" w:type="dxa"/>
          </w:tcPr>
          <w:p w14:paraId="3C9B5A8E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Экран на треноге </w:t>
            </w:r>
            <w:proofErr w:type="spellStart"/>
            <w:r>
              <w:rPr>
                <w:sz w:val="16"/>
              </w:rPr>
              <w:t>Mr</w:t>
            </w:r>
            <w:proofErr w:type="spellEnd"/>
            <w:r w:rsidRPr="000003D3">
              <w:rPr>
                <w:sz w:val="16"/>
                <w:lang w:val="ru-RU"/>
              </w:rPr>
              <w:t>.</w:t>
            </w:r>
            <w:r>
              <w:rPr>
                <w:sz w:val="16"/>
              </w:rPr>
              <w:t>Pixel</w:t>
            </w:r>
            <w:r w:rsidRPr="000003D3">
              <w:rPr>
                <w:sz w:val="16"/>
                <w:lang w:val="ru-RU"/>
              </w:rPr>
              <w:t xml:space="preserve"> 70" х 70" (1,78 ч 1,78) </w:t>
            </w:r>
            <w:r>
              <w:rPr>
                <w:sz w:val="16"/>
              </w:rPr>
              <w:t>MSPSDB</w:t>
            </w:r>
            <w:r w:rsidRPr="000003D3">
              <w:rPr>
                <w:sz w:val="16"/>
                <w:lang w:val="ru-RU"/>
              </w:rPr>
              <w:t>96</w:t>
            </w:r>
            <w:r>
              <w:rPr>
                <w:sz w:val="16"/>
              </w:rPr>
              <w:t>V</w:t>
            </w:r>
          </w:p>
        </w:tc>
        <w:tc>
          <w:tcPr>
            <w:tcW w:w="1706" w:type="dxa"/>
            <w:gridSpan w:val="2"/>
          </w:tcPr>
          <w:p w14:paraId="76B1F8CC" w14:textId="77777777" w:rsidR="00F25E9F" w:rsidRDefault="00F25E9F" w:rsidP="00BA5A9D">
            <w:r>
              <w:rPr>
                <w:sz w:val="16"/>
              </w:rPr>
              <w:t>241500015016</w:t>
            </w:r>
          </w:p>
        </w:tc>
        <w:tc>
          <w:tcPr>
            <w:tcW w:w="1691" w:type="dxa"/>
          </w:tcPr>
          <w:p w14:paraId="24A2B04F" w14:textId="77777777" w:rsidR="00F25E9F" w:rsidRDefault="00F25E9F" w:rsidP="00BA5A9D">
            <w:r>
              <w:rPr>
                <w:sz w:val="16"/>
              </w:rPr>
              <w:t>21390</w:t>
            </w:r>
          </w:p>
        </w:tc>
        <w:tc>
          <w:tcPr>
            <w:tcW w:w="1701" w:type="dxa"/>
          </w:tcPr>
          <w:p w14:paraId="1052867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DDF2FE4" w14:textId="77777777" w:rsidTr="001365F3">
        <w:trPr>
          <w:jc w:val="center"/>
        </w:trPr>
        <w:tc>
          <w:tcPr>
            <w:tcW w:w="993" w:type="dxa"/>
          </w:tcPr>
          <w:p w14:paraId="38788947" w14:textId="77777777" w:rsidR="00F25E9F" w:rsidRDefault="00F25E9F" w:rsidP="00BA5A9D">
            <w:r>
              <w:rPr>
                <w:sz w:val="16"/>
              </w:rPr>
              <w:t>215</w:t>
            </w:r>
          </w:p>
        </w:tc>
        <w:tc>
          <w:tcPr>
            <w:tcW w:w="3685" w:type="dxa"/>
          </w:tcPr>
          <w:p w14:paraId="033727BD" w14:textId="77777777" w:rsidR="00F25E9F" w:rsidRDefault="00F25E9F" w:rsidP="00BA5A9D">
            <w:proofErr w:type="spellStart"/>
            <w:r>
              <w:rPr>
                <w:sz w:val="16"/>
              </w:rPr>
              <w:t>Диван</w:t>
            </w:r>
            <w:proofErr w:type="spellEnd"/>
            <w:r>
              <w:rPr>
                <w:sz w:val="16"/>
              </w:rPr>
              <w:t xml:space="preserve"> Юра"3+уг+1</w:t>
            </w:r>
          </w:p>
        </w:tc>
        <w:tc>
          <w:tcPr>
            <w:tcW w:w="1706" w:type="dxa"/>
            <w:gridSpan w:val="2"/>
          </w:tcPr>
          <w:p w14:paraId="6488F952" w14:textId="77777777" w:rsidR="00F25E9F" w:rsidRDefault="00F25E9F" w:rsidP="00BA5A9D">
            <w:r>
              <w:rPr>
                <w:sz w:val="16"/>
              </w:rPr>
              <w:t>241500014559</w:t>
            </w:r>
          </w:p>
        </w:tc>
        <w:tc>
          <w:tcPr>
            <w:tcW w:w="1691" w:type="dxa"/>
          </w:tcPr>
          <w:p w14:paraId="75D1B70C" w14:textId="77777777" w:rsidR="00F25E9F" w:rsidRDefault="00F25E9F" w:rsidP="00BA5A9D">
            <w:r>
              <w:rPr>
                <w:sz w:val="16"/>
              </w:rPr>
              <w:t>174465</w:t>
            </w:r>
          </w:p>
        </w:tc>
        <w:tc>
          <w:tcPr>
            <w:tcW w:w="1701" w:type="dxa"/>
          </w:tcPr>
          <w:p w14:paraId="096835A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EC4197C" w14:textId="77777777" w:rsidTr="001365F3">
        <w:trPr>
          <w:jc w:val="center"/>
        </w:trPr>
        <w:tc>
          <w:tcPr>
            <w:tcW w:w="993" w:type="dxa"/>
          </w:tcPr>
          <w:p w14:paraId="763D3111" w14:textId="77777777" w:rsidR="00F25E9F" w:rsidRDefault="00F25E9F" w:rsidP="00BA5A9D">
            <w:r>
              <w:rPr>
                <w:sz w:val="16"/>
              </w:rPr>
              <w:t>216</w:t>
            </w:r>
          </w:p>
        </w:tc>
        <w:tc>
          <w:tcPr>
            <w:tcW w:w="3685" w:type="dxa"/>
          </w:tcPr>
          <w:p w14:paraId="2490411A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  <w:r>
              <w:rPr>
                <w:sz w:val="16"/>
              </w:rPr>
              <w:t xml:space="preserve"> HOB ALLEGRO STEEL CHROME LE-A</w:t>
            </w:r>
          </w:p>
        </w:tc>
        <w:tc>
          <w:tcPr>
            <w:tcW w:w="1706" w:type="dxa"/>
            <w:gridSpan w:val="2"/>
          </w:tcPr>
          <w:p w14:paraId="206B3255" w14:textId="77777777" w:rsidR="00F25E9F" w:rsidRDefault="00F25E9F" w:rsidP="00BA5A9D">
            <w:r>
              <w:rPr>
                <w:sz w:val="16"/>
              </w:rPr>
              <w:t>241500014565</w:t>
            </w:r>
          </w:p>
        </w:tc>
        <w:tc>
          <w:tcPr>
            <w:tcW w:w="1691" w:type="dxa"/>
          </w:tcPr>
          <w:p w14:paraId="4B76AAB0" w14:textId="77777777" w:rsidR="00F25E9F" w:rsidRDefault="00F25E9F" w:rsidP="00BA5A9D">
            <w:r>
              <w:rPr>
                <w:sz w:val="16"/>
              </w:rPr>
              <w:t>82400</w:t>
            </w:r>
          </w:p>
        </w:tc>
        <w:tc>
          <w:tcPr>
            <w:tcW w:w="1701" w:type="dxa"/>
          </w:tcPr>
          <w:p w14:paraId="227F0A8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415CA74" w14:textId="77777777" w:rsidTr="001365F3">
        <w:trPr>
          <w:jc w:val="center"/>
        </w:trPr>
        <w:tc>
          <w:tcPr>
            <w:tcW w:w="993" w:type="dxa"/>
          </w:tcPr>
          <w:p w14:paraId="4412A395" w14:textId="77777777" w:rsidR="00F25E9F" w:rsidRDefault="00F25E9F" w:rsidP="00BA5A9D">
            <w:r>
              <w:rPr>
                <w:sz w:val="16"/>
              </w:rPr>
              <w:t>217</w:t>
            </w:r>
          </w:p>
        </w:tc>
        <w:tc>
          <w:tcPr>
            <w:tcW w:w="3685" w:type="dxa"/>
          </w:tcPr>
          <w:p w14:paraId="1A1A5696" w14:textId="77777777" w:rsidR="00F25E9F" w:rsidRDefault="00F25E9F" w:rsidP="00BA5A9D">
            <w:proofErr w:type="spellStart"/>
            <w:r>
              <w:rPr>
                <w:sz w:val="16"/>
              </w:rPr>
              <w:t>Ламинатор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Био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Про</w:t>
            </w:r>
            <w:proofErr w:type="spellEnd"/>
            <w:r>
              <w:rPr>
                <w:sz w:val="16"/>
              </w:rPr>
              <w:t xml:space="preserve"> 320</w:t>
            </w:r>
          </w:p>
        </w:tc>
        <w:tc>
          <w:tcPr>
            <w:tcW w:w="1706" w:type="dxa"/>
            <w:gridSpan w:val="2"/>
          </w:tcPr>
          <w:p w14:paraId="49518096" w14:textId="77777777" w:rsidR="00F25E9F" w:rsidRDefault="00F25E9F" w:rsidP="00BA5A9D">
            <w:r>
              <w:rPr>
                <w:sz w:val="16"/>
              </w:rPr>
              <w:t>241500014566</w:t>
            </w:r>
          </w:p>
        </w:tc>
        <w:tc>
          <w:tcPr>
            <w:tcW w:w="1691" w:type="dxa"/>
          </w:tcPr>
          <w:p w14:paraId="56BECD96" w14:textId="77777777" w:rsidR="00F25E9F" w:rsidRDefault="00F25E9F" w:rsidP="00BA5A9D">
            <w:r>
              <w:rPr>
                <w:sz w:val="16"/>
              </w:rPr>
              <w:t>85000</w:t>
            </w:r>
          </w:p>
        </w:tc>
        <w:tc>
          <w:tcPr>
            <w:tcW w:w="1701" w:type="dxa"/>
          </w:tcPr>
          <w:p w14:paraId="70E1DE3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0D8E629" w14:textId="77777777" w:rsidTr="001365F3">
        <w:trPr>
          <w:jc w:val="center"/>
        </w:trPr>
        <w:tc>
          <w:tcPr>
            <w:tcW w:w="993" w:type="dxa"/>
          </w:tcPr>
          <w:p w14:paraId="73049715" w14:textId="77777777" w:rsidR="00F25E9F" w:rsidRDefault="00F25E9F" w:rsidP="00BA5A9D">
            <w:r>
              <w:rPr>
                <w:sz w:val="16"/>
              </w:rPr>
              <w:t>218</w:t>
            </w:r>
          </w:p>
        </w:tc>
        <w:tc>
          <w:tcPr>
            <w:tcW w:w="3685" w:type="dxa"/>
          </w:tcPr>
          <w:p w14:paraId="122503C2" w14:textId="77777777" w:rsidR="00F25E9F" w:rsidRDefault="00F25E9F" w:rsidP="00BA5A9D">
            <w:r>
              <w:rPr>
                <w:sz w:val="16"/>
              </w:rPr>
              <w:t xml:space="preserve">Монито23 LG IPS234V-PN, Black, 1920*1080,250 </w:t>
            </w:r>
            <w:proofErr w:type="spellStart"/>
            <w:r>
              <w:rPr>
                <w:sz w:val="16"/>
              </w:rPr>
              <w:t>кд</w:t>
            </w:r>
            <w:proofErr w:type="spellEnd"/>
            <w:r>
              <w:rPr>
                <w:sz w:val="16"/>
              </w:rPr>
              <w:t>/м2,DC5M:1,H:178/V:178,5ms,D-Sub,dvi,HD MI, Audio out</w:t>
            </w:r>
          </w:p>
        </w:tc>
        <w:tc>
          <w:tcPr>
            <w:tcW w:w="1706" w:type="dxa"/>
            <w:gridSpan w:val="2"/>
          </w:tcPr>
          <w:p w14:paraId="7B2A5696" w14:textId="77777777" w:rsidR="00F25E9F" w:rsidRDefault="00F25E9F" w:rsidP="00BA5A9D">
            <w:r>
              <w:rPr>
                <w:sz w:val="16"/>
              </w:rPr>
              <w:t>241500014567</w:t>
            </w:r>
          </w:p>
        </w:tc>
        <w:tc>
          <w:tcPr>
            <w:tcW w:w="1691" w:type="dxa"/>
          </w:tcPr>
          <w:p w14:paraId="2248B374" w14:textId="77777777" w:rsidR="00F25E9F" w:rsidRDefault="00F25E9F" w:rsidP="00BA5A9D">
            <w:r>
              <w:rPr>
                <w:sz w:val="16"/>
              </w:rPr>
              <w:t>39750</w:t>
            </w:r>
          </w:p>
        </w:tc>
        <w:tc>
          <w:tcPr>
            <w:tcW w:w="1701" w:type="dxa"/>
          </w:tcPr>
          <w:p w14:paraId="5A191F7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481B2A0" w14:textId="77777777" w:rsidTr="001365F3">
        <w:trPr>
          <w:jc w:val="center"/>
        </w:trPr>
        <w:tc>
          <w:tcPr>
            <w:tcW w:w="993" w:type="dxa"/>
          </w:tcPr>
          <w:p w14:paraId="6C0262C5" w14:textId="77777777" w:rsidR="00F25E9F" w:rsidRDefault="00F25E9F" w:rsidP="00BA5A9D">
            <w:r>
              <w:rPr>
                <w:sz w:val="16"/>
              </w:rPr>
              <w:t>219</w:t>
            </w:r>
          </w:p>
        </w:tc>
        <w:tc>
          <w:tcPr>
            <w:tcW w:w="3685" w:type="dxa"/>
          </w:tcPr>
          <w:p w14:paraId="32942264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21.5 LG 22EA53T-P, Black, IPS, 1920*1080@60,250кд/м2,5000000:1,H:178/V:178,5ms,D-Sub, DVI</w:t>
            </w:r>
          </w:p>
        </w:tc>
        <w:tc>
          <w:tcPr>
            <w:tcW w:w="1706" w:type="dxa"/>
            <w:gridSpan w:val="2"/>
          </w:tcPr>
          <w:p w14:paraId="08372978" w14:textId="77777777" w:rsidR="00F25E9F" w:rsidRDefault="00F25E9F" w:rsidP="00BA5A9D">
            <w:r>
              <w:rPr>
                <w:sz w:val="16"/>
              </w:rPr>
              <w:t>241500014568</w:t>
            </w:r>
          </w:p>
        </w:tc>
        <w:tc>
          <w:tcPr>
            <w:tcW w:w="1691" w:type="dxa"/>
          </w:tcPr>
          <w:p w14:paraId="473E8D7A" w14:textId="77777777" w:rsidR="00F25E9F" w:rsidRDefault="00F25E9F" w:rsidP="00BA5A9D">
            <w:r>
              <w:rPr>
                <w:sz w:val="16"/>
              </w:rPr>
              <w:t>31990</w:t>
            </w:r>
          </w:p>
        </w:tc>
        <w:tc>
          <w:tcPr>
            <w:tcW w:w="1701" w:type="dxa"/>
          </w:tcPr>
          <w:p w14:paraId="45C6539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EED67C7" w14:textId="77777777" w:rsidTr="001365F3">
        <w:trPr>
          <w:jc w:val="center"/>
        </w:trPr>
        <w:tc>
          <w:tcPr>
            <w:tcW w:w="993" w:type="dxa"/>
          </w:tcPr>
          <w:p w14:paraId="5EAE9E1B" w14:textId="77777777" w:rsidR="00F25E9F" w:rsidRDefault="00F25E9F" w:rsidP="00BA5A9D">
            <w:r>
              <w:rPr>
                <w:sz w:val="16"/>
              </w:rPr>
              <w:t>220</w:t>
            </w:r>
          </w:p>
        </w:tc>
        <w:tc>
          <w:tcPr>
            <w:tcW w:w="3685" w:type="dxa"/>
          </w:tcPr>
          <w:p w14:paraId="6BF466EB" w14:textId="77777777" w:rsidR="00F25E9F" w:rsidRDefault="00F25E9F" w:rsidP="00BA5A9D">
            <w:r>
              <w:rPr>
                <w:sz w:val="16"/>
              </w:rPr>
              <w:t>МФУ Canon i-</w:t>
            </w:r>
            <w:proofErr w:type="spellStart"/>
            <w:r>
              <w:rPr>
                <w:sz w:val="16"/>
              </w:rPr>
              <w:t>Sensys</w:t>
            </w:r>
            <w:proofErr w:type="spellEnd"/>
            <w:r>
              <w:rPr>
                <w:sz w:val="16"/>
              </w:rPr>
              <w:t xml:space="preserve"> MF-3010.A4 print 1200*600dpi 18ppm.scan600*600 dpi USB2.0</w:t>
            </w:r>
          </w:p>
        </w:tc>
        <w:tc>
          <w:tcPr>
            <w:tcW w:w="1706" w:type="dxa"/>
            <w:gridSpan w:val="2"/>
          </w:tcPr>
          <w:p w14:paraId="6F76108F" w14:textId="77777777" w:rsidR="00F25E9F" w:rsidRDefault="00F25E9F" w:rsidP="00BA5A9D">
            <w:r>
              <w:rPr>
                <w:sz w:val="16"/>
              </w:rPr>
              <w:t>241500014569</w:t>
            </w:r>
          </w:p>
        </w:tc>
        <w:tc>
          <w:tcPr>
            <w:tcW w:w="1691" w:type="dxa"/>
          </w:tcPr>
          <w:p w14:paraId="1F662F65" w14:textId="77777777" w:rsidR="00F25E9F" w:rsidRDefault="00F25E9F" w:rsidP="00BA5A9D">
            <w:r>
              <w:rPr>
                <w:sz w:val="16"/>
              </w:rPr>
              <w:t>36500</w:t>
            </w:r>
          </w:p>
        </w:tc>
        <w:tc>
          <w:tcPr>
            <w:tcW w:w="1701" w:type="dxa"/>
          </w:tcPr>
          <w:p w14:paraId="2E34E97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A2D83CF" w14:textId="77777777" w:rsidTr="001365F3">
        <w:trPr>
          <w:jc w:val="center"/>
        </w:trPr>
        <w:tc>
          <w:tcPr>
            <w:tcW w:w="993" w:type="dxa"/>
          </w:tcPr>
          <w:p w14:paraId="34B30633" w14:textId="77777777" w:rsidR="00F25E9F" w:rsidRDefault="00F25E9F" w:rsidP="00BA5A9D">
            <w:r>
              <w:rPr>
                <w:sz w:val="16"/>
              </w:rPr>
              <w:t>221</w:t>
            </w:r>
          </w:p>
        </w:tc>
        <w:tc>
          <w:tcPr>
            <w:tcW w:w="3685" w:type="dxa"/>
          </w:tcPr>
          <w:p w14:paraId="5301A240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Компьютер (в комплекте клавиатура, мышь, процессор)</w:t>
            </w:r>
          </w:p>
        </w:tc>
        <w:tc>
          <w:tcPr>
            <w:tcW w:w="1706" w:type="dxa"/>
            <w:gridSpan w:val="2"/>
          </w:tcPr>
          <w:p w14:paraId="07667171" w14:textId="77777777" w:rsidR="00F25E9F" w:rsidRDefault="00F25E9F" w:rsidP="00BA5A9D">
            <w:r>
              <w:rPr>
                <w:sz w:val="16"/>
              </w:rPr>
              <w:t>241300000105</w:t>
            </w:r>
          </w:p>
        </w:tc>
        <w:tc>
          <w:tcPr>
            <w:tcW w:w="1691" w:type="dxa"/>
          </w:tcPr>
          <w:p w14:paraId="001ABE11" w14:textId="77777777" w:rsidR="00F25E9F" w:rsidRDefault="00F25E9F" w:rsidP="00BA5A9D">
            <w:r>
              <w:rPr>
                <w:sz w:val="16"/>
              </w:rPr>
              <w:t>6000</w:t>
            </w:r>
          </w:p>
        </w:tc>
        <w:tc>
          <w:tcPr>
            <w:tcW w:w="1701" w:type="dxa"/>
          </w:tcPr>
          <w:p w14:paraId="1CFA522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60CEBFE" w14:textId="77777777" w:rsidTr="001365F3">
        <w:trPr>
          <w:jc w:val="center"/>
        </w:trPr>
        <w:tc>
          <w:tcPr>
            <w:tcW w:w="993" w:type="dxa"/>
          </w:tcPr>
          <w:p w14:paraId="4F26752D" w14:textId="77777777" w:rsidR="00F25E9F" w:rsidRDefault="00F25E9F" w:rsidP="00BA5A9D">
            <w:r>
              <w:rPr>
                <w:sz w:val="16"/>
              </w:rPr>
              <w:t>222</w:t>
            </w:r>
          </w:p>
        </w:tc>
        <w:tc>
          <w:tcPr>
            <w:tcW w:w="3685" w:type="dxa"/>
          </w:tcPr>
          <w:p w14:paraId="116A20C2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13528A85" w14:textId="77777777" w:rsidR="00F25E9F" w:rsidRDefault="00F25E9F" w:rsidP="00BA5A9D">
            <w:r>
              <w:rPr>
                <w:sz w:val="16"/>
              </w:rPr>
              <w:t>241300000118</w:t>
            </w:r>
          </w:p>
        </w:tc>
        <w:tc>
          <w:tcPr>
            <w:tcW w:w="1691" w:type="dxa"/>
          </w:tcPr>
          <w:p w14:paraId="6098DE04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638A272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F14BC6F" w14:textId="77777777" w:rsidTr="001365F3">
        <w:trPr>
          <w:jc w:val="center"/>
        </w:trPr>
        <w:tc>
          <w:tcPr>
            <w:tcW w:w="993" w:type="dxa"/>
          </w:tcPr>
          <w:p w14:paraId="78C64D88" w14:textId="77777777" w:rsidR="00F25E9F" w:rsidRDefault="00F25E9F" w:rsidP="00BA5A9D">
            <w:r>
              <w:rPr>
                <w:sz w:val="16"/>
              </w:rPr>
              <w:t>223</w:t>
            </w:r>
          </w:p>
        </w:tc>
        <w:tc>
          <w:tcPr>
            <w:tcW w:w="3685" w:type="dxa"/>
          </w:tcPr>
          <w:p w14:paraId="6A994793" w14:textId="77777777" w:rsidR="00F25E9F" w:rsidRDefault="00F25E9F" w:rsidP="00BA5A9D">
            <w:proofErr w:type="spellStart"/>
            <w:r>
              <w:rPr>
                <w:sz w:val="16"/>
              </w:rPr>
              <w:t>Механическая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гильотина</w:t>
            </w:r>
            <w:proofErr w:type="spellEnd"/>
          </w:p>
        </w:tc>
        <w:tc>
          <w:tcPr>
            <w:tcW w:w="1706" w:type="dxa"/>
            <w:gridSpan w:val="2"/>
          </w:tcPr>
          <w:p w14:paraId="7CABACFF" w14:textId="77777777" w:rsidR="00F25E9F" w:rsidRDefault="00F25E9F" w:rsidP="00BA5A9D">
            <w:r>
              <w:rPr>
                <w:sz w:val="16"/>
              </w:rPr>
              <w:t>241300000119</w:t>
            </w:r>
          </w:p>
        </w:tc>
        <w:tc>
          <w:tcPr>
            <w:tcW w:w="1691" w:type="dxa"/>
          </w:tcPr>
          <w:p w14:paraId="6118B709" w14:textId="77777777" w:rsidR="00F25E9F" w:rsidRDefault="00F25E9F" w:rsidP="00BA5A9D">
            <w:r>
              <w:rPr>
                <w:sz w:val="16"/>
              </w:rPr>
              <w:t>500000</w:t>
            </w:r>
          </w:p>
        </w:tc>
        <w:tc>
          <w:tcPr>
            <w:tcW w:w="1701" w:type="dxa"/>
          </w:tcPr>
          <w:p w14:paraId="0C32AC9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4BF013" w14:textId="77777777" w:rsidTr="001365F3">
        <w:trPr>
          <w:jc w:val="center"/>
        </w:trPr>
        <w:tc>
          <w:tcPr>
            <w:tcW w:w="993" w:type="dxa"/>
          </w:tcPr>
          <w:p w14:paraId="298DA70C" w14:textId="77777777" w:rsidR="00F25E9F" w:rsidRDefault="00F25E9F" w:rsidP="00BA5A9D">
            <w:r>
              <w:rPr>
                <w:sz w:val="16"/>
              </w:rPr>
              <w:t>224</w:t>
            </w:r>
          </w:p>
        </w:tc>
        <w:tc>
          <w:tcPr>
            <w:tcW w:w="3685" w:type="dxa"/>
          </w:tcPr>
          <w:p w14:paraId="3A4E3E18" w14:textId="77777777" w:rsidR="00F25E9F" w:rsidRDefault="00F25E9F" w:rsidP="00BA5A9D">
            <w:proofErr w:type="spellStart"/>
            <w:r>
              <w:rPr>
                <w:sz w:val="16"/>
              </w:rPr>
              <w:t>Термоклеевая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машина</w:t>
            </w:r>
            <w:proofErr w:type="spellEnd"/>
          </w:p>
        </w:tc>
        <w:tc>
          <w:tcPr>
            <w:tcW w:w="1706" w:type="dxa"/>
            <w:gridSpan w:val="2"/>
          </w:tcPr>
          <w:p w14:paraId="2B2E7ACD" w14:textId="77777777" w:rsidR="00F25E9F" w:rsidRDefault="00F25E9F" w:rsidP="00BA5A9D">
            <w:r>
              <w:rPr>
                <w:sz w:val="16"/>
              </w:rPr>
              <w:t>241300000121</w:t>
            </w:r>
          </w:p>
        </w:tc>
        <w:tc>
          <w:tcPr>
            <w:tcW w:w="1691" w:type="dxa"/>
          </w:tcPr>
          <w:p w14:paraId="3129C5E4" w14:textId="77777777" w:rsidR="00F25E9F" w:rsidRDefault="00F25E9F" w:rsidP="00BA5A9D">
            <w:r>
              <w:rPr>
                <w:sz w:val="16"/>
              </w:rPr>
              <w:t>850000</w:t>
            </w:r>
          </w:p>
        </w:tc>
        <w:tc>
          <w:tcPr>
            <w:tcW w:w="1701" w:type="dxa"/>
          </w:tcPr>
          <w:p w14:paraId="2A99973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BFC06BA" w14:textId="77777777" w:rsidTr="001365F3">
        <w:trPr>
          <w:jc w:val="center"/>
        </w:trPr>
        <w:tc>
          <w:tcPr>
            <w:tcW w:w="993" w:type="dxa"/>
          </w:tcPr>
          <w:p w14:paraId="3945FED7" w14:textId="77777777" w:rsidR="00F25E9F" w:rsidRDefault="00F25E9F" w:rsidP="00BA5A9D">
            <w:r>
              <w:rPr>
                <w:sz w:val="16"/>
              </w:rPr>
              <w:t>225</w:t>
            </w:r>
          </w:p>
        </w:tc>
        <w:tc>
          <w:tcPr>
            <w:tcW w:w="3685" w:type="dxa"/>
          </w:tcPr>
          <w:p w14:paraId="4D4E5433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Камеры </w:t>
            </w:r>
            <w:r>
              <w:rPr>
                <w:sz w:val="16"/>
              </w:rPr>
              <w:t>K</w:t>
            </w:r>
            <w:r w:rsidRPr="000003D3">
              <w:rPr>
                <w:sz w:val="16"/>
                <w:lang w:val="ru-RU"/>
              </w:rPr>
              <w:t>-537 аналогичные цветные 2Мрх</w:t>
            </w:r>
          </w:p>
        </w:tc>
        <w:tc>
          <w:tcPr>
            <w:tcW w:w="1706" w:type="dxa"/>
            <w:gridSpan w:val="2"/>
          </w:tcPr>
          <w:p w14:paraId="2D12955A" w14:textId="77777777" w:rsidR="00F25E9F" w:rsidRDefault="00F25E9F" w:rsidP="00BA5A9D">
            <w:r>
              <w:rPr>
                <w:sz w:val="16"/>
              </w:rPr>
              <w:t>241300000217</w:t>
            </w:r>
          </w:p>
        </w:tc>
        <w:tc>
          <w:tcPr>
            <w:tcW w:w="1691" w:type="dxa"/>
          </w:tcPr>
          <w:p w14:paraId="3CF85930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1E8268D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D9EDE4F" w14:textId="77777777" w:rsidTr="001365F3">
        <w:trPr>
          <w:jc w:val="center"/>
        </w:trPr>
        <w:tc>
          <w:tcPr>
            <w:tcW w:w="993" w:type="dxa"/>
          </w:tcPr>
          <w:p w14:paraId="5E9AB727" w14:textId="77777777" w:rsidR="00F25E9F" w:rsidRDefault="00F25E9F" w:rsidP="00BA5A9D">
            <w:r>
              <w:rPr>
                <w:sz w:val="16"/>
              </w:rPr>
              <w:t>226</w:t>
            </w:r>
          </w:p>
        </w:tc>
        <w:tc>
          <w:tcPr>
            <w:tcW w:w="3685" w:type="dxa"/>
          </w:tcPr>
          <w:p w14:paraId="70714C19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Камеры </w:t>
            </w:r>
            <w:r>
              <w:rPr>
                <w:sz w:val="16"/>
              </w:rPr>
              <w:t>K</w:t>
            </w:r>
            <w:r w:rsidRPr="000003D3">
              <w:rPr>
                <w:sz w:val="16"/>
                <w:lang w:val="ru-RU"/>
              </w:rPr>
              <w:t>-537 аналогичные цветные 2Мрх</w:t>
            </w:r>
          </w:p>
        </w:tc>
        <w:tc>
          <w:tcPr>
            <w:tcW w:w="1706" w:type="dxa"/>
            <w:gridSpan w:val="2"/>
          </w:tcPr>
          <w:p w14:paraId="0F8F0626" w14:textId="77777777" w:rsidR="00F25E9F" w:rsidRDefault="00F25E9F" w:rsidP="00BA5A9D">
            <w:r>
              <w:rPr>
                <w:sz w:val="16"/>
              </w:rPr>
              <w:t>241300000218</w:t>
            </w:r>
          </w:p>
        </w:tc>
        <w:tc>
          <w:tcPr>
            <w:tcW w:w="1691" w:type="dxa"/>
          </w:tcPr>
          <w:p w14:paraId="7CEB90A8" w14:textId="77777777" w:rsidR="00F25E9F" w:rsidRDefault="00F25E9F" w:rsidP="00BA5A9D">
            <w:r>
              <w:rPr>
                <w:sz w:val="16"/>
              </w:rPr>
              <w:t>1</w:t>
            </w:r>
          </w:p>
        </w:tc>
        <w:tc>
          <w:tcPr>
            <w:tcW w:w="1701" w:type="dxa"/>
          </w:tcPr>
          <w:p w14:paraId="7419675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DC77745" w14:textId="77777777" w:rsidTr="001365F3">
        <w:trPr>
          <w:jc w:val="center"/>
        </w:trPr>
        <w:tc>
          <w:tcPr>
            <w:tcW w:w="993" w:type="dxa"/>
          </w:tcPr>
          <w:p w14:paraId="22C344DB" w14:textId="77777777" w:rsidR="00F25E9F" w:rsidRDefault="00F25E9F" w:rsidP="00BA5A9D">
            <w:r>
              <w:rPr>
                <w:sz w:val="16"/>
              </w:rPr>
              <w:t>227</w:t>
            </w:r>
          </w:p>
        </w:tc>
        <w:tc>
          <w:tcPr>
            <w:tcW w:w="3685" w:type="dxa"/>
          </w:tcPr>
          <w:p w14:paraId="38355C54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Компьютер в комплекте (Монитор</w:t>
            </w:r>
            <w:proofErr w:type="spellStart"/>
            <w:r>
              <w:rPr>
                <w:sz w:val="16"/>
              </w:rPr>
              <w:t>Aser</w:t>
            </w:r>
            <w:proofErr w:type="spellEnd"/>
            <w:r w:rsidRPr="000003D3">
              <w:rPr>
                <w:sz w:val="16"/>
                <w:lang w:val="ru-RU"/>
              </w:rPr>
              <w:t>,процессор</w:t>
            </w:r>
            <w:proofErr w:type="spellStart"/>
            <w:r>
              <w:rPr>
                <w:sz w:val="16"/>
              </w:rPr>
              <w:t>Delux</w:t>
            </w:r>
            <w:proofErr w:type="spellEnd"/>
            <w:r w:rsidRPr="000003D3">
              <w:rPr>
                <w:sz w:val="16"/>
                <w:lang w:val="ru-RU"/>
              </w:rPr>
              <w:t>,клавиатура</w:t>
            </w:r>
            <w:r>
              <w:rPr>
                <w:sz w:val="16"/>
              </w:rPr>
              <w:t>Defender</w:t>
            </w:r>
            <w:r w:rsidRPr="000003D3">
              <w:rPr>
                <w:sz w:val="16"/>
                <w:lang w:val="ru-RU"/>
              </w:rPr>
              <w:t>,мышь</w:t>
            </w:r>
            <w:r>
              <w:rPr>
                <w:sz w:val="16"/>
              </w:rPr>
              <w:t>Defender</w:t>
            </w:r>
            <w:r w:rsidRPr="000003D3">
              <w:rPr>
                <w:sz w:val="16"/>
                <w:lang w:val="ru-RU"/>
              </w:rPr>
              <w:t>)</w:t>
            </w:r>
          </w:p>
        </w:tc>
        <w:tc>
          <w:tcPr>
            <w:tcW w:w="1706" w:type="dxa"/>
            <w:gridSpan w:val="2"/>
          </w:tcPr>
          <w:p w14:paraId="60FDCC71" w14:textId="77777777" w:rsidR="00F25E9F" w:rsidRDefault="00F25E9F" w:rsidP="00BA5A9D">
            <w:r>
              <w:rPr>
                <w:sz w:val="16"/>
              </w:rPr>
              <w:t>241300000157</w:t>
            </w:r>
          </w:p>
        </w:tc>
        <w:tc>
          <w:tcPr>
            <w:tcW w:w="1691" w:type="dxa"/>
          </w:tcPr>
          <w:p w14:paraId="0398F048" w14:textId="77777777" w:rsidR="00F25E9F" w:rsidRDefault="00F25E9F" w:rsidP="00BA5A9D">
            <w:r>
              <w:rPr>
                <w:sz w:val="16"/>
              </w:rPr>
              <w:t>107520</w:t>
            </w:r>
          </w:p>
        </w:tc>
        <w:tc>
          <w:tcPr>
            <w:tcW w:w="1701" w:type="dxa"/>
          </w:tcPr>
          <w:p w14:paraId="1D46BCD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BDCCA6F" w14:textId="77777777" w:rsidTr="001365F3">
        <w:trPr>
          <w:jc w:val="center"/>
        </w:trPr>
        <w:tc>
          <w:tcPr>
            <w:tcW w:w="993" w:type="dxa"/>
          </w:tcPr>
          <w:p w14:paraId="283772E0" w14:textId="77777777" w:rsidR="00F25E9F" w:rsidRDefault="00F25E9F" w:rsidP="00BA5A9D">
            <w:r>
              <w:rPr>
                <w:sz w:val="16"/>
              </w:rPr>
              <w:t>228</w:t>
            </w:r>
          </w:p>
        </w:tc>
        <w:tc>
          <w:tcPr>
            <w:tcW w:w="3685" w:type="dxa"/>
          </w:tcPr>
          <w:p w14:paraId="723EC8EC" w14:textId="77777777" w:rsidR="00F25E9F" w:rsidRDefault="00F25E9F" w:rsidP="00BA5A9D">
            <w:proofErr w:type="spellStart"/>
            <w:r>
              <w:rPr>
                <w:sz w:val="16"/>
              </w:rPr>
              <w:t>Переплетная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машина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Warroir</w:t>
            </w:r>
            <w:proofErr w:type="spellEnd"/>
            <w:r>
              <w:rPr>
                <w:sz w:val="16"/>
              </w:rPr>
              <w:t xml:space="preserve"> Wire 21150</w:t>
            </w:r>
          </w:p>
        </w:tc>
        <w:tc>
          <w:tcPr>
            <w:tcW w:w="1706" w:type="dxa"/>
            <w:gridSpan w:val="2"/>
          </w:tcPr>
          <w:p w14:paraId="6E80BA23" w14:textId="77777777" w:rsidR="00F25E9F" w:rsidRDefault="00F25E9F" w:rsidP="00BA5A9D">
            <w:r>
              <w:rPr>
                <w:sz w:val="16"/>
              </w:rPr>
              <w:t>241500014558</w:t>
            </w:r>
          </w:p>
        </w:tc>
        <w:tc>
          <w:tcPr>
            <w:tcW w:w="1691" w:type="dxa"/>
          </w:tcPr>
          <w:p w14:paraId="5B71BC3C" w14:textId="77777777" w:rsidR="00F25E9F" w:rsidRDefault="00F25E9F" w:rsidP="00BA5A9D">
            <w:r>
              <w:rPr>
                <w:sz w:val="16"/>
              </w:rPr>
              <w:t>107890</w:t>
            </w:r>
          </w:p>
        </w:tc>
        <w:tc>
          <w:tcPr>
            <w:tcW w:w="1701" w:type="dxa"/>
          </w:tcPr>
          <w:p w14:paraId="354F3CD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57D31E0" w14:textId="77777777" w:rsidTr="001365F3">
        <w:trPr>
          <w:jc w:val="center"/>
        </w:trPr>
        <w:tc>
          <w:tcPr>
            <w:tcW w:w="993" w:type="dxa"/>
          </w:tcPr>
          <w:p w14:paraId="204EDA1F" w14:textId="77777777" w:rsidR="00F25E9F" w:rsidRDefault="00F25E9F" w:rsidP="00BA5A9D">
            <w:r>
              <w:rPr>
                <w:sz w:val="16"/>
              </w:rPr>
              <w:t>229</w:t>
            </w:r>
          </w:p>
        </w:tc>
        <w:tc>
          <w:tcPr>
            <w:tcW w:w="3685" w:type="dxa"/>
          </w:tcPr>
          <w:p w14:paraId="0C1289EB" w14:textId="77777777" w:rsidR="00F25E9F" w:rsidRDefault="00F25E9F" w:rsidP="00BA5A9D">
            <w:proofErr w:type="spellStart"/>
            <w:r>
              <w:rPr>
                <w:sz w:val="16"/>
              </w:rPr>
              <w:t>Стойки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микрофонные</w:t>
            </w:r>
            <w:proofErr w:type="spellEnd"/>
            <w:r>
              <w:rPr>
                <w:sz w:val="16"/>
              </w:rPr>
              <w:t xml:space="preserve"> 2</w:t>
            </w:r>
          </w:p>
        </w:tc>
        <w:tc>
          <w:tcPr>
            <w:tcW w:w="1706" w:type="dxa"/>
            <w:gridSpan w:val="2"/>
          </w:tcPr>
          <w:p w14:paraId="77CD7778" w14:textId="77777777" w:rsidR="00F25E9F" w:rsidRDefault="00F25E9F" w:rsidP="00BA5A9D">
            <w:r>
              <w:rPr>
                <w:sz w:val="16"/>
              </w:rPr>
              <w:t>241300000249</w:t>
            </w:r>
          </w:p>
        </w:tc>
        <w:tc>
          <w:tcPr>
            <w:tcW w:w="1691" w:type="dxa"/>
          </w:tcPr>
          <w:p w14:paraId="206D2710" w14:textId="77777777" w:rsidR="00F25E9F" w:rsidRDefault="00F25E9F" w:rsidP="00BA5A9D">
            <w:r>
              <w:rPr>
                <w:sz w:val="16"/>
              </w:rPr>
              <w:t>42000</w:t>
            </w:r>
          </w:p>
        </w:tc>
        <w:tc>
          <w:tcPr>
            <w:tcW w:w="1701" w:type="dxa"/>
          </w:tcPr>
          <w:p w14:paraId="16805D0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D1AB072" w14:textId="77777777" w:rsidTr="001365F3">
        <w:trPr>
          <w:jc w:val="center"/>
        </w:trPr>
        <w:tc>
          <w:tcPr>
            <w:tcW w:w="993" w:type="dxa"/>
          </w:tcPr>
          <w:p w14:paraId="3EEF4CE5" w14:textId="77777777" w:rsidR="00F25E9F" w:rsidRDefault="00F25E9F" w:rsidP="00BA5A9D">
            <w:r>
              <w:rPr>
                <w:sz w:val="16"/>
              </w:rPr>
              <w:t>230</w:t>
            </w:r>
          </w:p>
        </w:tc>
        <w:tc>
          <w:tcPr>
            <w:tcW w:w="3685" w:type="dxa"/>
          </w:tcPr>
          <w:p w14:paraId="7D65C3F4" w14:textId="77777777" w:rsidR="00F25E9F" w:rsidRDefault="00F25E9F" w:rsidP="00BA5A9D">
            <w:proofErr w:type="spellStart"/>
            <w:r>
              <w:rPr>
                <w:sz w:val="16"/>
              </w:rPr>
              <w:t>Кондиционер</w:t>
            </w:r>
            <w:proofErr w:type="spellEnd"/>
          </w:p>
        </w:tc>
        <w:tc>
          <w:tcPr>
            <w:tcW w:w="1706" w:type="dxa"/>
            <w:gridSpan w:val="2"/>
          </w:tcPr>
          <w:p w14:paraId="6C5FC4B6" w14:textId="77777777" w:rsidR="00F25E9F" w:rsidRDefault="00F25E9F" w:rsidP="00BA5A9D">
            <w:r>
              <w:rPr>
                <w:sz w:val="16"/>
              </w:rPr>
              <w:t>241500014561</w:t>
            </w:r>
          </w:p>
        </w:tc>
        <w:tc>
          <w:tcPr>
            <w:tcW w:w="1691" w:type="dxa"/>
          </w:tcPr>
          <w:p w14:paraId="310A6651" w14:textId="77777777" w:rsidR="00F25E9F" w:rsidRDefault="00F25E9F" w:rsidP="00BA5A9D">
            <w:r>
              <w:rPr>
                <w:sz w:val="16"/>
              </w:rPr>
              <w:t>7150</w:t>
            </w:r>
          </w:p>
        </w:tc>
        <w:tc>
          <w:tcPr>
            <w:tcW w:w="1701" w:type="dxa"/>
          </w:tcPr>
          <w:p w14:paraId="7703EFF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2343EFE" w14:textId="77777777" w:rsidTr="001365F3">
        <w:trPr>
          <w:jc w:val="center"/>
        </w:trPr>
        <w:tc>
          <w:tcPr>
            <w:tcW w:w="993" w:type="dxa"/>
          </w:tcPr>
          <w:p w14:paraId="33F00937" w14:textId="77777777" w:rsidR="00F25E9F" w:rsidRDefault="00F25E9F" w:rsidP="00BA5A9D">
            <w:r>
              <w:rPr>
                <w:sz w:val="16"/>
              </w:rPr>
              <w:t>231</w:t>
            </w:r>
          </w:p>
        </w:tc>
        <w:tc>
          <w:tcPr>
            <w:tcW w:w="3685" w:type="dxa"/>
          </w:tcPr>
          <w:p w14:paraId="1A9E49F1" w14:textId="77777777" w:rsidR="00F25E9F" w:rsidRDefault="00F25E9F" w:rsidP="00BA5A9D">
            <w:proofErr w:type="spellStart"/>
            <w:r>
              <w:rPr>
                <w:sz w:val="16"/>
              </w:rPr>
              <w:t>Кондиционер</w:t>
            </w:r>
            <w:proofErr w:type="spellEnd"/>
          </w:p>
        </w:tc>
        <w:tc>
          <w:tcPr>
            <w:tcW w:w="1706" w:type="dxa"/>
            <w:gridSpan w:val="2"/>
          </w:tcPr>
          <w:p w14:paraId="74103B4F" w14:textId="77777777" w:rsidR="00F25E9F" w:rsidRDefault="00F25E9F" w:rsidP="00BA5A9D">
            <w:r>
              <w:rPr>
                <w:sz w:val="16"/>
              </w:rPr>
              <w:t>241500014562</w:t>
            </w:r>
          </w:p>
        </w:tc>
        <w:tc>
          <w:tcPr>
            <w:tcW w:w="1691" w:type="dxa"/>
          </w:tcPr>
          <w:p w14:paraId="2DC0289B" w14:textId="77777777" w:rsidR="00F25E9F" w:rsidRDefault="00F25E9F" w:rsidP="00BA5A9D">
            <w:r>
              <w:rPr>
                <w:sz w:val="16"/>
              </w:rPr>
              <w:t>7150</w:t>
            </w:r>
          </w:p>
        </w:tc>
        <w:tc>
          <w:tcPr>
            <w:tcW w:w="1701" w:type="dxa"/>
          </w:tcPr>
          <w:p w14:paraId="3FE2932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118CFAE" w14:textId="77777777" w:rsidTr="001365F3">
        <w:trPr>
          <w:jc w:val="center"/>
        </w:trPr>
        <w:tc>
          <w:tcPr>
            <w:tcW w:w="993" w:type="dxa"/>
          </w:tcPr>
          <w:p w14:paraId="596191D4" w14:textId="77777777" w:rsidR="00F25E9F" w:rsidRDefault="00F25E9F" w:rsidP="00BA5A9D">
            <w:r>
              <w:rPr>
                <w:sz w:val="16"/>
              </w:rPr>
              <w:t>232</w:t>
            </w:r>
          </w:p>
        </w:tc>
        <w:tc>
          <w:tcPr>
            <w:tcW w:w="3685" w:type="dxa"/>
          </w:tcPr>
          <w:p w14:paraId="0F246017" w14:textId="77777777" w:rsidR="00F25E9F" w:rsidRDefault="00F25E9F" w:rsidP="00BA5A9D">
            <w:proofErr w:type="spellStart"/>
            <w:r>
              <w:rPr>
                <w:sz w:val="16"/>
              </w:rPr>
              <w:t>Ковер</w:t>
            </w:r>
            <w:proofErr w:type="spellEnd"/>
            <w:r>
              <w:rPr>
                <w:sz w:val="16"/>
              </w:rPr>
              <w:t xml:space="preserve"> 3*6 м</w:t>
            </w:r>
          </w:p>
        </w:tc>
        <w:tc>
          <w:tcPr>
            <w:tcW w:w="1706" w:type="dxa"/>
            <w:gridSpan w:val="2"/>
          </w:tcPr>
          <w:p w14:paraId="32FD794E" w14:textId="77777777" w:rsidR="00F25E9F" w:rsidRDefault="00F25E9F" w:rsidP="00BA5A9D">
            <w:r>
              <w:rPr>
                <w:sz w:val="16"/>
              </w:rPr>
              <w:t>241500014584</w:t>
            </w:r>
          </w:p>
        </w:tc>
        <w:tc>
          <w:tcPr>
            <w:tcW w:w="1691" w:type="dxa"/>
          </w:tcPr>
          <w:p w14:paraId="412365A0" w14:textId="77777777" w:rsidR="00F25E9F" w:rsidRDefault="00F25E9F" w:rsidP="00BA5A9D">
            <w:r>
              <w:rPr>
                <w:sz w:val="16"/>
              </w:rPr>
              <w:t>2200</w:t>
            </w:r>
          </w:p>
        </w:tc>
        <w:tc>
          <w:tcPr>
            <w:tcW w:w="1701" w:type="dxa"/>
          </w:tcPr>
          <w:p w14:paraId="05FE8AA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85B16B3" w14:textId="77777777" w:rsidTr="001365F3">
        <w:trPr>
          <w:jc w:val="center"/>
        </w:trPr>
        <w:tc>
          <w:tcPr>
            <w:tcW w:w="993" w:type="dxa"/>
          </w:tcPr>
          <w:p w14:paraId="7FE3F87C" w14:textId="77777777" w:rsidR="00F25E9F" w:rsidRDefault="00F25E9F" w:rsidP="00BA5A9D">
            <w:r>
              <w:rPr>
                <w:sz w:val="16"/>
              </w:rPr>
              <w:t>233</w:t>
            </w:r>
          </w:p>
        </w:tc>
        <w:tc>
          <w:tcPr>
            <w:tcW w:w="3685" w:type="dxa"/>
          </w:tcPr>
          <w:p w14:paraId="67C0A8AD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48035889" w14:textId="77777777" w:rsidR="00F25E9F" w:rsidRDefault="00F25E9F" w:rsidP="00BA5A9D">
            <w:r>
              <w:rPr>
                <w:sz w:val="16"/>
              </w:rPr>
              <w:t>241500014585</w:t>
            </w:r>
          </w:p>
        </w:tc>
        <w:tc>
          <w:tcPr>
            <w:tcW w:w="1691" w:type="dxa"/>
          </w:tcPr>
          <w:p w14:paraId="43685543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149BCED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82E6246" w14:textId="77777777" w:rsidTr="001365F3">
        <w:trPr>
          <w:jc w:val="center"/>
        </w:trPr>
        <w:tc>
          <w:tcPr>
            <w:tcW w:w="993" w:type="dxa"/>
          </w:tcPr>
          <w:p w14:paraId="1982AFE4" w14:textId="77777777" w:rsidR="00F25E9F" w:rsidRDefault="00F25E9F" w:rsidP="00BA5A9D">
            <w:r>
              <w:rPr>
                <w:sz w:val="16"/>
              </w:rPr>
              <w:t>234</w:t>
            </w:r>
          </w:p>
        </w:tc>
        <w:tc>
          <w:tcPr>
            <w:tcW w:w="3685" w:type="dxa"/>
          </w:tcPr>
          <w:p w14:paraId="45A26FA8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21.5 SAMSUNG S22A 100N, Black, 0.248mm,1920-1080@60Hz, 200кд/м2,600:1,DC 5M:1,5ms,D-Sub,LED</w:t>
            </w:r>
          </w:p>
        </w:tc>
        <w:tc>
          <w:tcPr>
            <w:tcW w:w="1706" w:type="dxa"/>
            <w:gridSpan w:val="2"/>
          </w:tcPr>
          <w:p w14:paraId="052AFF86" w14:textId="77777777" w:rsidR="00F25E9F" w:rsidRDefault="00F25E9F" w:rsidP="00BA5A9D">
            <w:r>
              <w:rPr>
                <w:sz w:val="16"/>
              </w:rPr>
              <w:t>241500014588</w:t>
            </w:r>
          </w:p>
        </w:tc>
        <w:tc>
          <w:tcPr>
            <w:tcW w:w="1691" w:type="dxa"/>
          </w:tcPr>
          <w:p w14:paraId="5D997DA9" w14:textId="77777777" w:rsidR="00F25E9F" w:rsidRDefault="00F25E9F" w:rsidP="00BA5A9D">
            <w:r>
              <w:rPr>
                <w:sz w:val="16"/>
              </w:rPr>
              <w:t>25900</w:t>
            </w:r>
          </w:p>
        </w:tc>
        <w:tc>
          <w:tcPr>
            <w:tcW w:w="1701" w:type="dxa"/>
          </w:tcPr>
          <w:p w14:paraId="6476AF4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371B0A1" w14:textId="77777777" w:rsidTr="001365F3">
        <w:trPr>
          <w:jc w:val="center"/>
        </w:trPr>
        <w:tc>
          <w:tcPr>
            <w:tcW w:w="993" w:type="dxa"/>
          </w:tcPr>
          <w:p w14:paraId="667CF576" w14:textId="77777777" w:rsidR="00F25E9F" w:rsidRDefault="00F25E9F" w:rsidP="00BA5A9D">
            <w:r>
              <w:rPr>
                <w:sz w:val="16"/>
              </w:rPr>
              <w:t>235</w:t>
            </w:r>
          </w:p>
        </w:tc>
        <w:tc>
          <w:tcPr>
            <w:tcW w:w="3685" w:type="dxa"/>
          </w:tcPr>
          <w:p w14:paraId="62E1AE7F" w14:textId="77777777" w:rsidR="00F25E9F" w:rsidRDefault="00F25E9F" w:rsidP="00BA5A9D">
            <w:r>
              <w:rPr>
                <w:sz w:val="16"/>
              </w:rPr>
              <w:t>МФУ HP LaserJet M1132 MFP, A4, print 600*600dpi, 18ppm, scan 1200*1200, USB</w:t>
            </w:r>
          </w:p>
        </w:tc>
        <w:tc>
          <w:tcPr>
            <w:tcW w:w="1706" w:type="dxa"/>
            <w:gridSpan w:val="2"/>
          </w:tcPr>
          <w:p w14:paraId="43AC654E" w14:textId="77777777" w:rsidR="00F25E9F" w:rsidRDefault="00F25E9F" w:rsidP="00BA5A9D">
            <w:r>
              <w:rPr>
                <w:sz w:val="16"/>
              </w:rPr>
              <w:t>241500014589</w:t>
            </w:r>
          </w:p>
        </w:tc>
        <w:tc>
          <w:tcPr>
            <w:tcW w:w="1691" w:type="dxa"/>
          </w:tcPr>
          <w:p w14:paraId="47B727B2" w14:textId="77777777" w:rsidR="00F25E9F" w:rsidRDefault="00F25E9F" w:rsidP="00BA5A9D">
            <w:r>
              <w:rPr>
                <w:sz w:val="16"/>
              </w:rPr>
              <w:t>27900</w:t>
            </w:r>
          </w:p>
        </w:tc>
        <w:tc>
          <w:tcPr>
            <w:tcW w:w="1701" w:type="dxa"/>
          </w:tcPr>
          <w:p w14:paraId="587AA0A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759F131" w14:textId="77777777" w:rsidTr="001365F3">
        <w:trPr>
          <w:jc w:val="center"/>
        </w:trPr>
        <w:tc>
          <w:tcPr>
            <w:tcW w:w="993" w:type="dxa"/>
          </w:tcPr>
          <w:p w14:paraId="6B9216C2" w14:textId="77777777" w:rsidR="00F25E9F" w:rsidRDefault="00F25E9F" w:rsidP="00BA5A9D">
            <w:r>
              <w:rPr>
                <w:sz w:val="16"/>
              </w:rPr>
              <w:t>236</w:t>
            </w:r>
          </w:p>
        </w:tc>
        <w:tc>
          <w:tcPr>
            <w:tcW w:w="3685" w:type="dxa"/>
          </w:tcPr>
          <w:p w14:paraId="5E7FFD7F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261D175B" w14:textId="77777777" w:rsidR="00F25E9F" w:rsidRDefault="00F25E9F" w:rsidP="00BA5A9D">
            <w:r>
              <w:rPr>
                <w:sz w:val="16"/>
              </w:rPr>
              <w:t>241500014563</w:t>
            </w:r>
          </w:p>
        </w:tc>
        <w:tc>
          <w:tcPr>
            <w:tcW w:w="1691" w:type="dxa"/>
          </w:tcPr>
          <w:p w14:paraId="4515B522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6CD2A03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0A96291" w14:textId="77777777" w:rsidTr="001365F3">
        <w:trPr>
          <w:jc w:val="center"/>
        </w:trPr>
        <w:tc>
          <w:tcPr>
            <w:tcW w:w="993" w:type="dxa"/>
          </w:tcPr>
          <w:p w14:paraId="0086C516" w14:textId="77777777" w:rsidR="00F25E9F" w:rsidRDefault="00F25E9F" w:rsidP="00BA5A9D">
            <w:r>
              <w:rPr>
                <w:sz w:val="16"/>
              </w:rPr>
              <w:t>237</w:t>
            </w:r>
          </w:p>
        </w:tc>
        <w:tc>
          <w:tcPr>
            <w:tcW w:w="3685" w:type="dxa"/>
          </w:tcPr>
          <w:p w14:paraId="4D43A021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0A8E11B5" w14:textId="77777777" w:rsidR="00F25E9F" w:rsidRDefault="00F25E9F" w:rsidP="00BA5A9D">
            <w:r>
              <w:rPr>
                <w:sz w:val="16"/>
              </w:rPr>
              <w:t>241500014564</w:t>
            </w:r>
          </w:p>
        </w:tc>
        <w:tc>
          <w:tcPr>
            <w:tcW w:w="1691" w:type="dxa"/>
          </w:tcPr>
          <w:p w14:paraId="074A148A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4002A60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4DCCE30" w14:textId="77777777" w:rsidTr="001365F3">
        <w:trPr>
          <w:jc w:val="center"/>
        </w:trPr>
        <w:tc>
          <w:tcPr>
            <w:tcW w:w="993" w:type="dxa"/>
          </w:tcPr>
          <w:p w14:paraId="3D373BB4" w14:textId="77777777" w:rsidR="00F25E9F" w:rsidRDefault="00F25E9F" w:rsidP="00BA5A9D">
            <w:r>
              <w:rPr>
                <w:sz w:val="16"/>
              </w:rPr>
              <w:t>238</w:t>
            </w:r>
          </w:p>
        </w:tc>
        <w:tc>
          <w:tcPr>
            <w:tcW w:w="3685" w:type="dxa"/>
          </w:tcPr>
          <w:p w14:paraId="0AFA38DE" w14:textId="77777777" w:rsidR="00F25E9F" w:rsidRDefault="00F25E9F" w:rsidP="00BA5A9D">
            <w:proofErr w:type="spellStart"/>
            <w:r>
              <w:rPr>
                <w:sz w:val="16"/>
              </w:rPr>
              <w:t>сейф</w:t>
            </w:r>
            <w:proofErr w:type="spellEnd"/>
            <w:r>
              <w:rPr>
                <w:sz w:val="16"/>
              </w:rPr>
              <w:t xml:space="preserve"> СОО-1200</w:t>
            </w:r>
          </w:p>
        </w:tc>
        <w:tc>
          <w:tcPr>
            <w:tcW w:w="1706" w:type="dxa"/>
            <w:gridSpan w:val="2"/>
          </w:tcPr>
          <w:p w14:paraId="6FDB67DD" w14:textId="77777777" w:rsidR="00F25E9F" w:rsidRDefault="00F25E9F" w:rsidP="00BA5A9D">
            <w:r>
              <w:rPr>
                <w:sz w:val="16"/>
              </w:rPr>
              <w:t>241500014571</w:t>
            </w:r>
          </w:p>
        </w:tc>
        <w:tc>
          <w:tcPr>
            <w:tcW w:w="1691" w:type="dxa"/>
          </w:tcPr>
          <w:p w14:paraId="4F2C7568" w14:textId="77777777" w:rsidR="00F25E9F" w:rsidRDefault="00F25E9F" w:rsidP="00BA5A9D">
            <w:r>
              <w:rPr>
                <w:sz w:val="16"/>
              </w:rPr>
              <w:t>33345</w:t>
            </w:r>
          </w:p>
        </w:tc>
        <w:tc>
          <w:tcPr>
            <w:tcW w:w="1701" w:type="dxa"/>
          </w:tcPr>
          <w:p w14:paraId="77A0F4D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0714850" w14:textId="77777777" w:rsidTr="001365F3">
        <w:trPr>
          <w:jc w:val="center"/>
        </w:trPr>
        <w:tc>
          <w:tcPr>
            <w:tcW w:w="993" w:type="dxa"/>
          </w:tcPr>
          <w:p w14:paraId="55DF06BD" w14:textId="77777777" w:rsidR="00F25E9F" w:rsidRDefault="00F25E9F" w:rsidP="00BA5A9D">
            <w:r>
              <w:rPr>
                <w:sz w:val="16"/>
              </w:rPr>
              <w:t>239</w:t>
            </w:r>
          </w:p>
        </w:tc>
        <w:tc>
          <w:tcPr>
            <w:tcW w:w="3685" w:type="dxa"/>
          </w:tcPr>
          <w:p w14:paraId="681271E0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045F2944" w14:textId="77777777" w:rsidR="00F25E9F" w:rsidRDefault="00F25E9F" w:rsidP="00BA5A9D">
            <w:r>
              <w:rPr>
                <w:sz w:val="16"/>
              </w:rPr>
              <w:t>241500014629</w:t>
            </w:r>
          </w:p>
        </w:tc>
        <w:tc>
          <w:tcPr>
            <w:tcW w:w="1691" w:type="dxa"/>
          </w:tcPr>
          <w:p w14:paraId="51BEBF5D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1DC02C5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42080D8" w14:textId="77777777" w:rsidTr="001365F3">
        <w:trPr>
          <w:jc w:val="center"/>
        </w:trPr>
        <w:tc>
          <w:tcPr>
            <w:tcW w:w="993" w:type="dxa"/>
          </w:tcPr>
          <w:p w14:paraId="44F00EF0" w14:textId="77777777" w:rsidR="00F25E9F" w:rsidRDefault="00F25E9F" w:rsidP="00BA5A9D">
            <w:r>
              <w:rPr>
                <w:sz w:val="16"/>
              </w:rPr>
              <w:t>240</w:t>
            </w:r>
          </w:p>
        </w:tc>
        <w:tc>
          <w:tcPr>
            <w:tcW w:w="3685" w:type="dxa"/>
          </w:tcPr>
          <w:p w14:paraId="4879D9FD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4A782365" w14:textId="77777777" w:rsidR="00F25E9F" w:rsidRDefault="00F25E9F" w:rsidP="00BA5A9D">
            <w:r>
              <w:rPr>
                <w:sz w:val="16"/>
              </w:rPr>
              <w:t>241500014630</w:t>
            </w:r>
          </w:p>
        </w:tc>
        <w:tc>
          <w:tcPr>
            <w:tcW w:w="1691" w:type="dxa"/>
          </w:tcPr>
          <w:p w14:paraId="7DF2B374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62DB5A3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923A8D4" w14:textId="77777777" w:rsidTr="001365F3">
        <w:trPr>
          <w:jc w:val="center"/>
        </w:trPr>
        <w:tc>
          <w:tcPr>
            <w:tcW w:w="993" w:type="dxa"/>
          </w:tcPr>
          <w:p w14:paraId="3DFB8CED" w14:textId="77777777" w:rsidR="00F25E9F" w:rsidRDefault="00F25E9F" w:rsidP="00BA5A9D">
            <w:r>
              <w:rPr>
                <w:sz w:val="16"/>
              </w:rPr>
              <w:t>241</w:t>
            </w:r>
          </w:p>
        </w:tc>
        <w:tc>
          <w:tcPr>
            <w:tcW w:w="3685" w:type="dxa"/>
          </w:tcPr>
          <w:p w14:paraId="765A2B3F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5B9927E4" w14:textId="77777777" w:rsidR="00F25E9F" w:rsidRDefault="00F25E9F" w:rsidP="00BA5A9D">
            <w:r>
              <w:rPr>
                <w:sz w:val="16"/>
              </w:rPr>
              <w:t>241500014631</w:t>
            </w:r>
          </w:p>
        </w:tc>
        <w:tc>
          <w:tcPr>
            <w:tcW w:w="1691" w:type="dxa"/>
          </w:tcPr>
          <w:p w14:paraId="1D9C355D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0CB7FAF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B2177C8" w14:textId="77777777" w:rsidTr="001365F3">
        <w:trPr>
          <w:jc w:val="center"/>
        </w:trPr>
        <w:tc>
          <w:tcPr>
            <w:tcW w:w="993" w:type="dxa"/>
          </w:tcPr>
          <w:p w14:paraId="3810915A" w14:textId="77777777" w:rsidR="00F25E9F" w:rsidRDefault="00F25E9F" w:rsidP="00BA5A9D">
            <w:r>
              <w:rPr>
                <w:sz w:val="16"/>
              </w:rPr>
              <w:t>242</w:t>
            </w:r>
          </w:p>
        </w:tc>
        <w:tc>
          <w:tcPr>
            <w:tcW w:w="3685" w:type="dxa"/>
          </w:tcPr>
          <w:p w14:paraId="6EA4F658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08CEABD6" w14:textId="77777777" w:rsidR="00F25E9F" w:rsidRDefault="00F25E9F" w:rsidP="00BA5A9D">
            <w:r>
              <w:rPr>
                <w:sz w:val="16"/>
              </w:rPr>
              <w:t>241500014632</w:t>
            </w:r>
          </w:p>
        </w:tc>
        <w:tc>
          <w:tcPr>
            <w:tcW w:w="1691" w:type="dxa"/>
          </w:tcPr>
          <w:p w14:paraId="7BA2F154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3511136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CD45F75" w14:textId="77777777" w:rsidTr="001365F3">
        <w:trPr>
          <w:jc w:val="center"/>
        </w:trPr>
        <w:tc>
          <w:tcPr>
            <w:tcW w:w="993" w:type="dxa"/>
          </w:tcPr>
          <w:p w14:paraId="7DFD240C" w14:textId="77777777" w:rsidR="00F25E9F" w:rsidRDefault="00F25E9F" w:rsidP="00BA5A9D">
            <w:r>
              <w:rPr>
                <w:sz w:val="16"/>
              </w:rPr>
              <w:t>243</w:t>
            </w:r>
          </w:p>
        </w:tc>
        <w:tc>
          <w:tcPr>
            <w:tcW w:w="3685" w:type="dxa"/>
          </w:tcPr>
          <w:p w14:paraId="735CCBE1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7313E40E" w14:textId="77777777" w:rsidR="00F25E9F" w:rsidRDefault="00F25E9F" w:rsidP="00BA5A9D">
            <w:r>
              <w:rPr>
                <w:sz w:val="16"/>
              </w:rPr>
              <w:t>241500014633</w:t>
            </w:r>
          </w:p>
        </w:tc>
        <w:tc>
          <w:tcPr>
            <w:tcW w:w="1691" w:type="dxa"/>
          </w:tcPr>
          <w:p w14:paraId="5D20F036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53AC1CA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EFA13F1" w14:textId="77777777" w:rsidTr="001365F3">
        <w:trPr>
          <w:jc w:val="center"/>
        </w:trPr>
        <w:tc>
          <w:tcPr>
            <w:tcW w:w="993" w:type="dxa"/>
          </w:tcPr>
          <w:p w14:paraId="4A5EB9BC" w14:textId="77777777" w:rsidR="00F25E9F" w:rsidRDefault="00F25E9F" w:rsidP="00BA5A9D">
            <w:r>
              <w:rPr>
                <w:sz w:val="16"/>
              </w:rPr>
              <w:t>244</w:t>
            </w:r>
          </w:p>
        </w:tc>
        <w:tc>
          <w:tcPr>
            <w:tcW w:w="3685" w:type="dxa"/>
          </w:tcPr>
          <w:p w14:paraId="2F083DE9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153E2050" w14:textId="77777777" w:rsidR="00F25E9F" w:rsidRDefault="00F25E9F" w:rsidP="00BA5A9D">
            <w:r>
              <w:rPr>
                <w:sz w:val="16"/>
              </w:rPr>
              <w:t>241500014634</w:t>
            </w:r>
          </w:p>
        </w:tc>
        <w:tc>
          <w:tcPr>
            <w:tcW w:w="1691" w:type="dxa"/>
          </w:tcPr>
          <w:p w14:paraId="0B6A52CA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08F6CBE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CD61422" w14:textId="77777777" w:rsidTr="001365F3">
        <w:trPr>
          <w:jc w:val="center"/>
        </w:trPr>
        <w:tc>
          <w:tcPr>
            <w:tcW w:w="993" w:type="dxa"/>
          </w:tcPr>
          <w:p w14:paraId="5ADC0461" w14:textId="77777777" w:rsidR="00F25E9F" w:rsidRDefault="00F25E9F" w:rsidP="00BA5A9D">
            <w:r>
              <w:rPr>
                <w:sz w:val="16"/>
              </w:rPr>
              <w:t>245</w:t>
            </w:r>
          </w:p>
        </w:tc>
        <w:tc>
          <w:tcPr>
            <w:tcW w:w="3685" w:type="dxa"/>
          </w:tcPr>
          <w:p w14:paraId="45A0D295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43525E23" w14:textId="77777777" w:rsidR="00F25E9F" w:rsidRDefault="00F25E9F" w:rsidP="00BA5A9D">
            <w:r>
              <w:rPr>
                <w:sz w:val="16"/>
              </w:rPr>
              <w:t>241500014635</w:t>
            </w:r>
          </w:p>
        </w:tc>
        <w:tc>
          <w:tcPr>
            <w:tcW w:w="1691" w:type="dxa"/>
          </w:tcPr>
          <w:p w14:paraId="49F242D3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6DFA77E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680E628" w14:textId="77777777" w:rsidTr="001365F3">
        <w:trPr>
          <w:jc w:val="center"/>
        </w:trPr>
        <w:tc>
          <w:tcPr>
            <w:tcW w:w="993" w:type="dxa"/>
          </w:tcPr>
          <w:p w14:paraId="7BCF4014" w14:textId="77777777" w:rsidR="00F25E9F" w:rsidRDefault="00F25E9F" w:rsidP="00BA5A9D">
            <w:r>
              <w:rPr>
                <w:sz w:val="16"/>
              </w:rPr>
              <w:t>246</w:t>
            </w:r>
          </w:p>
        </w:tc>
        <w:tc>
          <w:tcPr>
            <w:tcW w:w="3685" w:type="dxa"/>
          </w:tcPr>
          <w:p w14:paraId="58DA3667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4D51AD10" w14:textId="77777777" w:rsidR="00F25E9F" w:rsidRDefault="00F25E9F" w:rsidP="00BA5A9D">
            <w:r>
              <w:rPr>
                <w:sz w:val="16"/>
              </w:rPr>
              <w:t>241500014636</w:t>
            </w:r>
          </w:p>
        </w:tc>
        <w:tc>
          <w:tcPr>
            <w:tcW w:w="1691" w:type="dxa"/>
          </w:tcPr>
          <w:p w14:paraId="51692431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499E3C6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2BE472D" w14:textId="77777777" w:rsidTr="001365F3">
        <w:trPr>
          <w:jc w:val="center"/>
        </w:trPr>
        <w:tc>
          <w:tcPr>
            <w:tcW w:w="993" w:type="dxa"/>
          </w:tcPr>
          <w:p w14:paraId="2A0A6E17" w14:textId="77777777" w:rsidR="00F25E9F" w:rsidRDefault="00F25E9F" w:rsidP="00BA5A9D">
            <w:r>
              <w:rPr>
                <w:sz w:val="16"/>
              </w:rPr>
              <w:t>247</w:t>
            </w:r>
          </w:p>
        </w:tc>
        <w:tc>
          <w:tcPr>
            <w:tcW w:w="3685" w:type="dxa"/>
          </w:tcPr>
          <w:p w14:paraId="6D2E2EDC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705CB857" w14:textId="77777777" w:rsidR="00F25E9F" w:rsidRDefault="00F25E9F" w:rsidP="00BA5A9D">
            <w:r>
              <w:rPr>
                <w:sz w:val="16"/>
              </w:rPr>
              <w:t>241500014637</w:t>
            </w:r>
          </w:p>
        </w:tc>
        <w:tc>
          <w:tcPr>
            <w:tcW w:w="1691" w:type="dxa"/>
          </w:tcPr>
          <w:p w14:paraId="3018C244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40E16A7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EBF1D33" w14:textId="77777777" w:rsidTr="001365F3">
        <w:trPr>
          <w:jc w:val="center"/>
        </w:trPr>
        <w:tc>
          <w:tcPr>
            <w:tcW w:w="993" w:type="dxa"/>
          </w:tcPr>
          <w:p w14:paraId="78BD4B0E" w14:textId="77777777" w:rsidR="00F25E9F" w:rsidRDefault="00F25E9F" w:rsidP="00BA5A9D">
            <w:r>
              <w:rPr>
                <w:sz w:val="16"/>
              </w:rPr>
              <w:t>248</w:t>
            </w:r>
          </w:p>
        </w:tc>
        <w:tc>
          <w:tcPr>
            <w:tcW w:w="3685" w:type="dxa"/>
          </w:tcPr>
          <w:p w14:paraId="10F563C1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01F0CA40" w14:textId="77777777" w:rsidR="00F25E9F" w:rsidRDefault="00F25E9F" w:rsidP="00BA5A9D">
            <w:r>
              <w:rPr>
                <w:sz w:val="16"/>
              </w:rPr>
              <w:t>241500014638</w:t>
            </w:r>
          </w:p>
        </w:tc>
        <w:tc>
          <w:tcPr>
            <w:tcW w:w="1691" w:type="dxa"/>
          </w:tcPr>
          <w:p w14:paraId="0D8BB412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4387E09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94ECFDD" w14:textId="77777777" w:rsidTr="001365F3">
        <w:trPr>
          <w:jc w:val="center"/>
        </w:trPr>
        <w:tc>
          <w:tcPr>
            <w:tcW w:w="993" w:type="dxa"/>
          </w:tcPr>
          <w:p w14:paraId="14D01767" w14:textId="77777777" w:rsidR="00F25E9F" w:rsidRDefault="00F25E9F" w:rsidP="00BA5A9D">
            <w:r>
              <w:rPr>
                <w:sz w:val="16"/>
              </w:rPr>
              <w:t>249</w:t>
            </w:r>
          </w:p>
        </w:tc>
        <w:tc>
          <w:tcPr>
            <w:tcW w:w="3685" w:type="dxa"/>
          </w:tcPr>
          <w:p w14:paraId="0E1E9726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0043DBD5" w14:textId="77777777" w:rsidR="00F25E9F" w:rsidRDefault="00F25E9F" w:rsidP="00BA5A9D">
            <w:r>
              <w:rPr>
                <w:sz w:val="16"/>
              </w:rPr>
              <w:t>241500014639</w:t>
            </w:r>
          </w:p>
        </w:tc>
        <w:tc>
          <w:tcPr>
            <w:tcW w:w="1691" w:type="dxa"/>
          </w:tcPr>
          <w:p w14:paraId="46552D68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4CBBBD0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D33A712" w14:textId="77777777" w:rsidTr="001365F3">
        <w:trPr>
          <w:jc w:val="center"/>
        </w:trPr>
        <w:tc>
          <w:tcPr>
            <w:tcW w:w="993" w:type="dxa"/>
          </w:tcPr>
          <w:p w14:paraId="3F893ED5" w14:textId="77777777" w:rsidR="00F25E9F" w:rsidRDefault="00F25E9F" w:rsidP="00BA5A9D">
            <w:r>
              <w:rPr>
                <w:sz w:val="16"/>
              </w:rPr>
              <w:t>250</w:t>
            </w:r>
          </w:p>
        </w:tc>
        <w:tc>
          <w:tcPr>
            <w:tcW w:w="3685" w:type="dxa"/>
          </w:tcPr>
          <w:p w14:paraId="0F3C3A4A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2C52788E" w14:textId="77777777" w:rsidR="00F25E9F" w:rsidRDefault="00F25E9F" w:rsidP="00BA5A9D">
            <w:r>
              <w:rPr>
                <w:sz w:val="16"/>
              </w:rPr>
              <w:t>241500014640</w:t>
            </w:r>
          </w:p>
        </w:tc>
        <w:tc>
          <w:tcPr>
            <w:tcW w:w="1691" w:type="dxa"/>
          </w:tcPr>
          <w:p w14:paraId="72E7A5DE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3BD31E0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05C6C24" w14:textId="77777777" w:rsidTr="001365F3">
        <w:trPr>
          <w:jc w:val="center"/>
        </w:trPr>
        <w:tc>
          <w:tcPr>
            <w:tcW w:w="993" w:type="dxa"/>
          </w:tcPr>
          <w:p w14:paraId="319D1DAE" w14:textId="77777777" w:rsidR="00F25E9F" w:rsidRDefault="00F25E9F" w:rsidP="00BA5A9D">
            <w:r>
              <w:rPr>
                <w:sz w:val="16"/>
              </w:rPr>
              <w:t>251</w:t>
            </w:r>
          </w:p>
        </w:tc>
        <w:tc>
          <w:tcPr>
            <w:tcW w:w="3685" w:type="dxa"/>
          </w:tcPr>
          <w:p w14:paraId="73886244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6736A318" w14:textId="77777777" w:rsidR="00F25E9F" w:rsidRDefault="00F25E9F" w:rsidP="00BA5A9D">
            <w:r>
              <w:rPr>
                <w:sz w:val="16"/>
              </w:rPr>
              <w:t>241500014641</w:t>
            </w:r>
          </w:p>
        </w:tc>
        <w:tc>
          <w:tcPr>
            <w:tcW w:w="1691" w:type="dxa"/>
          </w:tcPr>
          <w:p w14:paraId="361BBC11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610AA4A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32A93E9" w14:textId="77777777" w:rsidTr="001365F3">
        <w:trPr>
          <w:jc w:val="center"/>
        </w:trPr>
        <w:tc>
          <w:tcPr>
            <w:tcW w:w="993" w:type="dxa"/>
          </w:tcPr>
          <w:p w14:paraId="24ADA57A" w14:textId="77777777" w:rsidR="00F25E9F" w:rsidRDefault="00F25E9F" w:rsidP="00BA5A9D">
            <w:r>
              <w:rPr>
                <w:sz w:val="16"/>
              </w:rPr>
              <w:t>252</w:t>
            </w:r>
          </w:p>
        </w:tc>
        <w:tc>
          <w:tcPr>
            <w:tcW w:w="3685" w:type="dxa"/>
          </w:tcPr>
          <w:p w14:paraId="34B211A9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28E19741" w14:textId="77777777" w:rsidR="00F25E9F" w:rsidRDefault="00F25E9F" w:rsidP="00BA5A9D">
            <w:r>
              <w:rPr>
                <w:sz w:val="16"/>
              </w:rPr>
              <w:t>241500014642</w:t>
            </w:r>
          </w:p>
        </w:tc>
        <w:tc>
          <w:tcPr>
            <w:tcW w:w="1691" w:type="dxa"/>
          </w:tcPr>
          <w:p w14:paraId="71745F58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187A9EC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0A1702" w14:textId="77777777" w:rsidTr="001365F3">
        <w:trPr>
          <w:jc w:val="center"/>
        </w:trPr>
        <w:tc>
          <w:tcPr>
            <w:tcW w:w="993" w:type="dxa"/>
          </w:tcPr>
          <w:p w14:paraId="03791409" w14:textId="77777777" w:rsidR="00F25E9F" w:rsidRDefault="00F25E9F" w:rsidP="00BA5A9D">
            <w:r>
              <w:rPr>
                <w:sz w:val="16"/>
              </w:rPr>
              <w:t>253</w:t>
            </w:r>
          </w:p>
        </w:tc>
        <w:tc>
          <w:tcPr>
            <w:tcW w:w="3685" w:type="dxa"/>
          </w:tcPr>
          <w:p w14:paraId="57024E32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3069E58F" w14:textId="77777777" w:rsidR="00F25E9F" w:rsidRDefault="00F25E9F" w:rsidP="00BA5A9D">
            <w:r>
              <w:rPr>
                <w:sz w:val="16"/>
              </w:rPr>
              <w:t>241500014643</w:t>
            </w:r>
          </w:p>
        </w:tc>
        <w:tc>
          <w:tcPr>
            <w:tcW w:w="1691" w:type="dxa"/>
          </w:tcPr>
          <w:p w14:paraId="6998606F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15B8791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16CA8CE" w14:textId="77777777" w:rsidTr="001365F3">
        <w:trPr>
          <w:jc w:val="center"/>
        </w:trPr>
        <w:tc>
          <w:tcPr>
            <w:tcW w:w="993" w:type="dxa"/>
          </w:tcPr>
          <w:p w14:paraId="5B2195A5" w14:textId="77777777" w:rsidR="00F25E9F" w:rsidRDefault="00F25E9F" w:rsidP="00BA5A9D">
            <w:r>
              <w:rPr>
                <w:sz w:val="16"/>
              </w:rPr>
              <w:t>254</w:t>
            </w:r>
          </w:p>
        </w:tc>
        <w:tc>
          <w:tcPr>
            <w:tcW w:w="3685" w:type="dxa"/>
          </w:tcPr>
          <w:p w14:paraId="3276C6B0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557501C6" w14:textId="77777777" w:rsidR="00F25E9F" w:rsidRDefault="00F25E9F" w:rsidP="00BA5A9D">
            <w:r>
              <w:rPr>
                <w:sz w:val="16"/>
              </w:rPr>
              <w:t>241500014644</w:t>
            </w:r>
          </w:p>
        </w:tc>
        <w:tc>
          <w:tcPr>
            <w:tcW w:w="1691" w:type="dxa"/>
          </w:tcPr>
          <w:p w14:paraId="04D1E3F9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03236F2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AEFC6BC" w14:textId="77777777" w:rsidTr="001365F3">
        <w:trPr>
          <w:jc w:val="center"/>
        </w:trPr>
        <w:tc>
          <w:tcPr>
            <w:tcW w:w="993" w:type="dxa"/>
          </w:tcPr>
          <w:p w14:paraId="409494B2" w14:textId="77777777" w:rsidR="00F25E9F" w:rsidRDefault="00F25E9F" w:rsidP="00BA5A9D">
            <w:r>
              <w:rPr>
                <w:sz w:val="16"/>
              </w:rPr>
              <w:t>255</w:t>
            </w:r>
          </w:p>
        </w:tc>
        <w:tc>
          <w:tcPr>
            <w:tcW w:w="3685" w:type="dxa"/>
          </w:tcPr>
          <w:p w14:paraId="1F19416F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600B7F94" w14:textId="77777777" w:rsidR="00F25E9F" w:rsidRDefault="00F25E9F" w:rsidP="00BA5A9D">
            <w:r>
              <w:rPr>
                <w:sz w:val="16"/>
              </w:rPr>
              <w:t>241500014645</w:t>
            </w:r>
          </w:p>
        </w:tc>
        <w:tc>
          <w:tcPr>
            <w:tcW w:w="1691" w:type="dxa"/>
          </w:tcPr>
          <w:p w14:paraId="342A4D73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55E9F1D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AB56734" w14:textId="77777777" w:rsidTr="001365F3">
        <w:trPr>
          <w:jc w:val="center"/>
        </w:trPr>
        <w:tc>
          <w:tcPr>
            <w:tcW w:w="993" w:type="dxa"/>
          </w:tcPr>
          <w:p w14:paraId="2BA7D6EA" w14:textId="77777777" w:rsidR="00F25E9F" w:rsidRDefault="00F25E9F" w:rsidP="00BA5A9D">
            <w:r>
              <w:rPr>
                <w:sz w:val="16"/>
              </w:rPr>
              <w:t>256</w:t>
            </w:r>
          </w:p>
        </w:tc>
        <w:tc>
          <w:tcPr>
            <w:tcW w:w="3685" w:type="dxa"/>
          </w:tcPr>
          <w:p w14:paraId="60ECA6D2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</w:p>
        </w:tc>
        <w:tc>
          <w:tcPr>
            <w:tcW w:w="1706" w:type="dxa"/>
            <w:gridSpan w:val="2"/>
          </w:tcPr>
          <w:p w14:paraId="3DC72935" w14:textId="77777777" w:rsidR="00F25E9F" w:rsidRDefault="00F25E9F" w:rsidP="00BA5A9D">
            <w:r>
              <w:rPr>
                <w:sz w:val="16"/>
              </w:rPr>
              <w:t>241500014646</w:t>
            </w:r>
          </w:p>
        </w:tc>
        <w:tc>
          <w:tcPr>
            <w:tcW w:w="1691" w:type="dxa"/>
          </w:tcPr>
          <w:p w14:paraId="1C849A84" w14:textId="77777777" w:rsidR="00F25E9F" w:rsidRDefault="00F25E9F" w:rsidP="00BA5A9D">
            <w:r>
              <w:rPr>
                <w:sz w:val="16"/>
              </w:rPr>
              <w:t>20000</w:t>
            </w:r>
          </w:p>
        </w:tc>
        <w:tc>
          <w:tcPr>
            <w:tcW w:w="1701" w:type="dxa"/>
          </w:tcPr>
          <w:p w14:paraId="26287FA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738877B" w14:textId="77777777" w:rsidTr="001365F3">
        <w:trPr>
          <w:jc w:val="center"/>
        </w:trPr>
        <w:tc>
          <w:tcPr>
            <w:tcW w:w="993" w:type="dxa"/>
          </w:tcPr>
          <w:p w14:paraId="1C4531AD" w14:textId="77777777" w:rsidR="00F25E9F" w:rsidRDefault="00F25E9F" w:rsidP="00BA5A9D">
            <w:r>
              <w:rPr>
                <w:sz w:val="16"/>
              </w:rPr>
              <w:t>257</w:t>
            </w:r>
          </w:p>
        </w:tc>
        <w:tc>
          <w:tcPr>
            <w:tcW w:w="3685" w:type="dxa"/>
          </w:tcPr>
          <w:p w14:paraId="258F7006" w14:textId="77777777" w:rsidR="00F25E9F" w:rsidRDefault="00F25E9F" w:rsidP="00BA5A9D">
            <w:proofErr w:type="spellStart"/>
            <w:r>
              <w:rPr>
                <w:sz w:val="16"/>
              </w:rPr>
              <w:t>Монитор</w:t>
            </w:r>
            <w:proofErr w:type="spellEnd"/>
            <w:r>
              <w:rPr>
                <w:sz w:val="16"/>
              </w:rPr>
              <w:t xml:space="preserve"> 21.5 SAMSUNG S22B300B, Black,1920-1080, 250кд/м2, 1000:1,H:170/V:160,5ms,DVI, D-</w:t>
            </w:r>
            <w:proofErr w:type="spellStart"/>
            <w:r>
              <w:rPr>
                <w:sz w:val="16"/>
              </w:rPr>
              <w:t>Sub,LED</w:t>
            </w:r>
            <w:proofErr w:type="spellEnd"/>
          </w:p>
        </w:tc>
        <w:tc>
          <w:tcPr>
            <w:tcW w:w="1706" w:type="dxa"/>
            <w:gridSpan w:val="2"/>
          </w:tcPr>
          <w:p w14:paraId="68FB8E1A" w14:textId="77777777" w:rsidR="00F25E9F" w:rsidRDefault="00F25E9F" w:rsidP="00BA5A9D">
            <w:r>
              <w:rPr>
                <w:sz w:val="16"/>
              </w:rPr>
              <w:t>241500014647</w:t>
            </w:r>
          </w:p>
        </w:tc>
        <w:tc>
          <w:tcPr>
            <w:tcW w:w="1691" w:type="dxa"/>
          </w:tcPr>
          <w:p w14:paraId="15877D86" w14:textId="77777777" w:rsidR="00F25E9F" w:rsidRDefault="00F25E9F" w:rsidP="00BA5A9D">
            <w:r>
              <w:rPr>
                <w:sz w:val="16"/>
              </w:rPr>
              <w:t>29900</w:t>
            </w:r>
          </w:p>
        </w:tc>
        <w:tc>
          <w:tcPr>
            <w:tcW w:w="1701" w:type="dxa"/>
          </w:tcPr>
          <w:p w14:paraId="09E73DB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5C93C9E" w14:textId="77777777" w:rsidTr="001365F3">
        <w:trPr>
          <w:jc w:val="center"/>
        </w:trPr>
        <w:tc>
          <w:tcPr>
            <w:tcW w:w="993" w:type="dxa"/>
          </w:tcPr>
          <w:p w14:paraId="1EB22AEA" w14:textId="77777777" w:rsidR="00F25E9F" w:rsidRDefault="00F25E9F" w:rsidP="00BA5A9D">
            <w:r>
              <w:rPr>
                <w:sz w:val="16"/>
              </w:rPr>
              <w:t>258</w:t>
            </w:r>
          </w:p>
        </w:tc>
        <w:tc>
          <w:tcPr>
            <w:tcW w:w="3685" w:type="dxa"/>
          </w:tcPr>
          <w:p w14:paraId="34251372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ИЗО (40шт)</w:t>
            </w:r>
          </w:p>
        </w:tc>
        <w:tc>
          <w:tcPr>
            <w:tcW w:w="1706" w:type="dxa"/>
            <w:gridSpan w:val="2"/>
          </w:tcPr>
          <w:p w14:paraId="64C9BF51" w14:textId="77777777" w:rsidR="00F25E9F" w:rsidRDefault="00F25E9F" w:rsidP="00BA5A9D">
            <w:r>
              <w:rPr>
                <w:sz w:val="16"/>
              </w:rPr>
              <w:t>241500014648</w:t>
            </w:r>
          </w:p>
        </w:tc>
        <w:tc>
          <w:tcPr>
            <w:tcW w:w="1691" w:type="dxa"/>
          </w:tcPr>
          <w:p w14:paraId="2ABD6F1A" w14:textId="77777777" w:rsidR="00F25E9F" w:rsidRDefault="00F25E9F" w:rsidP="00BA5A9D">
            <w:r>
              <w:rPr>
                <w:sz w:val="16"/>
              </w:rPr>
              <w:t>120000</w:t>
            </w:r>
          </w:p>
        </w:tc>
        <w:tc>
          <w:tcPr>
            <w:tcW w:w="1701" w:type="dxa"/>
          </w:tcPr>
          <w:p w14:paraId="405C08C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3AADC03" w14:textId="77777777" w:rsidTr="001365F3">
        <w:trPr>
          <w:jc w:val="center"/>
        </w:trPr>
        <w:tc>
          <w:tcPr>
            <w:tcW w:w="993" w:type="dxa"/>
          </w:tcPr>
          <w:p w14:paraId="34274514" w14:textId="77777777" w:rsidR="00F25E9F" w:rsidRDefault="00F25E9F" w:rsidP="00BA5A9D">
            <w:r>
              <w:rPr>
                <w:sz w:val="16"/>
              </w:rPr>
              <w:lastRenderedPageBreak/>
              <w:t>259</w:t>
            </w:r>
          </w:p>
        </w:tc>
        <w:tc>
          <w:tcPr>
            <w:tcW w:w="3685" w:type="dxa"/>
          </w:tcPr>
          <w:p w14:paraId="6191D546" w14:textId="77777777" w:rsidR="00F25E9F" w:rsidRDefault="00F25E9F" w:rsidP="00BA5A9D">
            <w:proofErr w:type="spellStart"/>
            <w:r>
              <w:rPr>
                <w:sz w:val="16"/>
              </w:rPr>
              <w:t>Огнетушитель</w:t>
            </w:r>
            <w:proofErr w:type="spellEnd"/>
          </w:p>
        </w:tc>
        <w:tc>
          <w:tcPr>
            <w:tcW w:w="1706" w:type="dxa"/>
            <w:gridSpan w:val="2"/>
          </w:tcPr>
          <w:p w14:paraId="1BE94D79" w14:textId="77777777" w:rsidR="00F25E9F" w:rsidRDefault="00F25E9F" w:rsidP="00BA5A9D">
            <w:r>
              <w:rPr>
                <w:sz w:val="16"/>
              </w:rPr>
              <w:t>241500014650</w:t>
            </w:r>
          </w:p>
        </w:tc>
        <w:tc>
          <w:tcPr>
            <w:tcW w:w="1691" w:type="dxa"/>
          </w:tcPr>
          <w:p w14:paraId="604DCDC2" w14:textId="77777777" w:rsidR="00F25E9F" w:rsidRDefault="00F25E9F" w:rsidP="00BA5A9D">
            <w:r>
              <w:rPr>
                <w:sz w:val="16"/>
              </w:rPr>
              <w:t>4500</w:t>
            </w:r>
          </w:p>
        </w:tc>
        <w:tc>
          <w:tcPr>
            <w:tcW w:w="1701" w:type="dxa"/>
          </w:tcPr>
          <w:p w14:paraId="23DB6B2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CF8D89A" w14:textId="77777777" w:rsidTr="001365F3">
        <w:trPr>
          <w:jc w:val="center"/>
        </w:trPr>
        <w:tc>
          <w:tcPr>
            <w:tcW w:w="993" w:type="dxa"/>
          </w:tcPr>
          <w:p w14:paraId="3CC729F2" w14:textId="77777777" w:rsidR="00F25E9F" w:rsidRDefault="00F25E9F" w:rsidP="00BA5A9D">
            <w:r>
              <w:rPr>
                <w:sz w:val="16"/>
              </w:rPr>
              <w:t>260</w:t>
            </w:r>
          </w:p>
        </w:tc>
        <w:tc>
          <w:tcPr>
            <w:tcW w:w="3685" w:type="dxa"/>
          </w:tcPr>
          <w:p w14:paraId="3FA0EE00" w14:textId="77777777" w:rsidR="00F25E9F" w:rsidRDefault="00F25E9F" w:rsidP="00BA5A9D">
            <w:proofErr w:type="spellStart"/>
            <w:r>
              <w:rPr>
                <w:sz w:val="16"/>
              </w:rPr>
              <w:t>Огнетушитель</w:t>
            </w:r>
            <w:proofErr w:type="spellEnd"/>
          </w:p>
        </w:tc>
        <w:tc>
          <w:tcPr>
            <w:tcW w:w="1706" w:type="dxa"/>
            <w:gridSpan w:val="2"/>
          </w:tcPr>
          <w:p w14:paraId="2B169FB2" w14:textId="77777777" w:rsidR="00F25E9F" w:rsidRDefault="00F25E9F" w:rsidP="00BA5A9D">
            <w:r>
              <w:rPr>
                <w:sz w:val="16"/>
              </w:rPr>
              <w:t>241500014651</w:t>
            </w:r>
          </w:p>
        </w:tc>
        <w:tc>
          <w:tcPr>
            <w:tcW w:w="1691" w:type="dxa"/>
          </w:tcPr>
          <w:p w14:paraId="1DF94935" w14:textId="77777777" w:rsidR="00F25E9F" w:rsidRDefault="00F25E9F" w:rsidP="00BA5A9D">
            <w:r>
              <w:rPr>
                <w:sz w:val="16"/>
              </w:rPr>
              <w:t>4500</w:t>
            </w:r>
          </w:p>
        </w:tc>
        <w:tc>
          <w:tcPr>
            <w:tcW w:w="1701" w:type="dxa"/>
          </w:tcPr>
          <w:p w14:paraId="7F7A2C0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26C5EEB" w14:textId="77777777" w:rsidTr="001365F3">
        <w:trPr>
          <w:jc w:val="center"/>
        </w:trPr>
        <w:tc>
          <w:tcPr>
            <w:tcW w:w="993" w:type="dxa"/>
          </w:tcPr>
          <w:p w14:paraId="419A3262" w14:textId="77777777" w:rsidR="00F25E9F" w:rsidRDefault="00F25E9F" w:rsidP="00BA5A9D">
            <w:r>
              <w:rPr>
                <w:sz w:val="16"/>
              </w:rPr>
              <w:t>261</w:t>
            </w:r>
          </w:p>
        </w:tc>
        <w:tc>
          <w:tcPr>
            <w:tcW w:w="3685" w:type="dxa"/>
          </w:tcPr>
          <w:p w14:paraId="538BBA68" w14:textId="77777777" w:rsidR="00F25E9F" w:rsidRDefault="00F25E9F" w:rsidP="00BA5A9D">
            <w:proofErr w:type="spellStart"/>
            <w:r>
              <w:rPr>
                <w:sz w:val="16"/>
              </w:rPr>
              <w:t>Огнетушитель</w:t>
            </w:r>
            <w:proofErr w:type="spellEnd"/>
          </w:p>
        </w:tc>
        <w:tc>
          <w:tcPr>
            <w:tcW w:w="1706" w:type="dxa"/>
            <w:gridSpan w:val="2"/>
          </w:tcPr>
          <w:p w14:paraId="37E2556E" w14:textId="77777777" w:rsidR="00F25E9F" w:rsidRDefault="00F25E9F" w:rsidP="00BA5A9D">
            <w:r>
              <w:rPr>
                <w:sz w:val="16"/>
              </w:rPr>
              <w:t>241500014652</w:t>
            </w:r>
          </w:p>
        </w:tc>
        <w:tc>
          <w:tcPr>
            <w:tcW w:w="1691" w:type="dxa"/>
          </w:tcPr>
          <w:p w14:paraId="00F427AB" w14:textId="77777777" w:rsidR="00F25E9F" w:rsidRDefault="00F25E9F" w:rsidP="00BA5A9D">
            <w:r>
              <w:rPr>
                <w:sz w:val="16"/>
              </w:rPr>
              <w:t>4500</w:t>
            </w:r>
          </w:p>
        </w:tc>
        <w:tc>
          <w:tcPr>
            <w:tcW w:w="1701" w:type="dxa"/>
          </w:tcPr>
          <w:p w14:paraId="31A2824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CC48D00" w14:textId="77777777" w:rsidTr="001365F3">
        <w:trPr>
          <w:jc w:val="center"/>
        </w:trPr>
        <w:tc>
          <w:tcPr>
            <w:tcW w:w="993" w:type="dxa"/>
          </w:tcPr>
          <w:p w14:paraId="52823825" w14:textId="77777777" w:rsidR="00F25E9F" w:rsidRDefault="00F25E9F" w:rsidP="00BA5A9D">
            <w:r>
              <w:rPr>
                <w:sz w:val="16"/>
              </w:rPr>
              <w:t>262</w:t>
            </w:r>
          </w:p>
        </w:tc>
        <w:tc>
          <w:tcPr>
            <w:tcW w:w="3685" w:type="dxa"/>
          </w:tcPr>
          <w:p w14:paraId="68B0D2A2" w14:textId="77777777" w:rsidR="00F25E9F" w:rsidRDefault="00F25E9F" w:rsidP="00BA5A9D">
            <w:proofErr w:type="spellStart"/>
            <w:r>
              <w:rPr>
                <w:sz w:val="16"/>
              </w:rPr>
              <w:t>Огнетушитель</w:t>
            </w:r>
            <w:proofErr w:type="spellEnd"/>
          </w:p>
        </w:tc>
        <w:tc>
          <w:tcPr>
            <w:tcW w:w="1706" w:type="dxa"/>
            <w:gridSpan w:val="2"/>
          </w:tcPr>
          <w:p w14:paraId="6973353E" w14:textId="77777777" w:rsidR="00F25E9F" w:rsidRDefault="00F25E9F" w:rsidP="00BA5A9D">
            <w:r>
              <w:rPr>
                <w:sz w:val="16"/>
              </w:rPr>
              <w:t>241500014653</w:t>
            </w:r>
          </w:p>
        </w:tc>
        <w:tc>
          <w:tcPr>
            <w:tcW w:w="1691" w:type="dxa"/>
          </w:tcPr>
          <w:p w14:paraId="03CE77CC" w14:textId="77777777" w:rsidR="00F25E9F" w:rsidRDefault="00F25E9F" w:rsidP="00BA5A9D">
            <w:r>
              <w:rPr>
                <w:sz w:val="16"/>
              </w:rPr>
              <w:t>4500</w:t>
            </w:r>
          </w:p>
        </w:tc>
        <w:tc>
          <w:tcPr>
            <w:tcW w:w="1701" w:type="dxa"/>
          </w:tcPr>
          <w:p w14:paraId="22D692A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10A880A" w14:textId="77777777" w:rsidTr="001365F3">
        <w:trPr>
          <w:jc w:val="center"/>
        </w:trPr>
        <w:tc>
          <w:tcPr>
            <w:tcW w:w="993" w:type="dxa"/>
          </w:tcPr>
          <w:p w14:paraId="3B61F04C" w14:textId="77777777" w:rsidR="00F25E9F" w:rsidRDefault="00F25E9F" w:rsidP="00BA5A9D">
            <w:r>
              <w:rPr>
                <w:sz w:val="16"/>
              </w:rPr>
              <w:t>263</w:t>
            </w:r>
          </w:p>
        </w:tc>
        <w:tc>
          <w:tcPr>
            <w:tcW w:w="3685" w:type="dxa"/>
          </w:tcPr>
          <w:p w14:paraId="374C6F66" w14:textId="77777777" w:rsidR="00F25E9F" w:rsidRDefault="00F25E9F" w:rsidP="00BA5A9D">
            <w:proofErr w:type="spellStart"/>
            <w:r>
              <w:rPr>
                <w:sz w:val="16"/>
              </w:rPr>
              <w:t>Огнетушитель</w:t>
            </w:r>
            <w:proofErr w:type="spellEnd"/>
          </w:p>
        </w:tc>
        <w:tc>
          <w:tcPr>
            <w:tcW w:w="1706" w:type="dxa"/>
            <w:gridSpan w:val="2"/>
          </w:tcPr>
          <w:p w14:paraId="48982453" w14:textId="77777777" w:rsidR="00F25E9F" w:rsidRDefault="00F25E9F" w:rsidP="00BA5A9D">
            <w:r>
              <w:rPr>
                <w:sz w:val="16"/>
              </w:rPr>
              <w:t>241500014654</w:t>
            </w:r>
          </w:p>
        </w:tc>
        <w:tc>
          <w:tcPr>
            <w:tcW w:w="1691" w:type="dxa"/>
          </w:tcPr>
          <w:p w14:paraId="0FB65C1F" w14:textId="77777777" w:rsidR="00F25E9F" w:rsidRDefault="00F25E9F" w:rsidP="00BA5A9D">
            <w:r>
              <w:rPr>
                <w:sz w:val="16"/>
              </w:rPr>
              <w:t>4500</w:t>
            </w:r>
          </w:p>
        </w:tc>
        <w:tc>
          <w:tcPr>
            <w:tcW w:w="1701" w:type="dxa"/>
          </w:tcPr>
          <w:p w14:paraId="61F8CE2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7EC11D1" w14:textId="77777777" w:rsidTr="001365F3">
        <w:trPr>
          <w:jc w:val="center"/>
        </w:trPr>
        <w:tc>
          <w:tcPr>
            <w:tcW w:w="993" w:type="dxa"/>
          </w:tcPr>
          <w:p w14:paraId="2C11AC7E" w14:textId="77777777" w:rsidR="00F25E9F" w:rsidRDefault="00F25E9F" w:rsidP="00BA5A9D">
            <w:r>
              <w:rPr>
                <w:sz w:val="16"/>
              </w:rPr>
              <w:t>264</w:t>
            </w:r>
          </w:p>
        </w:tc>
        <w:tc>
          <w:tcPr>
            <w:tcW w:w="3685" w:type="dxa"/>
          </w:tcPr>
          <w:p w14:paraId="3D1334D7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Секция мебельная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Br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CM</w:t>
            </w:r>
            <w:r w:rsidRPr="000003D3">
              <w:rPr>
                <w:sz w:val="16"/>
                <w:lang w:val="ru-RU"/>
              </w:rPr>
              <w:t>03  900*430*2001 ПАЛИСАНДР</w:t>
            </w:r>
          </w:p>
        </w:tc>
        <w:tc>
          <w:tcPr>
            <w:tcW w:w="1706" w:type="dxa"/>
            <w:gridSpan w:val="2"/>
          </w:tcPr>
          <w:p w14:paraId="18EFD231" w14:textId="77777777" w:rsidR="00F25E9F" w:rsidRDefault="00F25E9F" w:rsidP="00BA5A9D">
            <w:r>
              <w:rPr>
                <w:sz w:val="16"/>
              </w:rPr>
              <w:t>241500014572</w:t>
            </w:r>
          </w:p>
        </w:tc>
        <w:tc>
          <w:tcPr>
            <w:tcW w:w="1691" w:type="dxa"/>
          </w:tcPr>
          <w:p w14:paraId="435F622A" w14:textId="77777777" w:rsidR="00F25E9F" w:rsidRDefault="00F25E9F" w:rsidP="00BA5A9D">
            <w:r>
              <w:rPr>
                <w:sz w:val="16"/>
              </w:rPr>
              <w:t>149600</w:t>
            </w:r>
          </w:p>
        </w:tc>
        <w:tc>
          <w:tcPr>
            <w:tcW w:w="1701" w:type="dxa"/>
          </w:tcPr>
          <w:p w14:paraId="3D45C03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AE8597C" w14:textId="77777777" w:rsidTr="001365F3">
        <w:trPr>
          <w:jc w:val="center"/>
        </w:trPr>
        <w:tc>
          <w:tcPr>
            <w:tcW w:w="993" w:type="dxa"/>
          </w:tcPr>
          <w:p w14:paraId="767440DC" w14:textId="77777777" w:rsidR="00F25E9F" w:rsidRDefault="00F25E9F" w:rsidP="00BA5A9D">
            <w:r>
              <w:rPr>
                <w:sz w:val="16"/>
              </w:rPr>
              <w:t>265</w:t>
            </w:r>
          </w:p>
        </w:tc>
        <w:tc>
          <w:tcPr>
            <w:tcW w:w="3685" w:type="dxa"/>
          </w:tcPr>
          <w:p w14:paraId="64E93221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Стол письменный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Br</w:t>
            </w:r>
            <w:r w:rsidRPr="000003D3">
              <w:rPr>
                <w:sz w:val="16"/>
                <w:lang w:val="ru-RU"/>
              </w:rPr>
              <w:t xml:space="preserve"> СР01 1800*900*750 ПАЛИСАНДР</w:t>
            </w:r>
          </w:p>
        </w:tc>
        <w:tc>
          <w:tcPr>
            <w:tcW w:w="1706" w:type="dxa"/>
            <w:gridSpan w:val="2"/>
          </w:tcPr>
          <w:p w14:paraId="4943069E" w14:textId="77777777" w:rsidR="00F25E9F" w:rsidRDefault="00F25E9F" w:rsidP="00BA5A9D">
            <w:r>
              <w:rPr>
                <w:sz w:val="16"/>
              </w:rPr>
              <w:t>241500014573</w:t>
            </w:r>
          </w:p>
        </w:tc>
        <w:tc>
          <w:tcPr>
            <w:tcW w:w="1691" w:type="dxa"/>
          </w:tcPr>
          <w:p w14:paraId="2B61ADE5" w14:textId="77777777" w:rsidR="00F25E9F" w:rsidRDefault="00F25E9F" w:rsidP="00BA5A9D">
            <w:r>
              <w:rPr>
                <w:sz w:val="16"/>
              </w:rPr>
              <w:t>126500</w:t>
            </w:r>
          </w:p>
        </w:tc>
        <w:tc>
          <w:tcPr>
            <w:tcW w:w="1701" w:type="dxa"/>
          </w:tcPr>
          <w:p w14:paraId="5D59038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94E7C1B" w14:textId="77777777" w:rsidTr="001365F3">
        <w:trPr>
          <w:jc w:val="center"/>
        </w:trPr>
        <w:tc>
          <w:tcPr>
            <w:tcW w:w="993" w:type="dxa"/>
          </w:tcPr>
          <w:p w14:paraId="7EBDB9EB" w14:textId="77777777" w:rsidR="00F25E9F" w:rsidRDefault="00F25E9F" w:rsidP="00BA5A9D">
            <w:r>
              <w:rPr>
                <w:sz w:val="16"/>
              </w:rPr>
              <w:t>266</w:t>
            </w:r>
          </w:p>
        </w:tc>
        <w:tc>
          <w:tcPr>
            <w:tcW w:w="3685" w:type="dxa"/>
          </w:tcPr>
          <w:p w14:paraId="4F925E56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Стол приставной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Br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CY</w:t>
            </w:r>
            <w:r w:rsidRPr="000003D3">
              <w:rPr>
                <w:sz w:val="16"/>
                <w:lang w:val="ru-RU"/>
              </w:rPr>
              <w:t>01 1000*800*720 ПАЛИСАНДР</w:t>
            </w:r>
          </w:p>
        </w:tc>
        <w:tc>
          <w:tcPr>
            <w:tcW w:w="1706" w:type="dxa"/>
            <w:gridSpan w:val="2"/>
          </w:tcPr>
          <w:p w14:paraId="72619BEF" w14:textId="77777777" w:rsidR="00F25E9F" w:rsidRDefault="00F25E9F" w:rsidP="00BA5A9D">
            <w:r>
              <w:rPr>
                <w:sz w:val="16"/>
              </w:rPr>
              <w:t>241500014574</w:t>
            </w:r>
          </w:p>
        </w:tc>
        <w:tc>
          <w:tcPr>
            <w:tcW w:w="1691" w:type="dxa"/>
          </w:tcPr>
          <w:p w14:paraId="25A815D7" w14:textId="77777777" w:rsidR="00F25E9F" w:rsidRDefault="00F25E9F" w:rsidP="00BA5A9D">
            <w:r>
              <w:rPr>
                <w:sz w:val="16"/>
              </w:rPr>
              <w:t>37200</w:t>
            </w:r>
          </w:p>
        </w:tc>
        <w:tc>
          <w:tcPr>
            <w:tcW w:w="1701" w:type="dxa"/>
          </w:tcPr>
          <w:p w14:paraId="3C5A8FE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CCB67E3" w14:textId="77777777" w:rsidTr="001365F3">
        <w:trPr>
          <w:jc w:val="center"/>
        </w:trPr>
        <w:tc>
          <w:tcPr>
            <w:tcW w:w="993" w:type="dxa"/>
          </w:tcPr>
          <w:p w14:paraId="52FC220D" w14:textId="77777777" w:rsidR="00F25E9F" w:rsidRDefault="00F25E9F" w:rsidP="00BA5A9D">
            <w:r>
              <w:rPr>
                <w:sz w:val="16"/>
              </w:rPr>
              <w:t>267</w:t>
            </w:r>
          </w:p>
        </w:tc>
        <w:tc>
          <w:tcPr>
            <w:tcW w:w="3685" w:type="dxa"/>
          </w:tcPr>
          <w:p w14:paraId="2DB32B82" w14:textId="77777777" w:rsidR="00F25E9F" w:rsidRDefault="00F25E9F" w:rsidP="00BA5A9D">
            <w:proofErr w:type="spellStart"/>
            <w:r>
              <w:rPr>
                <w:sz w:val="16"/>
              </w:rPr>
              <w:t>Стул</w:t>
            </w:r>
            <w:proofErr w:type="spellEnd"/>
            <w:r>
              <w:rPr>
                <w:sz w:val="16"/>
              </w:rPr>
              <w:t xml:space="preserve"> HOB SAMBA (box-2) V-14 1.023</w:t>
            </w:r>
          </w:p>
        </w:tc>
        <w:tc>
          <w:tcPr>
            <w:tcW w:w="1706" w:type="dxa"/>
            <w:gridSpan w:val="2"/>
          </w:tcPr>
          <w:p w14:paraId="7E8D70B7" w14:textId="77777777" w:rsidR="00F25E9F" w:rsidRDefault="00F25E9F" w:rsidP="00BA5A9D">
            <w:r>
              <w:rPr>
                <w:sz w:val="16"/>
              </w:rPr>
              <w:t>241500014575</w:t>
            </w:r>
          </w:p>
        </w:tc>
        <w:tc>
          <w:tcPr>
            <w:tcW w:w="1691" w:type="dxa"/>
          </w:tcPr>
          <w:p w14:paraId="132A29CC" w14:textId="77777777" w:rsidR="00F25E9F" w:rsidRDefault="00F25E9F" w:rsidP="00BA5A9D">
            <w:r>
              <w:rPr>
                <w:sz w:val="16"/>
              </w:rPr>
              <w:t>86200</w:t>
            </w:r>
          </w:p>
        </w:tc>
        <w:tc>
          <w:tcPr>
            <w:tcW w:w="1701" w:type="dxa"/>
          </w:tcPr>
          <w:p w14:paraId="539240C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62D9D21" w14:textId="77777777" w:rsidTr="001365F3">
        <w:trPr>
          <w:jc w:val="center"/>
        </w:trPr>
        <w:tc>
          <w:tcPr>
            <w:tcW w:w="993" w:type="dxa"/>
          </w:tcPr>
          <w:p w14:paraId="125D2A49" w14:textId="77777777" w:rsidR="00F25E9F" w:rsidRDefault="00F25E9F" w:rsidP="00BA5A9D">
            <w:r>
              <w:rPr>
                <w:sz w:val="16"/>
              </w:rPr>
              <w:t>268</w:t>
            </w:r>
          </w:p>
        </w:tc>
        <w:tc>
          <w:tcPr>
            <w:tcW w:w="3685" w:type="dxa"/>
          </w:tcPr>
          <w:p w14:paraId="1B2BFC8D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Тумба мобильная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Br</w:t>
            </w:r>
            <w:r w:rsidRPr="000003D3">
              <w:rPr>
                <w:sz w:val="16"/>
                <w:lang w:val="ru-RU"/>
              </w:rPr>
              <w:t xml:space="preserve"> </w:t>
            </w:r>
            <w:proofErr w:type="spellStart"/>
            <w:r>
              <w:rPr>
                <w:sz w:val="16"/>
              </w:rPr>
              <w:t>Tmo</w:t>
            </w:r>
            <w:proofErr w:type="spellEnd"/>
            <w:r w:rsidRPr="000003D3">
              <w:rPr>
                <w:sz w:val="16"/>
                <w:lang w:val="ru-RU"/>
              </w:rPr>
              <w:t>01 414*513*630 ПАЛИСАНДР</w:t>
            </w:r>
          </w:p>
        </w:tc>
        <w:tc>
          <w:tcPr>
            <w:tcW w:w="1706" w:type="dxa"/>
            <w:gridSpan w:val="2"/>
          </w:tcPr>
          <w:p w14:paraId="5124E62D" w14:textId="77777777" w:rsidR="00F25E9F" w:rsidRDefault="00F25E9F" w:rsidP="00BA5A9D">
            <w:r>
              <w:rPr>
                <w:sz w:val="16"/>
              </w:rPr>
              <w:t>241500014576</w:t>
            </w:r>
          </w:p>
        </w:tc>
        <w:tc>
          <w:tcPr>
            <w:tcW w:w="1691" w:type="dxa"/>
          </w:tcPr>
          <w:p w14:paraId="0F9F3E9E" w14:textId="77777777" w:rsidR="00F25E9F" w:rsidRDefault="00F25E9F" w:rsidP="00BA5A9D">
            <w:r>
              <w:rPr>
                <w:sz w:val="16"/>
              </w:rPr>
              <w:t>44900</w:t>
            </w:r>
          </w:p>
        </w:tc>
        <w:tc>
          <w:tcPr>
            <w:tcW w:w="1701" w:type="dxa"/>
          </w:tcPr>
          <w:p w14:paraId="6B31F26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91BB338" w14:textId="77777777" w:rsidTr="001365F3">
        <w:trPr>
          <w:jc w:val="center"/>
        </w:trPr>
        <w:tc>
          <w:tcPr>
            <w:tcW w:w="993" w:type="dxa"/>
          </w:tcPr>
          <w:p w14:paraId="4EF1E5E9" w14:textId="77777777" w:rsidR="00F25E9F" w:rsidRDefault="00F25E9F" w:rsidP="00BA5A9D">
            <w:r>
              <w:rPr>
                <w:sz w:val="16"/>
              </w:rPr>
              <w:t>269</w:t>
            </w:r>
          </w:p>
        </w:tc>
        <w:tc>
          <w:tcPr>
            <w:tcW w:w="3685" w:type="dxa"/>
          </w:tcPr>
          <w:p w14:paraId="310DFD47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Тумба мобильная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Br</w:t>
            </w:r>
            <w:r w:rsidRPr="000003D3">
              <w:rPr>
                <w:sz w:val="16"/>
                <w:lang w:val="ru-RU"/>
              </w:rPr>
              <w:t xml:space="preserve"> </w:t>
            </w:r>
            <w:proofErr w:type="spellStart"/>
            <w:r>
              <w:rPr>
                <w:sz w:val="16"/>
              </w:rPr>
              <w:t>Tmo</w:t>
            </w:r>
            <w:proofErr w:type="spellEnd"/>
            <w:r w:rsidRPr="000003D3">
              <w:rPr>
                <w:sz w:val="16"/>
                <w:lang w:val="ru-RU"/>
              </w:rPr>
              <w:t>02 1100*469*605 ПАЛИСАНДР</w:t>
            </w:r>
          </w:p>
        </w:tc>
        <w:tc>
          <w:tcPr>
            <w:tcW w:w="1706" w:type="dxa"/>
            <w:gridSpan w:val="2"/>
          </w:tcPr>
          <w:p w14:paraId="0825DBDE" w14:textId="77777777" w:rsidR="00F25E9F" w:rsidRDefault="00F25E9F" w:rsidP="00BA5A9D">
            <w:r>
              <w:rPr>
                <w:sz w:val="16"/>
              </w:rPr>
              <w:t>241500014577</w:t>
            </w:r>
          </w:p>
        </w:tc>
        <w:tc>
          <w:tcPr>
            <w:tcW w:w="1691" w:type="dxa"/>
          </w:tcPr>
          <w:p w14:paraId="2F707C1D" w14:textId="77777777" w:rsidR="00F25E9F" w:rsidRDefault="00F25E9F" w:rsidP="00BA5A9D">
            <w:r>
              <w:rPr>
                <w:sz w:val="16"/>
              </w:rPr>
              <w:t>73200</w:t>
            </w:r>
          </w:p>
        </w:tc>
        <w:tc>
          <w:tcPr>
            <w:tcW w:w="1701" w:type="dxa"/>
          </w:tcPr>
          <w:p w14:paraId="095626D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F711A1A" w14:textId="77777777" w:rsidTr="001365F3">
        <w:trPr>
          <w:jc w:val="center"/>
        </w:trPr>
        <w:tc>
          <w:tcPr>
            <w:tcW w:w="993" w:type="dxa"/>
          </w:tcPr>
          <w:p w14:paraId="46B74FA3" w14:textId="77777777" w:rsidR="00F25E9F" w:rsidRDefault="00F25E9F" w:rsidP="00BA5A9D">
            <w:r>
              <w:rPr>
                <w:sz w:val="16"/>
              </w:rPr>
              <w:t>270</w:t>
            </w:r>
          </w:p>
        </w:tc>
        <w:tc>
          <w:tcPr>
            <w:tcW w:w="3685" w:type="dxa"/>
          </w:tcPr>
          <w:p w14:paraId="0176EBBF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Тумба приставная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Br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T</w:t>
            </w:r>
            <w:r w:rsidRPr="000003D3">
              <w:rPr>
                <w:sz w:val="16"/>
                <w:lang w:val="ru-RU"/>
              </w:rPr>
              <w:t>У01 1600*460*940 ПАЛИСАНДР</w:t>
            </w:r>
          </w:p>
        </w:tc>
        <w:tc>
          <w:tcPr>
            <w:tcW w:w="1706" w:type="dxa"/>
            <w:gridSpan w:val="2"/>
          </w:tcPr>
          <w:p w14:paraId="62C436C0" w14:textId="77777777" w:rsidR="00F25E9F" w:rsidRDefault="00F25E9F" w:rsidP="00BA5A9D">
            <w:r>
              <w:rPr>
                <w:sz w:val="16"/>
              </w:rPr>
              <w:t>241500014578</w:t>
            </w:r>
          </w:p>
        </w:tc>
        <w:tc>
          <w:tcPr>
            <w:tcW w:w="1691" w:type="dxa"/>
          </w:tcPr>
          <w:p w14:paraId="1C75429D" w14:textId="77777777" w:rsidR="00F25E9F" w:rsidRDefault="00F25E9F" w:rsidP="00BA5A9D">
            <w:r>
              <w:rPr>
                <w:sz w:val="16"/>
              </w:rPr>
              <w:t>121500</w:t>
            </w:r>
          </w:p>
        </w:tc>
        <w:tc>
          <w:tcPr>
            <w:tcW w:w="1701" w:type="dxa"/>
          </w:tcPr>
          <w:p w14:paraId="598932D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EDF400F" w14:textId="77777777" w:rsidTr="001365F3">
        <w:trPr>
          <w:jc w:val="center"/>
        </w:trPr>
        <w:tc>
          <w:tcPr>
            <w:tcW w:w="993" w:type="dxa"/>
          </w:tcPr>
          <w:p w14:paraId="31036523" w14:textId="77777777" w:rsidR="00F25E9F" w:rsidRDefault="00F25E9F" w:rsidP="00BA5A9D">
            <w:r>
              <w:rPr>
                <w:sz w:val="16"/>
              </w:rPr>
              <w:t>271</w:t>
            </w:r>
          </w:p>
        </w:tc>
        <w:tc>
          <w:tcPr>
            <w:tcW w:w="3685" w:type="dxa"/>
          </w:tcPr>
          <w:p w14:paraId="6A4BB5C5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Шкаф для одежды </w:t>
            </w:r>
            <w:r>
              <w:rPr>
                <w:sz w:val="16"/>
              </w:rPr>
              <w:t>HOB</w:t>
            </w:r>
            <w:r w:rsidRPr="000003D3">
              <w:rPr>
                <w:sz w:val="16"/>
                <w:lang w:val="ru-RU"/>
              </w:rPr>
              <w:t xml:space="preserve"> </w:t>
            </w:r>
            <w:proofErr w:type="spellStart"/>
            <w:r w:rsidRPr="000003D3">
              <w:rPr>
                <w:sz w:val="16"/>
                <w:lang w:val="ru-RU"/>
              </w:rPr>
              <w:t>Вр</w:t>
            </w:r>
            <w:proofErr w:type="spellEnd"/>
            <w:r w:rsidRPr="000003D3">
              <w:rPr>
                <w:sz w:val="16"/>
                <w:lang w:val="ru-RU"/>
              </w:rPr>
              <w:t xml:space="preserve"> Аа02 900*450*2001 ПАЛИСАНДР</w:t>
            </w:r>
          </w:p>
        </w:tc>
        <w:tc>
          <w:tcPr>
            <w:tcW w:w="1706" w:type="dxa"/>
            <w:gridSpan w:val="2"/>
          </w:tcPr>
          <w:p w14:paraId="2D78703B" w14:textId="77777777" w:rsidR="00F25E9F" w:rsidRDefault="00F25E9F" w:rsidP="00BA5A9D">
            <w:r>
              <w:rPr>
                <w:sz w:val="16"/>
              </w:rPr>
              <w:t>241500014579</w:t>
            </w:r>
          </w:p>
        </w:tc>
        <w:tc>
          <w:tcPr>
            <w:tcW w:w="1691" w:type="dxa"/>
          </w:tcPr>
          <w:p w14:paraId="007665EC" w14:textId="77777777" w:rsidR="00F25E9F" w:rsidRDefault="00F25E9F" w:rsidP="00BA5A9D">
            <w:r>
              <w:rPr>
                <w:sz w:val="16"/>
              </w:rPr>
              <w:t>132800</w:t>
            </w:r>
          </w:p>
        </w:tc>
        <w:tc>
          <w:tcPr>
            <w:tcW w:w="1701" w:type="dxa"/>
          </w:tcPr>
          <w:p w14:paraId="5930C41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8D4A0D6" w14:textId="77777777" w:rsidTr="001365F3">
        <w:trPr>
          <w:jc w:val="center"/>
        </w:trPr>
        <w:tc>
          <w:tcPr>
            <w:tcW w:w="993" w:type="dxa"/>
          </w:tcPr>
          <w:p w14:paraId="15A94A01" w14:textId="77777777" w:rsidR="00F25E9F" w:rsidRDefault="00F25E9F" w:rsidP="00BA5A9D">
            <w:r>
              <w:rPr>
                <w:sz w:val="16"/>
              </w:rPr>
              <w:t>272</w:t>
            </w:r>
          </w:p>
        </w:tc>
        <w:tc>
          <w:tcPr>
            <w:tcW w:w="3685" w:type="dxa"/>
          </w:tcPr>
          <w:p w14:paraId="1A88D7F1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Знак дорожный, информационно-указательный, типоразмер ІІІ, СТ РК 1125-2002</w:t>
            </w:r>
          </w:p>
        </w:tc>
        <w:tc>
          <w:tcPr>
            <w:tcW w:w="1706" w:type="dxa"/>
            <w:gridSpan w:val="2"/>
          </w:tcPr>
          <w:p w14:paraId="7F6BE0AD" w14:textId="77777777" w:rsidR="00F25E9F" w:rsidRDefault="00F25E9F" w:rsidP="00BA5A9D">
            <w:r>
              <w:rPr>
                <w:sz w:val="16"/>
              </w:rPr>
              <w:t>241500014655</w:t>
            </w:r>
          </w:p>
        </w:tc>
        <w:tc>
          <w:tcPr>
            <w:tcW w:w="1691" w:type="dxa"/>
          </w:tcPr>
          <w:p w14:paraId="68975AD6" w14:textId="77777777" w:rsidR="00F25E9F" w:rsidRDefault="00F25E9F" w:rsidP="00BA5A9D">
            <w:r>
              <w:rPr>
                <w:sz w:val="16"/>
              </w:rPr>
              <w:t>12000</w:t>
            </w:r>
          </w:p>
        </w:tc>
        <w:tc>
          <w:tcPr>
            <w:tcW w:w="1701" w:type="dxa"/>
          </w:tcPr>
          <w:p w14:paraId="1184A5A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B388230" w14:textId="77777777" w:rsidTr="001365F3">
        <w:trPr>
          <w:jc w:val="center"/>
        </w:trPr>
        <w:tc>
          <w:tcPr>
            <w:tcW w:w="993" w:type="dxa"/>
          </w:tcPr>
          <w:p w14:paraId="002AF40F" w14:textId="77777777" w:rsidR="00F25E9F" w:rsidRDefault="00F25E9F" w:rsidP="00BA5A9D">
            <w:r>
              <w:rPr>
                <w:sz w:val="16"/>
              </w:rPr>
              <w:t>273</w:t>
            </w:r>
          </w:p>
        </w:tc>
        <w:tc>
          <w:tcPr>
            <w:tcW w:w="3685" w:type="dxa"/>
          </w:tcPr>
          <w:p w14:paraId="0AE18D6A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Знак дорожный, информационно-указательный, типоразмер ІІІ, СТ РК 1125-2002</w:t>
            </w:r>
          </w:p>
        </w:tc>
        <w:tc>
          <w:tcPr>
            <w:tcW w:w="1706" w:type="dxa"/>
            <w:gridSpan w:val="2"/>
          </w:tcPr>
          <w:p w14:paraId="74458C37" w14:textId="77777777" w:rsidR="00F25E9F" w:rsidRDefault="00F25E9F" w:rsidP="00BA5A9D">
            <w:r>
              <w:rPr>
                <w:sz w:val="16"/>
              </w:rPr>
              <w:t>241500014656</w:t>
            </w:r>
          </w:p>
        </w:tc>
        <w:tc>
          <w:tcPr>
            <w:tcW w:w="1691" w:type="dxa"/>
          </w:tcPr>
          <w:p w14:paraId="2B2117AA" w14:textId="77777777" w:rsidR="00F25E9F" w:rsidRDefault="00F25E9F" w:rsidP="00BA5A9D">
            <w:r>
              <w:rPr>
                <w:sz w:val="16"/>
              </w:rPr>
              <w:t>10000</w:t>
            </w:r>
          </w:p>
        </w:tc>
        <w:tc>
          <w:tcPr>
            <w:tcW w:w="1701" w:type="dxa"/>
          </w:tcPr>
          <w:p w14:paraId="2F95A71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FB23724" w14:textId="77777777" w:rsidTr="001365F3">
        <w:trPr>
          <w:jc w:val="center"/>
        </w:trPr>
        <w:tc>
          <w:tcPr>
            <w:tcW w:w="993" w:type="dxa"/>
          </w:tcPr>
          <w:p w14:paraId="61E73AEF" w14:textId="77777777" w:rsidR="00F25E9F" w:rsidRDefault="00F25E9F" w:rsidP="00BA5A9D">
            <w:r>
              <w:rPr>
                <w:sz w:val="16"/>
              </w:rPr>
              <w:t>274</w:t>
            </w:r>
          </w:p>
        </w:tc>
        <w:tc>
          <w:tcPr>
            <w:tcW w:w="3685" w:type="dxa"/>
          </w:tcPr>
          <w:p w14:paraId="7ECCD84F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Знак дорожный, информационно-указательный, типоразмер ІІІ, СТ РК 1125-2002, 7.1.3</w:t>
            </w:r>
          </w:p>
        </w:tc>
        <w:tc>
          <w:tcPr>
            <w:tcW w:w="1706" w:type="dxa"/>
            <w:gridSpan w:val="2"/>
          </w:tcPr>
          <w:p w14:paraId="1432D215" w14:textId="77777777" w:rsidR="00F25E9F" w:rsidRDefault="00F25E9F" w:rsidP="00BA5A9D">
            <w:r>
              <w:rPr>
                <w:sz w:val="16"/>
              </w:rPr>
              <w:t>241500014657</w:t>
            </w:r>
          </w:p>
        </w:tc>
        <w:tc>
          <w:tcPr>
            <w:tcW w:w="1691" w:type="dxa"/>
          </w:tcPr>
          <w:p w14:paraId="7CB2359C" w14:textId="77777777" w:rsidR="00F25E9F" w:rsidRDefault="00F25E9F" w:rsidP="00BA5A9D">
            <w:r>
              <w:rPr>
                <w:sz w:val="16"/>
              </w:rPr>
              <w:t>12000</w:t>
            </w:r>
          </w:p>
        </w:tc>
        <w:tc>
          <w:tcPr>
            <w:tcW w:w="1701" w:type="dxa"/>
          </w:tcPr>
          <w:p w14:paraId="5BBF948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37C7736" w14:textId="77777777" w:rsidTr="001365F3">
        <w:trPr>
          <w:jc w:val="center"/>
        </w:trPr>
        <w:tc>
          <w:tcPr>
            <w:tcW w:w="993" w:type="dxa"/>
          </w:tcPr>
          <w:p w14:paraId="52FA4515" w14:textId="77777777" w:rsidR="00F25E9F" w:rsidRDefault="00F25E9F" w:rsidP="00BA5A9D">
            <w:r>
              <w:rPr>
                <w:sz w:val="16"/>
              </w:rPr>
              <w:t>275</w:t>
            </w:r>
          </w:p>
        </w:tc>
        <w:tc>
          <w:tcPr>
            <w:tcW w:w="3685" w:type="dxa"/>
          </w:tcPr>
          <w:p w14:paraId="66390AC5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Знак дорожный, информационно-указательный, типоразмер ІІІ, СТ РК 1125-2002, 7.17</w:t>
            </w:r>
          </w:p>
        </w:tc>
        <w:tc>
          <w:tcPr>
            <w:tcW w:w="1706" w:type="dxa"/>
            <w:gridSpan w:val="2"/>
          </w:tcPr>
          <w:p w14:paraId="1E6BA368" w14:textId="77777777" w:rsidR="00F25E9F" w:rsidRDefault="00F25E9F" w:rsidP="00BA5A9D">
            <w:r>
              <w:rPr>
                <w:sz w:val="16"/>
              </w:rPr>
              <w:t>241500014658</w:t>
            </w:r>
          </w:p>
        </w:tc>
        <w:tc>
          <w:tcPr>
            <w:tcW w:w="1691" w:type="dxa"/>
          </w:tcPr>
          <w:p w14:paraId="22687E89" w14:textId="77777777" w:rsidR="00F25E9F" w:rsidRDefault="00F25E9F" w:rsidP="00BA5A9D">
            <w:r>
              <w:rPr>
                <w:sz w:val="16"/>
              </w:rPr>
              <w:t>10000</w:t>
            </w:r>
          </w:p>
        </w:tc>
        <w:tc>
          <w:tcPr>
            <w:tcW w:w="1701" w:type="dxa"/>
          </w:tcPr>
          <w:p w14:paraId="1DCB18A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4E2C5F8" w14:textId="77777777" w:rsidTr="001365F3">
        <w:trPr>
          <w:jc w:val="center"/>
        </w:trPr>
        <w:tc>
          <w:tcPr>
            <w:tcW w:w="993" w:type="dxa"/>
          </w:tcPr>
          <w:p w14:paraId="28F6183A" w14:textId="77777777" w:rsidR="00F25E9F" w:rsidRDefault="00F25E9F" w:rsidP="00BA5A9D">
            <w:r>
              <w:rPr>
                <w:sz w:val="16"/>
              </w:rPr>
              <w:t>276</w:t>
            </w:r>
          </w:p>
        </w:tc>
        <w:tc>
          <w:tcPr>
            <w:tcW w:w="3685" w:type="dxa"/>
          </w:tcPr>
          <w:p w14:paraId="040C3919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Знак дорожный, информационно-указательный, типоразмер ІІІ, СТ РК 1125-2002, 7.6,5</w:t>
            </w:r>
          </w:p>
        </w:tc>
        <w:tc>
          <w:tcPr>
            <w:tcW w:w="1706" w:type="dxa"/>
            <w:gridSpan w:val="2"/>
          </w:tcPr>
          <w:p w14:paraId="1BA9EB24" w14:textId="77777777" w:rsidR="00F25E9F" w:rsidRDefault="00F25E9F" w:rsidP="00BA5A9D">
            <w:r>
              <w:rPr>
                <w:sz w:val="16"/>
              </w:rPr>
              <w:t>241500014659</w:t>
            </w:r>
          </w:p>
        </w:tc>
        <w:tc>
          <w:tcPr>
            <w:tcW w:w="1691" w:type="dxa"/>
          </w:tcPr>
          <w:p w14:paraId="60AE8796" w14:textId="77777777" w:rsidR="00F25E9F" w:rsidRDefault="00F25E9F" w:rsidP="00BA5A9D">
            <w:r>
              <w:rPr>
                <w:sz w:val="16"/>
              </w:rPr>
              <w:t>10000</w:t>
            </w:r>
          </w:p>
        </w:tc>
        <w:tc>
          <w:tcPr>
            <w:tcW w:w="1701" w:type="dxa"/>
          </w:tcPr>
          <w:p w14:paraId="2294789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642CA1E" w14:textId="77777777" w:rsidTr="001365F3">
        <w:trPr>
          <w:jc w:val="center"/>
        </w:trPr>
        <w:tc>
          <w:tcPr>
            <w:tcW w:w="993" w:type="dxa"/>
          </w:tcPr>
          <w:p w14:paraId="7AD18CC3" w14:textId="77777777" w:rsidR="00F25E9F" w:rsidRDefault="00F25E9F" w:rsidP="00BA5A9D">
            <w:r>
              <w:rPr>
                <w:sz w:val="16"/>
              </w:rPr>
              <w:t>277</w:t>
            </w:r>
          </w:p>
        </w:tc>
        <w:tc>
          <w:tcPr>
            <w:tcW w:w="3685" w:type="dxa"/>
          </w:tcPr>
          <w:p w14:paraId="54121497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Знак дорожный, информационно-указательный, типоразмер ІІІ, СТ РК 1125-2002, 7.6.5</w:t>
            </w:r>
          </w:p>
        </w:tc>
        <w:tc>
          <w:tcPr>
            <w:tcW w:w="1706" w:type="dxa"/>
            <w:gridSpan w:val="2"/>
          </w:tcPr>
          <w:p w14:paraId="0621960B" w14:textId="77777777" w:rsidR="00F25E9F" w:rsidRDefault="00F25E9F" w:rsidP="00BA5A9D">
            <w:r>
              <w:rPr>
                <w:sz w:val="16"/>
              </w:rPr>
              <w:t>241500014660</w:t>
            </w:r>
          </w:p>
        </w:tc>
        <w:tc>
          <w:tcPr>
            <w:tcW w:w="1691" w:type="dxa"/>
          </w:tcPr>
          <w:p w14:paraId="5185C57D" w14:textId="77777777" w:rsidR="00F25E9F" w:rsidRDefault="00F25E9F" w:rsidP="00BA5A9D">
            <w:r>
              <w:rPr>
                <w:sz w:val="16"/>
              </w:rPr>
              <w:t>10000</w:t>
            </w:r>
          </w:p>
        </w:tc>
        <w:tc>
          <w:tcPr>
            <w:tcW w:w="1701" w:type="dxa"/>
          </w:tcPr>
          <w:p w14:paraId="13F62DA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2921A8E" w14:textId="77777777" w:rsidTr="001365F3">
        <w:trPr>
          <w:jc w:val="center"/>
        </w:trPr>
        <w:tc>
          <w:tcPr>
            <w:tcW w:w="993" w:type="dxa"/>
          </w:tcPr>
          <w:p w14:paraId="2B50C84D" w14:textId="77777777" w:rsidR="00F25E9F" w:rsidRDefault="00F25E9F" w:rsidP="00BA5A9D">
            <w:r>
              <w:rPr>
                <w:sz w:val="16"/>
              </w:rPr>
              <w:t>278</w:t>
            </w:r>
          </w:p>
        </w:tc>
        <w:tc>
          <w:tcPr>
            <w:tcW w:w="3685" w:type="dxa"/>
          </w:tcPr>
          <w:p w14:paraId="5520FEEC" w14:textId="77777777" w:rsidR="00F25E9F" w:rsidRDefault="00F25E9F" w:rsidP="00BA5A9D">
            <w:proofErr w:type="spellStart"/>
            <w:r>
              <w:rPr>
                <w:sz w:val="16"/>
              </w:rPr>
              <w:t>Стойка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дорожная</w:t>
            </w:r>
            <w:proofErr w:type="spellEnd"/>
            <w:r>
              <w:rPr>
                <w:sz w:val="16"/>
              </w:rPr>
              <w:t xml:space="preserve">, СД-2, </w:t>
            </w:r>
            <w:proofErr w:type="spellStart"/>
            <w:r>
              <w:rPr>
                <w:sz w:val="16"/>
              </w:rPr>
              <w:t>оцинкованная</w:t>
            </w:r>
            <w:proofErr w:type="spellEnd"/>
          </w:p>
        </w:tc>
        <w:tc>
          <w:tcPr>
            <w:tcW w:w="1706" w:type="dxa"/>
            <w:gridSpan w:val="2"/>
          </w:tcPr>
          <w:p w14:paraId="5B603DFE" w14:textId="77777777" w:rsidR="00F25E9F" w:rsidRDefault="00F25E9F" w:rsidP="00BA5A9D">
            <w:r>
              <w:rPr>
                <w:sz w:val="16"/>
              </w:rPr>
              <w:t>241500014665</w:t>
            </w:r>
          </w:p>
        </w:tc>
        <w:tc>
          <w:tcPr>
            <w:tcW w:w="1691" w:type="dxa"/>
          </w:tcPr>
          <w:p w14:paraId="163713DD" w14:textId="77777777" w:rsidR="00F25E9F" w:rsidRDefault="00F25E9F" w:rsidP="00BA5A9D">
            <w:r>
              <w:rPr>
                <w:sz w:val="16"/>
              </w:rPr>
              <w:t>10000</w:t>
            </w:r>
          </w:p>
        </w:tc>
        <w:tc>
          <w:tcPr>
            <w:tcW w:w="1701" w:type="dxa"/>
          </w:tcPr>
          <w:p w14:paraId="5A01CFE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DF69E55" w14:textId="77777777" w:rsidTr="001365F3">
        <w:trPr>
          <w:jc w:val="center"/>
        </w:trPr>
        <w:tc>
          <w:tcPr>
            <w:tcW w:w="993" w:type="dxa"/>
          </w:tcPr>
          <w:p w14:paraId="0A116533" w14:textId="77777777" w:rsidR="00F25E9F" w:rsidRDefault="00F25E9F" w:rsidP="00BA5A9D">
            <w:r>
              <w:rPr>
                <w:sz w:val="16"/>
              </w:rPr>
              <w:t>279</w:t>
            </w:r>
          </w:p>
        </w:tc>
        <w:tc>
          <w:tcPr>
            <w:tcW w:w="3685" w:type="dxa"/>
          </w:tcPr>
          <w:p w14:paraId="5863FE10" w14:textId="77777777" w:rsidR="00F25E9F" w:rsidRDefault="00F25E9F" w:rsidP="00BA5A9D">
            <w:proofErr w:type="spellStart"/>
            <w:r>
              <w:rPr>
                <w:sz w:val="16"/>
              </w:rPr>
              <w:t>Стойка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дорожная</w:t>
            </w:r>
            <w:proofErr w:type="spellEnd"/>
            <w:r>
              <w:rPr>
                <w:sz w:val="16"/>
              </w:rPr>
              <w:t xml:space="preserve">, СД-2, </w:t>
            </w:r>
            <w:proofErr w:type="spellStart"/>
            <w:r>
              <w:rPr>
                <w:sz w:val="16"/>
              </w:rPr>
              <w:t>оцинкованная</w:t>
            </w:r>
            <w:proofErr w:type="spellEnd"/>
          </w:p>
        </w:tc>
        <w:tc>
          <w:tcPr>
            <w:tcW w:w="1706" w:type="dxa"/>
            <w:gridSpan w:val="2"/>
          </w:tcPr>
          <w:p w14:paraId="6F9BF79F" w14:textId="77777777" w:rsidR="00F25E9F" w:rsidRDefault="00F25E9F" w:rsidP="00BA5A9D">
            <w:r>
              <w:rPr>
                <w:sz w:val="16"/>
              </w:rPr>
              <w:t>241500014666</w:t>
            </w:r>
          </w:p>
        </w:tc>
        <w:tc>
          <w:tcPr>
            <w:tcW w:w="1691" w:type="dxa"/>
          </w:tcPr>
          <w:p w14:paraId="4D777304" w14:textId="77777777" w:rsidR="00F25E9F" w:rsidRDefault="00F25E9F" w:rsidP="00BA5A9D">
            <w:r>
              <w:rPr>
                <w:sz w:val="16"/>
              </w:rPr>
              <w:t>10000</w:t>
            </w:r>
          </w:p>
        </w:tc>
        <w:tc>
          <w:tcPr>
            <w:tcW w:w="1701" w:type="dxa"/>
          </w:tcPr>
          <w:p w14:paraId="7A843BC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2E129DC" w14:textId="77777777" w:rsidTr="001365F3">
        <w:trPr>
          <w:jc w:val="center"/>
        </w:trPr>
        <w:tc>
          <w:tcPr>
            <w:tcW w:w="993" w:type="dxa"/>
          </w:tcPr>
          <w:p w14:paraId="3924F6B9" w14:textId="77777777" w:rsidR="00F25E9F" w:rsidRDefault="00F25E9F" w:rsidP="00BA5A9D">
            <w:r>
              <w:rPr>
                <w:sz w:val="16"/>
              </w:rPr>
              <w:t>280</w:t>
            </w:r>
          </w:p>
        </w:tc>
        <w:tc>
          <w:tcPr>
            <w:tcW w:w="3685" w:type="dxa"/>
          </w:tcPr>
          <w:p w14:paraId="5A19FADC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Фундамент к многогранной опоре, стальной, для оцинкованной стойки</w:t>
            </w:r>
          </w:p>
        </w:tc>
        <w:tc>
          <w:tcPr>
            <w:tcW w:w="1706" w:type="dxa"/>
            <w:gridSpan w:val="2"/>
          </w:tcPr>
          <w:p w14:paraId="3D24DAF9" w14:textId="77777777" w:rsidR="00F25E9F" w:rsidRDefault="00F25E9F" w:rsidP="00BA5A9D">
            <w:r>
              <w:rPr>
                <w:sz w:val="16"/>
              </w:rPr>
              <w:t>241500014680</w:t>
            </w:r>
          </w:p>
        </w:tc>
        <w:tc>
          <w:tcPr>
            <w:tcW w:w="1691" w:type="dxa"/>
          </w:tcPr>
          <w:p w14:paraId="49F15B66" w14:textId="77777777" w:rsidR="00F25E9F" w:rsidRDefault="00F25E9F" w:rsidP="00BA5A9D">
            <w:r>
              <w:rPr>
                <w:sz w:val="16"/>
              </w:rPr>
              <w:t>16000</w:t>
            </w:r>
          </w:p>
        </w:tc>
        <w:tc>
          <w:tcPr>
            <w:tcW w:w="1701" w:type="dxa"/>
          </w:tcPr>
          <w:p w14:paraId="4B4C22D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5BBF016" w14:textId="77777777" w:rsidTr="001365F3">
        <w:trPr>
          <w:jc w:val="center"/>
        </w:trPr>
        <w:tc>
          <w:tcPr>
            <w:tcW w:w="993" w:type="dxa"/>
          </w:tcPr>
          <w:p w14:paraId="530FA6A7" w14:textId="77777777" w:rsidR="00F25E9F" w:rsidRDefault="00F25E9F" w:rsidP="00BA5A9D">
            <w:r>
              <w:rPr>
                <w:sz w:val="16"/>
              </w:rPr>
              <w:t>281</w:t>
            </w:r>
          </w:p>
        </w:tc>
        <w:tc>
          <w:tcPr>
            <w:tcW w:w="3685" w:type="dxa"/>
          </w:tcPr>
          <w:p w14:paraId="1A792452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Фундамент к многогранной опоре, стальной, для оцинкованной стойки</w:t>
            </w:r>
          </w:p>
        </w:tc>
        <w:tc>
          <w:tcPr>
            <w:tcW w:w="1706" w:type="dxa"/>
            <w:gridSpan w:val="2"/>
          </w:tcPr>
          <w:p w14:paraId="3DE5C9D0" w14:textId="77777777" w:rsidR="00F25E9F" w:rsidRDefault="00F25E9F" w:rsidP="00BA5A9D">
            <w:r>
              <w:rPr>
                <w:sz w:val="16"/>
              </w:rPr>
              <w:t>241500014681</w:t>
            </w:r>
          </w:p>
        </w:tc>
        <w:tc>
          <w:tcPr>
            <w:tcW w:w="1691" w:type="dxa"/>
          </w:tcPr>
          <w:p w14:paraId="337C1890" w14:textId="77777777" w:rsidR="00F25E9F" w:rsidRDefault="00F25E9F" w:rsidP="00BA5A9D">
            <w:r>
              <w:rPr>
                <w:sz w:val="16"/>
              </w:rPr>
              <w:t>16000</w:t>
            </w:r>
          </w:p>
        </w:tc>
        <w:tc>
          <w:tcPr>
            <w:tcW w:w="1701" w:type="dxa"/>
          </w:tcPr>
          <w:p w14:paraId="3AC72AA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FCF86D3" w14:textId="77777777" w:rsidTr="001365F3">
        <w:trPr>
          <w:jc w:val="center"/>
        </w:trPr>
        <w:tc>
          <w:tcPr>
            <w:tcW w:w="993" w:type="dxa"/>
          </w:tcPr>
          <w:p w14:paraId="15F61DF0" w14:textId="77777777" w:rsidR="00F25E9F" w:rsidRDefault="00F25E9F" w:rsidP="00BA5A9D">
            <w:r>
              <w:rPr>
                <w:sz w:val="16"/>
              </w:rPr>
              <w:t>282</w:t>
            </w:r>
          </w:p>
        </w:tc>
        <w:tc>
          <w:tcPr>
            <w:tcW w:w="3685" w:type="dxa"/>
          </w:tcPr>
          <w:p w14:paraId="1DE73E88" w14:textId="77777777" w:rsidR="00F25E9F" w:rsidRDefault="00F25E9F" w:rsidP="00BA5A9D">
            <w:proofErr w:type="spellStart"/>
            <w:r>
              <w:rPr>
                <w:sz w:val="16"/>
              </w:rPr>
              <w:t>Ковер</w:t>
            </w:r>
            <w:proofErr w:type="spellEnd"/>
          </w:p>
        </w:tc>
        <w:tc>
          <w:tcPr>
            <w:tcW w:w="1706" w:type="dxa"/>
            <w:gridSpan w:val="2"/>
          </w:tcPr>
          <w:p w14:paraId="5538997F" w14:textId="77777777" w:rsidR="00F25E9F" w:rsidRDefault="00F25E9F" w:rsidP="00BA5A9D">
            <w:r>
              <w:rPr>
                <w:sz w:val="16"/>
              </w:rPr>
              <w:t>241500014975</w:t>
            </w:r>
          </w:p>
        </w:tc>
        <w:tc>
          <w:tcPr>
            <w:tcW w:w="1691" w:type="dxa"/>
          </w:tcPr>
          <w:p w14:paraId="77657B52" w14:textId="77777777" w:rsidR="00F25E9F" w:rsidRDefault="00F25E9F" w:rsidP="00BA5A9D">
            <w:r>
              <w:rPr>
                <w:sz w:val="16"/>
              </w:rPr>
              <w:t>100000</w:t>
            </w:r>
          </w:p>
        </w:tc>
        <w:tc>
          <w:tcPr>
            <w:tcW w:w="1701" w:type="dxa"/>
          </w:tcPr>
          <w:p w14:paraId="0B38DEF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1F907D6" w14:textId="77777777" w:rsidTr="001365F3">
        <w:trPr>
          <w:jc w:val="center"/>
        </w:trPr>
        <w:tc>
          <w:tcPr>
            <w:tcW w:w="993" w:type="dxa"/>
          </w:tcPr>
          <w:p w14:paraId="77740A3E" w14:textId="77777777" w:rsidR="00F25E9F" w:rsidRDefault="00F25E9F" w:rsidP="00BA5A9D">
            <w:r>
              <w:rPr>
                <w:sz w:val="16"/>
              </w:rPr>
              <w:t>283</w:t>
            </w:r>
          </w:p>
        </w:tc>
        <w:tc>
          <w:tcPr>
            <w:tcW w:w="3685" w:type="dxa"/>
          </w:tcPr>
          <w:p w14:paraId="39B9D234" w14:textId="77777777" w:rsidR="00F25E9F" w:rsidRDefault="00F25E9F" w:rsidP="00BA5A9D">
            <w:proofErr w:type="spellStart"/>
            <w:r>
              <w:rPr>
                <w:sz w:val="16"/>
              </w:rPr>
              <w:t>Огнетушитель</w:t>
            </w:r>
            <w:proofErr w:type="spellEnd"/>
          </w:p>
        </w:tc>
        <w:tc>
          <w:tcPr>
            <w:tcW w:w="1706" w:type="dxa"/>
            <w:gridSpan w:val="2"/>
          </w:tcPr>
          <w:p w14:paraId="2FFF2F7D" w14:textId="77777777" w:rsidR="00F25E9F" w:rsidRDefault="00F25E9F" w:rsidP="00BA5A9D">
            <w:r>
              <w:rPr>
                <w:sz w:val="16"/>
              </w:rPr>
              <w:t>241500014682</w:t>
            </w:r>
          </w:p>
        </w:tc>
        <w:tc>
          <w:tcPr>
            <w:tcW w:w="1691" w:type="dxa"/>
          </w:tcPr>
          <w:p w14:paraId="6BCDAD58" w14:textId="77777777" w:rsidR="00F25E9F" w:rsidRDefault="00F25E9F" w:rsidP="00BA5A9D">
            <w:r>
              <w:rPr>
                <w:sz w:val="16"/>
              </w:rPr>
              <w:t>13500</w:t>
            </w:r>
          </w:p>
        </w:tc>
        <w:tc>
          <w:tcPr>
            <w:tcW w:w="1701" w:type="dxa"/>
          </w:tcPr>
          <w:p w14:paraId="4C7FE82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4B6E5D8" w14:textId="77777777" w:rsidTr="001365F3">
        <w:trPr>
          <w:jc w:val="center"/>
        </w:trPr>
        <w:tc>
          <w:tcPr>
            <w:tcW w:w="993" w:type="dxa"/>
          </w:tcPr>
          <w:p w14:paraId="29AE9262" w14:textId="77777777" w:rsidR="00F25E9F" w:rsidRDefault="00F25E9F" w:rsidP="00BA5A9D">
            <w:r>
              <w:rPr>
                <w:sz w:val="16"/>
              </w:rPr>
              <w:t>284</w:t>
            </w:r>
          </w:p>
        </w:tc>
        <w:tc>
          <w:tcPr>
            <w:tcW w:w="3685" w:type="dxa"/>
          </w:tcPr>
          <w:p w14:paraId="293273D3" w14:textId="77777777" w:rsidR="00F25E9F" w:rsidRPr="000003D3" w:rsidRDefault="00F25E9F" w:rsidP="00BA5A9D">
            <w:pPr>
              <w:rPr>
                <w:lang w:val="ru-RU"/>
              </w:rPr>
            </w:pPr>
            <w:proofErr w:type="spellStart"/>
            <w:r w:rsidRPr="000003D3">
              <w:rPr>
                <w:sz w:val="16"/>
                <w:lang w:val="ru-RU"/>
              </w:rPr>
              <w:t>Электросч</w:t>
            </w:r>
            <w:proofErr w:type="spellEnd"/>
            <w:r w:rsidRPr="000003D3">
              <w:rPr>
                <w:sz w:val="16"/>
                <w:lang w:val="ru-RU"/>
              </w:rPr>
              <w:t xml:space="preserve">-к Меркурий 230 </w:t>
            </w:r>
            <w:r>
              <w:rPr>
                <w:sz w:val="16"/>
              </w:rPr>
              <w:t>ART</w:t>
            </w:r>
            <w:r w:rsidRPr="000003D3">
              <w:rPr>
                <w:sz w:val="16"/>
                <w:lang w:val="ru-RU"/>
              </w:rPr>
              <w:t xml:space="preserve">-02 </w:t>
            </w:r>
            <w:r>
              <w:rPr>
                <w:sz w:val="16"/>
              </w:rPr>
              <w:t>PQCSIN</w:t>
            </w:r>
          </w:p>
        </w:tc>
        <w:tc>
          <w:tcPr>
            <w:tcW w:w="1706" w:type="dxa"/>
            <w:gridSpan w:val="2"/>
          </w:tcPr>
          <w:p w14:paraId="73A12FBC" w14:textId="77777777" w:rsidR="00F25E9F" w:rsidRDefault="00F25E9F" w:rsidP="00BA5A9D">
            <w:r>
              <w:rPr>
                <w:sz w:val="16"/>
              </w:rPr>
              <w:t>241500014580</w:t>
            </w:r>
          </w:p>
        </w:tc>
        <w:tc>
          <w:tcPr>
            <w:tcW w:w="1691" w:type="dxa"/>
          </w:tcPr>
          <w:p w14:paraId="09B12F3E" w14:textId="77777777" w:rsidR="00F25E9F" w:rsidRDefault="00F25E9F" w:rsidP="00BA5A9D">
            <w:r>
              <w:rPr>
                <w:sz w:val="16"/>
              </w:rPr>
              <w:t>29500</w:t>
            </w:r>
          </w:p>
        </w:tc>
        <w:tc>
          <w:tcPr>
            <w:tcW w:w="1701" w:type="dxa"/>
          </w:tcPr>
          <w:p w14:paraId="6D6E1F6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6BD9F32" w14:textId="77777777" w:rsidTr="001365F3">
        <w:trPr>
          <w:jc w:val="center"/>
        </w:trPr>
        <w:tc>
          <w:tcPr>
            <w:tcW w:w="993" w:type="dxa"/>
          </w:tcPr>
          <w:p w14:paraId="679C5107" w14:textId="77777777" w:rsidR="00F25E9F" w:rsidRDefault="00F25E9F" w:rsidP="00BA5A9D">
            <w:r>
              <w:rPr>
                <w:sz w:val="16"/>
              </w:rPr>
              <w:t>285</w:t>
            </w:r>
          </w:p>
        </w:tc>
        <w:tc>
          <w:tcPr>
            <w:tcW w:w="3685" w:type="dxa"/>
          </w:tcPr>
          <w:p w14:paraId="72DD7745" w14:textId="77777777" w:rsidR="00F25E9F" w:rsidRDefault="00F25E9F" w:rsidP="00BA5A9D">
            <w:proofErr w:type="spellStart"/>
            <w:r>
              <w:rPr>
                <w:sz w:val="16"/>
              </w:rPr>
              <w:t>Офисный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стол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письменный</w:t>
            </w:r>
            <w:proofErr w:type="spellEnd"/>
            <w:r>
              <w:rPr>
                <w:sz w:val="16"/>
              </w:rPr>
              <w:t xml:space="preserve"> FT-1</w:t>
            </w:r>
          </w:p>
        </w:tc>
        <w:tc>
          <w:tcPr>
            <w:tcW w:w="1706" w:type="dxa"/>
            <w:gridSpan w:val="2"/>
          </w:tcPr>
          <w:p w14:paraId="62088085" w14:textId="77777777" w:rsidR="00F25E9F" w:rsidRDefault="00F25E9F" w:rsidP="00BA5A9D">
            <w:r>
              <w:rPr>
                <w:sz w:val="16"/>
              </w:rPr>
              <w:t>241500014714</w:t>
            </w:r>
          </w:p>
        </w:tc>
        <w:tc>
          <w:tcPr>
            <w:tcW w:w="1691" w:type="dxa"/>
          </w:tcPr>
          <w:p w14:paraId="7B375D82" w14:textId="77777777" w:rsidR="00F25E9F" w:rsidRDefault="00F25E9F" w:rsidP="00BA5A9D">
            <w:r>
              <w:rPr>
                <w:sz w:val="16"/>
              </w:rPr>
              <w:t>13677.5</w:t>
            </w:r>
          </w:p>
        </w:tc>
        <w:tc>
          <w:tcPr>
            <w:tcW w:w="1701" w:type="dxa"/>
          </w:tcPr>
          <w:p w14:paraId="160B335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80F77FF" w14:textId="77777777" w:rsidTr="001365F3">
        <w:trPr>
          <w:jc w:val="center"/>
        </w:trPr>
        <w:tc>
          <w:tcPr>
            <w:tcW w:w="993" w:type="dxa"/>
          </w:tcPr>
          <w:p w14:paraId="73910E0A" w14:textId="77777777" w:rsidR="00F25E9F" w:rsidRDefault="00F25E9F" w:rsidP="00BA5A9D">
            <w:r>
              <w:rPr>
                <w:sz w:val="16"/>
              </w:rPr>
              <w:t>286</w:t>
            </w:r>
          </w:p>
        </w:tc>
        <w:tc>
          <w:tcPr>
            <w:tcW w:w="3685" w:type="dxa"/>
          </w:tcPr>
          <w:p w14:paraId="1ED47D69" w14:textId="77777777" w:rsidR="00F25E9F" w:rsidRDefault="00F25E9F" w:rsidP="00BA5A9D">
            <w:proofErr w:type="spellStart"/>
            <w:r>
              <w:rPr>
                <w:sz w:val="16"/>
              </w:rPr>
              <w:t>Офисный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стол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письменный</w:t>
            </w:r>
            <w:proofErr w:type="spellEnd"/>
            <w:r>
              <w:rPr>
                <w:sz w:val="16"/>
              </w:rPr>
              <w:t xml:space="preserve"> FT-1</w:t>
            </w:r>
          </w:p>
        </w:tc>
        <w:tc>
          <w:tcPr>
            <w:tcW w:w="1706" w:type="dxa"/>
            <w:gridSpan w:val="2"/>
          </w:tcPr>
          <w:p w14:paraId="085F376A" w14:textId="77777777" w:rsidR="00F25E9F" w:rsidRDefault="00F25E9F" w:rsidP="00BA5A9D">
            <w:r>
              <w:rPr>
                <w:sz w:val="16"/>
              </w:rPr>
              <w:t>241500014719</w:t>
            </w:r>
          </w:p>
        </w:tc>
        <w:tc>
          <w:tcPr>
            <w:tcW w:w="1691" w:type="dxa"/>
          </w:tcPr>
          <w:p w14:paraId="47DDA092" w14:textId="77777777" w:rsidR="00F25E9F" w:rsidRDefault="00F25E9F" w:rsidP="00BA5A9D">
            <w:r>
              <w:rPr>
                <w:sz w:val="16"/>
              </w:rPr>
              <w:t>13677.5</w:t>
            </w:r>
          </w:p>
        </w:tc>
        <w:tc>
          <w:tcPr>
            <w:tcW w:w="1701" w:type="dxa"/>
          </w:tcPr>
          <w:p w14:paraId="1C65CA5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8144C7F" w14:textId="77777777" w:rsidTr="001365F3">
        <w:trPr>
          <w:jc w:val="center"/>
        </w:trPr>
        <w:tc>
          <w:tcPr>
            <w:tcW w:w="993" w:type="dxa"/>
          </w:tcPr>
          <w:p w14:paraId="547B1AB2" w14:textId="77777777" w:rsidR="00F25E9F" w:rsidRDefault="00F25E9F" w:rsidP="00BA5A9D">
            <w:r>
              <w:rPr>
                <w:sz w:val="16"/>
              </w:rPr>
              <w:t>287</w:t>
            </w:r>
          </w:p>
        </w:tc>
        <w:tc>
          <w:tcPr>
            <w:tcW w:w="3685" w:type="dxa"/>
          </w:tcPr>
          <w:p w14:paraId="11BC0D30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верхней одежды с замком,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-2</w:t>
            </w:r>
          </w:p>
        </w:tc>
        <w:tc>
          <w:tcPr>
            <w:tcW w:w="1706" w:type="dxa"/>
            <w:gridSpan w:val="2"/>
          </w:tcPr>
          <w:p w14:paraId="5A0B10FB" w14:textId="77777777" w:rsidR="00F25E9F" w:rsidRDefault="00F25E9F" w:rsidP="00BA5A9D">
            <w:r>
              <w:rPr>
                <w:sz w:val="16"/>
              </w:rPr>
              <w:t>241500014742</w:t>
            </w:r>
          </w:p>
        </w:tc>
        <w:tc>
          <w:tcPr>
            <w:tcW w:w="1691" w:type="dxa"/>
          </w:tcPr>
          <w:p w14:paraId="75975628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49D128B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F257073" w14:textId="77777777" w:rsidTr="001365F3">
        <w:trPr>
          <w:jc w:val="center"/>
        </w:trPr>
        <w:tc>
          <w:tcPr>
            <w:tcW w:w="993" w:type="dxa"/>
          </w:tcPr>
          <w:p w14:paraId="3DC797AD" w14:textId="77777777" w:rsidR="00F25E9F" w:rsidRDefault="00F25E9F" w:rsidP="00BA5A9D">
            <w:r>
              <w:rPr>
                <w:sz w:val="16"/>
              </w:rPr>
              <w:t>288</w:t>
            </w:r>
          </w:p>
        </w:tc>
        <w:tc>
          <w:tcPr>
            <w:tcW w:w="3685" w:type="dxa"/>
          </w:tcPr>
          <w:p w14:paraId="2D12A549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верхней одежды с замком,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-2</w:t>
            </w:r>
          </w:p>
        </w:tc>
        <w:tc>
          <w:tcPr>
            <w:tcW w:w="1706" w:type="dxa"/>
            <w:gridSpan w:val="2"/>
          </w:tcPr>
          <w:p w14:paraId="3A584AD0" w14:textId="77777777" w:rsidR="00F25E9F" w:rsidRDefault="00F25E9F" w:rsidP="00BA5A9D">
            <w:r>
              <w:rPr>
                <w:sz w:val="16"/>
              </w:rPr>
              <w:t>241500014743</w:t>
            </w:r>
          </w:p>
        </w:tc>
        <w:tc>
          <w:tcPr>
            <w:tcW w:w="1691" w:type="dxa"/>
          </w:tcPr>
          <w:p w14:paraId="683AEDC5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37C0811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A54A149" w14:textId="77777777" w:rsidTr="001365F3">
        <w:trPr>
          <w:jc w:val="center"/>
        </w:trPr>
        <w:tc>
          <w:tcPr>
            <w:tcW w:w="993" w:type="dxa"/>
          </w:tcPr>
          <w:p w14:paraId="0A57D9DA" w14:textId="77777777" w:rsidR="00F25E9F" w:rsidRDefault="00F25E9F" w:rsidP="00BA5A9D">
            <w:r>
              <w:rPr>
                <w:sz w:val="16"/>
              </w:rPr>
              <w:t>289</w:t>
            </w:r>
          </w:p>
        </w:tc>
        <w:tc>
          <w:tcPr>
            <w:tcW w:w="3685" w:type="dxa"/>
          </w:tcPr>
          <w:p w14:paraId="674D2D3A" w14:textId="77777777" w:rsidR="00F25E9F" w:rsidRDefault="00F25E9F" w:rsidP="00BA5A9D">
            <w:proofErr w:type="spellStart"/>
            <w:r>
              <w:rPr>
                <w:sz w:val="16"/>
              </w:rPr>
              <w:t>Шкаф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документов</w:t>
            </w:r>
            <w:proofErr w:type="spellEnd"/>
            <w:r>
              <w:rPr>
                <w:sz w:val="16"/>
              </w:rPr>
              <w:t xml:space="preserve"> ,FO-1</w:t>
            </w:r>
          </w:p>
        </w:tc>
        <w:tc>
          <w:tcPr>
            <w:tcW w:w="1706" w:type="dxa"/>
            <w:gridSpan w:val="2"/>
          </w:tcPr>
          <w:p w14:paraId="4E448853" w14:textId="77777777" w:rsidR="00F25E9F" w:rsidRDefault="00F25E9F" w:rsidP="00BA5A9D">
            <w:r>
              <w:rPr>
                <w:sz w:val="16"/>
              </w:rPr>
              <w:t>241500014753</w:t>
            </w:r>
          </w:p>
        </w:tc>
        <w:tc>
          <w:tcPr>
            <w:tcW w:w="1691" w:type="dxa"/>
          </w:tcPr>
          <w:p w14:paraId="362EAC86" w14:textId="77777777" w:rsidR="00F25E9F" w:rsidRDefault="00F25E9F" w:rsidP="00BA5A9D">
            <w:r>
              <w:rPr>
                <w:sz w:val="16"/>
              </w:rPr>
              <w:t>13677.5</w:t>
            </w:r>
          </w:p>
        </w:tc>
        <w:tc>
          <w:tcPr>
            <w:tcW w:w="1701" w:type="dxa"/>
          </w:tcPr>
          <w:p w14:paraId="379D586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556BF25" w14:textId="77777777" w:rsidTr="001365F3">
        <w:trPr>
          <w:jc w:val="center"/>
        </w:trPr>
        <w:tc>
          <w:tcPr>
            <w:tcW w:w="993" w:type="dxa"/>
          </w:tcPr>
          <w:p w14:paraId="0BBC46C3" w14:textId="77777777" w:rsidR="00F25E9F" w:rsidRDefault="00F25E9F" w:rsidP="00BA5A9D">
            <w:r>
              <w:rPr>
                <w:sz w:val="16"/>
              </w:rPr>
              <w:t>290</w:t>
            </w:r>
          </w:p>
        </w:tc>
        <w:tc>
          <w:tcPr>
            <w:tcW w:w="3685" w:type="dxa"/>
          </w:tcPr>
          <w:p w14:paraId="50F36721" w14:textId="77777777" w:rsidR="00F25E9F" w:rsidRDefault="00F25E9F" w:rsidP="00BA5A9D">
            <w:proofErr w:type="spellStart"/>
            <w:r>
              <w:rPr>
                <w:sz w:val="16"/>
              </w:rPr>
              <w:t>Шкаф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документов</w:t>
            </w:r>
            <w:proofErr w:type="spellEnd"/>
            <w:r>
              <w:rPr>
                <w:sz w:val="16"/>
              </w:rPr>
              <w:t xml:space="preserve"> ,FO-1</w:t>
            </w:r>
          </w:p>
        </w:tc>
        <w:tc>
          <w:tcPr>
            <w:tcW w:w="1706" w:type="dxa"/>
            <w:gridSpan w:val="2"/>
          </w:tcPr>
          <w:p w14:paraId="2F0BFEC7" w14:textId="77777777" w:rsidR="00F25E9F" w:rsidRDefault="00F25E9F" w:rsidP="00BA5A9D">
            <w:r>
              <w:rPr>
                <w:sz w:val="16"/>
              </w:rPr>
              <w:t>241500014754</w:t>
            </w:r>
          </w:p>
        </w:tc>
        <w:tc>
          <w:tcPr>
            <w:tcW w:w="1691" w:type="dxa"/>
          </w:tcPr>
          <w:p w14:paraId="7A39D9DA" w14:textId="77777777" w:rsidR="00F25E9F" w:rsidRDefault="00F25E9F" w:rsidP="00BA5A9D">
            <w:r>
              <w:rPr>
                <w:sz w:val="16"/>
              </w:rPr>
              <w:t>13677.5</w:t>
            </w:r>
          </w:p>
        </w:tc>
        <w:tc>
          <w:tcPr>
            <w:tcW w:w="1701" w:type="dxa"/>
          </w:tcPr>
          <w:p w14:paraId="18677DE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1B52676" w14:textId="77777777" w:rsidTr="001365F3">
        <w:trPr>
          <w:jc w:val="center"/>
        </w:trPr>
        <w:tc>
          <w:tcPr>
            <w:tcW w:w="993" w:type="dxa"/>
          </w:tcPr>
          <w:p w14:paraId="7BEFC44E" w14:textId="77777777" w:rsidR="00F25E9F" w:rsidRDefault="00F25E9F" w:rsidP="00BA5A9D">
            <w:r>
              <w:rPr>
                <w:sz w:val="16"/>
              </w:rPr>
              <w:t>291</w:t>
            </w:r>
          </w:p>
        </w:tc>
        <w:tc>
          <w:tcPr>
            <w:tcW w:w="3685" w:type="dxa"/>
          </w:tcPr>
          <w:p w14:paraId="384AEAAF" w14:textId="77777777" w:rsidR="00F25E9F" w:rsidRDefault="00F25E9F" w:rsidP="00BA5A9D">
            <w:proofErr w:type="spellStart"/>
            <w:r>
              <w:rPr>
                <w:sz w:val="16"/>
              </w:rPr>
              <w:t>Шкаф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документов</w:t>
            </w:r>
            <w:proofErr w:type="spellEnd"/>
            <w:r>
              <w:rPr>
                <w:sz w:val="16"/>
              </w:rPr>
              <w:t xml:space="preserve"> ,FO-1</w:t>
            </w:r>
          </w:p>
        </w:tc>
        <w:tc>
          <w:tcPr>
            <w:tcW w:w="1706" w:type="dxa"/>
            <w:gridSpan w:val="2"/>
          </w:tcPr>
          <w:p w14:paraId="5AE2AA21" w14:textId="77777777" w:rsidR="00F25E9F" w:rsidRDefault="00F25E9F" w:rsidP="00BA5A9D">
            <w:r>
              <w:rPr>
                <w:sz w:val="16"/>
              </w:rPr>
              <w:t>241500014755</w:t>
            </w:r>
          </w:p>
        </w:tc>
        <w:tc>
          <w:tcPr>
            <w:tcW w:w="1691" w:type="dxa"/>
          </w:tcPr>
          <w:p w14:paraId="44A59CD0" w14:textId="77777777" w:rsidR="00F25E9F" w:rsidRDefault="00F25E9F" w:rsidP="00BA5A9D">
            <w:r>
              <w:rPr>
                <w:sz w:val="16"/>
              </w:rPr>
              <w:t>13677.5</w:t>
            </w:r>
          </w:p>
        </w:tc>
        <w:tc>
          <w:tcPr>
            <w:tcW w:w="1701" w:type="dxa"/>
          </w:tcPr>
          <w:p w14:paraId="207DB5D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7EB5BD9" w14:textId="77777777" w:rsidTr="001365F3">
        <w:trPr>
          <w:jc w:val="center"/>
        </w:trPr>
        <w:tc>
          <w:tcPr>
            <w:tcW w:w="993" w:type="dxa"/>
          </w:tcPr>
          <w:p w14:paraId="6D91494B" w14:textId="77777777" w:rsidR="00F25E9F" w:rsidRDefault="00F25E9F" w:rsidP="00BA5A9D">
            <w:r>
              <w:rPr>
                <w:sz w:val="16"/>
              </w:rPr>
              <w:t>292</w:t>
            </w:r>
          </w:p>
        </w:tc>
        <w:tc>
          <w:tcPr>
            <w:tcW w:w="3685" w:type="dxa"/>
          </w:tcPr>
          <w:p w14:paraId="79B5A692" w14:textId="77777777" w:rsidR="00F25E9F" w:rsidRDefault="00F25E9F" w:rsidP="00BA5A9D">
            <w:proofErr w:type="spellStart"/>
            <w:r>
              <w:rPr>
                <w:sz w:val="16"/>
              </w:rPr>
              <w:t>Шкаф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документов</w:t>
            </w:r>
            <w:proofErr w:type="spellEnd"/>
            <w:r>
              <w:rPr>
                <w:sz w:val="16"/>
              </w:rPr>
              <w:t xml:space="preserve"> ,FO-1</w:t>
            </w:r>
          </w:p>
        </w:tc>
        <w:tc>
          <w:tcPr>
            <w:tcW w:w="1706" w:type="dxa"/>
            <w:gridSpan w:val="2"/>
          </w:tcPr>
          <w:p w14:paraId="2A9720CA" w14:textId="77777777" w:rsidR="00F25E9F" w:rsidRDefault="00F25E9F" w:rsidP="00BA5A9D">
            <w:r>
              <w:rPr>
                <w:sz w:val="16"/>
              </w:rPr>
              <w:t>241500014756</w:t>
            </w:r>
          </w:p>
        </w:tc>
        <w:tc>
          <w:tcPr>
            <w:tcW w:w="1691" w:type="dxa"/>
          </w:tcPr>
          <w:p w14:paraId="02D19E2F" w14:textId="77777777" w:rsidR="00F25E9F" w:rsidRDefault="00F25E9F" w:rsidP="00BA5A9D">
            <w:r>
              <w:rPr>
                <w:sz w:val="16"/>
              </w:rPr>
              <w:t>13677.5</w:t>
            </w:r>
          </w:p>
        </w:tc>
        <w:tc>
          <w:tcPr>
            <w:tcW w:w="1701" w:type="dxa"/>
          </w:tcPr>
          <w:p w14:paraId="3EAE186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DCB272A" w14:textId="77777777" w:rsidTr="001365F3">
        <w:trPr>
          <w:jc w:val="center"/>
        </w:trPr>
        <w:tc>
          <w:tcPr>
            <w:tcW w:w="993" w:type="dxa"/>
          </w:tcPr>
          <w:p w14:paraId="5B2F6D4C" w14:textId="77777777" w:rsidR="00F25E9F" w:rsidRDefault="00F25E9F" w:rsidP="00BA5A9D">
            <w:r>
              <w:rPr>
                <w:sz w:val="16"/>
              </w:rPr>
              <w:t>293</w:t>
            </w:r>
          </w:p>
        </w:tc>
        <w:tc>
          <w:tcPr>
            <w:tcW w:w="3685" w:type="dxa"/>
          </w:tcPr>
          <w:p w14:paraId="4580D1CE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личного пользования с замком 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-3</w:t>
            </w:r>
          </w:p>
        </w:tc>
        <w:tc>
          <w:tcPr>
            <w:tcW w:w="1706" w:type="dxa"/>
            <w:gridSpan w:val="2"/>
          </w:tcPr>
          <w:p w14:paraId="100F2EF3" w14:textId="77777777" w:rsidR="00F25E9F" w:rsidRDefault="00F25E9F" w:rsidP="00BA5A9D">
            <w:r>
              <w:rPr>
                <w:sz w:val="16"/>
              </w:rPr>
              <w:t>241500014775</w:t>
            </w:r>
          </w:p>
        </w:tc>
        <w:tc>
          <w:tcPr>
            <w:tcW w:w="1691" w:type="dxa"/>
          </w:tcPr>
          <w:p w14:paraId="3188D75A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69BA5E93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7E9A8CF" w14:textId="77777777" w:rsidTr="001365F3">
        <w:trPr>
          <w:jc w:val="center"/>
        </w:trPr>
        <w:tc>
          <w:tcPr>
            <w:tcW w:w="993" w:type="dxa"/>
          </w:tcPr>
          <w:p w14:paraId="65AA301A" w14:textId="77777777" w:rsidR="00F25E9F" w:rsidRDefault="00F25E9F" w:rsidP="00BA5A9D">
            <w:r>
              <w:rPr>
                <w:sz w:val="16"/>
              </w:rPr>
              <w:t>294</w:t>
            </w:r>
          </w:p>
        </w:tc>
        <w:tc>
          <w:tcPr>
            <w:tcW w:w="3685" w:type="dxa"/>
          </w:tcPr>
          <w:p w14:paraId="4D0437FA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личного пользования с замком 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-3</w:t>
            </w:r>
          </w:p>
        </w:tc>
        <w:tc>
          <w:tcPr>
            <w:tcW w:w="1706" w:type="dxa"/>
            <w:gridSpan w:val="2"/>
          </w:tcPr>
          <w:p w14:paraId="11658D83" w14:textId="77777777" w:rsidR="00F25E9F" w:rsidRDefault="00F25E9F" w:rsidP="00BA5A9D">
            <w:r>
              <w:rPr>
                <w:sz w:val="16"/>
              </w:rPr>
              <w:t>241500014776</w:t>
            </w:r>
          </w:p>
        </w:tc>
        <w:tc>
          <w:tcPr>
            <w:tcW w:w="1691" w:type="dxa"/>
          </w:tcPr>
          <w:p w14:paraId="7FF2878B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1646DF1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7BFFA8A" w14:textId="77777777" w:rsidTr="001365F3">
        <w:trPr>
          <w:jc w:val="center"/>
        </w:trPr>
        <w:tc>
          <w:tcPr>
            <w:tcW w:w="993" w:type="dxa"/>
          </w:tcPr>
          <w:p w14:paraId="19FDE82A" w14:textId="77777777" w:rsidR="00F25E9F" w:rsidRDefault="00F25E9F" w:rsidP="00BA5A9D">
            <w:r>
              <w:rPr>
                <w:sz w:val="16"/>
              </w:rPr>
              <w:t>295</w:t>
            </w:r>
          </w:p>
        </w:tc>
        <w:tc>
          <w:tcPr>
            <w:tcW w:w="3685" w:type="dxa"/>
          </w:tcPr>
          <w:p w14:paraId="3CC05A5E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личного пользования с замком 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-3</w:t>
            </w:r>
          </w:p>
        </w:tc>
        <w:tc>
          <w:tcPr>
            <w:tcW w:w="1706" w:type="dxa"/>
            <w:gridSpan w:val="2"/>
          </w:tcPr>
          <w:p w14:paraId="4B5941D6" w14:textId="77777777" w:rsidR="00F25E9F" w:rsidRDefault="00F25E9F" w:rsidP="00BA5A9D">
            <w:r>
              <w:rPr>
                <w:sz w:val="16"/>
              </w:rPr>
              <w:t>241500014777</w:t>
            </w:r>
          </w:p>
        </w:tc>
        <w:tc>
          <w:tcPr>
            <w:tcW w:w="1691" w:type="dxa"/>
          </w:tcPr>
          <w:p w14:paraId="3A3F9266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33E01CD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0296FEA" w14:textId="77777777" w:rsidTr="001365F3">
        <w:trPr>
          <w:jc w:val="center"/>
        </w:trPr>
        <w:tc>
          <w:tcPr>
            <w:tcW w:w="993" w:type="dxa"/>
          </w:tcPr>
          <w:p w14:paraId="5AFB5912" w14:textId="77777777" w:rsidR="00F25E9F" w:rsidRDefault="00F25E9F" w:rsidP="00BA5A9D">
            <w:r>
              <w:rPr>
                <w:sz w:val="16"/>
              </w:rPr>
              <w:t>296</w:t>
            </w:r>
          </w:p>
        </w:tc>
        <w:tc>
          <w:tcPr>
            <w:tcW w:w="3685" w:type="dxa"/>
          </w:tcPr>
          <w:p w14:paraId="7794F8AD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личного пользования с замком 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-3</w:t>
            </w:r>
          </w:p>
        </w:tc>
        <w:tc>
          <w:tcPr>
            <w:tcW w:w="1706" w:type="dxa"/>
            <w:gridSpan w:val="2"/>
          </w:tcPr>
          <w:p w14:paraId="2807C31B" w14:textId="77777777" w:rsidR="00F25E9F" w:rsidRDefault="00F25E9F" w:rsidP="00BA5A9D">
            <w:r>
              <w:rPr>
                <w:sz w:val="16"/>
              </w:rPr>
              <w:t>241500014778</w:t>
            </w:r>
          </w:p>
        </w:tc>
        <w:tc>
          <w:tcPr>
            <w:tcW w:w="1691" w:type="dxa"/>
          </w:tcPr>
          <w:p w14:paraId="4CD4B96D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17DA638A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6447D11" w14:textId="77777777" w:rsidTr="001365F3">
        <w:trPr>
          <w:jc w:val="center"/>
        </w:trPr>
        <w:tc>
          <w:tcPr>
            <w:tcW w:w="993" w:type="dxa"/>
          </w:tcPr>
          <w:p w14:paraId="40B72220" w14:textId="77777777" w:rsidR="00F25E9F" w:rsidRDefault="00F25E9F" w:rsidP="00BA5A9D">
            <w:r>
              <w:rPr>
                <w:sz w:val="16"/>
              </w:rPr>
              <w:t>297</w:t>
            </w:r>
          </w:p>
        </w:tc>
        <w:tc>
          <w:tcPr>
            <w:tcW w:w="3685" w:type="dxa"/>
          </w:tcPr>
          <w:p w14:paraId="4CA4EF5B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личного пользования с замком 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-3</w:t>
            </w:r>
          </w:p>
        </w:tc>
        <w:tc>
          <w:tcPr>
            <w:tcW w:w="1706" w:type="dxa"/>
            <w:gridSpan w:val="2"/>
          </w:tcPr>
          <w:p w14:paraId="23A20DD1" w14:textId="77777777" w:rsidR="00F25E9F" w:rsidRDefault="00F25E9F" w:rsidP="00BA5A9D">
            <w:r>
              <w:rPr>
                <w:sz w:val="16"/>
              </w:rPr>
              <w:t>241500014779</w:t>
            </w:r>
          </w:p>
        </w:tc>
        <w:tc>
          <w:tcPr>
            <w:tcW w:w="1691" w:type="dxa"/>
          </w:tcPr>
          <w:p w14:paraId="1AF8D57B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57229F4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0632EA3" w14:textId="77777777" w:rsidTr="001365F3">
        <w:trPr>
          <w:jc w:val="center"/>
        </w:trPr>
        <w:tc>
          <w:tcPr>
            <w:tcW w:w="993" w:type="dxa"/>
          </w:tcPr>
          <w:p w14:paraId="6C7EEA10" w14:textId="77777777" w:rsidR="00F25E9F" w:rsidRDefault="00F25E9F" w:rsidP="00BA5A9D">
            <w:r>
              <w:rPr>
                <w:sz w:val="16"/>
              </w:rPr>
              <w:t>298</w:t>
            </w:r>
          </w:p>
        </w:tc>
        <w:tc>
          <w:tcPr>
            <w:tcW w:w="3685" w:type="dxa"/>
          </w:tcPr>
          <w:p w14:paraId="5BE64F70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>Шкаф для личного пользования с замком ,</w:t>
            </w:r>
            <w:r>
              <w:rPr>
                <w:sz w:val="16"/>
              </w:rPr>
              <w:t>FO</w:t>
            </w:r>
            <w:r w:rsidRPr="000003D3">
              <w:rPr>
                <w:sz w:val="16"/>
                <w:lang w:val="ru-RU"/>
              </w:rPr>
              <w:t>-3</w:t>
            </w:r>
          </w:p>
        </w:tc>
        <w:tc>
          <w:tcPr>
            <w:tcW w:w="1706" w:type="dxa"/>
            <w:gridSpan w:val="2"/>
          </w:tcPr>
          <w:p w14:paraId="7D4E5FBF" w14:textId="77777777" w:rsidR="00F25E9F" w:rsidRDefault="00F25E9F" w:rsidP="00BA5A9D">
            <w:r>
              <w:rPr>
                <w:sz w:val="16"/>
              </w:rPr>
              <w:t>241500014780</w:t>
            </w:r>
          </w:p>
        </w:tc>
        <w:tc>
          <w:tcPr>
            <w:tcW w:w="1691" w:type="dxa"/>
          </w:tcPr>
          <w:p w14:paraId="42BC0B10" w14:textId="77777777" w:rsidR="00F25E9F" w:rsidRDefault="00F25E9F" w:rsidP="00BA5A9D">
            <w:r>
              <w:rPr>
                <w:sz w:val="16"/>
              </w:rPr>
              <w:t>7598.79</w:t>
            </w:r>
          </w:p>
        </w:tc>
        <w:tc>
          <w:tcPr>
            <w:tcW w:w="1701" w:type="dxa"/>
          </w:tcPr>
          <w:p w14:paraId="4301353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5524921" w14:textId="77777777" w:rsidTr="001365F3">
        <w:trPr>
          <w:jc w:val="center"/>
        </w:trPr>
        <w:tc>
          <w:tcPr>
            <w:tcW w:w="993" w:type="dxa"/>
          </w:tcPr>
          <w:p w14:paraId="1800EAC6" w14:textId="77777777" w:rsidR="00F25E9F" w:rsidRDefault="00F25E9F" w:rsidP="00BA5A9D">
            <w:r>
              <w:rPr>
                <w:sz w:val="16"/>
              </w:rPr>
              <w:t>299</w:t>
            </w:r>
          </w:p>
        </w:tc>
        <w:tc>
          <w:tcPr>
            <w:tcW w:w="3685" w:type="dxa"/>
          </w:tcPr>
          <w:p w14:paraId="763B734F" w14:textId="77777777" w:rsidR="00F25E9F" w:rsidRDefault="00F25E9F" w:rsidP="00BA5A9D">
            <w:proofErr w:type="spellStart"/>
            <w:r>
              <w:rPr>
                <w:sz w:val="16"/>
              </w:rPr>
              <w:t>Кресло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черный</w:t>
            </w:r>
            <w:proofErr w:type="spellEnd"/>
            <w:r>
              <w:rPr>
                <w:sz w:val="16"/>
              </w:rPr>
              <w:t xml:space="preserve"> 2018</w:t>
            </w:r>
          </w:p>
        </w:tc>
        <w:tc>
          <w:tcPr>
            <w:tcW w:w="1706" w:type="dxa"/>
            <w:gridSpan w:val="2"/>
          </w:tcPr>
          <w:p w14:paraId="29B2AB7A" w14:textId="77777777" w:rsidR="00F25E9F" w:rsidRDefault="00F25E9F" w:rsidP="00BA5A9D">
            <w:r>
              <w:rPr>
                <w:sz w:val="16"/>
              </w:rPr>
              <w:t>241500014986</w:t>
            </w:r>
          </w:p>
        </w:tc>
        <w:tc>
          <w:tcPr>
            <w:tcW w:w="1691" w:type="dxa"/>
          </w:tcPr>
          <w:p w14:paraId="466922F7" w14:textId="77777777" w:rsidR="00F25E9F" w:rsidRDefault="00F25E9F" w:rsidP="00BA5A9D">
            <w:r>
              <w:rPr>
                <w:sz w:val="16"/>
              </w:rPr>
              <w:t>109000</w:t>
            </w:r>
          </w:p>
        </w:tc>
        <w:tc>
          <w:tcPr>
            <w:tcW w:w="1701" w:type="dxa"/>
          </w:tcPr>
          <w:p w14:paraId="4A6F27A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7B39A1A" w14:textId="77777777" w:rsidTr="001365F3">
        <w:trPr>
          <w:jc w:val="center"/>
        </w:trPr>
        <w:tc>
          <w:tcPr>
            <w:tcW w:w="993" w:type="dxa"/>
          </w:tcPr>
          <w:p w14:paraId="60CC47AF" w14:textId="77777777" w:rsidR="00F25E9F" w:rsidRDefault="00F25E9F" w:rsidP="00BA5A9D">
            <w:r>
              <w:rPr>
                <w:sz w:val="16"/>
              </w:rPr>
              <w:t>300</w:t>
            </w:r>
          </w:p>
        </w:tc>
        <w:tc>
          <w:tcPr>
            <w:tcW w:w="3685" w:type="dxa"/>
          </w:tcPr>
          <w:p w14:paraId="17E6F678" w14:textId="77777777" w:rsidR="00F25E9F" w:rsidRDefault="00F25E9F" w:rsidP="00BA5A9D">
            <w:proofErr w:type="spellStart"/>
            <w:r>
              <w:rPr>
                <w:sz w:val="16"/>
              </w:rPr>
              <w:t>Холодильник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однокамерный</w:t>
            </w:r>
            <w:proofErr w:type="spellEnd"/>
          </w:p>
        </w:tc>
        <w:tc>
          <w:tcPr>
            <w:tcW w:w="1706" w:type="dxa"/>
            <w:gridSpan w:val="2"/>
          </w:tcPr>
          <w:p w14:paraId="55AE3701" w14:textId="77777777" w:rsidR="00F25E9F" w:rsidRDefault="00F25E9F" w:rsidP="00BA5A9D">
            <w:r>
              <w:rPr>
                <w:sz w:val="16"/>
              </w:rPr>
              <w:t>241500014991</w:t>
            </w:r>
          </w:p>
        </w:tc>
        <w:tc>
          <w:tcPr>
            <w:tcW w:w="1691" w:type="dxa"/>
          </w:tcPr>
          <w:p w14:paraId="1780F4C3" w14:textId="77777777" w:rsidR="00F25E9F" w:rsidRDefault="00F25E9F" w:rsidP="00BA5A9D">
            <w:r>
              <w:rPr>
                <w:sz w:val="16"/>
              </w:rPr>
              <w:t>91700</w:t>
            </w:r>
          </w:p>
        </w:tc>
        <w:tc>
          <w:tcPr>
            <w:tcW w:w="1701" w:type="dxa"/>
          </w:tcPr>
          <w:p w14:paraId="493A96A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E46038C" w14:textId="77777777" w:rsidTr="001365F3">
        <w:trPr>
          <w:jc w:val="center"/>
        </w:trPr>
        <w:tc>
          <w:tcPr>
            <w:tcW w:w="993" w:type="dxa"/>
          </w:tcPr>
          <w:p w14:paraId="702BD22D" w14:textId="77777777" w:rsidR="00F25E9F" w:rsidRDefault="00F25E9F" w:rsidP="00BA5A9D">
            <w:r>
              <w:rPr>
                <w:sz w:val="16"/>
              </w:rPr>
              <w:t>301</w:t>
            </w:r>
          </w:p>
        </w:tc>
        <w:tc>
          <w:tcPr>
            <w:tcW w:w="3685" w:type="dxa"/>
          </w:tcPr>
          <w:p w14:paraId="5C2AF66A" w14:textId="77777777" w:rsidR="00F25E9F" w:rsidRDefault="00F25E9F" w:rsidP="00BA5A9D">
            <w:proofErr w:type="spellStart"/>
            <w:r>
              <w:rPr>
                <w:sz w:val="16"/>
              </w:rPr>
              <w:t>Сейф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металлический</w:t>
            </w:r>
            <w:proofErr w:type="spellEnd"/>
            <w:r>
              <w:rPr>
                <w:sz w:val="16"/>
              </w:rPr>
              <w:t xml:space="preserve"> "</w:t>
            </w:r>
            <w:proofErr w:type="spellStart"/>
            <w:r>
              <w:rPr>
                <w:sz w:val="16"/>
              </w:rPr>
              <w:t>Практик</w:t>
            </w:r>
            <w:proofErr w:type="spellEnd"/>
            <w:r>
              <w:rPr>
                <w:sz w:val="16"/>
              </w:rPr>
              <w:t>"</w:t>
            </w:r>
          </w:p>
        </w:tc>
        <w:tc>
          <w:tcPr>
            <w:tcW w:w="1706" w:type="dxa"/>
            <w:gridSpan w:val="2"/>
          </w:tcPr>
          <w:p w14:paraId="5C9422E9" w14:textId="77777777" w:rsidR="00F25E9F" w:rsidRDefault="00F25E9F" w:rsidP="00BA5A9D">
            <w:r>
              <w:rPr>
                <w:sz w:val="16"/>
              </w:rPr>
              <w:t>241500014570</w:t>
            </w:r>
          </w:p>
        </w:tc>
        <w:tc>
          <w:tcPr>
            <w:tcW w:w="1691" w:type="dxa"/>
          </w:tcPr>
          <w:p w14:paraId="3A0C272D" w14:textId="77777777" w:rsidR="00F25E9F" w:rsidRDefault="00F25E9F" w:rsidP="00BA5A9D">
            <w:r>
              <w:rPr>
                <w:sz w:val="16"/>
              </w:rPr>
              <w:t>7120</w:t>
            </w:r>
          </w:p>
        </w:tc>
        <w:tc>
          <w:tcPr>
            <w:tcW w:w="1701" w:type="dxa"/>
          </w:tcPr>
          <w:p w14:paraId="7F47BDB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1D0EB52" w14:textId="77777777" w:rsidTr="001365F3">
        <w:trPr>
          <w:jc w:val="center"/>
        </w:trPr>
        <w:tc>
          <w:tcPr>
            <w:tcW w:w="993" w:type="dxa"/>
          </w:tcPr>
          <w:p w14:paraId="5F030B9E" w14:textId="77777777" w:rsidR="00F25E9F" w:rsidRDefault="00F25E9F" w:rsidP="00BA5A9D">
            <w:r>
              <w:rPr>
                <w:sz w:val="16"/>
              </w:rPr>
              <w:t>302</w:t>
            </w:r>
          </w:p>
        </w:tc>
        <w:tc>
          <w:tcPr>
            <w:tcW w:w="3685" w:type="dxa"/>
          </w:tcPr>
          <w:p w14:paraId="12E18CAF" w14:textId="77777777" w:rsidR="00F25E9F" w:rsidRDefault="00F25E9F" w:rsidP="00BA5A9D">
            <w:proofErr w:type="spellStart"/>
            <w:r>
              <w:rPr>
                <w:sz w:val="16"/>
              </w:rPr>
              <w:t>Сейф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металлический</w:t>
            </w:r>
            <w:proofErr w:type="spellEnd"/>
            <w:r>
              <w:rPr>
                <w:sz w:val="16"/>
              </w:rPr>
              <w:t xml:space="preserve"> "</w:t>
            </w:r>
            <w:proofErr w:type="spellStart"/>
            <w:r>
              <w:rPr>
                <w:sz w:val="16"/>
              </w:rPr>
              <w:t>Практик</w:t>
            </w:r>
            <w:proofErr w:type="spellEnd"/>
            <w:r>
              <w:rPr>
                <w:sz w:val="16"/>
              </w:rPr>
              <w:t>"</w:t>
            </w:r>
          </w:p>
        </w:tc>
        <w:tc>
          <w:tcPr>
            <w:tcW w:w="1706" w:type="dxa"/>
            <w:gridSpan w:val="2"/>
          </w:tcPr>
          <w:p w14:paraId="0D2C8E5E" w14:textId="77777777" w:rsidR="00F25E9F" w:rsidRDefault="00F25E9F" w:rsidP="00BA5A9D">
            <w:r>
              <w:rPr>
                <w:sz w:val="16"/>
              </w:rPr>
              <w:t>241500014590</w:t>
            </w:r>
          </w:p>
        </w:tc>
        <w:tc>
          <w:tcPr>
            <w:tcW w:w="1691" w:type="dxa"/>
          </w:tcPr>
          <w:p w14:paraId="015E744F" w14:textId="77777777" w:rsidR="00F25E9F" w:rsidRDefault="00F25E9F" w:rsidP="00BA5A9D">
            <w:r>
              <w:rPr>
                <w:sz w:val="16"/>
              </w:rPr>
              <w:t>7120</w:t>
            </w:r>
          </w:p>
        </w:tc>
        <w:tc>
          <w:tcPr>
            <w:tcW w:w="1701" w:type="dxa"/>
          </w:tcPr>
          <w:p w14:paraId="1FA0AB1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697A98B" w14:textId="77777777" w:rsidTr="001365F3">
        <w:trPr>
          <w:jc w:val="center"/>
        </w:trPr>
        <w:tc>
          <w:tcPr>
            <w:tcW w:w="993" w:type="dxa"/>
          </w:tcPr>
          <w:p w14:paraId="76E09D30" w14:textId="77777777" w:rsidR="00F25E9F" w:rsidRDefault="00F25E9F" w:rsidP="00BA5A9D">
            <w:r>
              <w:rPr>
                <w:sz w:val="16"/>
              </w:rPr>
              <w:t>303</w:t>
            </w:r>
          </w:p>
        </w:tc>
        <w:tc>
          <w:tcPr>
            <w:tcW w:w="3685" w:type="dxa"/>
          </w:tcPr>
          <w:p w14:paraId="21FB2E5B" w14:textId="77777777" w:rsidR="00F25E9F" w:rsidRDefault="00F25E9F" w:rsidP="00BA5A9D">
            <w:proofErr w:type="spellStart"/>
            <w:r>
              <w:rPr>
                <w:sz w:val="16"/>
              </w:rPr>
              <w:t>Шкаф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для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документов</w:t>
            </w:r>
            <w:proofErr w:type="spellEnd"/>
            <w:r>
              <w:rPr>
                <w:sz w:val="16"/>
              </w:rPr>
              <w:t xml:space="preserve"> ,FO-1</w:t>
            </w:r>
          </w:p>
        </w:tc>
        <w:tc>
          <w:tcPr>
            <w:tcW w:w="1706" w:type="dxa"/>
            <w:gridSpan w:val="2"/>
          </w:tcPr>
          <w:p w14:paraId="4DA3B571" w14:textId="77777777" w:rsidR="00F25E9F" w:rsidRDefault="00F25E9F" w:rsidP="00BA5A9D">
            <w:r>
              <w:rPr>
                <w:sz w:val="16"/>
              </w:rPr>
              <w:t>241500014783</w:t>
            </w:r>
          </w:p>
        </w:tc>
        <w:tc>
          <w:tcPr>
            <w:tcW w:w="1691" w:type="dxa"/>
          </w:tcPr>
          <w:p w14:paraId="1C748971" w14:textId="77777777" w:rsidR="00F25E9F" w:rsidRDefault="00F25E9F" w:rsidP="00BA5A9D">
            <w:r>
              <w:rPr>
                <w:sz w:val="16"/>
              </w:rPr>
              <w:t>12269.3</w:t>
            </w:r>
          </w:p>
        </w:tc>
        <w:tc>
          <w:tcPr>
            <w:tcW w:w="1701" w:type="dxa"/>
          </w:tcPr>
          <w:p w14:paraId="3DC9824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A56C3F8" w14:textId="77777777" w:rsidTr="001365F3">
        <w:trPr>
          <w:jc w:val="center"/>
        </w:trPr>
        <w:tc>
          <w:tcPr>
            <w:tcW w:w="993" w:type="dxa"/>
          </w:tcPr>
          <w:p w14:paraId="33502BD6" w14:textId="77777777" w:rsidR="00F25E9F" w:rsidRDefault="00F25E9F" w:rsidP="00BA5A9D">
            <w:r>
              <w:rPr>
                <w:sz w:val="16"/>
              </w:rPr>
              <w:t>304</w:t>
            </w:r>
          </w:p>
        </w:tc>
        <w:tc>
          <w:tcPr>
            <w:tcW w:w="3685" w:type="dxa"/>
          </w:tcPr>
          <w:p w14:paraId="25AE91C7" w14:textId="77777777" w:rsidR="00F25E9F" w:rsidRDefault="00F25E9F" w:rsidP="00BA5A9D">
            <w:r>
              <w:rPr>
                <w:sz w:val="16"/>
              </w:rPr>
              <w:t xml:space="preserve">МФУ HP </w:t>
            </w:r>
            <w:proofErr w:type="spellStart"/>
            <w:r>
              <w:rPr>
                <w:sz w:val="16"/>
              </w:rPr>
              <w:t>Laserjet</w:t>
            </w:r>
            <w:proofErr w:type="spellEnd"/>
            <w:r>
              <w:rPr>
                <w:sz w:val="16"/>
              </w:rPr>
              <w:t xml:space="preserve"> M127Fn A4 print 600*600dpi 20ppm scan 1200*1200dpi LCD, ADF, LAN, </w:t>
            </w:r>
            <w:r>
              <w:rPr>
                <w:sz w:val="16"/>
              </w:rPr>
              <w:lastRenderedPageBreak/>
              <w:t>USB 2.0 Fax &lt;Z181A</w:t>
            </w:r>
          </w:p>
        </w:tc>
        <w:tc>
          <w:tcPr>
            <w:tcW w:w="1706" w:type="dxa"/>
            <w:gridSpan w:val="2"/>
          </w:tcPr>
          <w:p w14:paraId="70C2125D" w14:textId="77777777" w:rsidR="00F25E9F" w:rsidRDefault="00F25E9F" w:rsidP="00BA5A9D">
            <w:r>
              <w:rPr>
                <w:sz w:val="16"/>
              </w:rPr>
              <w:lastRenderedPageBreak/>
              <w:t>241300000055</w:t>
            </w:r>
          </w:p>
        </w:tc>
        <w:tc>
          <w:tcPr>
            <w:tcW w:w="1691" w:type="dxa"/>
          </w:tcPr>
          <w:p w14:paraId="60476BF9" w14:textId="77777777" w:rsidR="00F25E9F" w:rsidRDefault="00F25E9F" w:rsidP="00BA5A9D">
            <w:r>
              <w:rPr>
                <w:sz w:val="16"/>
              </w:rPr>
              <w:t>42500</w:t>
            </w:r>
          </w:p>
        </w:tc>
        <w:tc>
          <w:tcPr>
            <w:tcW w:w="1701" w:type="dxa"/>
          </w:tcPr>
          <w:p w14:paraId="2F0628C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083C050" w14:textId="77777777" w:rsidTr="001365F3">
        <w:trPr>
          <w:jc w:val="center"/>
        </w:trPr>
        <w:tc>
          <w:tcPr>
            <w:tcW w:w="993" w:type="dxa"/>
          </w:tcPr>
          <w:p w14:paraId="0DA8AFA1" w14:textId="77777777" w:rsidR="00F25E9F" w:rsidRDefault="00F25E9F" w:rsidP="00BA5A9D">
            <w:r>
              <w:rPr>
                <w:sz w:val="16"/>
              </w:rPr>
              <w:lastRenderedPageBreak/>
              <w:t>305</w:t>
            </w:r>
          </w:p>
        </w:tc>
        <w:tc>
          <w:tcPr>
            <w:tcW w:w="3685" w:type="dxa"/>
          </w:tcPr>
          <w:p w14:paraId="1B665F40" w14:textId="77777777" w:rsidR="00F25E9F" w:rsidRDefault="00F25E9F" w:rsidP="00BA5A9D">
            <w:r>
              <w:rPr>
                <w:sz w:val="16"/>
              </w:rPr>
              <w:t>MFC HP LaserJet Pro M1132</w:t>
            </w:r>
          </w:p>
        </w:tc>
        <w:tc>
          <w:tcPr>
            <w:tcW w:w="1706" w:type="dxa"/>
            <w:gridSpan w:val="2"/>
          </w:tcPr>
          <w:p w14:paraId="3A342512" w14:textId="77777777" w:rsidR="00F25E9F" w:rsidRDefault="00F25E9F" w:rsidP="00BA5A9D">
            <w:r>
              <w:rPr>
                <w:sz w:val="16"/>
              </w:rPr>
              <w:t>241300000104</w:t>
            </w:r>
          </w:p>
        </w:tc>
        <w:tc>
          <w:tcPr>
            <w:tcW w:w="1691" w:type="dxa"/>
          </w:tcPr>
          <w:p w14:paraId="7D7EF189" w14:textId="77777777" w:rsidR="00F25E9F" w:rsidRDefault="00F25E9F" w:rsidP="00BA5A9D">
            <w:r>
              <w:rPr>
                <w:sz w:val="16"/>
              </w:rPr>
              <w:t>26260</w:t>
            </w:r>
          </w:p>
        </w:tc>
        <w:tc>
          <w:tcPr>
            <w:tcW w:w="1701" w:type="dxa"/>
          </w:tcPr>
          <w:p w14:paraId="0A05185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4F52962" w14:textId="77777777" w:rsidTr="001365F3">
        <w:trPr>
          <w:jc w:val="center"/>
        </w:trPr>
        <w:tc>
          <w:tcPr>
            <w:tcW w:w="993" w:type="dxa"/>
          </w:tcPr>
          <w:p w14:paraId="59757675" w14:textId="77777777" w:rsidR="00F25E9F" w:rsidRDefault="00F25E9F" w:rsidP="00BA5A9D">
            <w:r>
              <w:rPr>
                <w:sz w:val="16"/>
              </w:rPr>
              <w:t>306</w:t>
            </w:r>
          </w:p>
        </w:tc>
        <w:tc>
          <w:tcPr>
            <w:tcW w:w="3685" w:type="dxa"/>
          </w:tcPr>
          <w:p w14:paraId="0A4E4598" w14:textId="77777777" w:rsidR="00F25E9F" w:rsidRDefault="00F25E9F" w:rsidP="00BA5A9D">
            <w:r>
              <w:rPr>
                <w:sz w:val="16"/>
              </w:rPr>
              <w:t xml:space="preserve">SHRO </w:t>
            </w:r>
            <w:proofErr w:type="spellStart"/>
            <w:r>
              <w:rPr>
                <w:sz w:val="16"/>
              </w:rPr>
              <w:t>Rexel</w:t>
            </w:r>
            <w:proofErr w:type="spellEnd"/>
            <w:r>
              <w:rPr>
                <w:sz w:val="16"/>
              </w:rPr>
              <w:t xml:space="preserve"> Auto+60X </w:t>
            </w:r>
            <w:proofErr w:type="spellStart"/>
            <w:r>
              <w:rPr>
                <w:sz w:val="16"/>
              </w:rPr>
              <w:t>шредер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Cposs</w:t>
            </w:r>
            <w:proofErr w:type="spellEnd"/>
            <w:r>
              <w:rPr>
                <w:sz w:val="16"/>
              </w:rPr>
              <w:t xml:space="preserve"> Cut)</w:t>
            </w:r>
          </w:p>
        </w:tc>
        <w:tc>
          <w:tcPr>
            <w:tcW w:w="1706" w:type="dxa"/>
            <w:gridSpan w:val="2"/>
          </w:tcPr>
          <w:p w14:paraId="1566CA88" w14:textId="77777777" w:rsidR="00F25E9F" w:rsidRDefault="00F25E9F" w:rsidP="00BA5A9D">
            <w:r>
              <w:rPr>
                <w:sz w:val="16"/>
              </w:rPr>
              <w:t>241300000117</w:t>
            </w:r>
          </w:p>
        </w:tc>
        <w:tc>
          <w:tcPr>
            <w:tcW w:w="1691" w:type="dxa"/>
          </w:tcPr>
          <w:p w14:paraId="237474C9" w14:textId="77777777" w:rsidR="00F25E9F" w:rsidRDefault="00F25E9F" w:rsidP="00BA5A9D">
            <w:r>
              <w:rPr>
                <w:sz w:val="16"/>
              </w:rPr>
              <w:t>33335</w:t>
            </w:r>
          </w:p>
        </w:tc>
        <w:tc>
          <w:tcPr>
            <w:tcW w:w="1701" w:type="dxa"/>
          </w:tcPr>
          <w:p w14:paraId="45B1116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E049D9B" w14:textId="77777777" w:rsidTr="001365F3">
        <w:trPr>
          <w:jc w:val="center"/>
        </w:trPr>
        <w:tc>
          <w:tcPr>
            <w:tcW w:w="993" w:type="dxa"/>
          </w:tcPr>
          <w:p w14:paraId="3C415856" w14:textId="77777777" w:rsidR="00F25E9F" w:rsidRDefault="00F25E9F" w:rsidP="00BA5A9D">
            <w:r>
              <w:rPr>
                <w:sz w:val="16"/>
              </w:rPr>
              <w:t>307</w:t>
            </w:r>
          </w:p>
        </w:tc>
        <w:tc>
          <w:tcPr>
            <w:tcW w:w="3685" w:type="dxa"/>
          </w:tcPr>
          <w:p w14:paraId="31E6BCE0" w14:textId="77777777" w:rsidR="00F25E9F" w:rsidRDefault="00F25E9F" w:rsidP="00BA5A9D">
            <w:proofErr w:type="spellStart"/>
            <w:r>
              <w:rPr>
                <w:sz w:val="16"/>
              </w:rPr>
              <w:t>Биговальный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аппарат</w:t>
            </w:r>
            <w:proofErr w:type="spellEnd"/>
          </w:p>
        </w:tc>
        <w:tc>
          <w:tcPr>
            <w:tcW w:w="1706" w:type="dxa"/>
            <w:gridSpan w:val="2"/>
          </w:tcPr>
          <w:p w14:paraId="27EF3FFE" w14:textId="77777777" w:rsidR="00F25E9F" w:rsidRDefault="00F25E9F" w:rsidP="00BA5A9D">
            <w:r>
              <w:rPr>
                <w:sz w:val="16"/>
              </w:rPr>
              <w:t>241300000122</w:t>
            </w:r>
          </w:p>
        </w:tc>
        <w:tc>
          <w:tcPr>
            <w:tcW w:w="1691" w:type="dxa"/>
          </w:tcPr>
          <w:p w14:paraId="2076C22D" w14:textId="77777777" w:rsidR="00F25E9F" w:rsidRDefault="00F25E9F" w:rsidP="00BA5A9D">
            <w:r>
              <w:rPr>
                <w:sz w:val="16"/>
              </w:rPr>
              <w:t>300000</w:t>
            </w:r>
          </w:p>
        </w:tc>
        <w:tc>
          <w:tcPr>
            <w:tcW w:w="1701" w:type="dxa"/>
          </w:tcPr>
          <w:p w14:paraId="0703F61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98E166D" w14:textId="77777777" w:rsidTr="001365F3">
        <w:trPr>
          <w:jc w:val="center"/>
        </w:trPr>
        <w:tc>
          <w:tcPr>
            <w:tcW w:w="993" w:type="dxa"/>
          </w:tcPr>
          <w:p w14:paraId="521F2790" w14:textId="77777777" w:rsidR="00F25E9F" w:rsidRDefault="00F25E9F" w:rsidP="00BA5A9D">
            <w:r>
              <w:rPr>
                <w:sz w:val="16"/>
              </w:rPr>
              <w:t>308</w:t>
            </w:r>
          </w:p>
        </w:tc>
        <w:tc>
          <w:tcPr>
            <w:tcW w:w="3685" w:type="dxa"/>
          </w:tcPr>
          <w:p w14:paraId="103D9A81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58500987" w14:textId="77777777" w:rsidR="00F25E9F" w:rsidRDefault="00F25E9F" w:rsidP="00BA5A9D">
            <w:r>
              <w:rPr>
                <w:sz w:val="16"/>
              </w:rPr>
              <w:t>241300000243</w:t>
            </w:r>
          </w:p>
        </w:tc>
        <w:tc>
          <w:tcPr>
            <w:tcW w:w="1691" w:type="dxa"/>
          </w:tcPr>
          <w:p w14:paraId="118A5504" w14:textId="77777777" w:rsidR="00F25E9F" w:rsidRDefault="00F25E9F" w:rsidP="00BA5A9D">
            <w:r>
              <w:rPr>
                <w:sz w:val="16"/>
              </w:rPr>
              <w:t>152000</w:t>
            </w:r>
          </w:p>
        </w:tc>
        <w:tc>
          <w:tcPr>
            <w:tcW w:w="1701" w:type="dxa"/>
          </w:tcPr>
          <w:p w14:paraId="02EC2D2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413B967" w14:textId="77777777" w:rsidTr="001365F3">
        <w:trPr>
          <w:jc w:val="center"/>
        </w:trPr>
        <w:tc>
          <w:tcPr>
            <w:tcW w:w="993" w:type="dxa"/>
          </w:tcPr>
          <w:p w14:paraId="1AFF2FD7" w14:textId="77777777" w:rsidR="00F25E9F" w:rsidRDefault="00F25E9F" w:rsidP="00BA5A9D">
            <w:r>
              <w:rPr>
                <w:sz w:val="16"/>
              </w:rPr>
              <w:t>309</w:t>
            </w:r>
          </w:p>
        </w:tc>
        <w:tc>
          <w:tcPr>
            <w:tcW w:w="3685" w:type="dxa"/>
          </w:tcPr>
          <w:p w14:paraId="4ADB0639" w14:textId="77777777" w:rsidR="00F25E9F" w:rsidRDefault="00F25E9F" w:rsidP="00BA5A9D">
            <w:proofErr w:type="spellStart"/>
            <w:r>
              <w:rPr>
                <w:sz w:val="16"/>
              </w:rPr>
              <w:t>Компьютер</w:t>
            </w:r>
            <w:proofErr w:type="spellEnd"/>
          </w:p>
        </w:tc>
        <w:tc>
          <w:tcPr>
            <w:tcW w:w="1706" w:type="dxa"/>
            <w:gridSpan w:val="2"/>
          </w:tcPr>
          <w:p w14:paraId="13F3A1B6" w14:textId="77777777" w:rsidR="00F25E9F" w:rsidRDefault="00F25E9F" w:rsidP="00BA5A9D">
            <w:r>
              <w:rPr>
                <w:sz w:val="16"/>
              </w:rPr>
              <w:t>241300000156</w:t>
            </w:r>
          </w:p>
        </w:tc>
        <w:tc>
          <w:tcPr>
            <w:tcW w:w="1691" w:type="dxa"/>
          </w:tcPr>
          <w:p w14:paraId="048F9132" w14:textId="77777777" w:rsidR="00F25E9F" w:rsidRDefault="00F25E9F" w:rsidP="00BA5A9D">
            <w:r>
              <w:rPr>
                <w:sz w:val="16"/>
              </w:rPr>
              <w:t>205000</w:t>
            </w:r>
          </w:p>
        </w:tc>
        <w:tc>
          <w:tcPr>
            <w:tcW w:w="1701" w:type="dxa"/>
          </w:tcPr>
          <w:p w14:paraId="12C1E8F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02BB867" w14:textId="77777777" w:rsidTr="001365F3">
        <w:trPr>
          <w:jc w:val="center"/>
        </w:trPr>
        <w:tc>
          <w:tcPr>
            <w:tcW w:w="993" w:type="dxa"/>
          </w:tcPr>
          <w:p w14:paraId="73BC848C" w14:textId="77777777" w:rsidR="00F25E9F" w:rsidRDefault="00F25E9F" w:rsidP="00BA5A9D">
            <w:r>
              <w:rPr>
                <w:sz w:val="16"/>
              </w:rPr>
              <w:t>310</w:t>
            </w:r>
          </w:p>
        </w:tc>
        <w:tc>
          <w:tcPr>
            <w:tcW w:w="3685" w:type="dxa"/>
          </w:tcPr>
          <w:p w14:paraId="2235F0CA" w14:textId="77777777" w:rsidR="00F25E9F" w:rsidRDefault="00F25E9F" w:rsidP="00BA5A9D">
            <w:proofErr w:type="spellStart"/>
            <w:r>
              <w:rPr>
                <w:sz w:val="16"/>
              </w:rPr>
              <w:t>Многофункциональный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принтер</w:t>
            </w:r>
            <w:proofErr w:type="spellEnd"/>
          </w:p>
        </w:tc>
        <w:tc>
          <w:tcPr>
            <w:tcW w:w="1706" w:type="dxa"/>
            <w:gridSpan w:val="2"/>
          </w:tcPr>
          <w:p w14:paraId="18F553AA" w14:textId="77777777" w:rsidR="00F25E9F" w:rsidRDefault="00F25E9F" w:rsidP="00BA5A9D">
            <w:r>
              <w:rPr>
                <w:sz w:val="16"/>
              </w:rPr>
              <w:t>241300000158</w:t>
            </w:r>
          </w:p>
        </w:tc>
        <w:tc>
          <w:tcPr>
            <w:tcW w:w="1691" w:type="dxa"/>
          </w:tcPr>
          <w:p w14:paraId="16976F5C" w14:textId="77777777" w:rsidR="00F25E9F" w:rsidRDefault="00F25E9F" w:rsidP="00BA5A9D">
            <w:r>
              <w:rPr>
                <w:sz w:val="16"/>
              </w:rPr>
              <w:t>29534.4</w:t>
            </w:r>
          </w:p>
        </w:tc>
        <w:tc>
          <w:tcPr>
            <w:tcW w:w="1701" w:type="dxa"/>
          </w:tcPr>
          <w:p w14:paraId="4A97E4A7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C6EF9CF" w14:textId="77777777" w:rsidTr="001365F3">
        <w:trPr>
          <w:jc w:val="center"/>
        </w:trPr>
        <w:tc>
          <w:tcPr>
            <w:tcW w:w="993" w:type="dxa"/>
          </w:tcPr>
          <w:p w14:paraId="684E2A2C" w14:textId="77777777" w:rsidR="00F25E9F" w:rsidRDefault="00F25E9F" w:rsidP="00BA5A9D">
            <w:r>
              <w:rPr>
                <w:sz w:val="16"/>
              </w:rPr>
              <w:t>311</w:t>
            </w:r>
          </w:p>
        </w:tc>
        <w:tc>
          <w:tcPr>
            <w:tcW w:w="3685" w:type="dxa"/>
          </w:tcPr>
          <w:p w14:paraId="19B4C343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  <w:r>
              <w:rPr>
                <w:sz w:val="16"/>
              </w:rPr>
              <w:t xml:space="preserve"> Dell OptiPlex 390 MT, Core i3 2130-3.4GHz/4GB/500Gb/Intel HD/DVD-RW/LAN/HDMI/KB&amp;M/W7P</w:t>
            </w:r>
          </w:p>
        </w:tc>
        <w:tc>
          <w:tcPr>
            <w:tcW w:w="1706" w:type="dxa"/>
            <w:gridSpan w:val="2"/>
          </w:tcPr>
          <w:p w14:paraId="738EBA04" w14:textId="77777777" w:rsidR="00F25E9F" w:rsidRDefault="00F25E9F" w:rsidP="00BA5A9D">
            <w:r>
              <w:rPr>
                <w:sz w:val="16"/>
              </w:rPr>
              <w:t>241300000159</w:t>
            </w:r>
          </w:p>
        </w:tc>
        <w:tc>
          <w:tcPr>
            <w:tcW w:w="1691" w:type="dxa"/>
          </w:tcPr>
          <w:p w14:paraId="4583207E" w14:textId="77777777" w:rsidR="00F25E9F" w:rsidRDefault="00F25E9F" w:rsidP="00BA5A9D">
            <w:r>
              <w:rPr>
                <w:sz w:val="16"/>
              </w:rPr>
              <w:t>69900</w:t>
            </w:r>
          </w:p>
        </w:tc>
        <w:tc>
          <w:tcPr>
            <w:tcW w:w="1701" w:type="dxa"/>
          </w:tcPr>
          <w:p w14:paraId="5282511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82428B0" w14:textId="77777777" w:rsidTr="001365F3">
        <w:trPr>
          <w:jc w:val="center"/>
        </w:trPr>
        <w:tc>
          <w:tcPr>
            <w:tcW w:w="993" w:type="dxa"/>
          </w:tcPr>
          <w:p w14:paraId="78727B73" w14:textId="77777777" w:rsidR="00F25E9F" w:rsidRDefault="00F25E9F" w:rsidP="00BA5A9D">
            <w:r>
              <w:rPr>
                <w:sz w:val="16"/>
              </w:rPr>
              <w:t>312</w:t>
            </w:r>
          </w:p>
        </w:tc>
        <w:tc>
          <w:tcPr>
            <w:tcW w:w="3685" w:type="dxa"/>
          </w:tcPr>
          <w:p w14:paraId="5AF6D15A" w14:textId="77777777" w:rsidR="00F25E9F" w:rsidRDefault="00F25E9F" w:rsidP="00BA5A9D">
            <w:proofErr w:type="spellStart"/>
            <w:r>
              <w:rPr>
                <w:sz w:val="16"/>
              </w:rPr>
              <w:t>аппарат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летательный</w:t>
            </w:r>
            <w:proofErr w:type="spellEnd"/>
          </w:p>
        </w:tc>
        <w:tc>
          <w:tcPr>
            <w:tcW w:w="1706" w:type="dxa"/>
            <w:gridSpan w:val="2"/>
          </w:tcPr>
          <w:p w14:paraId="7364C436" w14:textId="77777777" w:rsidR="00F25E9F" w:rsidRDefault="00F25E9F" w:rsidP="00BA5A9D">
            <w:r>
              <w:rPr>
                <w:sz w:val="16"/>
              </w:rPr>
              <w:t>241300000100</w:t>
            </w:r>
          </w:p>
        </w:tc>
        <w:tc>
          <w:tcPr>
            <w:tcW w:w="1691" w:type="dxa"/>
          </w:tcPr>
          <w:p w14:paraId="7BC82F0B" w14:textId="77777777" w:rsidR="00F25E9F" w:rsidRDefault="00F25E9F" w:rsidP="00BA5A9D">
            <w:r>
              <w:rPr>
                <w:sz w:val="16"/>
              </w:rPr>
              <w:t>270000</w:t>
            </w:r>
          </w:p>
        </w:tc>
        <w:tc>
          <w:tcPr>
            <w:tcW w:w="1701" w:type="dxa"/>
          </w:tcPr>
          <w:p w14:paraId="49C1BAB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735A620" w14:textId="77777777" w:rsidTr="001365F3">
        <w:trPr>
          <w:jc w:val="center"/>
        </w:trPr>
        <w:tc>
          <w:tcPr>
            <w:tcW w:w="993" w:type="dxa"/>
          </w:tcPr>
          <w:p w14:paraId="0E39C29B" w14:textId="77777777" w:rsidR="00F25E9F" w:rsidRDefault="00F25E9F" w:rsidP="00BA5A9D">
            <w:r>
              <w:rPr>
                <w:sz w:val="16"/>
              </w:rPr>
              <w:t>313</w:t>
            </w:r>
          </w:p>
        </w:tc>
        <w:tc>
          <w:tcPr>
            <w:tcW w:w="3685" w:type="dxa"/>
          </w:tcPr>
          <w:p w14:paraId="58EB5F8B" w14:textId="77777777" w:rsidR="00F25E9F" w:rsidRDefault="00F25E9F" w:rsidP="00BA5A9D">
            <w:proofErr w:type="spellStart"/>
            <w:r>
              <w:rPr>
                <w:sz w:val="16"/>
              </w:rPr>
              <w:t>Компьютер</w:t>
            </w:r>
            <w:proofErr w:type="spellEnd"/>
            <w:r>
              <w:rPr>
                <w:sz w:val="16"/>
              </w:rPr>
              <w:t xml:space="preserve"> Core i3-4150</w:t>
            </w:r>
          </w:p>
        </w:tc>
        <w:tc>
          <w:tcPr>
            <w:tcW w:w="1706" w:type="dxa"/>
            <w:gridSpan w:val="2"/>
          </w:tcPr>
          <w:p w14:paraId="6BFDEEB7" w14:textId="77777777" w:rsidR="00F25E9F" w:rsidRDefault="00F25E9F" w:rsidP="00BA5A9D">
            <w:r>
              <w:rPr>
                <w:sz w:val="16"/>
              </w:rPr>
              <w:t>241300000244</w:t>
            </w:r>
          </w:p>
        </w:tc>
        <w:tc>
          <w:tcPr>
            <w:tcW w:w="1691" w:type="dxa"/>
          </w:tcPr>
          <w:p w14:paraId="07BBD43A" w14:textId="77777777" w:rsidR="00F25E9F" w:rsidRDefault="00F25E9F" w:rsidP="00BA5A9D">
            <w:r>
              <w:rPr>
                <w:sz w:val="16"/>
              </w:rPr>
              <w:t>117295</w:t>
            </w:r>
          </w:p>
        </w:tc>
        <w:tc>
          <w:tcPr>
            <w:tcW w:w="1701" w:type="dxa"/>
          </w:tcPr>
          <w:p w14:paraId="4BC95E5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FCA63C0" w14:textId="77777777" w:rsidTr="001365F3">
        <w:trPr>
          <w:jc w:val="center"/>
        </w:trPr>
        <w:tc>
          <w:tcPr>
            <w:tcW w:w="993" w:type="dxa"/>
          </w:tcPr>
          <w:p w14:paraId="3032BDAB" w14:textId="77777777" w:rsidR="00F25E9F" w:rsidRDefault="00F25E9F" w:rsidP="00BA5A9D">
            <w:r>
              <w:rPr>
                <w:sz w:val="16"/>
              </w:rPr>
              <w:t>314</w:t>
            </w:r>
          </w:p>
        </w:tc>
        <w:tc>
          <w:tcPr>
            <w:tcW w:w="3685" w:type="dxa"/>
          </w:tcPr>
          <w:p w14:paraId="25A30AC3" w14:textId="77777777" w:rsidR="00F25E9F" w:rsidRDefault="00F25E9F" w:rsidP="00BA5A9D">
            <w:proofErr w:type="spellStart"/>
            <w:r>
              <w:rPr>
                <w:sz w:val="16"/>
              </w:rPr>
              <w:t>Принтер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лазерный</w:t>
            </w:r>
            <w:proofErr w:type="spellEnd"/>
            <w:r>
              <w:rPr>
                <w:sz w:val="16"/>
              </w:rPr>
              <w:t xml:space="preserve"> MFY</w:t>
            </w:r>
          </w:p>
        </w:tc>
        <w:tc>
          <w:tcPr>
            <w:tcW w:w="1706" w:type="dxa"/>
            <w:gridSpan w:val="2"/>
          </w:tcPr>
          <w:p w14:paraId="146D0357" w14:textId="77777777" w:rsidR="00F25E9F" w:rsidRDefault="00F25E9F" w:rsidP="00BA5A9D">
            <w:r>
              <w:rPr>
                <w:sz w:val="16"/>
              </w:rPr>
              <w:t>241300000102</w:t>
            </w:r>
          </w:p>
        </w:tc>
        <w:tc>
          <w:tcPr>
            <w:tcW w:w="1691" w:type="dxa"/>
          </w:tcPr>
          <w:p w14:paraId="3525E910" w14:textId="77777777" w:rsidR="00F25E9F" w:rsidRDefault="00F25E9F" w:rsidP="00BA5A9D">
            <w:r>
              <w:rPr>
                <w:sz w:val="16"/>
              </w:rPr>
              <w:t>32390</w:t>
            </w:r>
          </w:p>
        </w:tc>
        <w:tc>
          <w:tcPr>
            <w:tcW w:w="1701" w:type="dxa"/>
          </w:tcPr>
          <w:p w14:paraId="0A6AD71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1E58DB5" w14:textId="77777777" w:rsidTr="001365F3">
        <w:trPr>
          <w:jc w:val="center"/>
        </w:trPr>
        <w:tc>
          <w:tcPr>
            <w:tcW w:w="993" w:type="dxa"/>
          </w:tcPr>
          <w:p w14:paraId="526180C9" w14:textId="77777777" w:rsidR="00F25E9F" w:rsidRDefault="00F25E9F" w:rsidP="00BA5A9D">
            <w:r>
              <w:rPr>
                <w:sz w:val="16"/>
              </w:rPr>
              <w:t>315</w:t>
            </w:r>
          </w:p>
        </w:tc>
        <w:tc>
          <w:tcPr>
            <w:tcW w:w="3685" w:type="dxa"/>
          </w:tcPr>
          <w:p w14:paraId="0196762A" w14:textId="77777777" w:rsidR="00F25E9F" w:rsidRDefault="00F25E9F" w:rsidP="00BA5A9D">
            <w:r>
              <w:rPr>
                <w:sz w:val="16"/>
              </w:rPr>
              <w:t>Принтер HP "Lazer Jet" P1102</w:t>
            </w:r>
          </w:p>
        </w:tc>
        <w:tc>
          <w:tcPr>
            <w:tcW w:w="1706" w:type="dxa"/>
            <w:gridSpan w:val="2"/>
          </w:tcPr>
          <w:p w14:paraId="2270F98C" w14:textId="77777777" w:rsidR="00F25E9F" w:rsidRDefault="00F25E9F" w:rsidP="00BA5A9D">
            <w:r>
              <w:rPr>
                <w:sz w:val="16"/>
              </w:rPr>
              <w:t>241300000161</w:t>
            </w:r>
          </w:p>
        </w:tc>
        <w:tc>
          <w:tcPr>
            <w:tcW w:w="1691" w:type="dxa"/>
          </w:tcPr>
          <w:p w14:paraId="63223C18" w14:textId="77777777" w:rsidR="00F25E9F" w:rsidRDefault="00F25E9F" w:rsidP="00BA5A9D">
            <w:r>
              <w:rPr>
                <w:sz w:val="16"/>
              </w:rPr>
              <w:t>1999</w:t>
            </w:r>
          </w:p>
        </w:tc>
        <w:tc>
          <w:tcPr>
            <w:tcW w:w="1701" w:type="dxa"/>
          </w:tcPr>
          <w:p w14:paraId="3368432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7F2CF64" w14:textId="77777777" w:rsidTr="001365F3">
        <w:trPr>
          <w:jc w:val="center"/>
        </w:trPr>
        <w:tc>
          <w:tcPr>
            <w:tcW w:w="993" w:type="dxa"/>
          </w:tcPr>
          <w:p w14:paraId="1E7A1E5D" w14:textId="77777777" w:rsidR="00F25E9F" w:rsidRDefault="00F25E9F" w:rsidP="00BA5A9D">
            <w:r>
              <w:rPr>
                <w:sz w:val="16"/>
              </w:rPr>
              <w:t>316</w:t>
            </w:r>
          </w:p>
        </w:tc>
        <w:tc>
          <w:tcPr>
            <w:tcW w:w="3685" w:type="dxa"/>
          </w:tcPr>
          <w:p w14:paraId="4DEBA5CF" w14:textId="77777777" w:rsidR="00F25E9F" w:rsidRDefault="00F25E9F" w:rsidP="00BA5A9D">
            <w:r>
              <w:rPr>
                <w:sz w:val="16"/>
              </w:rPr>
              <w:t xml:space="preserve">SHRO </w:t>
            </w:r>
            <w:proofErr w:type="spellStart"/>
            <w:r>
              <w:rPr>
                <w:sz w:val="16"/>
              </w:rPr>
              <w:t>Rexel</w:t>
            </w:r>
            <w:proofErr w:type="spellEnd"/>
            <w:r>
              <w:rPr>
                <w:sz w:val="16"/>
              </w:rPr>
              <w:t xml:space="preserve"> Auto+60X </w:t>
            </w:r>
            <w:proofErr w:type="spellStart"/>
            <w:r>
              <w:rPr>
                <w:sz w:val="16"/>
              </w:rPr>
              <w:t>шредер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Cposs</w:t>
            </w:r>
            <w:proofErr w:type="spellEnd"/>
            <w:r>
              <w:rPr>
                <w:sz w:val="16"/>
              </w:rPr>
              <w:t xml:space="preserve"> Cut)</w:t>
            </w:r>
          </w:p>
        </w:tc>
        <w:tc>
          <w:tcPr>
            <w:tcW w:w="1706" w:type="dxa"/>
            <w:gridSpan w:val="2"/>
          </w:tcPr>
          <w:p w14:paraId="3EE261D3" w14:textId="77777777" w:rsidR="00F25E9F" w:rsidRDefault="00F25E9F" w:rsidP="00BA5A9D">
            <w:r>
              <w:rPr>
                <w:sz w:val="16"/>
              </w:rPr>
              <w:t>241500014581</w:t>
            </w:r>
          </w:p>
        </w:tc>
        <w:tc>
          <w:tcPr>
            <w:tcW w:w="1691" w:type="dxa"/>
          </w:tcPr>
          <w:p w14:paraId="0DCF9F2B" w14:textId="77777777" w:rsidR="00F25E9F" w:rsidRDefault="00F25E9F" w:rsidP="00BA5A9D">
            <w:r>
              <w:rPr>
                <w:sz w:val="16"/>
              </w:rPr>
              <w:t>33335</w:t>
            </w:r>
          </w:p>
        </w:tc>
        <w:tc>
          <w:tcPr>
            <w:tcW w:w="1701" w:type="dxa"/>
          </w:tcPr>
          <w:p w14:paraId="7119DA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5A96BD6" w14:textId="77777777" w:rsidTr="001365F3">
        <w:trPr>
          <w:jc w:val="center"/>
        </w:trPr>
        <w:tc>
          <w:tcPr>
            <w:tcW w:w="993" w:type="dxa"/>
          </w:tcPr>
          <w:p w14:paraId="090ADAB7" w14:textId="77777777" w:rsidR="00F25E9F" w:rsidRDefault="00F25E9F" w:rsidP="00BA5A9D">
            <w:r>
              <w:rPr>
                <w:sz w:val="16"/>
              </w:rPr>
              <w:t>317</w:t>
            </w:r>
          </w:p>
        </w:tc>
        <w:tc>
          <w:tcPr>
            <w:tcW w:w="3685" w:type="dxa"/>
          </w:tcPr>
          <w:p w14:paraId="0075587B" w14:textId="77777777" w:rsidR="00F25E9F" w:rsidRDefault="00F25E9F" w:rsidP="00BA5A9D">
            <w:r>
              <w:rPr>
                <w:sz w:val="16"/>
              </w:rPr>
              <w:t xml:space="preserve">SHRO </w:t>
            </w:r>
            <w:proofErr w:type="spellStart"/>
            <w:r>
              <w:rPr>
                <w:sz w:val="16"/>
              </w:rPr>
              <w:t>Rexel</w:t>
            </w:r>
            <w:proofErr w:type="spellEnd"/>
            <w:r>
              <w:rPr>
                <w:sz w:val="16"/>
              </w:rPr>
              <w:t xml:space="preserve"> Auto+60X </w:t>
            </w:r>
            <w:proofErr w:type="spellStart"/>
            <w:r>
              <w:rPr>
                <w:sz w:val="16"/>
              </w:rPr>
              <w:t>шредер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Cposs</w:t>
            </w:r>
            <w:proofErr w:type="spellEnd"/>
            <w:r>
              <w:rPr>
                <w:sz w:val="16"/>
              </w:rPr>
              <w:t xml:space="preserve"> Cut)</w:t>
            </w:r>
          </w:p>
        </w:tc>
        <w:tc>
          <w:tcPr>
            <w:tcW w:w="1706" w:type="dxa"/>
            <w:gridSpan w:val="2"/>
          </w:tcPr>
          <w:p w14:paraId="382CC3BA" w14:textId="77777777" w:rsidR="00F25E9F" w:rsidRDefault="00F25E9F" w:rsidP="00BA5A9D">
            <w:r>
              <w:rPr>
                <w:sz w:val="16"/>
              </w:rPr>
              <w:t>241500014582</w:t>
            </w:r>
          </w:p>
        </w:tc>
        <w:tc>
          <w:tcPr>
            <w:tcW w:w="1691" w:type="dxa"/>
          </w:tcPr>
          <w:p w14:paraId="285D8A87" w14:textId="77777777" w:rsidR="00F25E9F" w:rsidRDefault="00F25E9F" w:rsidP="00BA5A9D">
            <w:r>
              <w:rPr>
                <w:sz w:val="16"/>
              </w:rPr>
              <w:t>33335</w:t>
            </w:r>
          </w:p>
        </w:tc>
        <w:tc>
          <w:tcPr>
            <w:tcW w:w="1701" w:type="dxa"/>
          </w:tcPr>
          <w:p w14:paraId="27983802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3176F87" w14:textId="77777777" w:rsidTr="001365F3">
        <w:trPr>
          <w:jc w:val="center"/>
        </w:trPr>
        <w:tc>
          <w:tcPr>
            <w:tcW w:w="993" w:type="dxa"/>
          </w:tcPr>
          <w:p w14:paraId="1F9AB2AE" w14:textId="77777777" w:rsidR="00F25E9F" w:rsidRDefault="00F25E9F" w:rsidP="00BA5A9D">
            <w:r>
              <w:rPr>
                <w:sz w:val="16"/>
              </w:rPr>
              <w:t>318</w:t>
            </w:r>
          </w:p>
        </w:tc>
        <w:tc>
          <w:tcPr>
            <w:tcW w:w="3685" w:type="dxa"/>
          </w:tcPr>
          <w:p w14:paraId="0CC5910F" w14:textId="77777777" w:rsidR="00F25E9F" w:rsidRDefault="00F25E9F" w:rsidP="00BA5A9D">
            <w:proofErr w:type="spellStart"/>
            <w:r>
              <w:rPr>
                <w:sz w:val="16"/>
              </w:rPr>
              <w:t>Интерактивная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доска</w:t>
            </w:r>
            <w:proofErr w:type="spellEnd"/>
          </w:p>
        </w:tc>
        <w:tc>
          <w:tcPr>
            <w:tcW w:w="1706" w:type="dxa"/>
            <w:gridSpan w:val="2"/>
          </w:tcPr>
          <w:p w14:paraId="3B2EA7D4" w14:textId="77777777" w:rsidR="00F25E9F" w:rsidRDefault="00F25E9F" w:rsidP="00BA5A9D">
            <w:r>
              <w:rPr>
                <w:sz w:val="16"/>
              </w:rPr>
              <w:t>241500014583</w:t>
            </w:r>
          </w:p>
        </w:tc>
        <w:tc>
          <w:tcPr>
            <w:tcW w:w="1691" w:type="dxa"/>
          </w:tcPr>
          <w:p w14:paraId="07E946A3" w14:textId="77777777" w:rsidR="00F25E9F" w:rsidRDefault="00F25E9F" w:rsidP="00BA5A9D">
            <w:r>
              <w:rPr>
                <w:sz w:val="16"/>
              </w:rPr>
              <w:t>70000</w:t>
            </w:r>
          </w:p>
        </w:tc>
        <w:tc>
          <w:tcPr>
            <w:tcW w:w="1701" w:type="dxa"/>
          </w:tcPr>
          <w:p w14:paraId="1B478DC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C9F142A" w14:textId="77777777" w:rsidTr="001365F3">
        <w:trPr>
          <w:jc w:val="center"/>
        </w:trPr>
        <w:tc>
          <w:tcPr>
            <w:tcW w:w="993" w:type="dxa"/>
          </w:tcPr>
          <w:p w14:paraId="551E4C28" w14:textId="77777777" w:rsidR="00F25E9F" w:rsidRDefault="00F25E9F" w:rsidP="00BA5A9D">
            <w:r>
              <w:rPr>
                <w:sz w:val="16"/>
              </w:rPr>
              <w:t>319</w:t>
            </w:r>
          </w:p>
        </w:tc>
        <w:tc>
          <w:tcPr>
            <w:tcW w:w="3685" w:type="dxa"/>
          </w:tcPr>
          <w:p w14:paraId="065C8AA1" w14:textId="77777777" w:rsidR="00F25E9F" w:rsidRDefault="00F25E9F" w:rsidP="00BA5A9D">
            <w:proofErr w:type="spellStart"/>
            <w:r>
              <w:rPr>
                <w:sz w:val="16"/>
              </w:rPr>
              <w:t>Ламинатор</w:t>
            </w:r>
            <w:proofErr w:type="spellEnd"/>
            <w:r>
              <w:rPr>
                <w:sz w:val="16"/>
              </w:rPr>
              <w:t xml:space="preserve"> LM-A4 Creative CL90</w:t>
            </w:r>
          </w:p>
        </w:tc>
        <w:tc>
          <w:tcPr>
            <w:tcW w:w="1706" w:type="dxa"/>
            <w:gridSpan w:val="2"/>
          </w:tcPr>
          <w:p w14:paraId="33E7E7FE" w14:textId="77777777" w:rsidR="00F25E9F" w:rsidRDefault="00F25E9F" w:rsidP="00BA5A9D">
            <w:r>
              <w:rPr>
                <w:sz w:val="16"/>
              </w:rPr>
              <w:t>241500014587</w:t>
            </w:r>
          </w:p>
        </w:tc>
        <w:tc>
          <w:tcPr>
            <w:tcW w:w="1691" w:type="dxa"/>
          </w:tcPr>
          <w:p w14:paraId="62BBC5AD" w14:textId="77777777" w:rsidR="00F25E9F" w:rsidRDefault="00F25E9F" w:rsidP="00BA5A9D">
            <w:r>
              <w:rPr>
                <w:sz w:val="16"/>
              </w:rPr>
              <w:t>15355</w:t>
            </w:r>
          </w:p>
        </w:tc>
        <w:tc>
          <w:tcPr>
            <w:tcW w:w="1701" w:type="dxa"/>
          </w:tcPr>
          <w:p w14:paraId="589B65D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27F11E8" w14:textId="77777777" w:rsidTr="001365F3">
        <w:trPr>
          <w:jc w:val="center"/>
        </w:trPr>
        <w:tc>
          <w:tcPr>
            <w:tcW w:w="993" w:type="dxa"/>
          </w:tcPr>
          <w:p w14:paraId="5DD58365" w14:textId="77777777" w:rsidR="00F25E9F" w:rsidRDefault="00F25E9F" w:rsidP="00BA5A9D">
            <w:r>
              <w:rPr>
                <w:sz w:val="16"/>
              </w:rPr>
              <w:t>320</w:t>
            </w:r>
          </w:p>
        </w:tc>
        <w:tc>
          <w:tcPr>
            <w:tcW w:w="3685" w:type="dxa"/>
          </w:tcPr>
          <w:p w14:paraId="631EA85C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</w:p>
        </w:tc>
        <w:tc>
          <w:tcPr>
            <w:tcW w:w="1706" w:type="dxa"/>
            <w:gridSpan w:val="2"/>
          </w:tcPr>
          <w:p w14:paraId="36B0C843" w14:textId="77777777" w:rsidR="00F25E9F" w:rsidRDefault="00F25E9F" w:rsidP="00BA5A9D">
            <w:r>
              <w:rPr>
                <w:sz w:val="16"/>
              </w:rPr>
              <w:t>241500014591</w:t>
            </w:r>
          </w:p>
        </w:tc>
        <w:tc>
          <w:tcPr>
            <w:tcW w:w="1691" w:type="dxa"/>
          </w:tcPr>
          <w:p w14:paraId="36FF75A0" w14:textId="77777777" w:rsidR="00F25E9F" w:rsidRDefault="00F25E9F" w:rsidP="00BA5A9D">
            <w:r>
              <w:rPr>
                <w:sz w:val="16"/>
              </w:rPr>
              <w:t>2000</w:t>
            </w:r>
          </w:p>
        </w:tc>
        <w:tc>
          <w:tcPr>
            <w:tcW w:w="1701" w:type="dxa"/>
          </w:tcPr>
          <w:p w14:paraId="01505950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1838FFD" w14:textId="77777777" w:rsidTr="001365F3">
        <w:trPr>
          <w:jc w:val="center"/>
        </w:trPr>
        <w:tc>
          <w:tcPr>
            <w:tcW w:w="993" w:type="dxa"/>
          </w:tcPr>
          <w:p w14:paraId="5FDE9B77" w14:textId="77777777" w:rsidR="00F25E9F" w:rsidRDefault="00F25E9F" w:rsidP="00BA5A9D">
            <w:r>
              <w:rPr>
                <w:sz w:val="16"/>
              </w:rPr>
              <w:t>321</w:t>
            </w:r>
          </w:p>
        </w:tc>
        <w:tc>
          <w:tcPr>
            <w:tcW w:w="3685" w:type="dxa"/>
          </w:tcPr>
          <w:p w14:paraId="79FF13AE" w14:textId="77777777" w:rsidR="00F25E9F" w:rsidRDefault="00F25E9F" w:rsidP="00BA5A9D">
            <w:r>
              <w:rPr>
                <w:sz w:val="16"/>
              </w:rPr>
              <w:t xml:space="preserve">SHRO </w:t>
            </w:r>
            <w:proofErr w:type="spellStart"/>
            <w:r>
              <w:rPr>
                <w:sz w:val="16"/>
              </w:rPr>
              <w:t>Rexel</w:t>
            </w:r>
            <w:proofErr w:type="spellEnd"/>
            <w:r>
              <w:rPr>
                <w:sz w:val="16"/>
              </w:rPr>
              <w:t xml:space="preserve"> Auto+60X </w:t>
            </w:r>
            <w:proofErr w:type="spellStart"/>
            <w:r>
              <w:rPr>
                <w:sz w:val="16"/>
              </w:rPr>
              <w:t>шредер</w:t>
            </w:r>
            <w:proofErr w:type="spellEnd"/>
            <w:r>
              <w:rPr>
                <w:sz w:val="16"/>
              </w:rPr>
              <w:t xml:space="preserve"> (</w:t>
            </w:r>
            <w:proofErr w:type="spellStart"/>
            <w:r>
              <w:rPr>
                <w:sz w:val="16"/>
              </w:rPr>
              <w:t>Cposs</w:t>
            </w:r>
            <w:proofErr w:type="spellEnd"/>
            <w:r>
              <w:rPr>
                <w:sz w:val="16"/>
              </w:rPr>
              <w:t xml:space="preserve"> Cut)</w:t>
            </w:r>
          </w:p>
        </w:tc>
        <w:tc>
          <w:tcPr>
            <w:tcW w:w="1706" w:type="dxa"/>
            <w:gridSpan w:val="2"/>
          </w:tcPr>
          <w:p w14:paraId="0CF4A041" w14:textId="77777777" w:rsidR="00F25E9F" w:rsidRDefault="00F25E9F" w:rsidP="00BA5A9D">
            <w:r>
              <w:rPr>
                <w:sz w:val="16"/>
              </w:rPr>
              <w:t>241500014628</w:t>
            </w:r>
          </w:p>
        </w:tc>
        <w:tc>
          <w:tcPr>
            <w:tcW w:w="1691" w:type="dxa"/>
          </w:tcPr>
          <w:p w14:paraId="1FB49CB5" w14:textId="77777777" w:rsidR="00F25E9F" w:rsidRDefault="00F25E9F" w:rsidP="00BA5A9D">
            <w:r>
              <w:rPr>
                <w:sz w:val="16"/>
              </w:rPr>
              <w:t>33335</w:t>
            </w:r>
          </w:p>
        </w:tc>
        <w:tc>
          <w:tcPr>
            <w:tcW w:w="1701" w:type="dxa"/>
          </w:tcPr>
          <w:p w14:paraId="6EEC7CFB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79A1523B" w14:textId="77777777" w:rsidTr="001365F3">
        <w:trPr>
          <w:jc w:val="center"/>
        </w:trPr>
        <w:tc>
          <w:tcPr>
            <w:tcW w:w="993" w:type="dxa"/>
          </w:tcPr>
          <w:p w14:paraId="2F37987B" w14:textId="77777777" w:rsidR="00F25E9F" w:rsidRDefault="00F25E9F" w:rsidP="00BA5A9D">
            <w:r>
              <w:rPr>
                <w:sz w:val="16"/>
              </w:rPr>
              <w:t>322</w:t>
            </w:r>
          </w:p>
        </w:tc>
        <w:tc>
          <w:tcPr>
            <w:tcW w:w="3685" w:type="dxa"/>
          </w:tcPr>
          <w:p w14:paraId="02E169AD" w14:textId="77777777" w:rsidR="00F25E9F" w:rsidRDefault="00F25E9F" w:rsidP="00BA5A9D">
            <w:proofErr w:type="spellStart"/>
            <w:r>
              <w:rPr>
                <w:sz w:val="16"/>
              </w:rPr>
              <w:t>Телефон</w:t>
            </w:r>
            <w:proofErr w:type="spellEnd"/>
            <w:r>
              <w:rPr>
                <w:sz w:val="16"/>
              </w:rPr>
              <w:t xml:space="preserve"> - </w:t>
            </w:r>
            <w:proofErr w:type="spellStart"/>
            <w:r>
              <w:rPr>
                <w:sz w:val="16"/>
              </w:rPr>
              <w:t>факс</w:t>
            </w:r>
            <w:proofErr w:type="spellEnd"/>
          </w:p>
        </w:tc>
        <w:tc>
          <w:tcPr>
            <w:tcW w:w="1706" w:type="dxa"/>
            <w:gridSpan w:val="2"/>
          </w:tcPr>
          <w:p w14:paraId="36947796" w14:textId="77777777" w:rsidR="00F25E9F" w:rsidRDefault="00F25E9F" w:rsidP="00BA5A9D">
            <w:r>
              <w:rPr>
                <w:sz w:val="16"/>
              </w:rPr>
              <w:t>241500014649</w:t>
            </w:r>
          </w:p>
        </w:tc>
        <w:tc>
          <w:tcPr>
            <w:tcW w:w="1691" w:type="dxa"/>
          </w:tcPr>
          <w:p w14:paraId="78BC7597" w14:textId="77777777" w:rsidR="00F25E9F" w:rsidRDefault="00F25E9F" w:rsidP="00BA5A9D">
            <w:r>
              <w:rPr>
                <w:sz w:val="16"/>
              </w:rPr>
              <w:t>20200</w:t>
            </w:r>
          </w:p>
        </w:tc>
        <w:tc>
          <w:tcPr>
            <w:tcW w:w="1701" w:type="dxa"/>
          </w:tcPr>
          <w:p w14:paraId="70F81DE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0D2A1C72" w14:textId="77777777" w:rsidTr="001365F3">
        <w:trPr>
          <w:jc w:val="center"/>
        </w:trPr>
        <w:tc>
          <w:tcPr>
            <w:tcW w:w="993" w:type="dxa"/>
          </w:tcPr>
          <w:p w14:paraId="3CDC9DBD" w14:textId="77777777" w:rsidR="00F25E9F" w:rsidRDefault="00F25E9F" w:rsidP="00BA5A9D">
            <w:r>
              <w:rPr>
                <w:sz w:val="16"/>
              </w:rPr>
              <w:t>323</w:t>
            </w:r>
          </w:p>
        </w:tc>
        <w:tc>
          <w:tcPr>
            <w:tcW w:w="3685" w:type="dxa"/>
          </w:tcPr>
          <w:p w14:paraId="769C42AF" w14:textId="77777777" w:rsidR="00F25E9F" w:rsidRDefault="00F25E9F" w:rsidP="00BA5A9D">
            <w:proofErr w:type="spellStart"/>
            <w:r>
              <w:rPr>
                <w:sz w:val="16"/>
              </w:rPr>
              <w:t>металлоискатель</w:t>
            </w:r>
            <w:proofErr w:type="spellEnd"/>
          </w:p>
        </w:tc>
        <w:tc>
          <w:tcPr>
            <w:tcW w:w="1706" w:type="dxa"/>
            <w:gridSpan w:val="2"/>
          </w:tcPr>
          <w:p w14:paraId="04E2DB49" w14:textId="77777777" w:rsidR="00F25E9F" w:rsidRDefault="00F25E9F" w:rsidP="00BA5A9D">
            <w:r>
              <w:rPr>
                <w:sz w:val="16"/>
              </w:rPr>
              <w:t>241500012561</w:t>
            </w:r>
          </w:p>
        </w:tc>
        <w:tc>
          <w:tcPr>
            <w:tcW w:w="1691" w:type="dxa"/>
          </w:tcPr>
          <w:p w14:paraId="0E032A88" w14:textId="77777777" w:rsidR="00F25E9F" w:rsidRDefault="00F25E9F" w:rsidP="00BA5A9D">
            <w:r>
              <w:rPr>
                <w:sz w:val="16"/>
              </w:rPr>
              <w:t>42550</w:t>
            </w:r>
          </w:p>
        </w:tc>
        <w:tc>
          <w:tcPr>
            <w:tcW w:w="1701" w:type="dxa"/>
          </w:tcPr>
          <w:p w14:paraId="2A8360E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F257878" w14:textId="77777777" w:rsidTr="001365F3">
        <w:trPr>
          <w:jc w:val="center"/>
        </w:trPr>
        <w:tc>
          <w:tcPr>
            <w:tcW w:w="993" w:type="dxa"/>
          </w:tcPr>
          <w:p w14:paraId="23920BAC" w14:textId="77777777" w:rsidR="00F25E9F" w:rsidRDefault="00F25E9F" w:rsidP="00BA5A9D">
            <w:r>
              <w:rPr>
                <w:sz w:val="16"/>
              </w:rPr>
              <w:t>324</w:t>
            </w:r>
          </w:p>
        </w:tc>
        <w:tc>
          <w:tcPr>
            <w:tcW w:w="3685" w:type="dxa"/>
          </w:tcPr>
          <w:p w14:paraId="34D67930" w14:textId="77777777" w:rsidR="00F25E9F" w:rsidRDefault="00F25E9F" w:rsidP="00BA5A9D">
            <w:proofErr w:type="spellStart"/>
            <w:r>
              <w:rPr>
                <w:sz w:val="16"/>
              </w:rPr>
              <w:t>Переговорное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устройство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клиент-кассир</w:t>
            </w:r>
            <w:proofErr w:type="spellEnd"/>
          </w:p>
        </w:tc>
        <w:tc>
          <w:tcPr>
            <w:tcW w:w="1706" w:type="dxa"/>
            <w:gridSpan w:val="2"/>
          </w:tcPr>
          <w:p w14:paraId="01E461B3" w14:textId="77777777" w:rsidR="00F25E9F" w:rsidRDefault="00F25E9F" w:rsidP="00BA5A9D">
            <w:r>
              <w:rPr>
                <w:sz w:val="16"/>
              </w:rPr>
              <w:t>241500014981</w:t>
            </w:r>
          </w:p>
        </w:tc>
        <w:tc>
          <w:tcPr>
            <w:tcW w:w="1691" w:type="dxa"/>
          </w:tcPr>
          <w:p w14:paraId="3184B904" w14:textId="77777777" w:rsidR="00F25E9F" w:rsidRDefault="00F25E9F" w:rsidP="00BA5A9D">
            <w:r>
              <w:rPr>
                <w:sz w:val="16"/>
              </w:rPr>
              <w:t>50000</w:t>
            </w:r>
          </w:p>
        </w:tc>
        <w:tc>
          <w:tcPr>
            <w:tcW w:w="1701" w:type="dxa"/>
          </w:tcPr>
          <w:p w14:paraId="4BBA8FA5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52B9E3C" w14:textId="77777777" w:rsidTr="001365F3">
        <w:trPr>
          <w:jc w:val="center"/>
        </w:trPr>
        <w:tc>
          <w:tcPr>
            <w:tcW w:w="993" w:type="dxa"/>
          </w:tcPr>
          <w:p w14:paraId="6B8B7107" w14:textId="77777777" w:rsidR="00F25E9F" w:rsidRDefault="00F25E9F" w:rsidP="00BA5A9D">
            <w:r>
              <w:rPr>
                <w:sz w:val="16"/>
              </w:rPr>
              <w:t>325</w:t>
            </w:r>
          </w:p>
        </w:tc>
        <w:tc>
          <w:tcPr>
            <w:tcW w:w="3685" w:type="dxa"/>
          </w:tcPr>
          <w:p w14:paraId="5F7C06C9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Мультимедиа проектор </w:t>
            </w:r>
            <w:r>
              <w:rPr>
                <w:sz w:val="16"/>
              </w:rPr>
              <w:t>EPSON</w:t>
            </w:r>
            <w:r w:rsidRPr="000003D3">
              <w:rPr>
                <w:sz w:val="16"/>
                <w:lang w:val="ru-RU"/>
              </w:rPr>
              <w:t xml:space="preserve"> </w:t>
            </w:r>
            <w:r>
              <w:rPr>
                <w:sz w:val="16"/>
              </w:rPr>
              <w:t>EMP</w:t>
            </w:r>
            <w:r w:rsidRPr="000003D3">
              <w:rPr>
                <w:sz w:val="16"/>
                <w:lang w:val="ru-RU"/>
              </w:rPr>
              <w:t>-</w:t>
            </w:r>
            <w:r>
              <w:rPr>
                <w:sz w:val="16"/>
              </w:rPr>
              <w:t>S</w:t>
            </w:r>
            <w:r w:rsidRPr="000003D3">
              <w:rPr>
                <w:sz w:val="16"/>
                <w:lang w:val="ru-RU"/>
              </w:rPr>
              <w:t>52 с комплектующими к нему</w:t>
            </w:r>
          </w:p>
        </w:tc>
        <w:tc>
          <w:tcPr>
            <w:tcW w:w="1706" w:type="dxa"/>
            <w:gridSpan w:val="2"/>
          </w:tcPr>
          <w:p w14:paraId="6236E03E" w14:textId="77777777" w:rsidR="00F25E9F" w:rsidRDefault="00F25E9F" w:rsidP="00BA5A9D">
            <w:r>
              <w:rPr>
                <w:sz w:val="16"/>
              </w:rPr>
              <w:t>241500014781</w:t>
            </w:r>
          </w:p>
        </w:tc>
        <w:tc>
          <w:tcPr>
            <w:tcW w:w="1691" w:type="dxa"/>
          </w:tcPr>
          <w:p w14:paraId="6E4584CF" w14:textId="77777777" w:rsidR="00F25E9F" w:rsidRDefault="00F25E9F" w:rsidP="00BA5A9D">
            <w:r>
              <w:rPr>
                <w:sz w:val="16"/>
              </w:rPr>
              <w:t>85390</w:t>
            </w:r>
          </w:p>
        </w:tc>
        <w:tc>
          <w:tcPr>
            <w:tcW w:w="1701" w:type="dxa"/>
          </w:tcPr>
          <w:p w14:paraId="7C04F4AD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9A1B918" w14:textId="77777777" w:rsidTr="001365F3">
        <w:trPr>
          <w:jc w:val="center"/>
        </w:trPr>
        <w:tc>
          <w:tcPr>
            <w:tcW w:w="993" w:type="dxa"/>
          </w:tcPr>
          <w:p w14:paraId="55625AB5" w14:textId="77777777" w:rsidR="00F25E9F" w:rsidRDefault="00F25E9F" w:rsidP="00BA5A9D">
            <w:r>
              <w:rPr>
                <w:sz w:val="16"/>
              </w:rPr>
              <w:t>326</w:t>
            </w:r>
          </w:p>
        </w:tc>
        <w:tc>
          <w:tcPr>
            <w:tcW w:w="3685" w:type="dxa"/>
          </w:tcPr>
          <w:p w14:paraId="393EB5B6" w14:textId="77777777" w:rsidR="00F25E9F" w:rsidRDefault="00F25E9F" w:rsidP="00BA5A9D">
            <w:r>
              <w:rPr>
                <w:sz w:val="16"/>
              </w:rPr>
              <w:t>Принтер МФУ HP Laser Jet M1132 MfP.A4 print 600*600dpi 18ppm.scan 1200*1200 USB</w:t>
            </w:r>
          </w:p>
        </w:tc>
        <w:tc>
          <w:tcPr>
            <w:tcW w:w="1706" w:type="dxa"/>
            <w:gridSpan w:val="2"/>
          </w:tcPr>
          <w:p w14:paraId="32425675" w14:textId="77777777" w:rsidR="00F25E9F" w:rsidRDefault="00F25E9F" w:rsidP="00BA5A9D">
            <w:r>
              <w:rPr>
                <w:sz w:val="16"/>
              </w:rPr>
              <w:t>241500014782</w:t>
            </w:r>
          </w:p>
        </w:tc>
        <w:tc>
          <w:tcPr>
            <w:tcW w:w="1691" w:type="dxa"/>
          </w:tcPr>
          <w:p w14:paraId="35FBA0F1" w14:textId="77777777" w:rsidR="00F25E9F" w:rsidRDefault="00F25E9F" w:rsidP="00BA5A9D">
            <w:r>
              <w:rPr>
                <w:sz w:val="16"/>
              </w:rPr>
              <w:t>33900</w:t>
            </w:r>
          </w:p>
        </w:tc>
        <w:tc>
          <w:tcPr>
            <w:tcW w:w="1701" w:type="dxa"/>
          </w:tcPr>
          <w:p w14:paraId="115A209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4DD64373" w14:textId="77777777" w:rsidTr="001365F3">
        <w:trPr>
          <w:jc w:val="center"/>
        </w:trPr>
        <w:tc>
          <w:tcPr>
            <w:tcW w:w="993" w:type="dxa"/>
          </w:tcPr>
          <w:p w14:paraId="5C469EF1" w14:textId="77777777" w:rsidR="00F25E9F" w:rsidRDefault="00F25E9F" w:rsidP="00BA5A9D">
            <w:r>
              <w:rPr>
                <w:sz w:val="16"/>
              </w:rPr>
              <w:t>327</w:t>
            </w:r>
          </w:p>
        </w:tc>
        <w:tc>
          <w:tcPr>
            <w:tcW w:w="3685" w:type="dxa"/>
          </w:tcPr>
          <w:p w14:paraId="1C4C597F" w14:textId="77777777" w:rsidR="00F25E9F" w:rsidRDefault="00F25E9F" w:rsidP="00BA5A9D">
            <w:proofErr w:type="spellStart"/>
            <w:r>
              <w:rPr>
                <w:sz w:val="16"/>
              </w:rPr>
              <w:t>Системный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блок</w:t>
            </w:r>
            <w:proofErr w:type="spellEnd"/>
            <w:r>
              <w:rPr>
                <w:sz w:val="16"/>
              </w:rPr>
              <w:t xml:space="preserve"> Neo Office</w:t>
            </w:r>
          </w:p>
        </w:tc>
        <w:tc>
          <w:tcPr>
            <w:tcW w:w="1706" w:type="dxa"/>
            <w:gridSpan w:val="2"/>
          </w:tcPr>
          <w:p w14:paraId="2A0B3214" w14:textId="77777777" w:rsidR="00F25E9F" w:rsidRDefault="00F25E9F" w:rsidP="00BA5A9D">
            <w:r>
              <w:rPr>
                <w:sz w:val="16"/>
              </w:rPr>
              <w:t>241300000016</w:t>
            </w:r>
          </w:p>
        </w:tc>
        <w:tc>
          <w:tcPr>
            <w:tcW w:w="1691" w:type="dxa"/>
          </w:tcPr>
          <w:p w14:paraId="0A8CE403" w14:textId="77777777" w:rsidR="00F25E9F" w:rsidRDefault="00F25E9F" w:rsidP="00BA5A9D">
            <w:r>
              <w:rPr>
                <w:sz w:val="16"/>
              </w:rPr>
              <w:t>185990</w:t>
            </w:r>
          </w:p>
        </w:tc>
        <w:tc>
          <w:tcPr>
            <w:tcW w:w="1701" w:type="dxa"/>
          </w:tcPr>
          <w:p w14:paraId="5A140A26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6E96790" w14:textId="77777777" w:rsidTr="001365F3">
        <w:trPr>
          <w:jc w:val="center"/>
        </w:trPr>
        <w:tc>
          <w:tcPr>
            <w:tcW w:w="993" w:type="dxa"/>
          </w:tcPr>
          <w:p w14:paraId="2FE65EFB" w14:textId="77777777" w:rsidR="00F25E9F" w:rsidRDefault="00F25E9F" w:rsidP="00BA5A9D">
            <w:r>
              <w:rPr>
                <w:sz w:val="16"/>
              </w:rPr>
              <w:t>328</w:t>
            </w:r>
          </w:p>
        </w:tc>
        <w:tc>
          <w:tcPr>
            <w:tcW w:w="3685" w:type="dxa"/>
          </w:tcPr>
          <w:p w14:paraId="33D6929C" w14:textId="77777777" w:rsidR="00F25E9F" w:rsidRDefault="00F25E9F" w:rsidP="00BA5A9D">
            <w:proofErr w:type="spellStart"/>
            <w:r>
              <w:rPr>
                <w:sz w:val="16"/>
              </w:rPr>
              <w:t>Ноутбук</w:t>
            </w:r>
            <w:proofErr w:type="spellEnd"/>
            <w:r>
              <w:rPr>
                <w:sz w:val="16"/>
              </w:rPr>
              <w:t xml:space="preserve"> НР 15</w:t>
            </w:r>
          </w:p>
        </w:tc>
        <w:tc>
          <w:tcPr>
            <w:tcW w:w="1706" w:type="dxa"/>
            <w:gridSpan w:val="2"/>
          </w:tcPr>
          <w:p w14:paraId="6081C5C8" w14:textId="77777777" w:rsidR="00F25E9F" w:rsidRDefault="00F25E9F" w:rsidP="00BA5A9D">
            <w:r>
              <w:rPr>
                <w:sz w:val="16"/>
              </w:rPr>
              <w:t>241300000236</w:t>
            </w:r>
          </w:p>
        </w:tc>
        <w:tc>
          <w:tcPr>
            <w:tcW w:w="1691" w:type="dxa"/>
          </w:tcPr>
          <w:p w14:paraId="6D8D7088" w14:textId="77777777" w:rsidR="00F25E9F" w:rsidRDefault="00F25E9F" w:rsidP="00BA5A9D">
            <w:r>
              <w:rPr>
                <w:sz w:val="16"/>
              </w:rPr>
              <w:t>149900</w:t>
            </w:r>
          </w:p>
        </w:tc>
        <w:tc>
          <w:tcPr>
            <w:tcW w:w="1701" w:type="dxa"/>
          </w:tcPr>
          <w:p w14:paraId="6622FA4E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B554C69" w14:textId="77777777" w:rsidTr="001365F3">
        <w:trPr>
          <w:jc w:val="center"/>
        </w:trPr>
        <w:tc>
          <w:tcPr>
            <w:tcW w:w="993" w:type="dxa"/>
          </w:tcPr>
          <w:p w14:paraId="2336E85D" w14:textId="77777777" w:rsidR="00F25E9F" w:rsidRDefault="00F25E9F" w:rsidP="00BA5A9D">
            <w:r>
              <w:rPr>
                <w:sz w:val="16"/>
              </w:rPr>
              <w:t>329</w:t>
            </w:r>
          </w:p>
        </w:tc>
        <w:tc>
          <w:tcPr>
            <w:tcW w:w="3685" w:type="dxa"/>
          </w:tcPr>
          <w:p w14:paraId="0C7D0497" w14:textId="77777777" w:rsidR="00F25E9F" w:rsidRDefault="00F25E9F" w:rsidP="00BA5A9D">
            <w:proofErr w:type="spellStart"/>
            <w:r>
              <w:rPr>
                <w:sz w:val="16"/>
              </w:rPr>
              <w:t>Принтер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лазерный</w:t>
            </w:r>
            <w:proofErr w:type="spellEnd"/>
            <w:r>
              <w:rPr>
                <w:sz w:val="16"/>
              </w:rPr>
              <w:t xml:space="preserve"> SP 325SNw</w:t>
            </w:r>
          </w:p>
        </w:tc>
        <w:tc>
          <w:tcPr>
            <w:tcW w:w="1706" w:type="dxa"/>
            <w:gridSpan w:val="2"/>
          </w:tcPr>
          <w:p w14:paraId="4C8E8A86" w14:textId="77777777" w:rsidR="00F25E9F" w:rsidRDefault="00F25E9F" w:rsidP="00BA5A9D">
            <w:r>
              <w:rPr>
                <w:sz w:val="16"/>
              </w:rPr>
              <w:t>241300000240</w:t>
            </w:r>
          </w:p>
        </w:tc>
        <w:tc>
          <w:tcPr>
            <w:tcW w:w="1691" w:type="dxa"/>
          </w:tcPr>
          <w:p w14:paraId="13651072" w14:textId="77777777" w:rsidR="00F25E9F" w:rsidRDefault="00F25E9F" w:rsidP="00BA5A9D">
            <w:r>
              <w:rPr>
                <w:sz w:val="16"/>
              </w:rPr>
              <w:t>185786</w:t>
            </w:r>
          </w:p>
        </w:tc>
        <w:tc>
          <w:tcPr>
            <w:tcW w:w="1701" w:type="dxa"/>
          </w:tcPr>
          <w:p w14:paraId="2734B01F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2F65BF64" w14:textId="77777777" w:rsidTr="001365F3">
        <w:trPr>
          <w:jc w:val="center"/>
        </w:trPr>
        <w:tc>
          <w:tcPr>
            <w:tcW w:w="993" w:type="dxa"/>
          </w:tcPr>
          <w:p w14:paraId="02612600" w14:textId="77777777" w:rsidR="00F25E9F" w:rsidRDefault="00F25E9F" w:rsidP="00BA5A9D">
            <w:r>
              <w:rPr>
                <w:sz w:val="16"/>
              </w:rPr>
              <w:t>330</w:t>
            </w:r>
          </w:p>
        </w:tc>
        <w:tc>
          <w:tcPr>
            <w:tcW w:w="3685" w:type="dxa"/>
          </w:tcPr>
          <w:p w14:paraId="63FB76E9" w14:textId="77777777" w:rsidR="00F25E9F" w:rsidRDefault="00F25E9F" w:rsidP="00BA5A9D">
            <w:proofErr w:type="spellStart"/>
            <w:r>
              <w:rPr>
                <w:sz w:val="16"/>
              </w:rPr>
              <w:t>Компьютер</w:t>
            </w:r>
            <w:proofErr w:type="spellEnd"/>
            <w:r>
              <w:rPr>
                <w:sz w:val="16"/>
              </w:rPr>
              <w:t xml:space="preserve"> в </w:t>
            </w:r>
            <w:proofErr w:type="spellStart"/>
            <w:r>
              <w:rPr>
                <w:sz w:val="16"/>
              </w:rPr>
              <w:t>комплекте</w:t>
            </w:r>
            <w:proofErr w:type="spellEnd"/>
          </w:p>
        </w:tc>
        <w:tc>
          <w:tcPr>
            <w:tcW w:w="1706" w:type="dxa"/>
            <w:gridSpan w:val="2"/>
          </w:tcPr>
          <w:p w14:paraId="44220C15" w14:textId="77777777" w:rsidR="00F25E9F" w:rsidRDefault="00F25E9F" w:rsidP="00BA5A9D">
            <w:r>
              <w:rPr>
                <w:sz w:val="16"/>
              </w:rPr>
              <w:t>241300000021</w:t>
            </w:r>
          </w:p>
        </w:tc>
        <w:tc>
          <w:tcPr>
            <w:tcW w:w="1691" w:type="dxa"/>
          </w:tcPr>
          <w:p w14:paraId="69365EB0" w14:textId="77777777" w:rsidR="00F25E9F" w:rsidRDefault="00F25E9F" w:rsidP="00BA5A9D">
            <w:r>
              <w:rPr>
                <w:sz w:val="16"/>
              </w:rPr>
              <w:t>240000</w:t>
            </w:r>
          </w:p>
        </w:tc>
        <w:tc>
          <w:tcPr>
            <w:tcW w:w="1701" w:type="dxa"/>
          </w:tcPr>
          <w:p w14:paraId="65DB76B4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8E2DF6B" w14:textId="77777777" w:rsidTr="001365F3">
        <w:trPr>
          <w:jc w:val="center"/>
        </w:trPr>
        <w:tc>
          <w:tcPr>
            <w:tcW w:w="993" w:type="dxa"/>
          </w:tcPr>
          <w:p w14:paraId="6D6C3DA9" w14:textId="77777777" w:rsidR="00F25E9F" w:rsidRDefault="00F25E9F" w:rsidP="00BA5A9D">
            <w:r>
              <w:rPr>
                <w:sz w:val="16"/>
              </w:rPr>
              <w:t>331</w:t>
            </w:r>
          </w:p>
        </w:tc>
        <w:tc>
          <w:tcPr>
            <w:tcW w:w="3685" w:type="dxa"/>
          </w:tcPr>
          <w:p w14:paraId="6C867088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Устройство многофункциональное, печать лазерная, разрешение 2400*600 </w:t>
            </w:r>
            <w:r>
              <w:rPr>
                <w:sz w:val="16"/>
              </w:rPr>
              <w:t>dpi</w:t>
            </w:r>
          </w:p>
        </w:tc>
        <w:tc>
          <w:tcPr>
            <w:tcW w:w="1706" w:type="dxa"/>
            <w:gridSpan w:val="2"/>
          </w:tcPr>
          <w:p w14:paraId="6E4D7D6B" w14:textId="77777777" w:rsidR="00F25E9F" w:rsidRDefault="00F25E9F" w:rsidP="00BA5A9D">
            <w:r>
              <w:rPr>
                <w:sz w:val="16"/>
              </w:rPr>
              <w:t>241300000160</w:t>
            </w:r>
          </w:p>
        </w:tc>
        <w:tc>
          <w:tcPr>
            <w:tcW w:w="1691" w:type="dxa"/>
          </w:tcPr>
          <w:p w14:paraId="2DD175AC" w14:textId="77777777" w:rsidR="00F25E9F" w:rsidRDefault="00F25E9F" w:rsidP="00BA5A9D">
            <w:r>
              <w:rPr>
                <w:sz w:val="16"/>
              </w:rPr>
              <w:t>68544</w:t>
            </w:r>
          </w:p>
        </w:tc>
        <w:tc>
          <w:tcPr>
            <w:tcW w:w="1701" w:type="dxa"/>
          </w:tcPr>
          <w:p w14:paraId="579C0E71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6AC28C92" w14:textId="77777777" w:rsidTr="001365F3">
        <w:trPr>
          <w:jc w:val="center"/>
        </w:trPr>
        <w:tc>
          <w:tcPr>
            <w:tcW w:w="993" w:type="dxa"/>
          </w:tcPr>
          <w:p w14:paraId="52A1C198" w14:textId="77777777" w:rsidR="00F25E9F" w:rsidRDefault="00F25E9F" w:rsidP="00BA5A9D">
            <w:r>
              <w:rPr>
                <w:sz w:val="16"/>
              </w:rPr>
              <w:t>332</w:t>
            </w:r>
          </w:p>
        </w:tc>
        <w:tc>
          <w:tcPr>
            <w:tcW w:w="3685" w:type="dxa"/>
          </w:tcPr>
          <w:p w14:paraId="228CC720" w14:textId="77777777" w:rsidR="00F25E9F" w:rsidRDefault="00F25E9F" w:rsidP="00BA5A9D">
            <w:r>
              <w:rPr>
                <w:sz w:val="16"/>
              </w:rPr>
              <w:t>Принтер Canon LBP-6030</w:t>
            </w:r>
          </w:p>
        </w:tc>
        <w:tc>
          <w:tcPr>
            <w:tcW w:w="1706" w:type="dxa"/>
            <w:gridSpan w:val="2"/>
          </w:tcPr>
          <w:p w14:paraId="161FE66D" w14:textId="77777777" w:rsidR="00F25E9F" w:rsidRDefault="00F25E9F" w:rsidP="00BA5A9D">
            <w:r>
              <w:rPr>
                <w:sz w:val="16"/>
              </w:rPr>
              <w:t>241300000245</w:t>
            </w:r>
          </w:p>
        </w:tc>
        <w:tc>
          <w:tcPr>
            <w:tcW w:w="1691" w:type="dxa"/>
          </w:tcPr>
          <w:p w14:paraId="60D7926D" w14:textId="77777777" w:rsidR="00F25E9F" w:rsidRDefault="00F25E9F" w:rsidP="00BA5A9D">
            <w:r>
              <w:rPr>
                <w:sz w:val="16"/>
              </w:rPr>
              <w:t>22320</w:t>
            </w:r>
          </w:p>
        </w:tc>
        <w:tc>
          <w:tcPr>
            <w:tcW w:w="1701" w:type="dxa"/>
          </w:tcPr>
          <w:p w14:paraId="49194D98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50EBDB7A" w14:textId="77777777" w:rsidTr="001365F3">
        <w:trPr>
          <w:jc w:val="center"/>
        </w:trPr>
        <w:tc>
          <w:tcPr>
            <w:tcW w:w="993" w:type="dxa"/>
          </w:tcPr>
          <w:p w14:paraId="44979A66" w14:textId="77777777" w:rsidR="00F25E9F" w:rsidRDefault="00F25E9F" w:rsidP="00BA5A9D">
            <w:r>
              <w:rPr>
                <w:sz w:val="16"/>
              </w:rPr>
              <w:t>333</w:t>
            </w:r>
          </w:p>
        </w:tc>
        <w:tc>
          <w:tcPr>
            <w:tcW w:w="3685" w:type="dxa"/>
          </w:tcPr>
          <w:p w14:paraId="070B2156" w14:textId="77777777" w:rsidR="00F25E9F" w:rsidRPr="000003D3" w:rsidRDefault="00F25E9F" w:rsidP="00BA5A9D">
            <w:pPr>
              <w:rPr>
                <w:lang w:val="ru-RU"/>
              </w:rPr>
            </w:pPr>
            <w:proofErr w:type="spellStart"/>
            <w:r w:rsidRPr="000003D3">
              <w:rPr>
                <w:sz w:val="16"/>
                <w:lang w:val="ru-RU"/>
              </w:rPr>
              <w:t>Доп.лицензия</w:t>
            </w:r>
            <w:proofErr w:type="spellEnd"/>
            <w:r w:rsidRPr="000003D3">
              <w:rPr>
                <w:sz w:val="16"/>
                <w:lang w:val="ru-RU"/>
              </w:rPr>
              <w:t xml:space="preserve"> ПО 1С:Предприятие:8</w:t>
            </w:r>
          </w:p>
        </w:tc>
        <w:tc>
          <w:tcPr>
            <w:tcW w:w="1706" w:type="dxa"/>
            <w:gridSpan w:val="2"/>
          </w:tcPr>
          <w:p w14:paraId="1D78AF87" w14:textId="77777777" w:rsidR="00F25E9F" w:rsidRDefault="00F25E9F" w:rsidP="00BA5A9D">
            <w:r>
              <w:rPr>
                <w:sz w:val="16"/>
              </w:rPr>
              <w:t>273000000031</w:t>
            </w:r>
          </w:p>
        </w:tc>
        <w:tc>
          <w:tcPr>
            <w:tcW w:w="1691" w:type="dxa"/>
          </w:tcPr>
          <w:p w14:paraId="39F28DBC" w14:textId="77777777" w:rsidR="00F25E9F" w:rsidRDefault="00F25E9F" w:rsidP="00BA5A9D">
            <w:r>
              <w:rPr>
                <w:sz w:val="16"/>
              </w:rPr>
              <w:t>22500</w:t>
            </w:r>
          </w:p>
        </w:tc>
        <w:tc>
          <w:tcPr>
            <w:tcW w:w="1701" w:type="dxa"/>
          </w:tcPr>
          <w:p w14:paraId="293427E9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13160F8B" w14:textId="77777777" w:rsidTr="001365F3">
        <w:trPr>
          <w:jc w:val="center"/>
        </w:trPr>
        <w:tc>
          <w:tcPr>
            <w:tcW w:w="993" w:type="dxa"/>
          </w:tcPr>
          <w:p w14:paraId="034FBC41" w14:textId="77777777" w:rsidR="00F25E9F" w:rsidRDefault="00F25E9F" w:rsidP="00BA5A9D">
            <w:r>
              <w:rPr>
                <w:sz w:val="16"/>
              </w:rPr>
              <w:t>334</w:t>
            </w:r>
          </w:p>
        </w:tc>
        <w:tc>
          <w:tcPr>
            <w:tcW w:w="3685" w:type="dxa"/>
          </w:tcPr>
          <w:p w14:paraId="24F5B06E" w14:textId="77777777" w:rsidR="00F25E9F" w:rsidRPr="000003D3" w:rsidRDefault="00F25E9F" w:rsidP="00BA5A9D">
            <w:pPr>
              <w:rPr>
                <w:lang w:val="ru-RU"/>
              </w:rPr>
            </w:pPr>
            <w:proofErr w:type="spellStart"/>
            <w:r w:rsidRPr="000003D3">
              <w:rPr>
                <w:sz w:val="16"/>
                <w:lang w:val="ru-RU"/>
              </w:rPr>
              <w:t>Доп.лицензия</w:t>
            </w:r>
            <w:proofErr w:type="spellEnd"/>
            <w:r w:rsidRPr="000003D3">
              <w:rPr>
                <w:sz w:val="16"/>
                <w:lang w:val="ru-RU"/>
              </w:rPr>
              <w:t xml:space="preserve"> ПО 1С:Предприятие:8</w:t>
            </w:r>
          </w:p>
        </w:tc>
        <w:tc>
          <w:tcPr>
            <w:tcW w:w="1706" w:type="dxa"/>
            <w:gridSpan w:val="2"/>
          </w:tcPr>
          <w:p w14:paraId="020D2E6B" w14:textId="77777777" w:rsidR="00F25E9F" w:rsidRDefault="00F25E9F" w:rsidP="00BA5A9D">
            <w:r>
              <w:rPr>
                <w:sz w:val="16"/>
              </w:rPr>
              <w:t>273000000032</w:t>
            </w:r>
          </w:p>
        </w:tc>
        <w:tc>
          <w:tcPr>
            <w:tcW w:w="1691" w:type="dxa"/>
          </w:tcPr>
          <w:p w14:paraId="4EBA6B14" w14:textId="77777777" w:rsidR="00F25E9F" w:rsidRDefault="00F25E9F" w:rsidP="00BA5A9D">
            <w:r>
              <w:rPr>
                <w:sz w:val="16"/>
              </w:rPr>
              <w:t>22500</w:t>
            </w:r>
          </w:p>
        </w:tc>
        <w:tc>
          <w:tcPr>
            <w:tcW w:w="1701" w:type="dxa"/>
          </w:tcPr>
          <w:p w14:paraId="60AACA0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F25E9F" w14:paraId="37C6C921" w14:textId="77777777" w:rsidTr="001365F3">
        <w:trPr>
          <w:jc w:val="center"/>
        </w:trPr>
        <w:tc>
          <w:tcPr>
            <w:tcW w:w="993" w:type="dxa"/>
          </w:tcPr>
          <w:p w14:paraId="505F1186" w14:textId="77777777" w:rsidR="00F25E9F" w:rsidRDefault="00F25E9F" w:rsidP="00BA5A9D">
            <w:r>
              <w:rPr>
                <w:sz w:val="16"/>
              </w:rPr>
              <w:t>335</w:t>
            </w:r>
          </w:p>
        </w:tc>
        <w:tc>
          <w:tcPr>
            <w:tcW w:w="3685" w:type="dxa"/>
          </w:tcPr>
          <w:p w14:paraId="6A302D33" w14:textId="77777777" w:rsidR="00F25E9F" w:rsidRPr="000003D3" w:rsidRDefault="00F25E9F" w:rsidP="00BA5A9D">
            <w:pPr>
              <w:rPr>
                <w:lang w:val="ru-RU"/>
              </w:rPr>
            </w:pPr>
            <w:r w:rsidRPr="000003D3">
              <w:rPr>
                <w:sz w:val="16"/>
                <w:lang w:val="ru-RU"/>
              </w:rPr>
              <w:t xml:space="preserve">Мультимедийное программное обеспечение </w:t>
            </w:r>
            <w:proofErr w:type="spellStart"/>
            <w:r w:rsidRPr="000003D3">
              <w:rPr>
                <w:sz w:val="16"/>
                <w:lang w:val="ru-RU"/>
              </w:rPr>
              <w:t>Лиценз</w:t>
            </w:r>
            <w:proofErr w:type="spellEnd"/>
            <w:r w:rsidRPr="000003D3">
              <w:rPr>
                <w:sz w:val="16"/>
                <w:lang w:val="ru-RU"/>
              </w:rPr>
              <w:t>.-диск 1</w:t>
            </w:r>
          </w:p>
        </w:tc>
        <w:tc>
          <w:tcPr>
            <w:tcW w:w="1706" w:type="dxa"/>
            <w:gridSpan w:val="2"/>
          </w:tcPr>
          <w:p w14:paraId="040FF780" w14:textId="77777777" w:rsidR="00F25E9F" w:rsidRDefault="00F25E9F" w:rsidP="00BA5A9D">
            <w:r>
              <w:rPr>
                <w:sz w:val="16"/>
              </w:rPr>
              <w:t>273000000033</w:t>
            </w:r>
          </w:p>
        </w:tc>
        <w:tc>
          <w:tcPr>
            <w:tcW w:w="1691" w:type="dxa"/>
          </w:tcPr>
          <w:p w14:paraId="73969D0C" w14:textId="77777777" w:rsidR="00F25E9F" w:rsidRDefault="00F25E9F" w:rsidP="00BA5A9D">
            <w:r>
              <w:rPr>
                <w:sz w:val="16"/>
              </w:rPr>
              <w:t>801500</w:t>
            </w:r>
          </w:p>
        </w:tc>
        <w:tc>
          <w:tcPr>
            <w:tcW w:w="1701" w:type="dxa"/>
          </w:tcPr>
          <w:p w14:paraId="7413D45C" w14:textId="77777777" w:rsidR="00F25E9F" w:rsidRDefault="00F25E9F" w:rsidP="00BA5A9D">
            <w:r>
              <w:rPr>
                <w:sz w:val="16"/>
              </w:rPr>
              <w:t>0</w:t>
            </w:r>
          </w:p>
        </w:tc>
      </w:tr>
      <w:tr w:rsidR="001365F3" w14:paraId="1A1BA474" w14:textId="77777777" w:rsidTr="00BA5A9D">
        <w:trPr>
          <w:jc w:val="center"/>
        </w:trPr>
        <w:tc>
          <w:tcPr>
            <w:tcW w:w="993" w:type="dxa"/>
          </w:tcPr>
          <w:p w14:paraId="601ECCA1" w14:textId="77777777" w:rsidR="001365F3" w:rsidRDefault="001365F3" w:rsidP="00BA5A9D">
            <w:r>
              <w:rPr>
                <w:sz w:val="16"/>
              </w:rPr>
              <w:t>336</w:t>
            </w:r>
          </w:p>
        </w:tc>
        <w:tc>
          <w:tcPr>
            <w:tcW w:w="3685" w:type="dxa"/>
          </w:tcPr>
          <w:p w14:paraId="189D2DEF" w14:textId="77777777" w:rsidR="001365F3" w:rsidRDefault="001365F3" w:rsidP="00BA5A9D">
            <w:r>
              <w:rPr>
                <w:sz w:val="16"/>
              </w:rPr>
              <w:t xml:space="preserve">ПО 1С </w:t>
            </w:r>
            <w:proofErr w:type="spellStart"/>
            <w:r>
              <w:rPr>
                <w:sz w:val="16"/>
              </w:rPr>
              <w:t>Предприятие</w:t>
            </w:r>
            <w:proofErr w:type="spellEnd"/>
            <w:r>
              <w:rPr>
                <w:sz w:val="16"/>
              </w:rPr>
              <w:t xml:space="preserve">: </w:t>
            </w:r>
            <w:proofErr w:type="spellStart"/>
            <w:r>
              <w:rPr>
                <w:sz w:val="16"/>
              </w:rPr>
              <w:t>Бухгалтерия</w:t>
            </w:r>
            <w:proofErr w:type="spellEnd"/>
            <w:r>
              <w:rPr>
                <w:sz w:val="16"/>
              </w:rPr>
              <w:t xml:space="preserve"> 8.2</w:t>
            </w:r>
          </w:p>
        </w:tc>
        <w:tc>
          <w:tcPr>
            <w:tcW w:w="1696" w:type="dxa"/>
          </w:tcPr>
          <w:p w14:paraId="60F7DD73" w14:textId="3AAB3ABA" w:rsidR="001365F3" w:rsidRDefault="00D87B42" w:rsidP="00BA5A9D">
            <w:r>
              <w:rPr>
                <w:sz w:val="16"/>
              </w:rPr>
              <w:t>273000000034</w:t>
            </w:r>
          </w:p>
        </w:tc>
        <w:tc>
          <w:tcPr>
            <w:tcW w:w="1701" w:type="dxa"/>
            <w:gridSpan w:val="2"/>
          </w:tcPr>
          <w:p w14:paraId="1FF76463" w14:textId="4B09CC98" w:rsidR="001365F3" w:rsidRPr="00D87B42" w:rsidRDefault="00D87B42" w:rsidP="00BA5A9D">
            <w:pPr>
              <w:rPr>
                <w:lang w:val="kk-KZ"/>
              </w:rPr>
            </w:pPr>
            <w:r>
              <w:rPr>
                <w:sz w:val="16"/>
                <w:lang w:val="kk-KZ"/>
              </w:rPr>
              <w:t>4</w:t>
            </w:r>
            <w:r>
              <w:rPr>
                <w:sz w:val="16"/>
              </w:rPr>
              <w:t>5</w:t>
            </w:r>
            <w:r>
              <w:rPr>
                <w:sz w:val="16"/>
                <w:lang w:val="kk-KZ"/>
              </w:rPr>
              <w:t>0</w:t>
            </w:r>
            <w:r>
              <w:rPr>
                <w:sz w:val="16"/>
              </w:rPr>
              <w:t>00</w:t>
            </w:r>
          </w:p>
        </w:tc>
        <w:tc>
          <w:tcPr>
            <w:tcW w:w="1701" w:type="dxa"/>
          </w:tcPr>
          <w:p w14:paraId="68F85682" w14:textId="5B90728E" w:rsidR="001365F3" w:rsidRDefault="001365F3" w:rsidP="00BA5A9D">
            <w:r>
              <w:rPr>
                <w:sz w:val="16"/>
              </w:rPr>
              <w:t>0</w:t>
            </w:r>
          </w:p>
        </w:tc>
      </w:tr>
    </w:tbl>
    <w:p w14:paraId="4BCEA3D8" w14:textId="77777777" w:rsidR="00E964B9" w:rsidRDefault="00E964B9" w:rsidP="00E964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u-RU"/>
          <w14:ligatures w14:val="none"/>
        </w:rPr>
      </w:pPr>
    </w:p>
    <w:p w14:paraId="62F1E9C8" w14:textId="77777777" w:rsidR="00E964B9" w:rsidRDefault="00E964B9" w:rsidP="00E964B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val="ru-RU"/>
          <w14:ligatures w14:val="none"/>
        </w:rPr>
      </w:pPr>
    </w:p>
    <w:p w14:paraId="080EE948" w14:textId="77777777" w:rsidR="00A71D8B" w:rsidRDefault="00A71D8B"/>
    <w:sectPr w:rsidR="00A71D8B" w:rsidSect="00E05242">
      <w:pgSz w:w="11906" w:h="16838"/>
      <w:pgMar w:top="1276" w:right="851" w:bottom="141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19C7669"/>
    <w:multiLevelType w:val="multilevel"/>
    <w:tmpl w:val="D7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34C30BE"/>
    <w:multiLevelType w:val="multilevel"/>
    <w:tmpl w:val="33E67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03D31D6"/>
    <w:multiLevelType w:val="multilevel"/>
    <w:tmpl w:val="51B4C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6666D7"/>
    <w:multiLevelType w:val="multilevel"/>
    <w:tmpl w:val="300A3AE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3">
    <w:nsid w:val="5E693F31"/>
    <w:multiLevelType w:val="multilevel"/>
    <w:tmpl w:val="0C14C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12"/>
  </w:num>
  <w:num w:numId="5">
    <w:abstractNumId w:val="9"/>
  </w:num>
  <w:num w:numId="6">
    <w:abstractNumId w:val="8"/>
  </w:num>
  <w:num w:numId="7">
    <w:abstractNumId w:val="6"/>
  </w:num>
  <w:num w:numId="8">
    <w:abstractNumId w:val="5"/>
  </w:num>
  <w:num w:numId="9">
    <w:abstractNumId w:val="4"/>
  </w:num>
  <w:num w:numId="10">
    <w:abstractNumId w:val="7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B5F"/>
    <w:rsid w:val="001006C2"/>
    <w:rsid w:val="001365F3"/>
    <w:rsid w:val="00171B5F"/>
    <w:rsid w:val="001A3316"/>
    <w:rsid w:val="00384B5C"/>
    <w:rsid w:val="005E1E6E"/>
    <w:rsid w:val="006035FF"/>
    <w:rsid w:val="0096486B"/>
    <w:rsid w:val="00A71D8B"/>
    <w:rsid w:val="00AE5936"/>
    <w:rsid w:val="00BA5A9D"/>
    <w:rsid w:val="00CE7BE8"/>
    <w:rsid w:val="00D87B42"/>
    <w:rsid w:val="00E05242"/>
    <w:rsid w:val="00E964B9"/>
    <w:rsid w:val="00E96B05"/>
    <w:rsid w:val="00EC2D06"/>
    <w:rsid w:val="00F25E9F"/>
    <w:rsid w:val="00F45544"/>
    <w:rsid w:val="00FA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F22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kk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171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1">
    <w:name w:val="heading 2"/>
    <w:basedOn w:val="a1"/>
    <w:next w:val="a1"/>
    <w:link w:val="22"/>
    <w:uiPriority w:val="9"/>
    <w:unhideWhenUsed/>
    <w:qFormat/>
    <w:rsid w:val="00171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1">
    <w:name w:val="heading 3"/>
    <w:basedOn w:val="a1"/>
    <w:next w:val="a1"/>
    <w:link w:val="32"/>
    <w:uiPriority w:val="9"/>
    <w:unhideWhenUsed/>
    <w:qFormat/>
    <w:rsid w:val="00171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171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171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171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71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171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171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171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2">
    <w:name w:val="Заголовок 2 Знак"/>
    <w:basedOn w:val="a2"/>
    <w:link w:val="21"/>
    <w:uiPriority w:val="9"/>
    <w:rsid w:val="00171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2">
    <w:name w:val="Заголовок 3 Знак"/>
    <w:basedOn w:val="a2"/>
    <w:link w:val="31"/>
    <w:uiPriority w:val="9"/>
    <w:rsid w:val="00171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2"/>
    <w:link w:val="4"/>
    <w:uiPriority w:val="9"/>
    <w:semiHidden/>
    <w:rsid w:val="00171B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sid w:val="00171B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171B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2"/>
    <w:link w:val="7"/>
    <w:uiPriority w:val="9"/>
    <w:semiHidden/>
    <w:rsid w:val="00171B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2"/>
    <w:link w:val="8"/>
    <w:uiPriority w:val="9"/>
    <w:semiHidden/>
    <w:rsid w:val="00171B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2"/>
    <w:link w:val="9"/>
    <w:uiPriority w:val="9"/>
    <w:semiHidden/>
    <w:rsid w:val="00171B5F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1"/>
    <w:next w:val="a1"/>
    <w:link w:val="a6"/>
    <w:uiPriority w:val="10"/>
    <w:qFormat/>
    <w:rsid w:val="00171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2"/>
    <w:link w:val="a5"/>
    <w:uiPriority w:val="10"/>
    <w:rsid w:val="00171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1"/>
    <w:next w:val="a1"/>
    <w:link w:val="a8"/>
    <w:uiPriority w:val="11"/>
    <w:qFormat/>
    <w:rsid w:val="00171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2"/>
    <w:link w:val="a7"/>
    <w:uiPriority w:val="11"/>
    <w:rsid w:val="00171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1"/>
    <w:next w:val="a1"/>
    <w:link w:val="24"/>
    <w:uiPriority w:val="29"/>
    <w:qFormat/>
    <w:rsid w:val="00171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2"/>
    <w:link w:val="23"/>
    <w:uiPriority w:val="29"/>
    <w:rsid w:val="00171B5F"/>
    <w:rPr>
      <w:i/>
      <w:iCs/>
      <w:color w:val="404040" w:themeColor="text1" w:themeTint="BF"/>
    </w:rPr>
  </w:style>
  <w:style w:type="paragraph" w:styleId="a9">
    <w:name w:val="List Paragraph"/>
    <w:basedOn w:val="a1"/>
    <w:uiPriority w:val="34"/>
    <w:qFormat/>
    <w:rsid w:val="00171B5F"/>
    <w:pPr>
      <w:ind w:left="720"/>
      <w:contextualSpacing/>
    </w:pPr>
  </w:style>
  <w:style w:type="character" w:styleId="aa">
    <w:name w:val="Intense Emphasis"/>
    <w:basedOn w:val="a2"/>
    <w:uiPriority w:val="21"/>
    <w:qFormat/>
    <w:rsid w:val="00171B5F"/>
    <w:rPr>
      <w:i/>
      <w:iCs/>
      <w:color w:val="0F4761" w:themeColor="accent1" w:themeShade="BF"/>
    </w:rPr>
  </w:style>
  <w:style w:type="paragraph" w:styleId="ab">
    <w:name w:val="Intense Quote"/>
    <w:basedOn w:val="a1"/>
    <w:next w:val="a1"/>
    <w:link w:val="ac"/>
    <w:uiPriority w:val="30"/>
    <w:qFormat/>
    <w:rsid w:val="00171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Выделенная цитата Знак"/>
    <w:basedOn w:val="a2"/>
    <w:link w:val="ab"/>
    <w:uiPriority w:val="30"/>
    <w:rsid w:val="00171B5F"/>
    <w:rPr>
      <w:i/>
      <w:iCs/>
      <w:color w:val="0F4761" w:themeColor="accent1" w:themeShade="BF"/>
    </w:rPr>
  </w:style>
  <w:style w:type="character" w:styleId="ad">
    <w:name w:val="Intense Reference"/>
    <w:basedOn w:val="a2"/>
    <w:uiPriority w:val="32"/>
    <w:qFormat/>
    <w:rsid w:val="00171B5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1"/>
    <w:link w:val="af"/>
    <w:uiPriority w:val="99"/>
    <w:unhideWhenUsed/>
    <w:rsid w:val="0096486B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af">
    <w:name w:val="Верхний колонтитул Знак"/>
    <w:basedOn w:val="a2"/>
    <w:link w:val="ae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0">
    <w:name w:val="footer"/>
    <w:basedOn w:val="a1"/>
    <w:link w:val="af1"/>
    <w:uiPriority w:val="99"/>
    <w:unhideWhenUsed/>
    <w:rsid w:val="0096486B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af1">
    <w:name w:val="Нижний колонтитул Знак"/>
    <w:basedOn w:val="a2"/>
    <w:link w:val="af0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2">
    <w:name w:val="No Spacing"/>
    <w:uiPriority w:val="1"/>
    <w:qFormat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af3">
    <w:name w:val="Body Text"/>
    <w:basedOn w:val="a1"/>
    <w:link w:val="af4"/>
    <w:uiPriority w:val="99"/>
    <w:unhideWhenUsed/>
    <w:rsid w:val="0096486B"/>
    <w:pPr>
      <w:spacing w:after="120" w:line="276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af4">
    <w:name w:val="Основной текст Знак"/>
    <w:basedOn w:val="a2"/>
    <w:link w:val="af3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5">
    <w:name w:val="Body Text 2"/>
    <w:basedOn w:val="a1"/>
    <w:link w:val="26"/>
    <w:uiPriority w:val="99"/>
    <w:unhideWhenUsed/>
    <w:rsid w:val="0096486B"/>
    <w:pPr>
      <w:spacing w:after="120" w:line="480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26">
    <w:name w:val="Основной текст 2 Знак"/>
    <w:basedOn w:val="a2"/>
    <w:link w:val="25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3">
    <w:name w:val="Body Text 3"/>
    <w:basedOn w:val="a1"/>
    <w:link w:val="34"/>
    <w:uiPriority w:val="99"/>
    <w:unhideWhenUsed/>
    <w:rsid w:val="0096486B"/>
    <w:pPr>
      <w:spacing w:after="120" w:line="276" w:lineRule="auto"/>
    </w:pPr>
    <w:rPr>
      <w:rFonts w:ascii="Times New Roman" w:eastAsiaTheme="minorEastAsia" w:hAnsi="Times New Roman"/>
      <w:kern w:val="0"/>
      <w:sz w:val="16"/>
      <w:szCs w:val="16"/>
      <w:lang w:val="en-US"/>
      <w14:ligatures w14:val="none"/>
    </w:rPr>
  </w:style>
  <w:style w:type="character" w:customStyle="1" w:styleId="34">
    <w:name w:val="Основной текст 3 Знак"/>
    <w:basedOn w:val="a2"/>
    <w:link w:val="33"/>
    <w:uiPriority w:val="99"/>
    <w:rsid w:val="0096486B"/>
    <w:rPr>
      <w:rFonts w:ascii="Times New Roman" w:eastAsiaTheme="minorEastAsia" w:hAnsi="Times New Roman"/>
      <w:kern w:val="0"/>
      <w:sz w:val="16"/>
      <w:szCs w:val="16"/>
      <w:lang w:val="en-US"/>
      <w14:ligatures w14:val="none"/>
    </w:rPr>
  </w:style>
  <w:style w:type="paragraph" w:styleId="af5">
    <w:name w:val="List"/>
    <w:basedOn w:val="a1"/>
    <w:uiPriority w:val="99"/>
    <w:unhideWhenUsed/>
    <w:rsid w:val="0096486B"/>
    <w:pPr>
      <w:spacing w:after="200" w:line="276" w:lineRule="auto"/>
      <w:ind w:left="360" w:hanging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7">
    <w:name w:val="List 2"/>
    <w:basedOn w:val="a1"/>
    <w:uiPriority w:val="99"/>
    <w:unhideWhenUsed/>
    <w:rsid w:val="0096486B"/>
    <w:pPr>
      <w:spacing w:after="200" w:line="276" w:lineRule="auto"/>
      <w:ind w:left="720" w:hanging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5">
    <w:name w:val="List 3"/>
    <w:basedOn w:val="a1"/>
    <w:uiPriority w:val="99"/>
    <w:unhideWhenUsed/>
    <w:rsid w:val="0096486B"/>
    <w:pPr>
      <w:spacing w:after="200" w:line="276" w:lineRule="auto"/>
      <w:ind w:left="1080" w:hanging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0">
    <w:name w:val="List Bullet"/>
    <w:basedOn w:val="a1"/>
    <w:uiPriority w:val="99"/>
    <w:unhideWhenUsed/>
    <w:rsid w:val="0096486B"/>
    <w:pPr>
      <w:numPr>
        <w:numId w:val="6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0">
    <w:name w:val="List Bullet 2"/>
    <w:basedOn w:val="a1"/>
    <w:uiPriority w:val="99"/>
    <w:unhideWhenUsed/>
    <w:rsid w:val="0096486B"/>
    <w:pPr>
      <w:numPr>
        <w:numId w:val="7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0">
    <w:name w:val="List Bullet 3"/>
    <w:basedOn w:val="a1"/>
    <w:uiPriority w:val="99"/>
    <w:unhideWhenUsed/>
    <w:rsid w:val="0096486B"/>
    <w:pPr>
      <w:numPr>
        <w:numId w:val="8"/>
      </w:numPr>
      <w:tabs>
        <w:tab w:val="clear" w:pos="108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">
    <w:name w:val="List Number"/>
    <w:basedOn w:val="a1"/>
    <w:uiPriority w:val="99"/>
    <w:unhideWhenUsed/>
    <w:rsid w:val="0096486B"/>
    <w:pPr>
      <w:numPr>
        <w:numId w:val="10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">
    <w:name w:val="List Number 2"/>
    <w:basedOn w:val="a1"/>
    <w:uiPriority w:val="99"/>
    <w:unhideWhenUsed/>
    <w:rsid w:val="0096486B"/>
    <w:pPr>
      <w:numPr>
        <w:numId w:val="11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">
    <w:name w:val="List Number 3"/>
    <w:basedOn w:val="a1"/>
    <w:uiPriority w:val="99"/>
    <w:unhideWhenUsed/>
    <w:rsid w:val="0096486B"/>
    <w:pPr>
      <w:numPr>
        <w:numId w:val="12"/>
      </w:numPr>
      <w:tabs>
        <w:tab w:val="clear" w:pos="108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6">
    <w:name w:val="List Continue"/>
    <w:basedOn w:val="a1"/>
    <w:uiPriority w:val="99"/>
    <w:unhideWhenUsed/>
    <w:rsid w:val="0096486B"/>
    <w:pPr>
      <w:spacing w:after="120" w:line="276" w:lineRule="auto"/>
      <w:ind w:left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8">
    <w:name w:val="List Continue 2"/>
    <w:basedOn w:val="a1"/>
    <w:uiPriority w:val="99"/>
    <w:unhideWhenUsed/>
    <w:rsid w:val="0096486B"/>
    <w:pPr>
      <w:spacing w:after="120" w:line="276" w:lineRule="auto"/>
      <w:ind w:left="72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6">
    <w:name w:val="List Continue 3"/>
    <w:basedOn w:val="a1"/>
    <w:uiPriority w:val="99"/>
    <w:unhideWhenUsed/>
    <w:rsid w:val="0096486B"/>
    <w:pPr>
      <w:spacing w:after="120" w:line="276" w:lineRule="auto"/>
      <w:ind w:left="108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7">
    <w:name w:val="macro"/>
    <w:link w:val="af8"/>
    <w:uiPriority w:val="99"/>
    <w:unhideWhenUsed/>
    <w:rsid w:val="0096486B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kern w:val="0"/>
      <w:sz w:val="20"/>
      <w:szCs w:val="20"/>
      <w:lang w:val="en-US"/>
      <w14:ligatures w14:val="none"/>
    </w:rPr>
  </w:style>
  <w:style w:type="character" w:customStyle="1" w:styleId="af8">
    <w:name w:val="Текст макроса Знак"/>
    <w:basedOn w:val="a2"/>
    <w:link w:val="af7"/>
    <w:uiPriority w:val="99"/>
    <w:rsid w:val="0096486B"/>
    <w:rPr>
      <w:rFonts w:ascii="Courier" w:eastAsiaTheme="minorEastAsia" w:hAnsi="Courier"/>
      <w:kern w:val="0"/>
      <w:sz w:val="20"/>
      <w:szCs w:val="20"/>
      <w:lang w:val="en-US"/>
      <w14:ligatures w14:val="none"/>
    </w:rPr>
  </w:style>
  <w:style w:type="paragraph" w:styleId="af9">
    <w:name w:val="caption"/>
    <w:basedOn w:val="a1"/>
    <w:next w:val="a1"/>
    <w:uiPriority w:val="35"/>
    <w:semiHidden/>
    <w:unhideWhenUsed/>
    <w:qFormat/>
    <w:rsid w:val="0096486B"/>
    <w:pPr>
      <w:spacing w:after="200" w:line="240" w:lineRule="auto"/>
    </w:pPr>
    <w:rPr>
      <w:rFonts w:ascii="Times New Roman" w:eastAsiaTheme="minorEastAsia" w:hAnsi="Times New Roman"/>
      <w:b/>
      <w:bCs/>
      <w:color w:val="156082" w:themeColor="accent1"/>
      <w:kern w:val="0"/>
      <w:sz w:val="18"/>
      <w:szCs w:val="18"/>
      <w:lang w:val="en-US"/>
      <w14:ligatures w14:val="none"/>
    </w:rPr>
  </w:style>
  <w:style w:type="character" w:styleId="afa">
    <w:name w:val="Strong"/>
    <w:basedOn w:val="a2"/>
    <w:uiPriority w:val="22"/>
    <w:qFormat/>
    <w:rsid w:val="0096486B"/>
    <w:rPr>
      <w:b/>
      <w:bCs/>
    </w:rPr>
  </w:style>
  <w:style w:type="character" w:styleId="afb">
    <w:name w:val="Emphasis"/>
    <w:basedOn w:val="a2"/>
    <w:uiPriority w:val="20"/>
    <w:qFormat/>
    <w:rsid w:val="0096486B"/>
    <w:rPr>
      <w:i/>
      <w:iCs/>
    </w:rPr>
  </w:style>
  <w:style w:type="character" w:styleId="afc">
    <w:name w:val="Subtle Emphasis"/>
    <w:basedOn w:val="a2"/>
    <w:uiPriority w:val="19"/>
    <w:qFormat/>
    <w:rsid w:val="0096486B"/>
    <w:rPr>
      <w:i/>
      <w:iCs/>
      <w:color w:val="808080" w:themeColor="text1" w:themeTint="7F"/>
    </w:rPr>
  </w:style>
  <w:style w:type="character" w:styleId="afd">
    <w:name w:val="Subtle Reference"/>
    <w:basedOn w:val="a2"/>
    <w:uiPriority w:val="31"/>
    <w:qFormat/>
    <w:rsid w:val="0096486B"/>
    <w:rPr>
      <w:smallCaps/>
      <w:color w:val="E97132" w:themeColor="accent2"/>
      <w:u w:val="single"/>
    </w:rPr>
  </w:style>
  <w:style w:type="character" w:styleId="afe">
    <w:name w:val="Book Title"/>
    <w:basedOn w:val="a2"/>
    <w:uiPriority w:val="33"/>
    <w:qFormat/>
    <w:rsid w:val="0096486B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96486B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table" w:styleId="aff0">
    <w:name w:val="Table Grid"/>
    <w:basedOn w:val="a3"/>
    <w:uiPriority w:val="5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96486B"/>
    <w:pPr>
      <w:spacing w:after="0" w:line="240" w:lineRule="auto"/>
    </w:pPr>
    <w:rPr>
      <w:rFonts w:eastAsiaTheme="minorEastAsia"/>
      <w:color w:val="000000" w:themeColor="tex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96486B"/>
    <w:pPr>
      <w:spacing w:after="0" w:line="240" w:lineRule="auto"/>
    </w:pPr>
    <w:rPr>
      <w:rFonts w:eastAsiaTheme="minorEastAsia"/>
      <w:color w:val="0F4761" w:themeColor="accen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-2">
    <w:name w:val="Light Shading Accent 2"/>
    <w:basedOn w:val="a3"/>
    <w:uiPriority w:val="60"/>
    <w:rsid w:val="0096486B"/>
    <w:pPr>
      <w:spacing w:after="0" w:line="240" w:lineRule="auto"/>
    </w:pPr>
    <w:rPr>
      <w:rFonts w:eastAsiaTheme="minorEastAsia"/>
      <w:color w:val="BF4E14" w:themeColor="accent2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bottom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-3">
    <w:name w:val="Light Shading Accent 3"/>
    <w:basedOn w:val="a3"/>
    <w:uiPriority w:val="60"/>
    <w:rsid w:val="0096486B"/>
    <w:pPr>
      <w:spacing w:after="0" w:line="240" w:lineRule="auto"/>
    </w:pPr>
    <w:rPr>
      <w:rFonts w:eastAsiaTheme="minorEastAsia"/>
      <w:color w:val="124F1A" w:themeColor="accent3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bottom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-4">
    <w:name w:val="Light Shading Accent 4"/>
    <w:basedOn w:val="a3"/>
    <w:uiPriority w:val="60"/>
    <w:rsid w:val="0096486B"/>
    <w:pPr>
      <w:spacing w:after="0" w:line="240" w:lineRule="auto"/>
    </w:pPr>
    <w:rPr>
      <w:rFonts w:eastAsiaTheme="minorEastAsia"/>
      <w:color w:val="0B769F" w:themeColor="accent4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bottom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-5">
    <w:name w:val="Light Shading Accent 5"/>
    <w:basedOn w:val="a3"/>
    <w:uiPriority w:val="60"/>
    <w:rsid w:val="0096486B"/>
    <w:pPr>
      <w:spacing w:after="0" w:line="240" w:lineRule="auto"/>
    </w:pPr>
    <w:rPr>
      <w:rFonts w:eastAsiaTheme="minorEastAsia"/>
      <w:color w:val="77206D" w:themeColor="accent5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bottom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-6">
    <w:name w:val="Light Shading Accent 6"/>
    <w:basedOn w:val="a3"/>
    <w:uiPriority w:val="60"/>
    <w:rsid w:val="0096486B"/>
    <w:pPr>
      <w:spacing w:after="0" w:line="240" w:lineRule="auto"/>
    </w:pPr>
    <w:rPr>
      <w:rFonts w:eastAsiaTheme="minorEastAsia"/>
      <w:color w:val="3A7C22" w:themeColor="accent6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bottom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aff2">
    <w:name w:val="Light List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-20">
    <w:name w:val="Light List Accent 2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-30">
    <w:name w:val="Light List Accent 3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-40">
    <w:name w:val="Light List Accent 4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-50">
    <w:name w:val="Light List Accent 5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-60">
    <w:name w:val="Light List Accent 6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aff3">
    <w:name w:val="Light Grid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-21">
    <w:name w:val="Light Grid Accent 2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-31">
    <w:name w:val="Light Grid Accent 3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-41">
    <w:name w:val="Light Grid Accent 4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-51">
    <w:name w:val="Light Grid Accent 5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-61">
    <w:name w:val="Light Grid Accent 6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11">
    <w:name w:val="Medium Shading 1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1-20">
    <w:name w:val="Medium List 1 Accent 2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bottom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1-30">
    <w:name w:val="Medium List 1 Accent 3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bottom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1-40">
    <w:name w:val="Medium List 1 Accent 4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bottom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1-50">
    <w:name w:val="Medium List 1 Accent 5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bottom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1-60">
    <w:name w:val="Medium List 1 Accent 6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bottom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2a">
    <w:name w:val="Medium List 2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-21">
    <w:name w:val="Medium Grid 1 Accent 2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-31">
    <w:name w:val="Medium Grid 1 Accent 3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-41">
    <w:name w:val="Medium Grid 1 Accent 4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-51">
    <w:name w:val="Medium Grid 1 Accent 5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-61">
    <w:name w:val="Medium Grid 1 Accent 6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2b">
    <w:name w:val="Medium Grid 2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3-2">
    <w:name w:val="Medium Grid 3 Accent 2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3-3">
    <w:name w:val="Medium Grid 3 Accent 3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3-4">
    <w:name w:val="Medium Grid 3 Accent 4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3-5">
    <w:name w:val="Medium Grid 3 Accent 5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3-6">
    <w:name w:val="Medium Grid 3 Accent 6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aff4">
    <w:name w:val="Dark List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-22">
    <w:name w:val="Dark List Accent 2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-32">
    <w:name w:val="Dark List Accent 3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-42">
    <w:name w:val="Dark List Accent 4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-52">
    <w:name w:val="Dark List Accent 5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-62">
    <w:name w:val="Dark List Accent 6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aff5">
    <w:name w:val="Colorful Shading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-43">
    <w:name w:val="Colorful Shading Accent 4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-24">
    <w:name w:val="Colorful List Accent 2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-34">
    <w:name w:val="Colorful List Accent 3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-44">
    <w:name w:val="Colorful List Accent 4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-54">
    <w:name w:val="Colorful List Accent 5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-64">
    <w:name w:val="Colorful List Accent 6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aff7">
    <w:name w:val="Colorful Grid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-25">
    <w:name w:val="Colorful Grid Accent 2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-35">
    <w:name w:val="Colorful Grid Accent 3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-45">
    <w:name w:val="Colorful Grid Accent 4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-55">
    <w:name w:val="Colorful Grid Accent 5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-65">
    <w:name w:val="Colorful Grid Accent 6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kk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paragraph" w:styleId="1">
    <w:name w:val="heading 1"/>
    <w:basedOn w:val="a1"/>
    <w:next w:val="a1"/>
    <w:link w:val="10"/>
    <w:uiPriority w:val="9"/>
    <w:qFormat/>
    <w:rsid w:val="00171B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1">
    <w:name w:val="heading 2"/>
    <w:basedOn w:val="a1"/>
    <w:next w:val="a1"/>
    <w:link w:val="22"/>
    <w:uiPriority w:val="9"/>
    <w:unhideWhenUsed/>
    <w:qFormat/>
    <w:rsid w:val="00171B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1">
    <w:name w:val="heading 3"/>
    <w:basedOn w:val="a1"/>
    <w:next w:val="a1"/>
    <w:link w:val="32"/>
    <w:uiPriority w:val="9"/>
    <w:unhideWhenUsed/>
    <w:qFormat/>
    <w:rsid w:val="00171B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171B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171B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171B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171B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171B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171B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171B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2">
    <w:name w:val="Заголовок 2 Знак"/>
    <w:basedOn w:val="a2"/>
    <w:link w:val="21"/>
    <w:uiPriority w:val="9"/>
    <w:rsid w:val="00171B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2">
    <w:name w:val="Заголовок 3 Знак"/>
    <w:basedOn w:val="a2"/>
    <w:link w:val="31"/>
    <w:uiPriority w:val="9"/>
    <w:rsid w:val="00171B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2"/>
    <w:link w:val="4"/>
    <w:uiPriority w:val="9"/>
    <w:semiHidden/>
    <w:rsid w:val="00171B5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2"/>
    <w:link w:val="5"/>
    <w:uiPriority w:val="9"/>
    <w:semiHidden/>
    <w:rsid w:val="00171B5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2"/>
    <w:link w:val="6"/>
    <w:uiPriority w:val="9"/>
    <w:semiHidden/>
    <w:rsid w:val="00171B5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2"/>
    <w:link w:val="7"/>
    <w:uiPriority w:val="9"/>
    <w:semiHidden/>
    <w:rsid w:val="00171B5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2"/>
    <w:link w:val="8"/>
    <w:uiPriority w:val="9"/>
    <w:semiHidden/>
    <w:rsid w:val="00171B5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2"/>
    <w:link w:val="9"/>
    <w:uiPriority w:val="9"/>
    <w:semiHidden/>
    <w:rsid w:val="00171B5F"/>
    <w:rPr>
      <w:rFonts w:eastAsiaTheme="majorEastAsia" w:cstheme="majorBidi"/>
      <w:color w:val="272727" w:themeColor="text1" w:themeTint="D8"/>
    </w:rPr>
  </w:style>
  <w:style w:type="paragraph" w:styleId="a5">
    <w:name w:val="Title"/>
    <w:basedOn w:val="a1"/>
    <w:next w:val="a1"/>
    <w:link w:val="a6"/>
    <w:uiPriority w:val="10"/>
    <w:qFormat/>
    <w:rsid w:val="00171B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Название Знак"/>
    <w:basedOn w:val="a2"/>
    <w:link w:val="a5"/>
    <w:uiPriority w:val="10"/>
    <w:rsid w:val="00171B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7">
    <w:name w:val="Subtitle"/>
    <w:basedOn w:val="a1"/>
    <w:next w:val="a1"/>
    <w:link w:val="a8"/>
    <w:uiPriority w:val="11"/>
    <w:qFormat/>
    <w:rsid w:val="00171B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8">
    <w:name w:val="Подзаголовок Знак"/>
    <w:basedOn w:val="a2"/>
    <w:link w:val="a7"/>
    <w:uiPriority w:val="11"/>
    <w:rsid w:val="00171B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3">
    <w:name w:val="Quote"/>
    <w:basedOn w:val="a1"/>
    <w:next w:val="a1"/>
    <w:link w:val="24"/>
    <w:uiPriority w:val="29"/>
    <w:qFormat/>
    <w:rsid w:val="00171B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4">
    <w:name w:val="Цитата 2 Знак"/>
    <w:basedOn w:val="a2"/>
    <w:link w:val="23"/>
    <w:uiPriority w:val="29"/>
    <w:rsid w:val="00171B5F"/>
    <w:rPr>
      <w:i/>
      <w:iCs/>
      <w:color w:val="404040" w:themeColor="text1" w:themeTint="BF"/>
    </w:rPr>
  </w:style>
  <w:style w:type="paragraph" w:styleId="a9">
    <w:name w:val="List Paragraph"/>
    <w:basedOn w:val="a1"/>
    <w:uiPriority w:val="34"/>
    <w:qFormat/>
    <w:rsid w:val="00171B5F"/>
    <w:pPr>
      <w:ind w:left="720"/>
      <w:contextualSpacing/>
    </w:pPr>
  </w:style>
  <w:style w:type="character" w:styleId="aa">
    <w:name w:val="Intense Emphasis"/>
    <w:basedOn w:val="a2"/>
    <w:uiPriority w:val="21"/>
    <w:qFormat/>
    <w:rsid w:val="00171B5F"/>
    <w:rPr>
      <w:i/>
      <w:iCs/>
      <w:color w:val="0F4761" w:themeColor="accent1" w:themeShade="BF"/>
    </w:rPr>
  </w:style>
  <w:style w:type="paragraph" w:styleId="ab">
    <w:name w:val="Intense Quote"/>
    <w:basedOn w:val="a1"/>
    <w:next w:val="a1"/>
    <w:link w:val="ac"/>
    <w:uiPriority w:val="30"/>
    <w:qFormat/>
    <w:rsid w:val="00171B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Выделенная цитата Знак"/>
    <w:basedOn w:val="a2"/>
    <w:link w:val="ab"/>
    <w:uiPriority w:val="30"/>
    <w:rsid w:val="00171B5F"/>
    <w:rPr>
      <w:i/>
      <w:iCs/>
      <w:color w:val="0F4761" w:themeColor="accent1" w:themeShade="BF"/>
    </w:rPr>
  </w:style>
  <w:style w:type="character" w:styleId="ad">
    <w:name w:val="Intense Reference"/>
    <w:basedOn w:val="a2"/>
    <w:uiPriority w:val="32"/>
    <w:qFormat/>
    <w:rsid w:val="00171B5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1"/>
    <w:link w:val="af"/>
    <w:uiPriority w:val="99"/>
    <w:unhideWhenUsed/>
    <w:rsid w:val="0096486B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af">
    <w:name w:val="Верхний колонтитул Знак"/>
    <w:basedOn w:val="a2"/>
    <w:link w:val="ae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0">
    <w:name w:val="footer"/>
    <w:basedOn w:val="a1"/>
    <w:link w:val="af1"/>
    <w:uiPriority w:val="99"/>
    <w:unhideWhenUsed/>
    <w:rsid w:val="0096486B"/>
    <w:pPr>
      <w:tabs>
        <w:tab w:val="center" w:pos="4680"/>
        <w:tab w:val="right" w:pos="9360"/>
      </w:tabs>
      <w:spacing w:after="0" w:line="240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af1">
    <w:name w:val="Нижний колонтитул Знак"/>
    <w:basedOn w:val="a2"/>
    <w:link w:val="af0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2">
    <w:name w:val="No Spacing"/>
    <w:uiPriority w:val="1"/>
    <w:qFormat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af3">
    <w:name w:val="Body Text"/>
    <w:basedOn w:val="a1"/>
    <w:link w:val="af4"/>
    <w:uiPriority w:val="99"/>
    <w:unhideWhenUsed/>
    <w:rsid w:val="0096486B"/>
    <w:pPr>
      <w:spacing w:after="120" w:line="276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af4">
    <w:name w:val="Основной текст Знак"/>
    <w:basedOn w:val="a2"/>
    <w:link w:val="af3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5">
    <w:name w:val="Body Text 2"/>
    <w:basedOn w:val="a1"/>
    <w:link w:val="26"/>
    <w:uiPriority w:val="99"/>
    <w:unhideWhenUsed/>
    <w:rsid w:val="0096486B"/>
    <w:pPr>
      <w:spacing w:after="120" w:line="480" w:lineRule="auto"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character" w:customStyle="1" w:styleId="26">
    <w:name w:val="Основной текст 2 Знак"/>
    <w:basedOn w:val="a2"/>
    <w:link w:val="25"/>
    <w:uiPriority w:val="99"/>
    <w:rsid w:val="0096486B"/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3">
    <w:name w:val="Body Text 3"/>
    <w:basedOn w:val="a1"/>
    <w:link w:val="34"/>
    <w:uiPriority w:val="99"/>
    <w:unhideWhenUsed/>
    <w:rsid w:val="0096486B"/>
    <w:pPr>
      <w:spacing w:after="120" w:line="276" w:lineRule="auto"/>
    </w:pPr>
    <w:rPr>
      <w:rFonts w:ascii="Times New Roman" w:eastAsiaTheme="minorEastAsia" w:hAnsi="Times New Roman"/>
      <w:kern w:val="0"/>
      <w:sz w:val="16"/>
      <w:szCs w:val="16"/>
      <w:lang w:val="en-US"/>
      <w14:ligatures w14:val="none"/>
    </w:rPr>
  </w:style>
  <w:style w:type="character" w:customStyle="1" w:styleId="34">
    <w:name w:val="Основной текст 3 Знак"/>
    <w:basedOn w:val="a2"/>
    <w:link w:val="33"/>
    <w:uiPriority w:val="99"/>
    <w:rsid w:val="0096486B"/>
    <w:rPr>
      <w:rFonts w:ascii="Times New Roman" w:eastAsiaTheme="minorEastAsia" w:hAnsi="Times New Roman"/>
      <w:kern w:val="0"/>
      <w:sz w:val="16"/>
      <w:szCs w:val="16"/>
      <w:lang w:val="en-US"/>
      <w14:ligatures w14:val="none"/>
    </w:rPr>
  </w:style>
  <w:style w:type="paragraph" w:styleId="af5">
    <w:name w:val="List"/>
    <w:basedOn w:val="a1"/>
    <w:uiPriority w:val="99"/>
    <w:unhideWhenUsed/>
    <w:rsid w:val="0096486B"/>
    <w:pPr>
      <w:spacing w:after="200" w:line="276" w:lineRule="auto"/>
      <w:ind w:left="360" w:hanging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7">
    <w:name w:val="List 2"/>
    <w:basedOn w:val="a1"/>
    <w:uiPriority w:val="99"/>
    <w:unhideWhenUsed/>
    <w:rsid w:val="0096486B"/>
    <w:pPr>
      <w:spacing w:after="200" w:line="276" w:lineRule="auto"/>
      <w:ind w:left="720" w:hanging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5">
    <w:name w:val="List 3"/>
    <w:basedOn w:val="a1"/>
    <w:uiPriority w:val="99"/>
    <w:unhideWhenUsed/>
    <w:rsid w:val="0096486B"/>
    <w:pPr>
      <w:spacing w:after="200" w:line="276" w:lineRule="auto"/>
      <w:ind w:left="1080" w:hanging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0">
    <w:name w:val="List Bullet"/>
    <w:basedOn w:val="a1"/>
    <w:uiPriority w:val="99"/>
    <w:unhideWhenUsed/>
    <w:rsid w:val="0096486B"/>
    <w:pPr>
      <w:numPr>
        <w:numId w:val="6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0">
    <w:name w:val="List Bullet 2"/>
    <w:basedOn w:val="a1"/>
    <w:uiPriority w:val="99"/>
    <w:unhideWhenUsed/>
    <w:rsid w:val="0096486B"/>
    <w:pPr>
      <w:numPr>
        <w:numId w:val="7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0">
    <w:name w:val="List Bullet 3"/>
    <w:basedOn w:val="a1"/>
    <w:uiPriority w:val="99"/>
    <w:unhideWhenUsed/>
    <w:rsid w:val="0096486B"/>
    <w:pPr>
      <w:numPr>
        <w:numId w:val="8"/>
      </w:numPr>
      <w:tabs>
        <w:tab w:val="clear" w:pos="108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">
    <w:name w:val="List Number"/>
    <w:basedOn w:val="a1"/>
    <w:uiPriority w:val="99"/>
    <w:unhideWhenUsed/>
    <w:rsid w:val="0096486B"/>
    <w:pPr>
      <w:numPr>
        <w:numId w:val="10"/>
      </w:numPr>
      <w:tabs>
        <w:tab w:val="clear" w:pos="36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">
    <w:name w:val="List Number 2"/>
    <w:basedOn w:val="a1"/>
    <w:uiPriority w:val="99"/>
    <w:unhideWhenUsed/>
    <w:rsid w:val="0096486B"/>
    <w:pPr>
      <w:numPr>
        <w:numId w:val="11"/>
      </w:numPr>
      <w:tabs>
        <w:tab w:val="clear" w:pos="72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">
    <w:name w:val="List Number 3"/>
    <w:basedOn w:val="a1"/>
    <w:uiPriority w:val="99"/>
    <w:unhideWhenUsed/>
    <w:rsid w:val="0096486B"/>
    <w:pPr>
      <w:numPr>
        <w:numId w:val="12"/>
      </w:numPr>
      <w:tabs>
        <w:tab w:val="clear" w:pos="1080"/>
      </w:tabs>
      <w:spacing w:after="200" w:line="276" w:lineRule="auto"/>
      <w:ind w:left="0" w:firstLine="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6">
    <w:name w:val="List Continue"/>
    <w:basedOn w:val="a1"/>
    <w:uiPriority w:val="99"/>
    <w:unhideWhenUsed/>
    <w:rsid w:val="0096486B"/>
    <w:pPr>
      <w:spacing w:after="120" w:line="276" w:lineRule="auto"/>
      <w:ind w:left="36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28">
    <w:name w:val="List Continue 2"/>
    <w:basedOn w:val="a1"/>
    <w:uiPriority w:val="99"/>
    <w:unhideWhenUsed/>
    <w:rsid w:val="0096486B"/>
    <w:pPr>
      <w:spacing w:after="120" w:line="276" w:lineRule="auto"/>
      <w:ind w:left="72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36">
    <w:name w:val="List Continue 3"/>
    <w:basedOn w:val="a1"/>
    <w:uiPriority w:val="99"/>
    <w:unhideWhenUsed/>
    <w:rsid w:val="0096486B"/>
    <w:pPr>
      <w:spacing w:after="120" w:line="276" w:lineRule="auto"/>
      <w:ind w:left="1080"/>
      <w:contextualSpacing/>
    </w:pPr>
    <w:rPr>
      <w:rFonts w:ascii="Times New Roman" w:eastAsiaTheme="minorEastAsia" w:hAnsi="Times New Roman"/>
      <w:kern w:val="0"/>
      <w:sz w:val="20"/>
      <w:szCs w:val="22"/>
      <w:lang w:val="en-US"/>
      <w14:ligatures w14:val="none"/>
    </w:rPr>
  </w:style>
  <w:style w:type="paragraph" w:styleId="af7">
    <w:name w:val="macro"/>
    <w:link w:val="af8"/>
    <w:uiPriority w:val="99"/>
    <w:unhideWhenUsed/>
    <w:rsid w:val="0096486B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kern w:val="0"/>
      <w:sz w:val="20"/>
      <w:szCs w:val="20"/>
      <w:lang w:val="en-US"/>
      <w14:ligatures w14:val="none"/>
    </w:rPr>
  </w:style>
  <w:style w:type="character" w:customStyle="1" w:styleId="af8">
    <w:name w:val="Текст макроса Знак"/>
    <w:basedOn w:val="a2"/>
    <w:link w:val="af7"/>
    <w:uiPriority w:val="99"/>
    <w:rsid w:val="0096486B"/>
    <w:rPr>
      <w:rFonts w:ascii="Courier" w:eastAsiaTheme="minorEastAsia" w:hAnsi="Courier"/>
      <w:kern w:val="0"/>
      <w:sz w:val="20"/>
      <w:szCs w:val="20"/>
      <w:lang w:val="en-US"/>
      <w14:ligatures w14:val="none"/>
    </w:rPr>
  </w:style>
  <w:style w:type="paragraph" w:styleId="af9">
    <w:name w:val="caption"/>
    <w:basedOn w:val="a1"/>
    <w:next w:val="a1"/>
    <w:uiPriority w:val="35"/>
    <w:semiHidden/>
    <w:unhideWhenUsed/>
    <w:qFormat/>
    <w:rsid w:val="0096486B"/>
    <w:pPr>
      <w:spacing w:after="200" w:line="240" w:lineRule="auto"/>
    </w:pPr>
    <w:rPr>
      <w:rFonts w:ascii="Times New Roman" w:eastAsiaTheme="minorEastAsia" w:hAnsi="Times New Roman"/>
      <w:b/>
      <w:bCs/>
      <w:color w:val="156082" w:themeColor="accent1"/>
      <w:kern w:val="0"/>
      <w:sz w:val="18"/>
      <w:szCs w:val="18"/>
      <w:lang w:val="en-US"/>
      <w14:ligatures w14:val="none"/>
    </w:rPr>
  </w:style>
  <w:style w:type="character" w:styleId="afa">
    <w:name w:val="Strong"/>
    <w:basedOn w:val="a2"/>
    <w:uiPriority w:val="22"/>
    <w:qFormat/>
    <w:rsid w:val="0096486B"/>
    <w:rPr>
      <w:b/>
      <w:bCs/>
    </w:rPr>
  </w:style>
  <w:style w:type="character" w:styleId="afb">
    <w:name w:val="Emphasis"/>
    <w:basedOn w:val="a2"/>
    <w:uiPriority w:val="20"/>
    <w:qFormat/>
    <w:rsid w:val="0096486B"/>
    <w:rPr>
      <w:i/>
      <w:iCs/>
    </w:rPr>
  </w:style>
  <w:style w:type="character" w:styleId="afc">
    <w:name w:val="Subtle Emphasis"/>
    <w:basedOn w:val="a2"/>
    <w:uiPriority w:val="19"/>
    <w:qFormat/>
    <w:rsid w:val="0096486B"/>
    <w:rPr>
      <w:i/>
      <w:iCs/>
      <w:color w:val="808080" w:themeColor="text1" w:themeTint="7F"/>
    </w:rPr>
  </w:style>
  <w:style w:type="character" w:styleId="afd">
    <w:name w:val="Subtle Reference"/>
    <w:basedOn w:val="a2"/>
    <w:uiPriority w:val="31"/>
    <w:qFormat/>
    <w:rsid w:val="0096486B"/>
    <w:rPr>
      <w:smallCaps/>
      <w:color w:val="E97132" w:themeColor="accent2"/>
      <w:u w:val="single"/>
    </w:rPr>
  </w:style>
  <w:style w:type="character" w:styleId="afe">
    <w:name w:val="Book Title"/>
    <w:basedOn w:val="a2"/>
    <w:uiPriority w:val="33"/>
    <w:qFormat/>
    <w:rsid w:val="0096486B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96486B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table" w:styleId="aff0">
    <w:name w:val="Table Grid"/>
    <w:basedOn w:val="a3"/>
    <w:uiPriority w:val="5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Light Shading"/>
    <w:basedOn w:val="a3"/>
    <w:uiPriority w:val="60"/>
    <w:rsid w:val="0096486B"/>
    <w:pPr>
      <w:spacing w:after="0" w:line="240" w:lineRule="auto"/>
    </w:pPr>
    <w:rPr>
      <w:rFonts w:eastAsiaTheme="minorEastAsia"/>
      <w:color w:val="000000" w:themeColor="tex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96486B"/>
    <w:pPr>
      <w:spacing w:after="0" w:line="240" w:lineRule="auto"/>
    </w:pPr>
    <w:rPr>
      <w:rFonts w:eastAsiaTheme="minorEastAsia"/>
      <w:color w:val="0F4761" w:themeColor="accen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-2">
    <w:name w:val="Light Shading Accent 2"/>
    <w:basedOn w:val="a3"/>
    <w:uiPriority w:val="60"/>
    <w:rsid w:val="0096486B"/>
    <w:pPr>
      <w:spacing w:after="0" w:line="240" w:lineRule="auto"/>
    </w:pPr>
    <w:rPr>
      <w:rFonts w:eastAsiaTheme="minorEastAsia"/>
      <w:color w:val="BF4E14" w:themeColor="accent2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bottom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-3">
    <w:name w:val="Light Shading Accent 3"/>
    <w:basedOn w:val="a3"/>
    <w:uiPriority w:val="60"/>
    <w:rsid w:val="0096486B"/>
    <w:pPr>
      <w:spacing w:after="0" w:line="240" w:lineRule="auto"/>
    </w:pPr>
    <w:rPr>
      <w:rFonts w:eastAsiaTheme="minorEastAsia"/>
      <w:color w:val="124F1A" w:themeColor="accent3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bottom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-4">
    <w:name w:val="Light Shading Accent 4"/>
    <w:basedOn w:val="a3"/>
    <w:uiPriority w:val="60"/>
    <w:rsid w:val="0096486B"/>
    <w:pPr>
      <w:spacing w:after="0" w:line="240" w:lineRule="auto"/>
    </w:pPr>
    <w:rPr>
      <w:rFonts w:eastAsiaTheme="minorEastAsia"/>
      <w:color w:val="0B769F" w:themeColor="accent4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bottom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-5">
    <w:name w:val="Light Shading Accent 5"/>
    <w:basedOn w:val="a3"/>
    <w:uiPriority w:val="60"/>
    <w:rsid w:val="0096486B"/>
    <w:pPr>
      <w:spacing w:after="0" w:line="240" w:lineRule="auto"/>
    </w:pPr>
    <w:rPr>
      <w:rFonts w:eastAsiaTheme="minorEastAsia"/>
      <w:color w:val="77206D" w:themeColor="accent5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bottom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-6">
    <w:name w:val="Light Shading Accent 6"/>
    <w:basedOn w:val="a3"/>
    <w:uiPriority w:val="60"/>
    <w:rsid w:val="0096486B"/>
    <w:pPr>
      <w:spacing w:after="0" w:line="240" w:lineRule="auto"/>
    </w:pPr>
    <w:rPr>
      <w:rFonts w:eastAsiaTheme="minorEastAsia"/>
      <w:color w:val="3A7C22" w:themeColor="accent6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bottom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aff2">
    <w:name w:val="Light List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-20">
    <w:name w:val="Light List Accent 2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-30">
    <w:name w:val="Light List Accent 3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-40">
    <w:name w:val="Light List Accent 4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-50">
    <w:name w:val="Light List Accent 5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-60">
    <w:name w:val="Light List Accent 6"/>
    <w:basedOn w:val="a3"/>
    <w:uiPriority w:val="61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aff3">
    <w:name w:val="Light Grid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-21">
    <w:name w:val="Light Grid Accent 2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-31">
    <w:name w:val="Light Grid Accent 3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-41">
    <w:name w:val="Light Grid Accent 4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-51">
    <w:name w:val="Light Grid Accent 5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-61">
    <w:name w:val="Light Grid Accent 6"/>
    <w:basedOn w:val="a3"/>
    <w:uiPriority w:val="62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11">
    <w:name w:val="Medium Shading 1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bottom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1-20">
    <w:name w:val="Medium List 1 Accent 2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bottom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1-30">
    <w:name w:val="Medium List 1 Accent 3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bottom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1-40">
    <w:name w:val="Medium List 1 Accent 4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bottom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1-50">
    <w:name w:val="Medium List 1 Accent 5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bottom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1-60">
    <w:name w:val="Medium List 1 Accent 6"/>
    <w:basedOn w:val="a3"/>
    <w:uiPriority w:val="65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bottom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2a">
    <w:name w:val="Medium List 2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1-21">
    <w:name w:val="Medium Grid 1 Accent 2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1-31">
    <w:name w:val="Medium Grid 1 Accent 3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1-41">
    <w:name w:val="Medium Grid 1 Accent 4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1-51">
    <w:name w:val="Medium Grid 1 Accent 5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1-61">
    <w:name w:val="Medium Grid 1 Accent 6"/>
    <w:basedOn w:val="a3"/>
    <w:uiPriority w:val="67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2b">
    <w:name w:val="Medium Grid 2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96486B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3-2">
    <w:name w:val="Medium Grid 3 Accent 2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3-3">
    <w:name w:val="Medium Grid 3 Accent 3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3-4">
    <w:name w:val="Medium Grid 3 Accent 4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3-5">
    <w:name w:val="Medium Grid 3 Accent 5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3-6">
    <w:name w:val="Medium Grid 3 Accent 6"/>
    <w:basedOn w:val="a3"/>
    <w:uiPriority w:val="69"/>
    <w:rsid w:val="0096486B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aff4">
    <w:name w:val="Dark List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-22">
    <w:name w:val="Dark List Accent 2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-32">
    <w:name w:val="Dark List Accent 3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-42">
    <w:name w:val="Dark List Accent 4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-52">
    <w:name w:val="Dark List Accent 5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-62">
    <w:name w:val="Dark List Accent 6"/>
    <w:basedOn w:val="a3"/>
    <w:uiPriority w:val="70"/>
    <w:rsid w:val="0096486B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aff5">
    <w:name w:val="Colorful Shading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-43">
    <w:name w:val="Colorful Shading Accent 4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-24">
    <w:name w:val="Colorful List Accent 2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-34">
    <w:name w:val="Colorful List Accent 3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-44">
    <w:name w:val="Colorful List Accent 4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-54">
    <w:name w:val="Colorful List Accent 5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-64">
    <w:name w:val="Colorful List Accent 6"/>
    <w:basedOn w:val="a3"/>
    <w:uiPriority w:val="72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aff7">
    <w:name w:val="Colorful Grid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-25">
    <w:name w:val="Colorful Grid Accent 2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-35">
    <w:name w:val="Colorful Grid Accent 3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-45">
    <w:name w:val="Colorful Grid Accent 4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-55">
    <w:name w:val="Colorful Grid Accent 5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-65">
    <w:name w:val="Colorful Grid Accent 6"/>
    <w:basedOn w:val="a3"/>
    <w:uiPriority w:val="73"/>
    <w:rsid w:val="0096486B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9</Pages>
  <Words>3626</Words>
  <Characters>20673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Музеев Дирекция</dc:creator>
  <cp:keywords/>
  <dc:description/>
  <cp:lastModifiedBy>Айгуль Жемурзинова</cp:lastModifiedBy>
  <cp:revision>13</cp:revision>
  <dcterms:created xsi:type="dcterms:W3CDTF">2026-10-09T05:05:00Z</dcterms:created>
  <dcterms:modified xsi:type="dcterms:W3CDTF">2026-10-14T04:17:00Z</dcterms:modified>
</cp:coreProperties>
</file>