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C39" w:rsidRPr="00494339" w:rsidRDefault="00EA4F50">
      <w:pPr>
        <w:jc w:val="center"/>
        <w:rPr>
          <w:lang w:val="ru-RU"/>
        </w:rPr>
      </w:pPr>
      <w:r w:rsidRPr="00494339">
        <w:rPr>
          <w:b/>
          <w:sz w:val="28"/>
          <w:lang w:val="ru-RU"/>
        </w:rPr>
        <w:t>ТЕХНИЧЕСКАЯ СПЕЦИФИКАЦИЯ</w:t>
      </w:r>
    </w:p>
    <w:p w:rsidR="00887C39" w:rsidRPr="00494339" w:rsidRDefault="00EA4F50">
      <w:pPr>
        <w:jc w:val="center"/>
        <w:rPr>
          <w:lang w:val="ru-RU"/>
        </w:rPr>
      </w:pPr>
      <w:r w:rsidRPr="00494339">
        <w:rPr>
          <w:b/>
          <w:sz w:val="26"/>
          <w:lang w:val="ru-RU"/>
        </w:rPr>
        <w:t>на разработку проектно-сметной документации</w:t>
      </w:r>
      <w:r w:rsidRPr="00494339">
        <w:rPr>
          <w:b/>
          <w:sz w:val="26"/>
          <w:lang w:val="ru-RU"/>
        </w:rPr>
        <w:br/>
        <w:t>на текущий ремонт офиса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2268"/>
        <w:gridCol w:w="3969"/>
        <w:gridCol w:w="3969"/>
      </w:tblGrid>
      <w:tr w:rsidR="00887C39">
        <w:trPr>
          <w:jc w:val="center"/>
        </w:trPr>
        <w:tc>
          <w:tcPr>
            <w:tcW w:w="454" w:type="dxa"/>
          </w:tcPr>
          <w:p w:rsidR="00887C39" w:rsidRDefault="00EA4F50">
            <w:pPr>
              <w:jc w:val="center"/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2268" w:type="dxa"/>
          </w:tcPr>
          <w:p w:rsidR="00887C39" w:rsidRDefault="00EA4F50">
            <w:pPr>
              <w:jc w:val="center"/>
            </w:pPr>
            <w:r>
              <w:rPr>
                <w:b/>
                <w:sz w:val="20"/>
              </w:rPr>
              <w:t>Параметр / Параметр</w:t>
            </w:r>
          </w:p>
        </w:tc>
        <w:tc>
          <w:tcPr>
            <w:tcW w:w="3969" w:type="dxa"/>
          </w:tcPr>
          <w:p w:rsidR="00887C39" w:rsidRDefault="00EA4F50">
            <w:pPr>
              <w:jc w:val="center"/>
            </w:pPr>
            <w:r>
              <w:rPr>
                <w:b/>
                <w:sz w:val="20"/>
              </w:rPr>
              <w:t>Русский язык</w:t>
            </w:r>
          </w:p>
        </w:tc>
        <w:tc>
          <w:tcPr>
            <w:tcW w:w="3969" w:type="dxa"/>
          </w:tcPr>
          <w:p w:rsidR="00887C39" w:rsidRDefault="00EA4F50">
            <w:pPr>
              <w:jc w:val="center"/>
            </w:pPr>
            <w:r>
              <w:rPr>
                <w:b/>
                <w:sz w:val="20"/>
              </w:rPr>
              <w:t>Қазақ</w:t>
            </w:r>
            <w:r>
              <w:rPr>
                <w:b/>
                <w:sz w:val="20"/>
              </w:rPr>
              <w:t xml:space="preserve"> тілі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1. Наименование работ</w:t>
            </w:r>
            <w:r w:rsidRPr="00F323E2">
              <w:rPr>
                <w:sz w:val="24"/>
                <w:szCs w:val="24"/>
              </w:rPr>
              <w:br/>
              <w:t>1. Жұмыстардың атауы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 xml:space="preserve">Разработка проектно-сметной документации на текущий ремонт офисного </w:t>
            </w:r>
            <w:r w:rsidRPr="00F323E2">
              <w:rPr>
                <w:sz w:val="24"/>
                <w:szCs w:val="24"/>
                <w:lang w:val="ru-RU"/>
              </w:rPr>
              <w:t>помещения.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proofErr w:type="spellStart"/>
            <w:r w:rsidRPr="00F323E2">
              <w:rPr>
                <w:sz w:val="24"/>
                <w:szCs w:val="24"/>
                <w:lang w:val="ru-RU"/>
              </w:rPr>
              <w:t>Кеңсе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үй-жайын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ағымдағы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жөндеуге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жобалық-сметалық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құжаттаманы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әзірлеу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2. Заказчик</w:t>
            </w:r>
            <w:r w:rsidRPr="00F323E2">
              <w:rPr>
                <w:sz w:val="24"/>
                <w:szCs w:val="24"/>
              </w:rPr>
              <w:br/>
              <w:t>2. Тапсырыс беруші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ТОО «Қазақ газеттері».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«Қазақ газеттері» ЖШС.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3. Адрес объекта</w:t>
            </w:r>
            <w:r w:rsidRPr="00F323E2">
              <w:rPr>
                <w:sz w:val="24"/>
                <w:szCs w:val="24"/>
              </w:rPr>
              <w:br/>
              <w:t>3. Нысанның мекенжайы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 xml:space="preserve">Республика Казахстан, г. Алматы, проспект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Абылайхана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, 58А.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proofErr w:type="spellStart"/>
            <w:r w:rsidRPr="00F323E2">
              <w:rPr>
                <w:sz w:val="24"/>
                <w:szCs w:val="24"/>
                <w:lang w:val="ru-RU"/>
              </w:rPr>
              <w:t>Қазақстан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Республикасы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, Алматы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қаласы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Абылайхан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даңғылы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, 58А.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bookmarkStart w:id="0" w:name="_GoBack"/>
            <w:r w:rsidRPr="00F323E2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4. Содержание работ</w:t>
            </w:r>
            <w:r w:rsidRPr="00F323E2">
              <w:rPr>
                <w:sz w:val="24"/>
                <w:szCs w:val="24"/>
              </w:rPr>
              <w:br/>
              <w:t>4. Жұмыстардың мазмұны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 xml:space="preserve">Выполнить обследование объекта, уточнить фактическое состояние помещений и инженерных сетей, определить объемы текущего ремонта и </w:t>
            </w:r>
            <w:r w:rsidRPr="00F323E2">
              <w:rPr>
                <w:sz w:val="24"/>
                <w:szCs w:val="24"/>
                <w:lang w:val="ru-RU"/>
              </w:rPr>
              <w:t>разработать комплект документации, необходимый Заказчику для организации и выполнения ремонтных работ.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proofErr w:type="spellStart"/>
            <w:r w:rsidRPr="00F323E2">
              <w:rPr>
                <w:sz w:val="24"/>
                <w:szCs w:val="24"/>
                <w:lang w:val="ru-RU"/>
              </w:rPr>
              <w:t>Нысанды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тексеру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үй-жайлар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инженерлік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желілердің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нақты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жай-күйін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анықтау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ағымдағы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жөндеу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көлемдерін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айқындау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және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Тапсырыс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берушіге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жөндеу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жұмыстары</w:t>
            </w:r>
            <w:r w:rsidRPr="00F323E2">
              <w:rPr>
                <w:sz w:val="24"/>
                <w:szCs w:val="24"/>
                <w:lang w:val="ru-RU"/>
              </w:rPr>
              <w:t>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ұйымдастыру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және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орындау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үшін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қажетті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құжаттама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кешенін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әзірлеу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.</w:t>
            </w:r>
          </w:p>
        </w:tc>
      </w:tr>
      <w:bookmarkEnd w:id="0"/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5. Состав документации</w:t>
            </w:r>
            <w:r w:rsidRPr="00F323E2">
              <w:rPr>
                <w:sz w:val="24"/>
                <w:szCs w:val="24"/>
              </w:rPr>
              <w:br/>
              <w:t>5. Құжаттаманың құрамы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>Предусмотреть: ведомость объемов ремонтных работ/дефектный акт; архитектурно-строительные решения в необходимом объеме; решения по инженерны</w:t>
            </w:r>
            <w:r w:rsidRPr="00F323E2">
              <w:rPr>
                <w:sz w:val="24"/>
                <w:szCs w:val="24"/>
                <w:lang w:val="ru-RU"/>
              </w:rPr>
              <w:t>м системам при необходимости; локальные сметные расчеты; пояснительную записку; спецификации материалов и оборудования при необходимости; иные документы, необходимые для выполнения текущего ремонта.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proofErr w:type="spellStart"/>
            <w:r w:rsidRPr="00F323E2">
              <w:rPr>
                <w:sz w:val="24"/>
                <w:szCs w:val="24"/>
                <w:lang w:val="ru-RU"/>
              </w:rPr>
              <w:t>Мыналарды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қарастыру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жөндеу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жұмыстары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көлемдерінің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ведомо</w:t>
            </w:r>
            <w:r w:rsidRPr="00F323E2">
              <w:rPr>
                <w:sz w:val="24"/>
                <w:szCs w:val="24"/>
                <w:lang w:val="ru-RU"/>
              </w:rPr>
              <w:t>сы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/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ақау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актісі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;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қажетті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көлемде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сәулет-құрылыс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шешімдері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;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қажет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болған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жағдайда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инженерлік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жүйелер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бойынша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шешімдер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;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жергілікті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сметалық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есептер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;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түсіндірме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жазба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;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қажет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болған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жағдайда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материалдар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жабдықтардың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спецификациялары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;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ағымдағы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жөндеуді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орынд</w:t>
            </w:r>
            <w:r w:rsidRPr="00F323E2">
              <w:rPr>
                <w:sz w:val="24"/>
                <w:szCs w:val="24"/>
                <w:lang w:val="ru-RU"/>
              </w:rPr>
              <w:t>ауға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қажетті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өзге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де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құжаттар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>6. Обмеры и обследование</w:t>
            </w:r>
            <w:r w:rsidRPr="00F323E2">
              <w:rPr>
                <w:sz w:val="24"/>
                <w:szCs w:val="24"/>
                <w:lang w:val="ru-RU"/>
              </w:rPr>
              <w:br/>
              <w:t xml:space="preserve">6.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Өлшеу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және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тексеру</w:t>
            </w:r>
            <w:proofErr w:type="spellEnd"/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 xml:space="preserve">Исполнитель выполняет необходимые обмерные работы,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фотофиксацию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и обследование помещений с учетом фактического состояния объекта.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proofErr w:type="spellStart"/>
            <w:r w:rsidRPr="00F323E2">
              <w:rPr>
                <w:sz w:val="24"/>
                <w:szCs w:val="24"/>
                <w:lang w:val="ru-RU"/>
              </w:rPr>
              <w:t>Орындаушы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қажетті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өлшеу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жұмыстарын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фотофикса</w:t>
            </w:r>
            <w:r w:rsidRPr="00F323E2">
              <w:rPr>
                <w:sz w:val="24"/>
                <w:szCs w:val="24"/>
                <w:lang w:val="ru-RU"/>
              </w:rPr>
              <w:t>цияны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және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нысанның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нақты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жай-күйін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ескере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отырып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үй-жайларды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тексеруді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орындайды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>7. Требования к документации</w:t>
            </w:r>
            <w:r w:rsidRPr="00F323E2">
              <w:rPr>
                <w:sz w:val="24"/>
                <w:szCs w:val="24"/>
                <w:lang w:val="ru-RU"/>
              </w:rPr>
              <w:br/>
              <w:t xml:space="preserve">7.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Құжаттамаға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қойылатын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талаптар</w:t>
            </w:r>
            <w:proofErr w:type="spellEnd"/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  <w:lang w:val="ru-RU"/>
              </w:rPr>
              <w:t>Документация должна быть выполнена в соответствии с действующими нормативными требованиями Республики Казах</w:t>
            </w:r>
            <w:r w:rsidRPr="00F323E2">
              <w:rPr>
                <w:sz w:val="24"/>
                <w:szCs w:val="24"/>
                <w:lang w:val="ru-RU"/>
              </w:rPr>
              <w:t xml:space="preserve">стан, с учетом назначения объекта и фактических условий эксплуатации. </w:t>
            </w:r>
            <w:proofErr w:type="spellStart"/>
            <w:r w:rsidRPr="00F323E2">
              <w:rPr>
                <w:sz w:val="24"/>
                <w:szCs w:val="24"/>
              </w:rPr>
              <w:t>Документы</w:t>
            </w:r>
            <w:proofErr w:type="spellEnd"/>
            <w:r w:rsidRPr="00F323E2">
              <w:rPr>
                <w:sz w:val="24"/>
                <w:szCs w:val="24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</w:rPr>
              <w:t>передаются</w:t>
            </w:r>
            <w:proofErr w:type="spellEnd"/>
            <w:r w:rsidRPr="00F323E2">
              <w:rPr>
                <w:sz w:val="24"/>
                <w:szCs w:val="24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</w:rPr>
              <w:t>Заказчику</w:t>
            </w:r>
            <w:proofErr w:type="spellEnd"/>
            <w:r w:rsidRPr="00F323E2">
              <w:rPr>
                <w:sz w:val="24"/>
                <w:szCs w:val="24"/>
              </w:rPr>
              <w:t xml:space="preserve"> в </w:t>
            </w:r>
            <w:r w:rsidRPr="00F323E2">
              <w:rPr>
                <w:sz w:val="24"/>
                <w:szCs w:val="24"/>
              </w:rPr>
              <w:lastRenderedPageBreak/>
              <w:t>согласованном формате.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lastRenderedPageBreak/>
              <w:t>Құжаттама</w:t>
            </w:r>
            <w:r w:rsidRPr="00F323E2">
              <w:rPr>
                <w:sz w:val="24"/>
                <w:szCs w:val="24"/>
              </w:rPr>
              <w:t xml:space="preserve"> Қазақстан Республикасының қолданыстағы нормативтік талаптарына, нысанның мақсатына және пайдалану жағдайларына сәйкес әз</w:t>
            </w:r>
            <w:r w:rsidRPr="00F323E2">
              <w:rPr>
                <w:sz w:val="24"/>
                <w:szCs w:val="24"/>
              </w:rPr>
              <w:t>ірленуі тиіс. Құжаттар Тапсырыс берушіге келісілген форматта беріледі.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8. Срок выполнения</w:t>
            </w:r>
            <w:r w:rsidRPr="00F323E2">
              <w:rPr>
                <w:sz w:val="24"/>
                <w:szCs w:val="24"/>
              </w:rPr>
              <w:br/>
              <w:t>8. Орындау мерзімі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>15 календарных дней с даты подписания договора.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proofErr w:type="spellStart"/>
            <w:r w:rsidRPr="00F323E2">
              <w:rPr>
                <w:sz w:val="24"/>
                <w:szCs w:val="24"/>
                <w:lang w:val="ru-RU"/>
              </w:rPr>
              <w:t>Шартқа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қол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қойылған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күннен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бастап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15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күнтізбелік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күн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>9. Материалы Заказчика</w:t>
            </w:r>
            <w:r w:rsidRPr="00F323E2">
              <w:rPr>
                <w:sz w:val="24"/>
                <w:szCs w:val="24"/>
                <w:lang w:val="ru-RU"/>
              </w:rPr>
              <w:br/>
              <w:t xml:space="preserve">9.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Тапсырыс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берушінің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материалдары</w:t>
            </w:r>
            <w:proofErr w:type="spellEnd"/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>При наличии Заказчик предоставляет Исполнителю исходные документы, имеющиеся технические материалы и доступ к объекту для проведения обследования и обмеров.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proofErr w:type="spellStart"/>
            <w:r w:rsidRPr="00F323E2">
              <w:rPr>
                <w:sz w:val="24"/>
                <w:szCs w:val="24"/>
                <w:lang w:val="ru-RU"/>
              </w:rPr>
              <w:t>Қолда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болған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жағдайда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Тапсырыс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беруші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Орындаушыға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бастапқы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құжаттарды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, бар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</w:t>
            </w:r>
            <w:r w:rsidRPr="00F323E2">
              <w:rPr>
                <w:sz w:val="24"/>
                <w:szCs w:val="24"/>
                <w:lang w:val="ru-RU"/>
              </w:rPr>
              <w:t>ехникалық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материалдарды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және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тексеру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өлшеу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жұмыстарын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жүргізу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үшін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нысанға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қолжетімділікті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ұсынады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10. Согласование</w:t>
            </w:r>
            <w:r w:rsidRPr="00F323E2">
              <w:rPr>
                <w:sz w:val="24"/>
                <w:szCs w:val="24"/>
              </w:rPr>
              <w:br/>
              <w:t>10. Келісу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r w:rsidRPr="00F323E2">
              <w:rPr>
                <w:sz w:val="24"/>
                <w:szCs w:val="24"/>
                <w:lang w:val="ru-RU"/>
              </w:rPr>
              <w:t>Разработанные материалы подлежат согласованию с Заказчиком. Выявленные в ходе согласования замечания Исполнитель устраня</w:t>
            </w:r>
            <w:r w:rsidRPr="00F323E2">
              <w:rPr>
                <w:sz w:val="24"/>
                <w:szCs w:val="24"/>
                <w:lang w:val="ru-RU"/>
              </w:rPr>
              <w:t>ет в рамках настоящего задания.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  <w:lang w:val="ru-RU"/>
              </w:rPr>
            </w:pPr>
            <w:proofErr w:type="spellStart"/>
            <w:r w:rsidRPr="00F323E2">
              <w:rPr>
                <w:sz w:val="24"/>
                <w:szCs w:val="24"/>
                <w:lang w:val="ru-RU"/>
              </w:rPr>
              <w:t>Әзірленген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материалдар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Тапсырыс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берушімен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келісілуге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жатады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Келісу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барысында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анықталған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ескертулерді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Орындаушы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осы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тапсырма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шеңберінде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323E2">
              <w:rPr>
                <w:sz w:val="24"/>
                <w:szCs w:val="24"/>
                <w:lang w:val="ru-RU"/>
              </w:rPr>
              <w:t>жояды</w:t>
            </w:r>
            <w:proofErr w:type="spellEnd"/>
            <w:r w:rsidRPr="00F323E2">
              <w:rPr>
                <w:sz w:val="24"/>
                <w:szCs w:val="24"/>
                <w:lang w:val="ru-RU"/>
              </w:rPr>
              <w:t>.</w:t>
            </w:r>
          </w:p>
        </w:tc>
      </w:tr>
      <w:tr w:rsidR="00887C39" w:rsidRPr="00F323E2">
        <w:trPr>
          <w:jc w:val="center"/>
        </w:trPr>
        <w:tc>
          <w:tcPr>
            <w:tcW w:w="454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>11. Контактные данные</w:t>
            </w:r>
            <w:r w:rsidRPr="00F323E2">
              <w:rPr>
                <w:sz w:val="24"/>
                <w:szCs w:val="24"/>
              </w:rPr>
              <w:br/>
              <w:t>11. Байланыс деректері</w:t>
            </w:r>
          </w:p>
        </w:tc>
        <w:tc>
          <w:tcPr>
            <w:tcW w:w="3969" w:type="dxa"/>
          </w:tcPr>
          <w:p w:rsidR="00887C39" w:rsidRPr="00F323E2" w:rsidRDefault="00494339">
            <w:pPr>
              <w:spacing w:after="40"/>
              <w:rPr>
                <w:sz w:val="24"/>
                <w:szCs w:val="24"/>
              </w:rPr>
            </w:pPr>
            <w:proofErr w:type="spellStart"/>
            <w:r w:rsidRPr="00F323E2">
              <w:rPr>
                <w:sz w:val="24"/>
                <w:szCs w:val="24"/>
              </w:rPr>
              <w:t>Тел</w:t>
            </w:r>
            <w:proofErr w:type="spellEnd"/>
            <w:r w:rsidRPr="00F323E2">
              <w:rPr>
                <w:sz w:val="24"/>
                <w:szCs w:val="24"/>
              </w:rPr>
              <w:t xml:space="preserve">.: 8 705 660 91 57; </w:t>
            </w:r>
            <w:r w:rsidRPr="00F323E2">
              <w:rPr>
                <w:sz w:val="24"/>
                <w:szCs w:val="24"/>
                <w:lang w:val="ru-RU"/>
              </w:rPr>
              <w:t>87085507037</w:t>
            </w:r>
            <w:r w:rsidR="00EA4F50" w:rsidRPr="00F323E2">
              <w:rPr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887C39" w:rsidRPr="00F323E2" w:rsidRDefault="00EA4F50">
            <w:pPr>
              <w:spacing w:after="40"/>
              <w:rPr>
                <w:sz w:val="24"/>
                <w:szCs w:val="24"/>
              </w:rPr>
            </w:pPr>
            <w:r w:rsidRPr="00F323E2">
              <w:rPr>
                <w:sz w:val="24"/>
                <w:szCs w:val="24"/>
              </w:rPr>
              <w:t xml:space="preserve">Тел.: </w:t>
            </w:r>
            <w:r w:rsidR="00494339" w:rsidRPr="00F323E2">
              <w:rPr>
                <w:sz w:val="24"/>
                <w:szCs w:val="24"/>
              </w:rPr>
              <w:t>8 705 660 91 57; 87085507037</w:t>
            </w:r>
            <w:r w:rsidRPr="00F323E2">
              <w:rPr>
                <w:sz w:val="24"/>
                <w:szCs w:val="24"/>
              </w:rPr>
              <w:t>.</w:t>
            </w:r>
          </w:p>
        </w:tc>
      </w:tr>
    </w:tbl>
    <w:p w:rsidR="00887C39" w:rsidRPr="00F323E2" w:rsidRDefault="00887C39">
      <w:pPr>
        <w:rPr>
          <w:sz w:val="24"/>
          <w:szCs w:val="24"/>
        </w:rPr>
      </w:pPr>
    </w:p>
    <w:p w:rsidR="00887C39" w:rsidRPr="00F323E2" w:rsidRDefault="00EA4F50">
      <w:pPr>
        <w:rPr>
          <w:sz w:val="24"/>
          <w:szCs w:val="24"/>
          <w:lang w:val="ru-RU"/>
        </w:rPr>
      </w:pPr>
      <w:r w:rsidRPr="00F323E2">
        <w:rPr>
          <w:b/>
          <w:sz w:val="24"/>
          <w:szCs w:val="24"/>
          <w:lang w:val="ru-RU"/>
        </w:rPr>
        <w:t xml:space="preserve">Примечание: </w:t>
      </w:r>
      <w:r w:rsidRPr="00F323E2">
        <w:rPr>
          <w:sz w:val="24"/>
          <w:szCs w:val="24"/>
          <w:lang w:val="ru-RU"/>
        </w:rPr>
        <w:t>состав и объем документации уточняются по результатам обследования объекта и исходным данным, предоставленным Заказчиком.</w:t>
      </w:r>
    </w:p>
    <w:sectPr w:rsidR="00887C39" w:rsidRPr="00F323E2" w:rsidSect="00034616">
      <w:footerReference w:type="default" r:id="rId8"/>
      <w:pgSz w:w="12240" w:h="15840"/>
      <w:pgMar w:top="850" w:right="850" w:bottom="850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4F50" w:rsidRDefault="00EA4F50" w:rsidP="00494339">
      <w:pPr>
        <w:spacing w:after="0" w:line="240" w:lineRule="auto"/>
      </w:pPr>
      <w:r>
        <w:separator/>
      </w:r>
    </w:p>
  </w:endnote>
  <w:endnote w:type="continuationSeparator" w:id="0">
    <w:p w:rsidR="00EA4F50" w:rsidRDefault="00EA4F50" w:rsidP="00494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339" w:rsidRDefault="00494339" w:rsidP="00F323E2">
    <w:pPr>
      <w:pStyle w:val="a7"/>
      <w:ind w:hanging="85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4F50" w:rsidRDefault="00EA4F50" w:rsidP="00494339">
      <w:pPr>
        <w:spacing w:after="0" w:line="240" w:lineRule="auto"/>
      </w:pPr>
      <w:r>
        <w:separator/>
      </w:r>
    </w:p>
  </w:footnote>
  <w:footnote w:type="continuationSeparator" w:id="0">
    <w:p w:rsidR="00EA4F50" w:rsidRDefault="00EA4F50" w:rsidP="004943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94339"/>
    <w:rsid w:val="00887C39"/>
    <w:rsid w:val="00AA1D8D"/>
    <w:rsid w:val="00B47730"/>
    <w:rsid w:val="00CB0664"/>
    <w:rsid w:val="00EA4F50"/>
    <w:rsid w:val="00F323E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EFA7E"/>
  <w14:defaultImageDpi w14:val="300"/>
  <w15:docId w15:val="{E076E13D-623F-438A-8215-3AAB5ABB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3610A3-FC39-4C80-A467-3D5BA65E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Сауле</cp:lastModifiedBy>
  <cp:revision>3</cp:revision>
  <dcterms:created xsi:type="dcterms:W3CDTF">2013-12-23T23:15:00Z</dcterms:created>
  <dcterms:modified xsi:type="dcterms:W3CDTF">2026-10-02T07:02:00Z</dcterms:modified>
  <cp:category/>
</cp:coreProperties>
</file>