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E7A" w:rsidRPr="00243253" w:rsidRDefault="00243253">
      <w:pPr>
        <w:spacing w:after="80"/>
        <w:jc w:val="center"/>
        <w:rPr>
          <w:lang w:val="ru-RU"/>
        </w:rPr>
      </w:pPr>
      <w:r w:rsidRPr="00243253">
        <w:rPr>
          <w:b/>
          <w:color w:val="1F4E79"/>
          <w:sz w:val="28"/>
          <w:lang w:val="ru-RU"/>
        </w:rPr>
        <w:t>ТЕХНИЧЕСКАЯ СПЕЦИФИКАЦИЯ</w:t>
      </w:r>
    </w:p>
    <w:p w:rsidR="00931E7A" w:rsidRPr="00243253" w:rsidRDefault="00243253">
      <w:pPr>
        <w:spacing w:after="360"/>
        <w:jc w:val="center"/>
        <w:rPr>
          <w:lang w:val="ru-RU"/>
        </w:rPr>
      </w:pPr>
      <w:r w:rsidRPr="00243253">
        <w:rPr>
          <w:b/>
          <w:color w:val="595959"/>
          <w:sz w:val="22"/>
          <w:lang w:val="ru-RU"/>
        </w:rPr>
        <w:t>на оказание услуг по техническому обслуживанию и ремонту оргтехники</w:t>
      </w:r>
    </w:p>
    <w:p w:rsidR="00931E7A" w:rsidRPr="00243253" w:rsidRDefault="00243253">
      <w:pPr>
        <w:keepNext/>
        <w:spacing w:before="280" w:after="120"/>
        <w:rPr>
          <w:lang w:val="ru-RU"/>
        </w:rPr>
      </w:pPr>
      <w:r w:rsidRPr="00243253">
        <w:rPr>
          <w:b/>
          <w:color w:val="1F4E79"/>
          <w:sz w:val="22"/>
          <w:lang w:val="ru-RU"/>
        </w:rPr>
        <w:t>1. Общие сведения и цель оказания услуг</w:t>
      </w:r>
    </w:p>
    <w:p w:rsidR="00931E7A" w:rsidRPr="00243253" w:rsidRDefault="00243253">
      <w:pPr>
        <w:spacing w:after="160"/>
        <w:rPr>
          <w:lang w:val="ru-RU"/>
        </w:rPr>
      </w:pPr>
      <w:r w:rsidRPr="00243253">
        <w:rPr>
          <w:lang w:val="ru-RU"/>
        </w:rPr>
        <w:t>Предметом закупа является оказание услуг по регулярному техническому обслуживанию, профилактике и ремонту печатной и множительной техники Заказчика с целью обеспечения ее бесперебойного и качественного функционирования.</w:t>
      </w:r>
    </w:p>
    <w:p w:rsidR="00931E7A" w:rsidRDefault="00243253">
      <w:pPr>
        <w:keepNext/>
        <w:spacing w:before="280" w:after="120"/>
      </w:pPr>
      <w:r>
        <w:rPr>
          <w:b/>
          <w:color w:val="1F4E79"/>
          <w:sz w:val="22"/>
        </w:rPr>
        <w:t>2. Перечень оргтехники, подлежащей обслуживанию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D3D3D3"/>
        </w:tblBorders>
        <w:tblLook w:val="04A0" w:firstRow="1" w:lastRow="0" w:firstColumn="1" w:lastColumn="0" w:noHBand="0" w:noVBand="1"/>
      </w:tblPr>
      <w:tblGrid>
        <w:gridCol w:w="864"/>
        <w:gridCol w:w="3168"/>
        <w:gridCol w:w="3168"/>
        <w:gridCol w:w="2592"/>
      </w:tblGrid>
      <w:tr w:rsidR="00931E7A">
        <w:trPr>
          <w:jc w:val="center"/>
        </w:trPr>
        <w:tc>
          <w:tcPr>
            <w:tcW w:w="864" w:type="dxa"/>
            <w:shd w:val="clear" w:color="auto" w:fill="1F4E7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31E7A" w:rsidRDefault="00243253">
            <w:pPr>
              <w:jc w:val="center"/>
            </w:pPr>
            <w:r>
              <w:rPr>
                <w:b/>
                <w:color w:val="FFFFFF"/>
              </w:rPr>
              <w:t>№</w:t>
            </w:r>
          </w:p>
        </w:tc>
        <w:tc>
          <w:tcPr>
            <w:tcW w:w="3168" w:type="dxa"/>
            <w:shd w:val="clear" w:color="auto" w:fill="1F4E7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31E7A" w:rsidRDefault="00243253">
            <w:pPr>
              <w:jc w:val="center"/>
            </w:pPr>
            <w:r>
              <w:rPr>
                <w:b/>
                <w:color w:val="FFFFFF"/>
              </w:rPr>
              <w:t>Наименование модели</w:t>
            </w:r>
          </w:p>
        </w:tc>
        <w:tc>
          <w:tcPr>
            <w:tcW w:w="3168" w:type="dxa"/>
            <w:shd w:val="clear" w:color="auto" w:fill="1F4E7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31E7A" w:rsidRDefault="00243253">
            <w:pPr>
              <w:jc w:val="center"/>
            </w:pPr>
            <w:r>
              <w:rPr>
                <w:b/>
                <w:color w:val="FFFFFF"/>
              </w:rPr>
              <w:t>Тип оборудования</w:t>
            </w:r>
          </w:p>
        </w:tc>
        <w:tc>
          <w:tcPr>
            <w:tcW w:w="2592" w:type="dxa"/>
            <w:shd w:val="clear" w:color="auto" w:fill="1F4E7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31E7A" w:rsidRDefault="00243253">
            <w:pPr>
              <w:jc w:val="center"/>
            </w:pPr>
            <w:r>
              <w:rPr>
                <w:b/>
                <w:color w:val="FFFFFF"/>
              </w:rPr>
              <w:t>Назначение / Примечание</w:t>
            </w:r>
          </w:p>
        </w:tc>
      </w:tr>
      <w:tr w:rsidR="00931E7A" w:rsidTr="008A531E">
        <w:trPr>
          <w:trHeight w:val="473"/>
          <w:jc w:val="center"/>
        </w:trPr>
        <w:tc>
          <w:tcPr>
            <w:tcW w:w="86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8A531E" w:rsidRDefault="008A531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168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8A531E" w:rsidRDefault="00243253" w:rsidP="008A531E">
            <w:pPr>
              <w:rPr>
                <w:lang w:val="kk-KZ"/>
              </w:rPr>
            </w:pPr>
            <w:r>
              <w:t xml:space="preserve">HP </w:t>
            </w:r>
            <w:r w:rsidR="008A531E">
              <w:rPr>
                <w:lang w:val="kk-KZ"/>
              </w:rPr>
              <w:t>135А</w:t>
            </w:r>
          </w:p>
        </w:tc>
        <w:tc>
          <w:tcPr>
            <w:tcW w:w="3168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Монохромное</w:t>
            </w:r>
            <w:proofErr w:type="spellEnd"/>
            <w:r>
              <w:t xml:space="preserve"> </w:t>
            </w:r>
            <w:proofErr w:type="spellStart"/>
            <w:r>
              <w:t>лазерное</w:t>
            </w:r>
            <w:proofErr w:type="spellEnd"/>
            <w:r>
              <w:t xml:space="preserve"> МФУ</w:t>
            </w:r>
          </w:p>
        </w:tc>
        <w:tc>
          <w:tcPr>
            <w:tcW w:w="259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r>
              <w:t>Печать, сканирование, копирование</w:t>
            </w:r>
          </w:p>
        </w:tc>
      </w:tr>
      <w:tr w:rsidR="00931E7A" w:rsidTr="008A531E">
        <w:trPr>
          <w:trHeight w:val="272"/>
          <w:jc w:val="center"/>
        </w:trPr>
        <w:tc>
          <w:tcPr>
            <w:tcW w:w="86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8A531E" w:rsidRDefault="008A531E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16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8A531E" w:rsidRDefault="008A531E">
            <w:pPr>
              <w:rPr>
                <w:lang w:val="kk-KZ"/>
              </w:rPr>
            </w:pPr>
            <w:r>
              <w:rPr>
                <w:lang w:val="kk-KZ"/>
              </w:rPr>
              <w:t>Замена матрицы моноблока</w:t>
            </w:r>
          </w:p>
        </w:tc>
        <w:tc>
          <w:tcPr>
            <w:tcW w:w="3168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8A531E" w:rsidRDefault="008A531E">
            <w:pPr>
              <w:rPr>
                <w:lang w:val="kk-KZ"/>
              </w:rPr>
            </w:pPr>
            <w:r>
              <w:rPr>
                <w:lang w:val="kk-KZ"/>
              </w:rPr>
              <w:t>моноблок</w:t>
            </w:r>
          </w:p>
        </w:tc>
        <w:tc>
          <w:tcPr>
            <w:tcW w:w="259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 w:rsidP="008A531E">
            <w:proofErr w:type="spellStart"/>
            <w:r>
              <w:t>Персональная</w:t>
            </w:r>
            <w:proofErr w:type="spellEnd"/>
            <w:r>
              <w:t xml:space="preserve"> / </w:t>
            </w:r>
            <w:proofErr w:type="spellStart"/>
            <w:r>
              <w:t>офисная</w:t>
            </w:r>
            <w:proofErr w:type="spellEnd"/>
            <w:r>
              <w:t xml:space="preserve"> </w:t>
            </w:r>
          </w:p>
        </w:tc>
      </w:tr>
    </w:tbl>
    <w:p w:rsidR="00931E7A" w:rsidRPr="00243253" w:rsidRDefault="00243253">
      <w:pPr>
        <w:keepNext/>
        <w:spacing w:before="280" w:after="120"/>
        <w:rPr>
          <w:lang w:val="ru-RU"/>
        </w:rPr>
      </w:pPr>
      <w:r w:rsidRPr="00243253">
        <w:rPr>
          <w:b/>
          <w:color w:val="1F4E79"/>
          <w:sz w:val="22"/>
          <w:lang w:val="ru-RU"/>
        </w:rPr>
        <w:t>3. Перечень возможных работ, устраняемых неисправностей и запасных частей (</w:t>
      </w:r>
      <w:r>
        <w:rPr>
          <w:b/>
          <w:color w:val="1F4E79"/>
          <w:sz w:val="22"/>
        </w:rPr>
        <w:t>ZIP</w:t>
      </w:r>
      <w:r w:rsidRPr="00243253">
        <w:rPr>
          <w:b/>
          <w:color w:val="1F4E79"/>
          <w:sz w:val="22"/>
          <w:lang w:val="ru-RU"/>
        </w:rPr>
        <w:t>)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D3D3D3"/>
        </w:tblBorders>
        <w:tblLook w:val="04A0" w:firstRow="1" w:lastRow="0" w:firstColumn="1" w:lastColumn="0" w:noHBand="0" w:noVBand="1"/>
      </w:tblPr>
      <w:tblGrid>
        <w:gridCol w:w="864"/>
        <w:gridCol w:w="3312"/>
        <w:gridCol w:w="3744"/>
        <w:gridCol w:w="2180"/>
      </w:tblGrid>
      <w:tr w:rsidR="00931E7A">
        <w:trPr>
          <w:jc w:val="center"/>
        </w:trPr>
        <w:tc>
          <w:tcPr>
            <w:tcW w:w="864" w:type="dxa"/>
            <w:shd w:val="clear" w:color="auto" w:fill="1F4E7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31E7A" w:rsidRDefault="00243253">
            <w:pPr>
              <w:jc w:val="center"/>
            </w:pPr>
            <w:r>
              <w:rPr>
                <w:b/>
                <w:color w:val="FFFFFF"/>
              </w:rPr>
              <w:t>№</w:t>
            </w:r>
          </w:p>
        </w:tc>
        <w:tc>
          <w:tcPr>
            <w:tcW w:w="3312" w:type="dxa"/>
            <w:shd w:val="clear" w:color="auto" w:fill="1F4E7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31E7A" w:rsidRDefault="00243253">
            <w:pPr>
              <w:jc w:val="center"/>
            </w:pPr>
            <w:r>
              <w:rPr>
                <w:b/>
                <w:color w:val="FFFFFF"/>
              </w:rPr>
              <w:t>Наименование работ / Запчастей</w:t>
            </w:r>
          </w:p>
        </w:tc>
        <w:tc>
          <w:tcPr>
            <w:tcW w:w="3744" w:type="dxa"/>
            <w:shd w:val="clear" w:color="auto" w:fill="1F4E7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31E7A" w:rsidRDefault="00243253">
            <w:pPr>
              <w:jc w:val="center"/>
            </w:pPr>
            <w:r>
              <w:rPr>
                <w:b/>
                <w:color w:val="FFFFFF"/>
              </w:rPr>
              <w:t>Описание выполняемых работ / Дефект</w:t>
            </w:r>
          </w:p>
        </w:tc>
        <w:tc>
          <w:tcPr>
            <w:tcW w:w="1872" w:type="dxa"/>
            <w:shd w:val="clear" w:color="auto" w:fill="1F4E7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31E7A" w:rsidRDefault="00243253">
            <w:pPr>
              <w:jc w:val="center"/>
            </w:pPr>
            <w:r>
              <w:rPr>
                <w:b/>
                <w:color w:val="FFFFFF"/>
              </w:rPr>
              <w:t>Периодичность</w:t>
            </w:r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1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r>
              <w:t>Диагностика оборудования</w:t>
            </w:r>
          </w:p>
        </w:tc>
        <w:tc>
          <w:tcPr>
            <w:tcW w:w="374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Комплексная проверка, выявление причин неисправности, выдача заключения</w:t>
            </w:r>
          </w:p>
        </w:tc>
        <w:tc>
          <w:tcPr>
            <w:tcW w:w="187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заявке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2</w:t>
            </w:r>
          </w:p>
        </w:tc>
        <w:tc>
          <w:tcPr>
            <w:tcW w:w="331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r>
              <w:t>Профилактическое обслуживание (ТО)</w:t>
            </w:r>
          </w:p>
        </w:tc>
        <w:tc>
          <w:tcPr>
            <w:tcW w:w="374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Разборка, очистка узлов, оптики, тракта бумаги, смазка механизма</w:t>
            </w:r>
          </w:p>
        </w:tc>
        <w:tc>
          <w:tcPr>
            <w:tcW w:w="187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Планово</w:t>
            </w:r>
            <w:proofErr w:type="spellEnd"/>
            <w:r>
              <w:t xml:space="preserve"> /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заявке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3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r>
              <w:t>Замена термопленки / нагревательного элемента</w:t>
            </w:r>
          </w:p>
        </w:tc>
        <w:tc>
          <w:tcPr>
            <w:tcW w:w="374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дефектов запекания, замятия бумаги в печке, грязи на листе</w:t>
            </w:r>
          </w:p>
        </w:tc>
        <w:tc>
          <w:tcPr>
            <w:tcW w:w="187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износа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4</w:t>
            </w:r>
          </w:p>
        </w:tc>
        <w:tc>
          <w:tcPr>
            <w:tcW w:w="331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r>
              <w:t>Замена прижимного (резинового) вала</w:t>
            </w:r>
          </w:p>
        </w:tc>
        <w:tc>
          <w:tcPr>
            <w:tcW w:w="374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 xml:space="preserve">Устранение морщин на бумаге, замятий, </w:t>
            </w:r>
            <w:proofErr w:type="gramStart"/>
            <w:r w:rsidRPr="00243253">
              <w:rPr>
                <w:lang w:val="ru-RU"/>
              </w:rPr>
              <w:t>некорректного</w:t>
            </w:r>
            <w:proofErr w:type="gramEnd"/>
            <w:r w:rsidRPr="00243253">
              <w:rPr>
                <w:lang w:val="ru-RU"/>
              </w:rPr>
              <w:t xml:space="preserve"> запекания</w:t>
            </w:r>
          </w:p>
        </w:tc>
        <w:tc>
          <w:tcPr>
            <w:tcW w:w="187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износа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5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 xml:space="preserve">Замена </w:t>
            </w:r>
            <w:proofErr w:type="spellStart"/>
            <w:r w:rsidRPr="00243253">
              <w:rPr>
                <w:lang w:val="ru-RU"/>
              </w:rPr>
              <w:t>бушингов</w:t>
            </w:r>
            <w:proofErr w:type="spellEnd"/>
            <w:r w:rsidRPr="00243253">
              <w:rPr>
                <w:lang w:val="ru-RU"/>
              </w:rPr>
              <w:t xml:space="preserve"> (подшипников) резинового вала</w:t>
            </w:r>
          </w:p>
        </w:tc>
        <w:tc>
          <w:tcPr>
            <w:tcW w:w="374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постороннего шума, треска, неравномерного прижима</w:t>
            </w:r>
          </w:p>
        </w:tc>
        <w:tc>
          <w:tcPr>
            <w:tcW w:w="187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износа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6</w:t>
            </w:r>
          </w:p>
        </w:tc>
        <w:tc>
          <w:tcPr>
            <w:tcW w:w="331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Замена ролика захвата / подачи бумаги</w:t>
            </w:r>
          </w:p>
        </w:tc>
        <w:tc>
          <w:tcPr>
            <w:tcW w:w="374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проблемы «не захватывает бумагу» или «берет по несколько листов»</w:t>
            </w:r>
          </w:p>
        </w:tc>
        <w:tc>
          <w:tcPr>
            <w:tcW w:w="187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износа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lastRenderedPageBreak/>
              <w:t>7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Замена тормозной площадки (</w:t>
            </w:r>
            <w:r>
              <w:t>Separation</w:t>
            </w:r>
            <w:r w:rsidRPr="00243253">
              <w:rPr>
                <w:lang w:val="ru-RU"/>
              </w:rPr>
              <w:t xml:space="preserve"> </w:t>
            </w:r>
            <w:r>
              <w:t>Pad</w:t>
            </w:r>
            <w:r w:rsidRPr="00243253">
              <w:rPr>
                <w:lang w:val="ru-RU"/>
              </w:rPr>
              <w:t>)</w:t>
            </w:r>
          </w:p>
        </w:tc>
        <w:tc>
          <w:tcPr>
            <w:tcW w:w="374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двойного захвата листов из лотка</w:t>
            </w:r>
          </w:p>
        </w:tc>
        <w:tc>
          <w:tcPr>
            <w:tcW w:w="187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износа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8</w:t>
            </w:r>
          </w:p>
        </w:tc>
        <w:tc>
          <w:tcPr>
            <w:tcW w:w="331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Замена / ремонт узла сканера (шлейф, мотор, линейка)</w:t>
            </w:r>
          </w:p>
        </w:tc>
        <w:tc>
          <w:tcPr>
            <w:tcW w:w="374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ошибок сканирования, полос, отсутствие движения линейки</w:t>
            </w:r>
          </w:p>
        </w:tc>
        <w:tc>
          <w:tcPr>
            <w:tcW w:w="187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поломки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9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Замена / очистка лазерного блока (полигон-мотор)</w:t>
            </w:r>
          </w:p>
        </w:tc>
        <w:tc>
          <w:tcPr>
            <w:tcW w:w="374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бледной печати, белых продольных полос</w:t>
            </w:r>
          </w:p>
        </w:tc>
        <w:tc>
          <w:tcPr>
            <w:tcW w:w="187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загрязнения</w:t>
            </w:r>
            <w:proofErr w:type="spellEnd"/>
            <w:r>
              <w:t>/</w:t>
            </w:r>
            <w:proofErr w:type="spellStart"/>
            <w:r>
              <w:t>поломки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10</w:t>
            </w:r>
          </w:p>
        </w:tc>
        <w:tc>
          <w:tcPr>
            <w:tcW w:w="331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Замена шестерен редуктора и привода картриджа</w:t>
            </w:r>
          </w:p>
        </w:tc>
        <w:tc>
          <w:tcPr>
            <w:tcW w:w="374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сильного треска, блокировки вращения механики</w:t>
            </w:r>
          </w:p>
        </w:tc>
        <w:tc>
          <w:tcPr>
            <w:tcW w:w="187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износа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11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 w:rsidP="007F6B5A">
            <w:pPr>
              <w:rPr>
                <w:lang w:val="ru-RU"/>
              </w:rPr>
            </w:pPr>
            <w:r w:rsidRPr="00243253">
              <w:rPr>
                <w:lang w:val="ru-RU"/>
              </w:rPr>
              <w:t xml:space="preserve">Промывка и очистка печатающей головки </w:t>
            </w:r>
            <w:bookmarkStart w:id="0" w:name="_GoBack"/>
            <w:bookmarkEnd w:id="0"/>
          </w:p>
        </w:tc>
        <w:tc>
          <w:tcPr>
            <w:tcW w:w="374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пробелов в дюзах, полос при фотопечати, смешения цветов</w:t>
            </w:r>
          </w:p>
        </w:tc>
        <w:tc>
          <w:tcPr>
            <w:tcW w:w="187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засора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12</w:t>
            </w:r>
          </w:p>
        </w:tc>
        <w:tc>
          <w:tcPr>
            <w:tcW w:w="331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Замена / сброс впитывающей прокладки (памперса)</w:t>
            </w:r>
          </w:p>
        </w:tc>
        <w:tc>
          <w:tcPr>
            <w:tcW w:w="374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блокировки принтера по переполнению отработки чернил</w:t>
            </w:r>
          </w:p>
        </w:tc>
        <w:tc>
          <w:tcPr>
            <w:tcW w:w="187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заполнения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13</w:t>
            </w:r>
          </w:p>
        </w:tc>
        <w:tc>
          <w:tcPr>
            <w:tcW w:w="331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 w:rsidP="007F6B5A">
            <w:pPr>
              <w:rPr>
                <w:lang w:val="ru-RU"/>
              </w:rPr>
            </w:pPr>
            <w:r w:rsidRPr="00243253">
              <w:rPr>
                <w:lang w:val="ru-RU"/>
              </w:rPr>
              <w:t xml:space="preserve">Профилактика / замена ленты переноса </w:t>
            </w:r>
          </w:p>
        </w:tc>
        <w:tc>
          <w:tcPr>
            <w:tcW w:w="374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Устранение сдвига цветов, фона, нечеткого сведения цветного изображения</w:t>
            </w:r>
          </w:p>
        </w:tc>
        <w:tc>
          <w:tcPr>
            <w:tcW w:w="1872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износа</w:t>
            </w:r>
            <w:proofErr w:type="spellEnd"/>
          </w:p>
        </w:tc>
      </w:tr>
      <w:tr w:rsidR="00931E7A">
        <w:trPr>
          <w:jc w:val="center"/>
        </w:trPr>
        <w:tc>
          <w:tcPr>
            <w:tcW w:w="86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pPr>
              <w:jc w:val="center"/>
            </w:pPr>
            <w:r>
              <w:t>14</w:t>
            </w:r>
          </w:p>
        </w:tc>
        <w:tc>
          <w:tcPr>
            <w:tcW w:w="331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>Ремонт / замена электронной платы (</w:t>
            </w:r>
            <w:proofErr w:type="spellStart"/>
            <w:r w:rsidRPr="00243253">
              <w:rPr>
                <w:lang w:val="ru-RU"/>
              </w:rPr>
              <w:t>форматтера</w:t>
            </w:r>
            <w:proofErr w:type="spellEnd"/>
            <w:r w:rsidRPr="00243253">
              <w:rPr>
                <w:lang w:val="ru-RU"/>
              </w:rPr>
              <w:t xml:space="preserve"> / питания)</w:t>
            </w:r>
          </w:p>
        </w:tc>
        <w:tc>
          <w:tcPr>
            <w:tcW w:w="3744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Pr="00243253" w:rsidRDefault="00243253">
            <w:pPr>
              <w:rPr>
                <w:lang w:val="ru-RU"/>
              </w:rPr>
            </w:pPr>
            <w:r w:rsidRPr="00243253">
              <w:rPr>
                <w:lang w:val="ru-RU"/>
              </w:rPr>
              <w:t xml:space="preserve">Устранение проблем с включением, определением </w:t>
            </w:r>
            <w:r>
              <w:t>USB</w:t>
            </w:r>
            <w:r w:rsidRPr="00243253">
              <w:rPr>
                <w:lang w:val="ru-RU"/>
              </w:rPr>
              <w:t>/сети</w:t>
            </w:r>
          </w:p>
        </w:tc>
        <w:tc>
          <w:tcPr>
            <w:tcW w:w="1872" w:type="dxa"/>
            <w:shd w:val="clear" w:color="auto" w:fill="F9FBFD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931E7A" w:rsidRDefault="00243253">
            <w:r>
              <w:t>По мере необходимости</w:t>
            </w:r>
          </w:p>
        </w:tc>
      </w:tr>
    </w:tbl>
    <w:p w:rsidR="00931E7A" w:rsidRPr="00243253" w:rsidRDefault="00243253">
      <w:pPr>
        <w:keepNext/>
        <w:spacing w:before="280" w:after="120"/>
        <w:rPr>
          <w:lang w:val="ru-RU"/>
        </w:rPr>
      </w:pPr>
      <w:r w:rsidRPr="00243253">
        <w:rPr>
          <w:b/>
          <w:color w:val="1F4E79"/>
          <w:sz w:val="22"/>
          <w:lang w:val="ru-RU"/>
        </w:rPr>
        <w:t>4. Требования к качеству и порядку оказания услуг</w:t>
      </w:r>
    </w:p>
    <w:p w:rsidR="00931E7A" w:rsidRPr="00243253" w:rsidRDefault="00243253">
      <w:pPr>
        <w:pStyle w:val="a0"/>
        <w:spacing w:after="80"/>
        <w:rPr>
          <w:lang w:val="ru-RU"/>
        </w:rPr>
      </w:pPr>
      <w:r w:rsidRPr="00243253">
        <w:rPr>
          <w:lang w:val="ru-RU"/>
        </w:rPr>
        <w:t>Услуги оказываются по заявкам Заказчика в течение срока действия договора.</w:t>
      </w:r>
    </w:p>
    <w:p w:rsidR="00931E7A" w:rsidRPr="00243253" w:rsidRDefault="00243253">
      <w:pPr>
        <w:pStyle w:val="a0"/>
        <w:spacing w:after="80"/>
        <w:rPr>
          <w:lang w:val="ru-RU"/>
        </w:rPr>
      </w:pPr>
      <w:r w:rsidRPr="00243253">
        <w:rPr>
          <w:lang w:val="ru-RU"/>
        </w:rPr>
        <w:t>Время реагирования на заявку и выезд специалиста на объект Заказчика — не более 24 часов с момента получения заявки.</w:t>
      </w:r>
    </w:p>
    <w:p w:rsidR="00931E7A" w:rsidRPr="00243253" w:rsidRDefault="00243253">
      <w:pPr>
        <w:pStyle w:val="a0"/>
        <w:spacing w:after="80"/>
        <w:rPr>
          <w:lang w:val="ru-RU"/>
        </w:rPr>
      </w:pPr>
      <w:r w:rsidRPr="00243253">
        <w:rPr>
          <w:lang w:val="ru-RU"/>
        </w:rPr>
        <w:t>Диагностика оборудования проводится на территории Заказчика. В случае невозможности проведения ремонта на месте, транспортировка оборудования в сервисный центр и обратно осуществляется силами и за счет Поставщика.</w:t>
      </w:r>
    </w:p>
    <w:p w:rsidR="00931E7A" w:rsidRPr="00243253" w:rsidRDefault="00243253">
      <w:pPr>
        <w:pStyle w:val="a0"/>
        <w:spacing w:after="80"/>
        <w:rPr>
          <w:lang w:val="ru-RU"/>
        </w:rPr>
      </w:pPr>
      <w:r w:rsidRPr="00243253">
        <w:rPr>
          <w:lang w:val="ru-RU"/>
        </w:rPr>
        <w:t>Все используемые при ремонте запасные части и расходные материалы должны быть новыми, качественными и полностью совместимыми с обслуживаемой техникой.</w:t>
      </w:r>
    </w:p>
    <w:p w:rsidR="00931E7A" w:rsidRPr="00243253" w:rsidRDefault="00243253">
      <w:pPr>
        <w:pStyle w:val="a0"/>
        <w:spacing w:after="80"/>
        <w:rPr>
          <w:lang w:val="ru-RU"/>
        </w:rPr>
      </w:pPr>
      <w:r w:rsidRPr="00243253">
        <w:rPr>
          <w:lang w:val="ru-RU"/>
        </w:rPr>
        <w:t xml:space="preserve">Гарантийный срок на оказанные услуги и замененные детали должен составлять не менее </w:t>
      </w:r>
      <w:r w:rsidR="00FF3A4C">
        <w:rPr>
          <w:lang w:val="ru-RU"/>
        </w:rPr>
        <w:t>12</w:t>
      </w:r>
      <w:r w:rsidRPr="00243253">
        <w:rPr>
          <w:lang w:val="ru-RU"/>
        </w:rPr>
        <w:t xml:space="preserve"> месяцев </w:t>
      </w:r>
      <w:proofErr w:type="gramStart"/>
      <w:r w:rsidRPr="00243253">
        <w:rPr>
          <w:lang w:val="ru-RU"/>
        </w:rPr>
        <w:t>с даты подписания</w:t>
      </w:r>
      <w:proofErr w:type="gramEnd"/>
      <w:r w:rsidRPr="00243253">
        <w:rPr>
          <w:lang w:val="ru-RU"/>
        </w:rPr>
        <w:t xml:space="preserve"> Акта выполненных работ.</w:t>
      </w:r>
    </w:p>
    <w:p w:rsidR="00243253" w:rsidRPr="008A531E" w:rsidRDefault="00243253" w:rsidP="00243253">
      <w:pPr>
        <w:pStyle w:val="a0"/>
        <w:numPr>
          <w:ilvl w:val="0"/>
          <w:numId w:val="0"/>
        </w:numPr>
        <w:spacing w:after="80"/>
        <w:ind w:left="360" w:hanging="360"/>
        <w:rPr>
          <w:lang w:val="ru-RU"/>
        </w:rPr>
      </w:pPr>
    </w:p>
    <w:p w:rsidR="00243253" w:rsidRPr="008A531E" w:rsidRDefault="00243253" w:rsidP="00243253">
      <w:pPr>
        <w:pStyle w:val="a0"/>
        <w:numPr>
          <w:ilvl w:val="0"/>
          <w:numId w:val="0"/>
        </w:numPr>
        <w:spacing w:after="80"/>
        <w:ind w:left="360" w:hanging="360"/>
        <w:rPr>
          <w:lang w:val="ru-RU"/>
        </w:rPr>
      </w:pPr>
    </w:p>
    <w:p w:rsidR="00243253" w:rsidRPr="00243253" w:rsidRDefault="00243253" w:rsidP="00243253">
      <w:pPr>
        <w:pStyle w:val="a9"/>
      </w:pPr>
      <w:r w:rsidRPr="00243253">
        <w:t>ТЕХНИКАЛЫҚ СИПАТТАМА</w:t>
      </w:r>
    </w:p>
    <w:p w:rsidR="00243253" w:rsidRPr="00243253" w:rsidRDefault="00243253" w:rsidP="00243253">
      <w:pPr>
        <w:pStyle w:val="a9"/>
      </w:pPr>
      <w:proofErr w:type="spellStart"/>
      <w:proofErr w:type="gramStart"/>
      <w:r w:rsidRPr="00243253">
        <w:t>ұйымдастыру</w:t>
      </w:r>
      <w:proofErr w:type="spellEnd"/>
      <w:proofErr w:type="gramEnd"/>
      <w:r w:rsidRPr="00243253">
        <w:t xml:space="preserve"> </w:t>
      </w:r>
      <w:proofErr w:type="spellStart"/>
      <w:r w:rsidRPr="00243253">
        <w:t>техникасына</w:t>
      </w:r>
      <w:proofErr w:type="spellEnd"/>
      <w:r w:rsidRPr="00243253">
        <w:t xml:space="preserve"> </w:t>
      </w:r>
      <w:proofErr w:type="spellStart"/>
      <w:r w:rsidRPr="00243253">
        <w:t>техникалық</w:t>
      </w:r>
      <w:proofErr w:type="spellEnd"/>
      <w:r w:rsidRPr="00243253">
        <w:t xml:space="preserve"> </w:t>
      </w:r>
      <w:proofErr w:type="spellStart"/>
      <w:r w:rsidRPr="00243253">
        <w:t>қызмет</w:t>
      </w:r>
      <w:proofErr w:type="spellEnd"/>
      <w:r w:rsidRPr="00243253">
        <w:t xml:space="preserve"> </w:t>
      </w:r>
      <w:proofErr w:type="spellStart"/>
      <w:r w:rsidRPr="00243253">
        <w:t>көрсету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жөндеу</w:t>
      </w:r>
      <w:proofErr w:type="spellEnd"/>
      <w:r w:rsidRPr="00243253">
        <w:t xml:space="preserve"> </w:t>
      </w:r>
      <w:proofErr w:type="spellStart"/>
      <w:r w:rsidRPr="00243253">
        <w:t>бойынша</w:t>
      </w:r>
      <w:proofErr w:type="spellEnd"/>
      <w:r w:rsidRPr="00243253">
        <w:t xml:space="preserve"> </w:t>
      </w:r>
      <w:proofErr w:type="spellStart"/>
      <w:r w:rsidRPr="00243253">
        <w:t>қызметтер</w:t>
      </w:r>
      <w:proofErr w:type="spellEnd"/>
      <w:r w:rsidRPr="00243253">
        <w:t xml:space="preserve"> </w:t>
      </w:r>
      <w:proofErr w:type="spellStart"/>
      <w:r w:rsidRPr="00243253">
        <w:t>көрсетуге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1. </w:t>
      </w:r>
      <w:proofErr w:type="spellStart"/>
      <w:r w:rsidRPr="00243253">
        <w:t>Жалпы</w:t>
      </w:r>
      <w:proofErr w:type="spellEnd"/>
      <w:r w:rsidRPr="00243253">
        <w:t xml:space="preserve"> </w:t>
      </w:r>
      <w:proofErr w:type="spellStart"/>
      <w:r w:rsidRPr="00243253">
        <w:t>мәліметтер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қызмет</w:t>
      </w:r>
      <w:proofErr w:type="spellEnd"/>
      <w:r w:rsidRPr="00243253">
        <w:t xml:space="preserve"> </w:t>
      </w:r>
      <w:proofErr w:type="spellStart"/>
      <w:r w:rsidRPr="00243253">
        <w:t>көрсету</w:t>
      </w:r>
      <w:proofErr w:type="spellEnd"/>
      <w:r w:rsidRPr="00243253">
        <w:t xml:space="preserve"> </w:t>
      </w:r>
      <w:proofErr w:type="spellStart"/>
      <w:r w:rsidRPr="00243253">
        <w:t>мақсаты</w:t>
      </w:r>
      <w:proofErr w:type="spellEnd"/>
    </w:p>
    <w:p w:rsidR="00243253" w:rsidRPr="00243253" w:rsidRDefault="00243253" w:rsidP="00243253">
      <w:pPr>
        <w:pStyle w:val="a9"/>
      </w:pPr>
      <w:proofErr w:type="spellStart"/>
      <w:proofErr w:type="gramStart"/>
      <w:r w:rsidRPr="00243253">
        <w:t>Сатып</w:t>
      </w:r>
      <w:proofErr w:type="spellEnd"/>
      <w:r w:rsidRPr="00243253">
        <w:t xml:space="preserve"> </w:t>
      </w:r>
      <w:proofErr w:type="spellStart"/>
      <w:r w:rsidRPr="00243253">
        <w:t>алу</w:t>
      </w:r>
      <w:proofErr w:type="spellEnd"/>
      <w:r w:rsidRPr="00243253">
        <w:t xml:space="preserve"> </w:t>
      </w:r>
      <w:proofErr w:type="spellStart"/>
      <w:r w:rsidRPr="00243253">
        <w:t>нысанасы</w:t>
      </w:r>
      <w:proofErr w:type="spellEnd"/>
      <w:r w:rsidRPr="00243253">
        <w:t xml:space="preserve"> </w:t>
      </w:r>
      <w:proofErr w:type="spellStart"/>
      <w:r w:rsidRPr="00243253">
        <w:t>оның</w:t>
      </w:r>
      <w:proofErr w:type="spellEnd"/>
      <w:r w:rsidRPr="00243253">
        <w:t xml:space="preserve"> </w:t>
      </w:r>
      <w:proofErr w:type="spellStart"/>
      <w:r w:rsidRPr="00243253">
        <w:t>үздіксіз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сапалы</w:t>
      </w:r>
      <w:proofErr w:type="spellEnd"/>
      <w:r w:rsidRPr="00243253">
        <w:t xml:space="preserve"> </w:t>
      </w:r>
      <w:proofErr w:type="spellStart"/>
      <w:r w:rsidRPr="00243253">
        <w:t>жұмыс</w:t>
      </w:r>
      <w:proofErr w:type="spellEnd"/>
      <w:r w:rsidRPr="00243253">
        <w:t xml:space="preserve"> </w:t>
      </w:r>
      <w:proofErr w:type="spellStart"/>
      <w:r w:rsidRPr="00243253">
        <w:t>істеуін</w:t>
      </w:r>
      <w:proofErr w:type="spellEnd"/>
      <w:r w:rsidRPr="00243253">
        <w:t xml:space="preserve"> </w:t>
      </w:r>
      <w:proofErr w:type="spellStart"/>
      <w:r w:rsidRPr="00243253">
        <w:t>қамтамасыз</w:t>
      </w:r>
      <w:proofErr w:type="spellEnd"/>
      <w:r w:rsidRPr="00243253">
        <w:t xml:space="preserve"> </w:t>
      </w:r>
      <w:proofErr w:type="spellStart"/>
      <w:r w:rsidRPr="00243253">
        <w:t>ету</w:t>
      </w:r>
      <w:proofErr w:type="spellEnd"/>
      <w:r w:rsidRPr="00243253">
        <w:t xml:space="preserve"> </w:t>
      </w:r>
      <w:proofErr w:type="spellStart"/>
      <w:r w:rsidRPr="00243253">
        <w:t>мақсатында</w:t>
      </w:r>
      <w:proofErr w:type="spellEnd"/>
      <w:r w:rsidRPr="00243253">
        <w:t xml:space="preserve"> </w:t>
      </w:r>
      <w:proofErr w:type="spellStart"/>
      <w:r w:rsidRPr="00243253">
        <w:t>Тапсырыс</w:t>
      </w:r>
      <w:proofErr w:type="spellEnd"/>
      <w:r w:rsidRPr="00243253">
        <w:t xml:space="preserve"> </w:t>
      </w:r>
      <w:proofErr w:type="spellStart"/>
      <w:r w:rsidRPr="00243253">
        <w:t>берушінің</w:t>
      </w:r>
      <w:proofErr w:type="spellEnd"/>
      <w:r w:rsidRPr="00243253">
        <w:t xml:space="preserve"> </w:t>
      </w:r>
      <w:proofErr w:type="spellStart"/>
      <w:r w:rsidRPr="00243253">
        <w:t>баспа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көбейту</w:t>
      </w:r>
      <w:proofErr w:type="spellEnd"/>
      <w:r w:rsidRPr="00243253">
        <w:t xml:space="preserve"> </w:t>
      </w:r>
      <w:proofErr w:type="spellStart"/>
      <w:r w:rsidRPr="00243253">
        <w:t>техникасына</w:t>
      </w:r>
      <w:proofErr w:type="spellEnd"/>
      <w:r w:rsidRPr="00243253">
        <w:t xml:space="preserve"> </w:t>
      </w:r>
      <w:proofErr w:type="spellStart"/>
      <w:r w:rsidRPr="00243253">
        <w:t>тұрақты</w:t>
      </w:r>
      <w:proofErr w:type="spellEnd"/>
      <w:r w:rsidRPr="00243253">
        <w:t xml:space="preserve"> </w:t>
      </w:r>
      <w:proofErr w:type="spellStart"/>
      <w:r w:rsidRPr="00243253">
        <w:t>техникалық</w:t>
      </w:r>
      <w:proofErr w:type="spellEnd"/>
      <w:r w:rsidRPr="00243253">
        <w:t xml:space="preserve"> </w:t>
      </w:r>
      <w:proofErr w:type="spellStart"/>
      <w:r w:rsidRPr="00243253">
        <w:t>қызмет</w:t>
      </w:r>
      <w:proofErr w:type="spellEnd"/>
      <w:r w:rsidRPr="00243253">
        <w:t xml:space="preserve"> </w:t>
      </w:r>
      <w:proofErr w:type="spellStart"/>
      <w:r w:rsidRPr="00243253">
        <w:t>көрсету</w:t>
      </w:r>
      <w:proofErr w:type="spellEnd"/>
      <w:r w:rsidRPr="00243253">
        <w:t xml:space="preserve">, </w:t>
      </w:r>
      <w:proofErr w:type="spellStart"/>
      <w:r w:rsidRPr="00243253">
        <w:t>алдын</w:t>
      </w:r>
      <w:proofErr w:type="spellEnd"/>
      <w:r w:rsidRPr="00243253">
        <w:t xml:space="preserve"> </w:t>
      </w:r>
      <w:proofErr w:type="spellStart"/>
      <w:r w:rsidRPr="00243253">
        <w:t>алу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жөндеу</w:t>
      </w:r>
      <w:proofErr w:type="spellEnd"/>
      <w:r w:rsidRPr="00243253">
        <w:t xml:space="preserve"> </w:t>
      </w:r>
      <w:proofErr w:type="spellStart"/>
      <w:r w:rsidRPr="00243253">
        <w:t>бойынша</w:t>
      </w:r>
      <w:proofErr w:type="spellEnd"/>
      <w:r w:rsidRPr="00243253">
        <w:t xml:space="preserve"> </w:t>
      </w:r>
      <w:proofErr w:type="spellStart"/>
      <w:r w:rsidRPr="00243253">
        <w:t>қызметтер</w:t>
      </w:r>
      <w:proofErr w:type="spellEnd"/>
      <w:r w:rsidRPr="00243253">
        <w:t xml:space="preserve"> </w:t>
      </w:r>
      <w:proofErr w:type="spellStart"/>
      <w:r w:rsidRPr="00243253">
        <w:t>көрсету</w:t>
      </w:r>
      <w:proofErr w:type="spellEnd"/>
      <w:r w:rsidRPr="00243253">
        <w:t xml:space="preserve"> </w:t>
      </w:r>
      <w:proofErr w:type="spellStart"/>
      <w:r w:rsidRPr="00243253">
        <w:t>болып</w:t>
      </w:r>
      <w:proofErr w:type="spellEnd"/>
      <w:r w:rsidRPr="00243253">
        <w:t xml:space="preserve"> </w:t>
      </w:r>
      <w:proofErr w:type="spellStart"/>
      <w:r w:rsidRPr="00243253">
        <w:t>табылады</w:t>
      </w:r>
      <w:proofErr w:type="spellEnd"/>
      <w:r w:rsidRPr="00243253">
        <w:t>.</w:t>
      </w:r>
      <w:proofErr w:type="gramEnd"/>
    </w:p>
    <w:p w:rsidR="00243253" w:rsidRPr="00243253" w:rsidRDefault="00243253" w:rsidP="00243253">
      <w:pPr>
        <w:pStyle w:val="a9"/>
      </w:pPr>
      <w:r w:rsidRPr="00243253">
        <w:t xml:space="preserve">2. </w:t>
      </w:r>
      <w:proofErr w:type="spellStart"/>
      <w:r w:rsidRPr="00243253">
        <w:t>Қызмет</w:t>
      </w:r>
      <w:proofErr w:type="spellEnd"/>
      <w:r w:rsidRPr="00243253">
        <w:t xml:space="preserve"> </w:t>
      </w:r>
      <w:proofErr w:type="spellStart"/>
      <w:r w:rsidRPr="00243253">
        <w:t>көрсетуге</w:t>
      </w:r>
      <w:proofErr w:type="spellEnd"/>
      <w:r w:rsidRPr="00243253">
        <w:t xml:space="preserve"> </w:t>
      </w:r>
      <w:proofErr w:type="spellStart"/>
      <w:r w:rsidRPr="00243253">
        <w:t>жататын</w:t>
      </w:r>
      <w:proofErr w:type="spellEnd"/>
      <w:r w:rsidRPr="00243253">
        <w:t xml:space="preserve"> </w:t>
      </w:r>
      <w:proofErr w:type="spellStart"/>
      <w:r w:rsidRPr="00243253">
        <w:t>ұйымдастыру</w:t>
      </w:r>
      <w:proofErr w:type="spellEnd"/>
      <w:r w:rsidRPr="00243253">
        <w:t xml:space="preserve"> </w:t>
      </w:r>
      <w:proofErr w:type="spellStart"/>
      <w:r w:rsidRPr="00243253">
        <w:t>техникасының</w:t>
      </w:r>
      <w:proofErr w:type="spellEnd"/>
      <w:r w:rsidRPr="00243253">
        <w:t xml:space="preserve"> </w:t>
      </w:r>
      <w:proofErr w:type="spellStart"/>
      <w:r w:rsidRPr="00243253">
        <w:t>тізбесі</w:t>
      </w:r>
      <w:proofErr w:type="spellEnd"/>
    </w:p>
    <w:p w:rsidR="00243253" w:rsidRPr="00243253" w:rsidRDefault="00243253" w:rsidP="00243253">
      <w:pPr>
        <w:pStyle w:val="a9"/>
      </w:pPr>
      <w:r w:rsidRPr="00243253">
        <w:lastRenderedPageBreak/>
        <w:t xml:space="preserve">№ </w:t>
      </w:r>
      <w:proofErr w:type="spellStart"/>
      <w:r w:rsidRPr="00243253">
        <w:t>Модель</w:t>
      </w:r>
      <w:proofErr w:type="spellEnd"/>
      <w:r w:rsidRPr="00243253">
        <w:t xml:space="preserve"> </w:t>
      </w:r>
      <w:proofErr w:type="spellStart"/>
      <w:r w:rsidRPr="00243253">
        <w:t>атауы</w:t>
      </w:r>
      <w:proofErr w:type="spellEnd"/>
      <w:r w:rsidRPr="00243253">
        <w:t xml:space="preserve"> </w:t>
      </w:r>
      <w:proofErr w:type="spellStart"/>
      <w:r w:rsidRPr="00243253">
        <w:t>жабдық</w:t>
      </w:r>
      <w:proofErr w:type="spellEnd"/>
      <w:r w:rsidRPr="00243253">
        <w:t xml:space="preserve"> </w:t>
      </w:r>
      <w:proofErr w:type="spellStart"/>
      <w:r w:rsidRPr="00243253">
        <w:t>түрі</w:t>
      </w:r>
      <w:proofErr w:type="spellEnd"/>
      <w:r w:rsidRPr="00243253">
        <w:t xml:space="preserve"> </w:t>
      </w:r>
      <w:proofErr w:type="spellStart"/>
      <w:r w:rsidRPr="00243253">
        <w:t>мақсаты</w:t>
      </w:r>
      <w:proofErr w:type="spellEnd"/>
      <w:r w:rsidRPr="00243253">
        <w:t xml:space="preserve"> / </w:t>
      </w:r>
      <w:proofErr w:type="spellStart"/>
      <w:r w:rsidRPr="00243253">
        <w:t>Ескертпе</w:t>
      </w:r>
      <w:proofErr w:type="spellEnd"/>
    </w:p>
    <w:p w:rsidR="008A531E" w:rsidRDefault="008A531E" w:rsidP="008A531E">
      <w:pPr>
        <w:pStyle w:val="a9"/>
      </w:pPr>
      <w:r>
        <w:t xml:space="preserve">HP 135A </w:t>
      </w:r>
      <w:proofErr w:type="spellStart"/>
      <w:r>
        <w:t>монохромды</w:t>
      </w:r>
      <w:proofErr w:type="spellEnd"/>
      <w:r>
        <w:t xml:space="preserve"> </w:t>
      </w:r>
      <w:proofErr w:type="spellStart"/>
      <w:r>
        <w:t>лазерлік</w:t>
      </w:r>
      <w:proofErr w:type="spellEnd"/>
      <w:r>
        <w:t xml:space="preserve"> МФУ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, </w:t>
      </w:r>
      <w:proofErr w:type="spellStart"/>
      <w:r>
        <w:t>сканерлеу</w:t>
      </w:r>
      <w:proofErr w:type="spellEnd"/>
      <w:r>
        <w:t xml:space="preserve">, </w:t>
      </w:r>
      <w:proofErr w:type="spellStart"/>
      <w:r>
        <w:t>көшіру</w:t>
      </w:r>
      <w:proofErr w:type="spellEnd"/>
    </w:p>
    <w:p w:rsidR="008A531E" w:rsidRDefault="008A531E" w:rsidP="008A531E">
      <w:pPr>
        <w:pStyle w:val="a9"/>
        <w:rPr>
          <w:lang w:val="ru-RU"/>
        </w:rPr>
      </w:pPr>
      <w:r w:rsidRPr="008A531E">
        <w:rPr>
          <w:lang w:val="ru-RU"/>
        </w:rPr>
        <w:t xml:space="preserve">Моноблок </w:t>
      </w:r>
      <w:proofErr w:type="spellStart"/>
      <w:r w:rsidRPr="008A531E">
        <w:rPr>
          <w:lang w:val="ru-RU"/>
        </w:rPr>
        <w:t>матрицасын</w:t>
      </w:r>
      <w:proofErr w:type="spellEnd"/>
      <w:r w:rsidRPr="008A531E">
        <w:rPr>
          <w:lang w:val="ru-RU"/>
        </w:rPr>
        <w:t xml:space="preserve"> </w:t>
      </w:r>
      <w:proofErr w:type="spellStart"/>
      <w:r w:rsidRPr="008A531E">
        <w:rPr>
          <w:lang w:val="ru-RU"/>
        </w:rPr>
        <w:t>ауыстыру</w:t>
      </w:r>
      <w:proofErr w:type="spellEnd"/>
      <w:r w:rsidRPr="008A531E">
        <w:rPr>
          <w:lang w:val="ru-RU"/>
        </w:rPr>
        <w:t xml:space="preserve"> </w:t>
      </w:r>
      <w:proofErr w:type="spellStart"/>
      <w:r w:rsidRPr="008A531E">
        <w:rPr>
          <w:lang w:val="ru-RU"/>
        </w:rPr>
        <w:t>жеке</w:t>
      </w:r>
      <w:proofErr w:type="spellEnd"/>
      <w:r w:rsidRPr="008A531E">
        <w:rPr>
          <w:lang w:val="ru-RU"/>
        </w:rPr>
        <w:t xml:space="preserve"> / </w:t>
      </w:r>
      <w:proofErr w:type="spellStart"/>
      <w:r w:rsidRPr="008A531E">
        <w:rPr>
          <w:lang w:val="ru-RU"/>
        </w:rPr>
        <w:t>кеңсе</w:t>
      </w:r>
      <w:proofErr w:type="spellEnd"/>
    </w:p>
    <w:p w:rsidR="00243253" w:rsidRPr="00FF3A4C" w:rsidRDefault="00243253" w:rsidP="008A531E">
      <w:pPr>
        <w:pStyle w:val="a9"/>
        <w:rPr>
          <w:lang w:val="ru-RU"/>
        </w:rPr>
      </w:pPr>
      <w:r w:rsidRPr="008A531E">
        <w:rPr>
          <w:lang w:val="ru-RU"/>
        </w:rPr>
        <w:t xml:space="preserve">3. </w:t>
      </w:r>
      <w:proofErr w:type="spellStart"/>
      <w:proofErr w:type="gramStart"/>
      <w:r w:rsidRPr="00FF3A4C">
        <w:rPr>
          <w:lang w:val="ru-RU"/>
        </w:rPr>
        <w:t>Ы</w:t>
      </w:r>
      <w:proofErr w:type="gramEnd"/>
      <w:r w:rsidRPr="00FF3A4C">
        <w:rPr>
          <w:lang w:val="ru-RU"/>
        </w:rPr>
        <w:t>қтимал</w:t>
      </w:r>
      <w:proofErr w:type="spellEnd"/>
      <w:r w:rsidRPr="00FF3A4C">
        <w:rPr>
          <w:lang w:val="ru-RU"/>
        </w:rPr>
        <w:t xml:space="preserve"> </w:t>
      </w:r>
      <w:proofErr w:type="spellStart"/>
      <w:r w:rsidRPr="00FF3A4C">
        <w:rPr>
          <w:lang w:val="ru-RU"/>
        </w:rPr>
        <w:t>жұмыстардың</w:t>
      </w:r>
      <w:proofErr w:type="spellEnd"/>
      <w:r w:rsidRPr="00FF3A4C">
        <w:rPr>
          <w:lang w:val="ru-RU"/>
        </w:rPr>
        <w:t xml:space="preserve">, </w:t>
      </w:r>
      <w:proofErr w:type="spellStart"/>
      <w:r w:rsidRPr="00FF3A4C">
        <w:rPr>
          <w:lang w:val="ru-RU"/>
        </w:rPr>
        <w:t>жойылатын</w:t>
      </w:r>
      <w:proofErr w:type="spellEnd"/>
      <w:r w:rsidRPr="00FF3A4C">
        <w:rPr>
          <w:lang w:val="ru-RU"/>
        </w:rPr>
        <w:t xml:space="preserve"> </w:t>
      </w:r>
      <w:proofErr w:type="spellStart"/>
      <w:r w:rsidRPr="00FF3A4C">
        <w:rPr>
          <w:lang w:val="ru-RU"/>
        </w:rPr>
        <w:t>ақаулар</w:t>
      </w:r>
      <w:proofErr w:type="spellEnd"/>
      <w:r w:rsidRPr="00FF3A4C">
        <w:rPr>
          <w:lang w:val="ru-RU"/>
        </w:rPr>
        <w:t xml:space="preserve"> мен </w:t>
      </w:r>
      <w:proofErr w:type="spellStart"/>
      <w:r w:rsidRPr="00FF3A4C">
        <w:rPr>
          <w:lang w:val="ru-RU"/>
        </w:rPr>
        <w:t>қосалқы</w:t>
      </w:r>
      <w:proofErr w:type="spellEnd"/>
      <w:r w:rsidRPr="00FF3A4C">
        <w:rPr>
          <w:lang w:val="ru-RU"/>
        </w:rPr>
        <w:t xml:space="preserve"> </w:t>
      </w:r>
      <w:proofErr w:type="spellStart"/>
      <w:r w:rsidRPr="00FF3A4C">
        <w:rPr>
          <w:lang w:val="ru-RU"/>
        </w:rPr>
        <w:t>бөлшектердің</w:t>
      </w:r>
      <w:proofErr w:type="spellEnd"/>
      <w:r w:rsidRPr="00FF3A4C">
        <w:rPr>
          <w:lang w:val="ru-RU"/>
        </w:rPr>
        <w:t xml:space="preserve"> </w:t>
      </w:r>
      <w:proofErr w:type="spellStart"/>
      <w:r w:rsidRPr="00FF3A4C">
        <w:rPr>
          <w:lang w:val="ru-RU"/>
        </w:rPr>
        <w:t>тізімі</w:t>
      </w:r>
      <w:proofErr w:type="spellEnd"/>
      <w:r w:rsidRPr="00FF3A4C">
        <w:rPr>
          <w:lang w:val="ru-RU"/>
        </w:rPr>
        <w:t xml:space="preserve"> (</w:t>
      </w:r>
      <w:r w:rsidRPr="00243253">
        <w:t>ZIP</w:t>
      </w:r>
      <w:r w:rsidRPr="00FF3A4C">
        <w:rPr>
          <w:lang w:val="ru-RU"/>
        </w:rPr>
        <w:t>)</w:t>
      </w:r>
    </w:p>
    <w:p w:rsidR="00243253" w:rsidRPr="00243253" w:rsidRDefault="00243253" w:rsidP="00243253">
      <w:pPr>
        <w:pStyle w:val="a9"/>
      </w:pPr>
      <w:r w:rsidRPr="00243253">
        <w:t xml:space="preserve">№ </w:t>
      </w:r>
      <w:proofErr w:type="spellStart"/>
      <w:r w:rsidRPr="00243253">
        <w:t>Жұмыстардың</w:t>
      </w:r>
      <w:proofErr w:type="spellEnd"/>
      <w:r w:rsidRPr="00243253">
        <w:t xml:space="preserve"> / </w:t>
      </w:r>
      <w:proofErr w:type="spellStart"/>
      <w:r w:rsidRPr="00243253">
        <w:t>қосалқы</w:t>
      </w:r>
      <w:proofErr w:type="spellEnd"/>
      <w:r w:rsidRPr="00243253">
        <w:t xml:space="preserve"> </w:t>
      </w:r>
      <w:proofErr w:type="spellStart"/>
      <w:r w:rsidRPr="00243253">
        <w:t>бөлшектердің</w:t>
      </w:r>
      <w:proofErr w:type="spellEnd"/>
      <w:r w:rsidRPr="00243253">
        <w:t xml:space="preserve"> </w:t>
      </w:r>
      <w:proofErr w:type="spellStart"/>
      <w:r w:rsidRPr="00243253">
        <w:t>атауы</w:t>
      </w:r>
      <w:proofErr w:type="spellEnd"/>
      <w:r w:rsidRPr="00243253">
        <w:t xml:space="preserve"> </w:t>
      </w:r>
      <w:proofErr w:type="spellStart"/>
      <w:r w:rsidRPr="00243253">
        <w:t>Орындалатын</w:t>
      </w:r>
      <w:proofErr w:type="spellEnd"/>
      <w:r w:rsidRPr="00243253">
        <w:t xml:space="preserve"> </w:t>
      </w:r>
      <w:proofErr w:type="spellStart"/>
      <w:r w:rsidRPr="00243253">
        <w:t>жұмыстардың</w:t>
      </w:r>
      <w:proofErr w:type="spellEnd"/>
      <w:r w:rsidRPr="00243253">
        <w:t xml:space="preserve"> </w:t>
      </w:r>
      <w:proofErr w:type="spellStart"/>
      <w:r w:rsidRPr="00243253">
        <w:t>сипаттамасы</w:t>
      </w:r>
      <w:proofErr w:type="spellEnd"/>
      <w:r w:rsidRPr="00243253">
        <w:t xml:space="preserve"> / </w:t>
      </w:r>
      <w:proofErr w:type="spellStart"/>
      <w:r w:rsidRPr="00243253">
        <w:t>ақау</w:t>
      </w:r>
      <w:proofErr w:type="spellEnd"/>
      <w:r w:rsidRPr="00243253">
        <w:t xml:space="preserve"> </w:t>
      </w:r>
      <w:proofErr w:type="spellStart"/>
      <w:r w:rsidRPr="00243253">
        <w:t>кезеңділігі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1 </w:t>
      </w:r>
      <w:proofErr w:type="spellStart"/>
      <w:r w:rsidRPr="00243253">
        <w:t>жабдықты</w:t>
      </w:r>
      <w:proofErr w:type="spellEnd"/>
      <w:r w:rsidRPr="00243253">
        <w:t xml:space="preserve"> </w:t>
      </w:r>
      <w:proofErr w:type="spellStart"/>
      <w:r w:rsidRPr="00243253">
        <w:t>диагностикалау</w:t>
      </w:r>
      <w:proofErr w:type="spellEnd"/>
      <w:r w:rsidRPr="00243253">
        <w:t xml:space="preserve"> </w:t>
      </w:r>
      <w:proofErr w:type="spellStart"/>
      <w:r w:rsidRPr="00243253">
        <w:t>кешенді</w:t>
      </w:r>
      <w:proofErr w:type="spellEnd"/>
      <w:r w:rsidRPr="00243253">
        <w:t xml:space="preserve"> </w:t>
      </w:r>
      <w:proofErr w:type="spellStart"/>
      <w:r w:rsidRPr="00243253">
        <w:t>тексеру</w:t>
      </w:r>
      <w:proofErr w:type="spellEnd"/>
      <w:r w:rsidRPr="00243253">
        <w:t xml:space="preserve">, </w:t>
      </w:r>
      <w:proofErr w:type="spellStart"/>
      <w:r w:rsidRPr="00243253">
        <w:t>ақаулық</w:t>
      </w:r>
      <w:proofErr w:type="spellEnd"/>
      <w:r w:rsidRPr="00243253">
        <w:t xml:space="preserve"> </w:t>
      </w:r>
      <w:proofErr w:type="spellStart"/>
      <w:r w:rsidRPr="00243253">
        <w:t>себептерін</w:t>
      </w:r>
      <w:proofErr w:type="spellEnd"/>
      <w:r w:rsidRPr="00243253">
        <w:t xml:space="preserve"> </w:t>
      </w:r>
      <w:proofErr w:type="spellStart"/>
      <w:r w:rsidRPr="00243253">
        <w:t>анықтау</w:t>
      </w:r>
      <w:proofErr w:type="spellEnd"/>
      <w:r w:rsidRPr="00243253">
        <w:t xml:space="preserve">, </w:t>
      </w:r>
      <w:proofErr w:type="spellStart"/>
      <w:r w:rsidRPr="00243253">
        <w:t>өтінім</w:t>
      </w:r>
      <w:proofErr w:type="spellEnd"/>
      <w:r w:rsidRPr="00243253">
        <w:t xml:space="preserve"> </w:t>
      </w:r>
      <w:proofErr w:type="spellStart"/>
      <w:r w:rsidRPr="00243253">
        <w:t>бойынша</w:t>
      </w:r>
      <w:proofErr w:type="spellEnd"/>
      <w:r w:rsidRPr="00243253">
        <w:t xml:space="preserve"> </w:t>
      </w:r>
      <w:proofErr w:type="spellStart"/>
      <w:r w:rsidRPr="00243253">
        <w:t>қорытынды</w:t>
      </w:r>
      <w:proofErr w:type="spellEnd"/>
      <w:r w:rsidRPr="00243253">
        <w:t xml:space="preserve"> </w:t>
      </w:r>
      <w:proofErr w:type="spellStart"/>
      <w:r w:rsidRPr="00243253">
        <w:t>беру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2 </w:t>
      </w:r>
      <w:proofErr w:type="spellStart"/>
      <w:r w:rsidRPr="00243253">
        <w:t>профилактикалық</w:t>
      </w:r>
      <w:proofErr w:type="spellEnd"/>
      <w:r w:rsidRPr="00243253">
        <w:t xml:space="preserve"> </w:t>
      </w:r>
      <w:proofErr w:type="spellStart"/>
      <w:r w:rsidRPr="00243253">
        <w:t>қызмет</w:t>
      </w:r>
      <w:proofErr w:type="spellEnd"/>
      <w:r w:rsidRPr="00243253">
        <w:t xml:space="preserve"> </w:t>
      </w:r>
      <w:proofErr w:type="spellStart"/>
      <w:r w:rsidRPr="00243253">
        <w:t>көрсету</w:t>
      </w:r>
      <w:proofErr w:type="spellEnd"/>
      <w:r w:rsidRPr="00243253">
        <w:t xml:space="preserve"> (ТҚ) </w:t>
      </w:r>
      <w:proofErr w:type="spellStart"/>
      <w:r w:rsidRPr="00243253">
        <w:t>бөлшектеу</w:t>
      </w:r>
      <w:proofErr w:type="spellEnd"/>
      <w:r w:rsidRPr="00243253">
        <w:t xml:space="preserve">, </w:t>
      </w:r>
      <w:proofErr w:type="spellStart"/>
      <w:r w:rsidRPr="00243253">
        <w:t>тораптарды</w:t>
      </w:r>
      <w:proofErr w:type="spellEnd"/>
      <w:r w:rsidRPr="00243253">
        <w:t xml:space="preserve">, </w:t>
      </w:r>
      <w:proofErr w:type="spellStart"/>
      <w:r w:rsidRPr="00243253">
        <w:t>оптиканы</w:t>
      </w:r>
      <w:proofErr w:type="spellEnd"/>
      <w:r w:rsidRPr="00243253">
        <w:t xml:space="preserve">, </w:t>
      </w:r>
      <w:proofErr w:type="spellStart"/>
      <w:r w:rsidRPr="00243253">
        <w:t>қағаз</w:t>
      </w:r>
      <w:proofErr w:type="spellEnd"/>
      <w:r w:rsidRPr="00243253">
        <w:t xml:space="preserve"> </w:t>
      </w:r>
      <w:proofErr w:type="spellStart"/>
      <w:r w:rsidRPr="00243253">
        <w:t>трактісін</w:t>
      </w:r>
      <w:proofErr w:type="spellEnd"/>
      <w:r w:rsidRPr="00243253">
        <w:t xml:space="preserve"> </w:t>
      </w:r>
      <w:proofErr w:type="spellStart"/>
      <w:r w:rsidRPr="00243253">
        <w:t>тазалау</w:t>
      </w:r>
      <w:proofErr w:type="spellEnd"/>
      <w:r w:rsidRPr="00243253">
        <w:t xml:space="preserve">, </w:t>
      </w:r>
      <w:proofErr w:type="spellStart"/>
      <w:r w:rsidRPr="00243253">
        <w:t>механизмді</w:t>
      </w:r>
      <w:proofErr w:type="spellEnd"/>
      <w:r w:rsidRPr="00243253">
        <w:t xml:space="preserve"> </w:t>
      </w:r>
      <w:proofErr w:type="spellStart"/>
      <w:r w:rsidRPr="00243253">
        <w:t>жоспарлы</w:t>
      </w:r>
      <w:proofErr w:type="spellEnd"/>
      <w:r w:rsidRPr="00243253">
        <w:t xml:space="preserve"> / </w:t>
      </w:r>
      <w:proofErr w:type="spellStart"/>
      <w:r w:rsidRPr="00243253">
        <w:t>өтінім</w:t>
      </w:r>
      <w:proofErr w:type="spellEnd"/>
      <w:r w:rsidRPr="00243253">
        <w:t xml:space="preserve"> </w:t>
      </w:r>
      <w:proofErr w:type="spellStart"/>
      <w:r w:rsidRPr="00243253">
        <w:t>бойынша</w:t>
      </w:r>
      <w:proofErr w:type="spellEnd"/>
      <w:r w:rsidRPr="00243253">
        <w:t xml:space="preserve"> </w:t>
      </w:r>
      <w:proofErr w:type="spellStart"/>
      <w:r w:rsidRPr="00243253">
        <w:t>майлау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3 </w:t>
      </w:r>
      <w:proofErr w:type="spellStart"/>
      <w:r w:rsidRPr="00243253">
        <w:t>жылу</w:t>
      </w:r>
      <w:proofErr w:type="spellEnd"/>
      <w:r w:rsidRPr="00243253">
        <w:t xml:space="preserve"> </w:t>
      </w:r>
      <w:proofErr w:type="spellStart"/>
      <w:r w:rsidRPr="00243253">
        <w:t>пленкасын</w:t>
      </w:r>
      <w:proofErr w:type="spellEnd"/>
      <w:r w:rsidRPr="00243253">
        <w:t xml:space="preserve"> / </w:t>
      </w:r>
      <w:proofErr w:type="spellStart"/>
      <w:r w:rsidRPr="00243253">
        <w:t>қыздыру</w:t>
      </w:r>
      <w:proofErr w:type="spellEnd"/>
      <w:r w:rsidRPr="00243253">
        <w:t xml:space="preserve"> </w:t>
      </w:r>
      <w:proofErr w:type="spellStart"/>
      <w:r w:rsidRPr="00243253">
        <w:t>элементін</w:t>
      </w:r>
      <w:proofErr w:type="spellEnd"/>
      <w:r w:rsidRPr="00243253">
        <w:t xml:space="preserve"> </w:t>
      </w:r>
      <w:proofErr w:type="spellStart"/>
      <w:r w:rsidRPr="00243253">
        <w:t>ауыстыру</w:t>
      </w:r>
      <w:proofErr w:type="spellEnd"/>
      <w:r w:rsidRPr="00243253">
        <w:t xml:space="preserve"> </w:t>
      </w:r>
      <w:proofErr w:type="spellStart"/>
      <w:r w:rsidRPr="00243253">
        <w:t>пісіру</w:t>
      </w:r>
      <w:proofErr w:type="spellEnd"/>
      <w:r w:rsidRPr="00243253">
        <w:t xml:space="preserve"> </w:t>
      </w:r>
      <w:proofErr w:type="spellStart"/>
      <w:r w:rsidRPr="00243253">
        <w:t>ақауларын</w:t>
      </w:r>
      <w:proofErr w:type="spellEnd"/>
      <w:r w:rsidRPr="00243253">
        <w:t xml:space="preserve">, </w:t>
      </w:r>
      <w:proofErr w:type="spellStart"/>
      <w:r w:rsidRPr="00243253">
        <w:t>пештегі</w:t>
      </w:r>
      <w:proofErr w:type="spellEnd"/>
      <w:r w:rsidRPr="00243253">
        <w:t xml:space="preserve"> </w:t>
      </w:r>
      <w:proofErr w:type="spellStart"/>
      <w:r w:rsidRPr="00243253">
        <w:t>қағаз</w:t>
      </w:r>
      <w:proofErr w:type="spellEnd"/>
      <w:r w:rsidRPr="00243253">
        <w:t xml:space="preserve"> </w:t>
      </w:r>
      <w:proofErr w:type="spellStart"/>
      <w:r w:rsidRPr="00243253">
        <w:t>кептелісін</w:t>
      </w:r>
      <w:proofErr w:type="spellEnd"/>
      <w:r w:rsidRPr="00243253">
        <w:t xml:space="preserve">, </w:t>
      </w:r>
      <w:proofErr w:type="spellStart"/>
      <w:r w:rsidRPr="00243253">
        <w:t>тозған</w:t>
      </w:r>
      <w:proofErr w:type="spellEnd"/>
      <w:r w:rsidRPr="00243253">
        <w:t xml:space="preserve"> </w:t>
      </w:r>
      <w:proofErr w:type="spellStart"/>
      <w:r w:rsidRPr="00243253">
        <w:t>кезде</w:t>
      </w:r>
      <w:proofErr w:type="spellEnd"/>
      <w:r w:rsidRPr="00243253">
        <w:t xml:space="preserve"> </w:t>
      </w:r>
      <w:proofErr w:type="spellStart"/>
      <w:r w:rsidRPr="00243253">
        <w:t>парақтағы</w:t>
      </w:r>
      <w:proofErr w:type="spellEnd"/>
      <w:r w:rsidRPr="00243253">
        <w:t xml:space="preserve"> </w:t>
      </w:r>
      <w:proofErr w:type="spellStart"/>
      <w:r w:rsidRPr="00243253">
        <w:t>кірді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4 </w:t>
      </w:r>
      <w:proofErr w:type="spellStart"/>
      <w:r w:rsidRPr="00243253">
        <w:t>қысым</w:t>
      </w:r>
      <w:proofErr w:type="spellEnd"/>
      <w:r w:rsidRPr="00243253">
        <w:t xml:space="preserve"> (</w:t>
      </w:r>
      <w:proofErr w:type="spellStart"/>
      <w:r w:rsidRPr="00243253">
        <w:t>резеңке</w:t>
      </w:r>
      <w:proofErr w:type="spellEnd"/>
      <w:r w:rsidRPr="00243253">
        <w:t xml:space="preserve">) </w:t>
      </w:r>
      <w:proofErr w:type="spellStart"/>
      <w:r w:rsidRPr="00243253">
        <w:t>білігін</w:t>
      </w:r>
      <w:proofErr w:type="spellEnd"/>
      <w:r w:rsidRPr="00243253">
        <w:t xml:space="preserve"> </w:t>
      </w:r>
      <w:proofErr w:type="spellStart"/>
      <w:r w:rsidRPr="00243253">
        <w:t>ауыстыру</w:t>
      </w:r>
      <w:proofErr w:type="spellEnd"/>
      <w:r w:rsidRPr="00243253">
        <w:t xml:space="preserve"> </w:t>
      </w:r>
      <w:proofErr w:type="spellStart"/>
      <w:r w:rsidRPr="00243253">
        <w:t>қағаздағы</w:t>
      </w:r>
      <w:proofErr w:type="spellEnd"/>
      <w:r w:rsidRPr="00243253">
        <w:t xml:space="preserve"> </w:t>
      </w:r>
      <w:proofErr w:type="spellStart"/>
      <w:r w:rsidRPr="00243253">
        <w:t>әжімдерді</w:t>
      </w:r>
      <w:proofErr w:type="spellEnd"/>
      <w:r w:rsidRPr="00243253">
        <w:t xml:space="preserve">, </w:t>
      </w:r>
      <w:proofErr w:type="spellStart"/>
      <w:r w:rsidRPr="00243253">
        <w:t>кептелістерді</w:t>
      </w:r>
      <w:proofErr w:type="spellEnd"/>
      <w:r w:rsidRPr="00243253">
        <w:t xml:space="preserve">, </w:t>
      </w:r>
      <w:proofErr w:type="spellStart"/>
      <w:r w:rsidRPr="00243253">
        <w:t>дұрыс</w:t>
      </w:r>
      <w:proofErr w:type="spellEnd"/>
      <w:r w:rsidRPr="00243253">
        <w:t xml:space="preserve"> </w:t>
      </w:r>
      <w:proofErr w:type="spellStart"/>
      <w:r w:rsidRPr="00243253">
        <w:t>емес</w:t>
      </w:r>
      <w:proofErr w:type="spellEnd"/>
      <w:r w:rsidRPr="00243253">
        <w:t xml:space="preserve"> </w:t>
      </w:r>
      <w:proofErr w:type="spellStart"/>
      <w:r w:rsidRPr="00243253">
        <w:t>пісіруді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5 </w:t>
      </w:r>
      <w:proofErr w:type="spellStart"/>
      <w:r w:rsidRPr="00243253">
        <w:t>резеңке</w:t>
      </w:r>
      <w:proofErr w:type="spellEnd"/>
      <w:r w:rsidRPr="00243253">
        <w:t xml:space="preserve"> </w:t>
      </w:r>
      <w:proofErr w:type="spellStart"/>
      <w:r w:rsidRPr="00243253">
        <w:t>біліктің</w:t>
      </w:r>
      <w:proofErr w:type="spellEnd"/>
      <w:r w:rsidRPr="00243253">
        <w:t xml:space="preserve"> </w:t>
      </w:r>
      <w:proofErr w:type="spellStart"/>
      <w:r w:rsidRPr="00243253">
        <w:t>бушингтерін</w:t>
      </w:r>
      <w:proofErr w:type="spellEnd"/>
      <w:r w:rsidRPr="00243253">
        <w:t xml:space="preserve"> (</w:t>
      </w:r>
      <w:proofErr w:type="spellStart"/>
      <w:r w:rsidRPr="00243253">
        <w:t>мойынтіректерін</w:t>
      </w:r>
      <w:proofErr w:type="spellEnd"/>
      <w:r w:rsidRPr="00243253">
        <w:t xml:space="preserve">) </w:t>
      </w:r>
      <w:proofErr w:type="spellStart"/>
      <w:r w:rsidRPr="00243253">
        <w:t>ауыстыру</w:t>
      </w:r>
      <w:proofErr w:type="spellEnd"/>
      <w:r w:rsidRPr="00243253">
        <w:t xml:space="preserve"> </w:t>
      </w:r>
      <w:proofErr w:type="spellStart"/>
      <w:r w:rsidRPr="00243253">
        <w:t>тозу</w:t>
      </w:r>
      <w:proofErr w:type="spellEnd"/>
      <w:r w:rsidRPr="00243253">
        <w:t xml:space="preserve"> </w:t>
      </w:r>
      <w:proofErr w:type="spellStart"/>
      <w:r w:rsidRPr="00243253">
        <w:t>кезінде</w:t>
      </w:r>
      <w:proofErr w:type="spellEnd"/>
      <w:r w:rsidRPr="00243253">
        <w:t xml:space="preserve"> </w:t>
      </w:r>
      <w:proofErr w:type="spellStart"/>
      <w:r w:rsidRPr="00243253">
        <w:t>сыртқы</w:t>
      </w:r>
      <w:proofErr w:type="spellEnd"/>
      <w:r w:rsidRPr="00243253">
        <w:t xml:space="preserve"> </w:t>
      </w:r>
      <w:proofErr w:type="spellStart"/>
      <w:r w:rsidRPr="00243253">
        <w:t>шуды</w:t>
      </w:r>
      <w:proofErr w:type="spellEnd"/>
      <w:r w:rsidRPr="00243253">
        <w:t xml:space="preserve">, </w:t>
      </w:r>
      <w:proofErr w:type="spellStart"/>
      <w:r w:rsidRPr="00243253">
        <w:t>тресканы</w:t>
      </w:r>
      <w:proofErr w:type="spellEnd"/>
      <w:r w:rsidRPr="00243253">
        <w:t xml:space="preserve">, </w:t>
      </w:r>
      <w:proofErr w:type="spellStart"/>
      <w:r w:rsidRPr="00243253">
        <w:t>біркелкі</w:t>
      </w:r>
      <w:proofErr w:type="spellEnd"/>
      <w:r w:rsidRPr="00243253">
        <w:t xml:space="preserve"> </w:t>
      </w:r>
      <w:proofErr w:type="spellStart"/>
      <w:r w:rsidRPr="00243253">
        <w:t>емес</w:t>
      </w:r>
      <w:proofErr w:type="spellEnd"/>
      <w:r w:rsidRPr="00243253">
        <w:t xml:space="preserve"> </w:t>
      </w:r>
      <w:proofErr w:type="spellStart"/>
      <w:r w:rsidRPr="00243253">
        <w:t>қысымды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</w:p>
    <w:p w:rsidR="00243253" w:rsidRPr="00243253" w:rsidRDefault="00243253" w:rsidP="00243253">
      <w:pPr>
        <w:pStyle w:val="a9"/>
      </w:pPr>
      <w:r w:rsidRPr="00243253">
        <w:t>6 "</w:t>
      </w:r>
      <w:proofErr w:type="spellStart"/>
      <w:r w:rsidRPr="00243253">
        <w:t>қағаз</w:t>
      </w:r>
      <w:proofErr w:type="spellEnd"/>
      <w:r w:rsidRPr="00243253">
        <w:t xml:space="preserve">" </w:t>
      </w:r>
      <w:proofErr w:type="spellStart"/>
      <w:r w:rsidRPr="00243253">
        <w:t>түсіру</w:t>
      </w:r>
      <w:proofErr w:type="spellEnd"/>
      <w:r w:rsidRPr="00243253">
        <w:t xml:space="preserve"> / </w:t>
      </w:r>
      <w:proofErr w:type="spellStart"/>
      <w:r w:rsidRPr="00243253">
        <w:t>беру</w:t>
      </w:r>
      <w:proofErr w:type="spellEnd"/>
      <w:r w:rsidRPr="00243253">
        <w:t xml:space="preserve"> </w:t>
      </w:r>
      <w:proofErr w:type="spellStart"/>
      <w:r w:rsidRPr="00243253">
        <w:t>ролигін</w:t>
      </w:r>
      <w:proofErr w:type="spellEnd"/>
      <w:r w:rsidRPr="00243253">
        <w:t xml:space="preserve"> </w:t>
      </w:r>
      <w:proofErr w:type="spellStart"/>
      <w:r w:rsidRPr="00243253">
        <w:t>ауыстыру</w:t>
      </w:r>
      <w:proofErr w:type="spellEnd"/>
      <w:r w:rsidRPr="00243253">
        <w:t xml:space="preserve"> </w:t>
      </w:r>
      <w:proofErr w:type="spellStart"/>
      <w:r w:rsidRPr="00243253">
        <w:t>тозған</w:t>
      </w:r>
      <w:proofErr w:type="spellEnd"/>
      <w:r w:rsidRPr="00243253">
        <w:t xml:space="preserve"> </w:t>
      </w:r>
      <w:proofErr w:type="spellStart"/>
      <w:r w:rsidRPr="00243253">
        <w:t>кезде</w:t>
      </w:r>
      <w:proofErr w:type="spellEnd"/>
      <w:r w:rsidRPr="00243253">
        <w:t xml:space="preserve"> "</w:t>
      </w:r>
      <w:proofErr w:type="spellStart"/>
      <w:r w:rsidRPr="00243253">
        <w:t>қағазды</w:t>
      </w:r>
      <w:proofErr w:type="spellEnd"/>
      <w:r w:rsidRPr="00243253">
        <w:t xml:space="preserve"> </w:t>
      </w:r>
      <w:proofErr w:type="spellStart"/>
      <w:r w:rsidRPr="00243253">
        <w:t>ұстамайды</w:t>
      </w:r>
      <w:proofErr w:type="spellEnd"/>
      <w:r w:rsidRPr="00243253">
        <w:t xml:space="preserve">" </w:t>
      </w:r>
      <w:proofErr w:type="spellStart"/>
      <w:r w:rsidRPr="00243253">
        <w:t>немесе</w:t>
      </w:r>
      <w:proofErr w:type="spellEnd"/>
      <w:r w:rsidRPr="00243253">
        <w:t xml:space="preserve"> "</w:t>
      </w:r>
      <w:proofErr w:type="spellStart"/>
      <w:r w:rsidRPr="00243253">
        <w:t>бірнеше</w:t>
      </w:r>
      <w:proofErr w:type="spellEnd"/>
      <w:r w:rsidRPr="00243253">
        <w:t xml:space="preserve"> </w:t>
      </w:r>
      <w:proofErr w:type="spellStart"/>
      <w:r w:rsidRPr="00243253">
        <w:t>парақты</w:t>
      </w:r>
      <w:proofErr w:type="spellEnd"/>
      <w:r w:rsidRPr="00243253">
        <w:t xml:space="preserve"> </w:t>
      </w:r>
      <w:proofErr w:type="spellStart"/>
      <w:r w:rsidRPr="00243253">
        <w:t>алады</w:t>
      </w:r>
      <w:proofErr w:type="spellEnd"/>
      <w:r w:rsidRPr="00243253">
        <w:t xml:space="preserve">" </w:t>
      </w:r>
      <w:proofErr w:type="spellStart"/>
      <w:r w:rsidRPr="00243253">
        <w:t>мәселесін</w:t>
      </w:r>
      <w:proofErr w:type="spellEnd"/>
      <w:r w:rsidRPr="00243253">
        <w:t xml:space="preserve"> </w:t>
      </w:r>
      <w:proofErr w:type="spellStart"/>
      <w:r w:rsidRPr="00243253">
        <w:t>шешу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7 </w:t>
      </w:r>
      <w:proofErr w:type="spellStart"/>
      <w:r w:rsidRPr="00243253">
        <w:t>тежегіш</w:t>
      </w:r>
      <w:proofErr w:type="spellEnd"/>
      <w:r w:rsidRPr="00243253">
        <w:t xml:space="preserve"> </w:t>
      </w:r>
      <w:proofErr w:type="spellStart"/>
      <w:r w:rsidRPr="00243253">
        <w:t>алаңын</w:t>
      </w:r>
      <w:proofErr w:type="spellEnd"/>
      <w:r w:rsidRPr="00243253">
        <w:t xml:space="preserve"> </w:t>
      </w:r>
      <w:proofErr w:type="spellStart"/>
      <w:r w:rsidRPr="00243253">
        <w:t>ауыстыру</w:t>
      </w:r>
      <w:proofErr w:type="spellEnd"/>
      <w:r w:rsidRPr="00243253">
        <w:t xml:space="preserve"> (Separation Pad) </w:t>
      </w:r>
      <w:proofErr w:type="spellStart"/>
      <w:r w:rsidRPr="00243253">
        <w:t>парақтарды</w:t>
      </w:r>
      <w:proofErr w:type="spellEnd"/>
      <w:r w:rsidRPr="00243253">
        <w:t xml:space="preserve"> </w:t>
      </w:r>
      <w:proofErr w:type="spellStart"/>
      <w:r w:rsidRPr="00243253">
        <w:t>науадан</w:t>
      </w:r>
      <w:proofErr w:type="spellEnd"/>
      <w:r w:rsidRPr="00243253">
        <w:t xml:space="preserve"> </w:t>
      </w:r>
      <w:proofErr w:type="spellStart"/>
      <w:r w:rsidRPr="00243253">
        <w:t>тозған</w:t>
      </w:r>
      <w:proofErr w:type="spellEnd"/>
      <w:r w:rsidRPr="00243253">
        <w:t xml:space="preserve"> </w:t>
      </w:r>
      <w:proofErr w:type="spellStart"/>
      <w:r w:rsidRPr="00243253">
        <w:t>кезде</w:t>
      </w:r>
      <w:proofErr w:type="spellEnd"/>
      <w:r w:rsidRPr="00243253">
        <w:t xml:space="preserve"> </w:t>
      </w:r>
      <w:proofErr w:type="spellStart"/>
      <w:r w:rsidRPr="00243253">
        <w:t>екі</w:t>
      </w:r>
      <w:proofErr w:type="spellEnd"/>
      <w:r w:rsidRPr="00243253">
        <w:t xml:space="preserve"> </w:t>
      </w:r>
      <w:proofErr w:type="spellStart"/>
      <w:r w:rsidRPr="00243253">
        <w:t>рет</w:t>
      </w:r>
      <w:proofErr w:type="spellEnd"/>
      <w:r w:rsidRPr="00243253">
        <w:t xml:space="preserve"> </w:t>
      </w:r>
      <w:proofErr w:type="spellStart"/>
      <w:r w:rsidRPr="00243253">
        <w:t>ұстауды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8 </w:t>
      </w:r>
      <w:proofErr w:type="spellStart"/>
      <w:r w:rsidRPr="00243253">
        <w:t>сканер</w:t>
      </w:r>
      <w:proofErr w:type="spellEnd"/>
      <w:r w:rsidRPr="00243253">
        <w:t xml:space="preserve"> </w:t>
      </w:r>
      <w:proofErr w:type="spellStart"/>
      <w:r w:rsidRPr="00243253">
        <w:t>жинағын</w:t>
      </w:r>
      <w:proofErr w:type="spellEnd"/>
      <w:r w:rsidRPr="00243253">
        <w:t xml:space="preserve"> </w:t>
      </w:r>
      <w:proofErr w:type="spellStart"/>
      <w:r w:rsidRPr="00243253">
        <w:t>ауыстыру</w:t>
      </w:r>
      <w:proofErr w:type="spellEnd"/>
      <w:r w:rsidRPr="00243253">
        <w:t xml:space="preserve"> / </w:t>
      </w:r>
      <w:proofErr w:type="spellStart"/>
      <w:r w:rsidRPr="00243253">
        <w:t>жөндеу</w:t>
      </w:r>
      <w:proofErr w:type="spellEnd"/>
      <w:r w:rsidRPr="00243253">
        <w:t xml:space="preserve"> (</w:t>
      </w:r>
      <w:proofErr w:type="spellStart"/>
      <w:r w:rsidRPr="00243253">
        <w:t>пойыз</w:t>
      </w:r>
      <w:proofErr w:type="spellEnd"/>
      <w:r w:rsidRPr="00243253">
        <w:t xml:space="preserve">, </w:t>
      </w:r>
      <w:proofErr w:type="spellStart"/>
      <w:r w:rsidRPr="00243253">
        <w:t>мотор</w:t>
      </w:r>
      <w:proofErr w:type="spellEnd"/>
      <w:r w:rsidRPr="00243253">
        <w:t xml:space="preserve">, </w:t>
      </w:r>
      <w:proofErr w:type="spellStart"/>
      <w:r w:rsidRPr="00243253">
        <w:t>сызғыш</w:t>
      </w:r>
      <w:proofErr w:type="spellEnd"/>
      <w:r w:rsidRPr="00243253">
        <w:t xml:space="preserve">) </w:t>
      </w:r>
      <w:proofErr w:type="spellStart"/>
      <w:r w:rsidRPr="00243253">
        <w:t>сканерлеу</w:t>
      </w:r>
      <w:proofErr w:type="spellEnd"/>
      <w:r w:rsidRPr="00243253">
        <w:t xml:space="preserve"> </w:t>
      </w:r>
      <w:proofErr w:type="spellStart"/>
      <w:r w:rsidRPr="00243253">
        <w:t>қателерін</w:t>
      </w:r>
      <w:proofErr w:type="spellEnd"/>
      <w:r w:rsidRPr="00243253">
        <w:t xml:space="preserve">, </w:t>
      </w:r>
      <w:proofErr w:type="spellStart"/>
      <w:r w:rsidRPr="00243253">
        <w:t>жолақтарды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  <w:r w:rsidRPr="00243253">
        <w:t xml:space="preserve">, </w:t>
      </w:r>
      <w:proofErr w:type="spellStart"/>
      <w:r w:rsidRPr="00243253">
        <w:t>сынған</w:t>
      </w:r>
      <w:proofErr w:type="spellEnd"/>
      <w:r w:rsidRPr="00243253">
        <w:t xml:space="preserve"> </w:t>
      </w:r>
      <w:proofErr w:type="spellStart"/>
      <w:r w:rsidRPr="00243253">
        <w:t>кезде</w:t>
      </w:r>
      <w:proofErr w:type="spellEnd"/>
      <w:r w:rsidRPr="00243253">
        <w:t xml:space="preserve"> </w:t>
      </w:r>
      <w:proofErr w:type="spellStart"/>
      <w:r w:rsidRPr="00243253">
        <w:t>сызғыш</w:t>
      </w:r>
      <w:proofErr w:type="spellEnd"/>
      <w:r w:rsidRPr="00243253">
        <w:t xml:space="preserve"> </w:t>
      </w:r>
      <w:proofErr w:type="spellStart"/>
      <w:r w:rsidRPr="00243253">
        <w:t>қозғалысының</w:t>
      </w:r>
      <w:proofErr w:type="spellEnd"/>
      <w:r w:rsidRPr="00243253">
        <w:t xml:space="preserve"> </w:t>
      </w:r>
      <w:proofErr w:type="spellStart"/>
      <w:r w:rsidRPr="00243253">
        <w:t>болмауы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9 </w:t>
      </w:r>
      <w:proofErr w:type="spellStart"/>
      <w:r w:rsidRPr="00243253">
        <w:t>лазерлік</w:t>
      </w:r>
      <w:proofErr w:type="spellEnd"/>
      <w:r w:rsidRPr="00243253">
        <w:t xml:space="preserve"> </w:t>
      </w:r>
      <w:proofErr w:type="spellStart"/>
      <w:r w:rsidRPr="00243253">
        <w:t>блокты</w:t>
      </w:r>
      <w:proofErr w:type="spellEnd"/>
      <w:r w:rsidRPr="00243253">
        <w:t xml:space="preserve"> </w:t>
      </w:r>
      <w:proofErr w:type="spellStart"/>
      <w:r w:rsidRPr="00243253">
        <w:t>ауыстыру</w:t>
      </w:r>
      <w:proofErr w:type="spellEnd"/>
      <w:r w:rsidRPr="00243253">
        <w:t xml:space="preserve"> / </w:t>
      </w:r>
      <w:proofErr w:type="spellStart"/>
      <w:r w:rsidRPr="00243253">
        <w:t>тазалау</w:t>
      </w:r>
      <w:proofErr w:type="spellEnd"/>
      <w:r w:rsidRPr="00243253">
        <w:t xml:space="preserve"> (</w:t>
      </w:r>
      <w:proofErr w:type="spellStart"/>
      <w:r w:rsidRPr="00243253">
        <w:t>полигон-мотор</w:t>
      </w:r>
      <w:proofErr w:type="spellEnd"/>
      <w:r w:rsidRPr="00243253">
        <w:t xml:space="preserve">) </w:t>
      </w:r>
      <w:proofErr w:type="spellStart"/>
      <w:r w:rsidRPr="00243253">
        <w:t>ластану</w:t>
      </w:r>
      <w:proofErr w:type="spellEnd"/>
      <w:r w:rsidRPr="00243253">
        <w:t>/</w:t>
      </w:r>
      <w:proofErr w:type="spellStart"/>
      <w:r w:rsidRPr="00243253">
        <w:t>сыну</w:t>
      </w:r>
      <w:proofErr w:type="spellEnd"/>
      <w:r w:rsidRPr="00243253">
        <w:t xml:space="preserve"> </w:t>
      </w:r>
      <w:proofErr w:type="spellStart"/>
      <w:r w:rsidRPr="00243253">
        <w:t>кезінде</w:t>
      </w:r>
      <w:proofErr w:type="spellEnd"/>
      <w:r w:rsidRPr="00243253">
        <w:t xml:space="preserve"> </w:t>
      </w:r>
      <w:proofErr w:type="spellStart"/>
      <w:r w:rsidRPr="00243253">
        <w:t>бозғылт</w:t>
      </w:r>
      <w:proofErr w:type="spellEnd"/>
      <w:r w:rsidRPr="00243253">
        <w:t xml:space="preserve"> </w:t>
      </w:r>
      <w:proofErr w:type="spellStart"/>
      <w:r w:rsidRPr="00243253">
        <w:t>басып</w:t>
      </w:r>
      <w:proofErr w:type="spellEnd"/>
      <w:r w:rsidRPr="00243253">
        <w:t xml:space="preserve"> </w:t>
      </w:r>
      <w:proofErr w:type="spellStart"/>
      <w:r w:rsidRPr="00243253">
        <w:t>шығаруды</w:t>
      </w:r>
      <w:proofErr w:type="spellEnd"/>
      <w:r w:rsidRPr="00243253">
        <w:t xml:space="preserve">, АҚ </w:t>
      </w:r>
      <w:proofErr w:type="spellStart"/>
      <w:r w:rsidRPr="00243253">
        <w:t>бойлық</w:t>
      </w:r>
      <w:proofErr w:type="spellEnd"/>
      <w:r w:rsidRPr="00243253">
        <w:t xml:space="preserve"> </w:t>
      </w:r>
      <w:proofErr w:type="spellStart"/>
      <w:r w:rsidRPr="00243253">
        <w:t>жолақтарды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10 </w:t>
      </w:r>
      <w:proofErr w:type="spellStart"/>
      <w:r w:rsidRPr="00243253">
        <w:t>редуктор</w:t>
      </w:r>
      <w:proofErr w:type="spellEnd"/>
      <w:r w:rsidRPr="00243253">
        <w:t xml:space="preserve"> </w:t>
      </w:r>
      <w:proofErr w:type="spellStart"/>
      <w:r w:rsidRPr="00243253">
        <w:t>мен</w:t>
      </w:r>
      <w:proofErr w:type="spellEnd"/>
      <w:r w:rsidRPr="00243253">
        <w:t xml:space="preserve"> </w:t>
      </w:r>
      <w:proofErr w:type="spellStart"/>
      <w:r w:rsidRPr="00243253">
        <w:t>картридж</w:t>
      </w:r>
      <w:proofErr w:type="spellEnd"/>
      <w:r w:rsidRPr="00243253">
        <w:t xml:space="preserve"> </w:t>
      </w:r>
      <w:proofErr w:type="spellStart"/>
      <w:r w:rsidRPr="00243253">
        <w:t>жетегінің</w:t>
      </w:r>
      <w:proofErr w:type="spellEnd"/>
      <w:r w:rsidRPr="00243253">
        <w:t xml:space="preserve"> </w:t>
      </w:r>
      <w:proofErr w:type="spellStart"/>
      <w:r w:rsidRPr="00243253">
        <w:t>берілістерін</w:t>
      </w:r>
      <w:proofErr w:type="spellEnd"/>
      <w:r w:rsidRPr="00243253">
        <w:t xml:space="preserve"> </w:t>
      </w:r>
      <w:proofErr w:type="spellStart"/>
      <w:r w:rsidRPr="00243253">
        <w:t>ауыстыру</w:t>
      </w:r>
      <w:proofErr w:type="spellEnd"/>
      <w:r w:rsidRPr="00243253">
        <w:t xml:space="preserve"> </w:t>
      </w:r>
      <w:proofErr w:type="spellStart"/>
      <w:r w:rsidRPr="00243253">
        <w:t>күшті</w:t>
      </w:r>
      <w:proofErr w:type="spellEnd"/>
      <w:r w:rsidRPr="00243253">
        <w:t xml:space="preserve"> </w:t>
      </w:r>
      <w:proofErr w:type="spellStart"/>
      <w:r w:rsidRPr="00243253">
        <w:t>тресканы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  <w:r w:rsidRPr="00243253">
        <w:t xml:space="preserve">, </w:t>
      </w:r>
      <w:proofErr w:type="spellStart"/>
      <w:r w:rsidRPr="00243253">
        <w:t>тозу</w:t>
      </w:r>
      <w:proofErr w:type="spellEnd"/>
      <w:r w:rsidRPr="00243253">
        <w:t xml:space="preserve"> </w:t>
      </w:r>
      <w:proofErr w:type="spellStart"/>
      <w:r w:rsidRPr="00243253">
        <w:t>кезінде</w:t>
      </w:r>
      <w:proofErr w:type="spellEnd"/>
      <w:r w:rsidRPr="00243253">
        <w:t xml:space="preserve"> </w:t>
      </w:r>
      <w:proofErr w:type="spellStart"/>
      <w:r w:rsidRPr="00243253">
        <w:t>механиканың</w:t>
      </w:r>
      <w:proofErr w:type="spellEnd"/>
      <w:r w:rsidRPr="00243253">
        <w:t xml:space="preserve"> </w:t>
      </w:r>
      <w:proofErr w:type="spellStart"/>
      <w:r w:rsidRPr="00243253">
        <w:t>айналуын</w:t>
      </w:r>
      <w:proofErr w:type="spellEnd"/>
      <w:r w:rsidRPr="00243253">
        <w:t xml:space="preserve"> </w:t>
      </w:r>
      <w:proofErr w:type="spellStart"/>
      <w:r w:rsidRPr="00243253">
        <w:t>блоктау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11 </w:t>
      </w:r>
      <w:proofErr w:type="spellStart"/>
      <w:r w:rsidRPr="00243253">
        <w:t>басып</w:t>
      </w:r>
      <w:proofErr w:type="spellEnd"/>
      <w:r w:rsidRPr="00243253">
        <w:t xml:space="preserve"> </w:t>
      </w:r>
      <w:proofErr w:type="spellStart"/>
      <w:r w:rsidRPr="00243253">
        <w:t>шығару</w:t>
      </w:r>
      <w:proofErr w:type="spellEnd"/>
      <w:r w:rsidRPr="00243253">
        <w:t xml:space="preserve"> </w:t>
      </w:r>
      <w:proofErr w:type="spellStart"/>
      <w:r w:rsidRPr="00243253">
        <w:t>басын</w:t>
      </w:r>
      <w:proofErr w:type="spellEnd"/>
      <w:r w:rsidRPr="00243253">
        <w:t xml:space="preserve"> </w:t>
      </w:r>
      <w:proofErr w:type="spellStart"/>
      <w:r w:rsidRPr="00243253">
        <w:t>жуу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тазалау</w:t>
      </w:r>
      <w:proofErr w:type="spellEnd"/>
      <w:r w:rsidRPr="00243253">
        <w:t xml:space="preserve"> (Epson L800) </w:t>
      </w:r>
      <w:proofErr w:type="spellStart"/>
      <w:r w:rsidRPr="00243253">
        <w:t>дюзалардағы</w:t>
      </w:r>
      <w:proofErr w:type="spellEnd"/>
      <w:r w:rsidRPr="00243253">
        <w:t xml:space="preserve">, </w:t>
      </w:r>
      <w:proofErr w:type="spellStart"/>
      <w:r w:rsidRPr="00243253">
        <w:t>фото</w:t>
      </w:r>
      <w:proofErr w:type="spellEnd"/>
      <w:r w:rsidRPr="00243253">
        <w:t xml:space="preserve"> </w:t>
      </w:r>
      <w:proofErr w:type="spellStart"/>
      <w:r w:rsidRPr="00243253">
        <w:t>басып</w:t>
      </w:r>
      <w:proofErr w:type="spellEnd"/>
      <w:r w:rsidRPr="00243253">
        <w:t xml:space="preserve"> </w:t>
      </w:r>
      <w:proofErr w:type="spellStart"/>
      <w:r w:rsidRPr="00243253">
        <w:t>шығару</w:t>
      </w:r>
      <w:proofErr w:type="spellEnd"/>
      <w:r w:rsidRPr="00243253">
        <w:t xml:space="preserve"> </w:t>
      </w:r>
      <w:proofErr w:type="spellStart"/>
      <w:r w:rsidRPr="00243253">
        <w:t>жолақтарындағы</w:t>
      </w:r>
      <w:proofErr w:type="spellEnd"/>
      <w:r w:rsidRPr="00243253">
        <w:t xml:space="preserve"> </w:t>
      </w:r>
      <w:proofErr w:type="spellStart"/>
      <w:r w:rsidRPr="00243253">
        <w:t>бос</w:t>
      </w:r>
      <w:proofErr w:type="spellEnd"/>
      <w:r w:rsidRPr="00243253">
        <w:t xml:space="preserve"> </w:t>
      </w:r>
      <w:proofErr w:type="spellStart"/>
      <w:r w:rsidRPr="00243253">
        <w:t>орындарды</w:t>
      </w:r>
      <w:proofErr w:type="spellEnd"/>
      <w:r w:rsidRPr="00243253">
        <w:t xml:space="preserve">, </w:t>
      </w:r>
      <w:proofErr w:type="spellStart"/>
      <w:r w:rsidRPr="00243253">
        <w:t>бітелу</w:t>
      </w:r>
      <w:proofErr w:type="spellEnd"/>
      <w:r w:rsidRPr="00243253">
        <w:t xml:space="preserve"> </w:t>
      </w:r>
      <w:proofErr w:type="spellStart"/>
      <w:r w:rsidRPr="00243253">
        <w:t>кезінде</w:t>
      </w:r>
      <w:proofErr w:type="spellEnd"/>
      <w:r w:rsidRPr="00243253">
        <w:t xml:space="preserve"> </w:t>
      </w:r>
      <w:proofErr w:type="spellStart"/>
      <w:r w:rsidRPr="00243253">
        <w:t>түстерді</w:t>
      </w:r>
      <w:proofErr w:type="spellEnd"/>
      <w:r w:rsidRPr="00243253">
        <w:t xml:space="preserve"> </w:t>
      </w:r>
      <w:proofErr w:type="spellStart"/>
      <w:r w:rsidRPr="00243253">
        <w:t>араластыру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12 </w:t>
      </w:r>
      <w:proofErr w:type="spellStart"/>
      <w:r w:rsidRPr="00243253">
        <w:t>сіңіргіш</w:t>
      </w:r>
      <w:proofErr w:type="spellEnd"/>
      <w:r w:rsidRPr="00243253">
        <w:t xml:space="preserve"> </w:t>
      </w:r>
      <w:proofErr w:type="spellStart"/>
      <w:r w:rsidRPr="00243253">
        <w:t>тығыздағышты</w:t>
      </w:r>
      <w:proofErr w:type="spellEnd"/>
      <w:r w:rsidRPr="00243253">
        <w:t xml:space="preserve"> (</w:t>
      </w:r>
      <w:proofErr w:type="spellStart"/>
      <w:r w:rsidRPr="00243253">
        <w:t>памперсті</w:t>
      </w:r>
      <w:proofErr w:type="spellEnd"/>
      <w:r w:rsidRPr="00243253">
        <w:t xml:space="preserve">) </w:t>
      </w:r>
      <w:proofErr w:type="spellStart"/>
      <w:r w:rsidRPr="00243253">
        <w:t>ауыстыру</w:t>
      </w:r>
      <w:proofErr w:type="spellEnd"/>
      <w:r w:rsidRPr="00243253">
        <w:t xml:space="preserve"> / </w:t>
      </w:r>
      <w:proofErr w:type="spellStart"/>
      <w:r w:rsidRPr="00243253">
        <w:t>қалпына</w:t>
      </w:r>
      <w:proofErr w:type="spellEnd"/>
      <w:r w:rsidRPr="00243253">
        <w:t xml:space="preserve"> </w:t>
      </w:r>
      <w:proofErr w:type="spellStart"/>
      <w:r w:rsidRPr="00243253">
        <w:t>келтіру</w:t>
      </w:r>
      <w:proofErr w:type="spellEnd"/>
      <w:r w:rsidRPr="00243253">
        <w:t xml:space="preserve"> </w:t>
      </w:r>
      <w:proofErr w:type="spellStart"/>
      <w:r w:rsidRPr="00243253">
        <w:t>принтердің</w:t>
      </w:r>
      <w:proofErr w:type="spellEnd"/>
      <w:r w:rsidRPr="00243253">
        <w:t xml:space="preserve"> </w:t>
      </w:r>
      <w:proofErr w:type="spellStart"/>
      <w:r w:rsidRPr="00243253">
        <w:t>бітелуін</w:t>
      </w:r>
      <w:proofErr w:type="spellEnd"/>
      <w:r w:rsidRPr="00243253">
        <w:t xml:space="preserve"> </w:t>
      </w:r>
      <w:proofErr w:type="spellStart"/>
      <w:r w:rsidRPr="00243253">
        <w:t>толтыру</w:t>
      </w:r>
      <w:proofErr w:type="spellEnd"/>
      <w:r w:rsidRPr="00243253">
        <w:t xml:space="preserve"> </w:t>
      </w:r>
      <w:proofErr w:type="spellStart"/>
      <w:r w:rsidRPr="00243253">
        <w:t>кезінде</w:t>
      </w:r>
      <w:proofErr w:type="spellEnd"/>
      <w:r w:rsidRPr="00243253">
        <w:t xml:space="preserve"> </w:t>
      </w:r>
      <w:proofErr w:type="spellStart"/>
      <w:r w:rsidRPr="00243253">
        <w:t>сия</w:t>
      </w:r>
      <w:proofErr w:type="spellEnd"/>
      <w:r w:rsidRPr="00243253">
        <w:t xml:space="preserve"> </w:t>
      </w:r>
      <w:proofErr w:type="spellStart"/>
      <w:r w:rsidRPr="00243253">
        <w:t>қалдықтарын</w:t>
      </w:r>
      <w:proofErr w:type="spellEnd"/>
      <w:r w:rsidRPr="00243253">
        <w:t xml:space="preserve"> </w:t>
      </w:r>
      <w:proofErr w:type="spellStart"/>
      <w:r w:rsidRPr="00243253">
        <w:t>толтыру</w:t>
      </w:r>
      <w:proofErr w:type="spellEnd"/>
      <w:r w:rsidRPr="00243253">
        <w:t xml:space="preserve"> </w:t>
      </w:r>
      <w:proofErr w:type="spellStart"/>
      <w:r w:rsidRPr="00243253">
        <w:t>арқылы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13 </w:t>
      </w:r>
      <w:proofErr w:type="spellStart"/>
      <w:r w:rsidRPr="00243253">
        <w:t>тасымалдау</w:t>
      </w:r>
      <w:proofErr w:type="spellEnd"/>
      <w:r w:rsidRPr="00243253">
        <w:t xml:space="preserve"> </w:t>
      </w:r>
      <w:proofErr w:type="spellStart"/>
      <w:r w:rsidRPr="00243253">
        <w:t>таспасының</w:t>
      </w:r>
      <w:proofErr w:type="spellEnd"/>
      <w:r w:rsidRPr="00243253">
        <w:t xml:space="preserve"> </w:t>
      </w:r>
      <w:proofErr w:type="spellStart"/>
      <w:r w:rsidRPr="00243253">
        <w:t>алдын</w:t>
      </w:r>
      <w:proofErr w:type="spellEnd"/>
      <w:r w:rsidRPr="00243253">
        <w:t xml:space="preserve"> </w:t>
      </w:r>
      <w:proofErr w:type="spellStart"/>
      <w:r w:rsidRPr="00243253">
        <w:t>алу</w:t>
      </w:r>
      <w:proofErr w:type="spellEnd"/>
      <w:r w:rsidRPr="00243253">
        <w:t xml:space="preserve"> / </w:t>
      </w:r>
      <w:proofErr w:type="spellStart"/>
      <w:r w:rsidRPr="00243253">
        <w:t>ауыстыру</w:t>
      </w:r>
      <w:proofErr w:type="spellEnd"/>
      <w:r w:rsidRPr="00243253">
        <w:t xml:space="preserve"> (HP M281fdw) </w:t>
      </w:r>
      <w:proofErr w:type="spellStart"/>
      <w:r w:rsidRPr="00243253">
        <w:t>түс</w:t>
      </w:r>
      <w:proofErr w:type="spellEnd"/>
      <w:r w:rsidRPr="00243253">
        <w:t xml:space="preserve"> </w:t>
      </w:r>
      <w:proofErr w:type="spellStart"/>
      <w:r w:rsidRPr="00243253">
        <w:t>ауысуын</w:t>
      </w:r>
      <w:proofErr w:type="spellEnd"/>
      <w:r w:rsidRPr="00243253">
        <w:t xml:space="preserve">, </w:t>
      </w:r>
      <w:proofErr w:type="spellStart"/>
      <w:r w:rsidRPr="00243253">
        <w:t>фонды</w:t>
      </w:r>
      <w:proofErr w:type="spellEnd"/>
      <w:r w:rsidRPr="00243253">
        <w:t xml:space="preserve">, </w:t>
      </w:r>
      <w:proofErr w:type="spellStart"/>
      <w:r w:rsidRPr="00243253">
        <w:t>тозу</w:t>
      </w:r>
      <w:proofErr w:type="spellEnd"/>
      <w:r w:rsidRPr="00243253">
        <w:t xml:space="preserve"> </w:t>
      </w:r>
      <w:proofErr w:type="spellStart"/>
      <w:r w:rsidRPr="00243253">
        <w:t>кезінде</w:t>
      </w:r>
      <w:proofErr w:type="spellEnd"/>
      <w:r w:rsidRPr="00243253">
        <w:t xml:space="preserve"> </w:t>
      </w:r>
      <w:proofErr w:type="spellStart"/>
      <w:r w:rsidRPr="00243253">
        <w:t>түрлі-түсті</w:t>
      </w:r>
      <w:proofErr w:type="spellEnd"/>
      <w:r w:rsidRPr="00243253">
        <w:t xml:space="preserve"> </w:t>
      </w:r>
      <w:proofErr w:type="spellStart"/>
      <w:r w:rsidRPr="00243253">
        <w:t>кескіннің</w:t>
      </w:r>
      <w:proofErr w:type="spellEnd"/>
      <w:r w:rsidRPr="00243253">
        <w:t xml:space="preserve"> </w:t>
      </w:r>
      <w:proofErr w:type="spellStart"/>
      <w:r w:rsidRPr="00243253">
        <w:t>анық</w:t>
      </w:r>
      <w:proofErr w:type="spellEnd"/>
      <w:r w:rsidRPr="00243253">
        <w:t xml:space="preserve"> </w:t>
      </w:r>
      <w:proofErr w:type="spellStart"/>
      <w:r w:rsidRPr="00243253">
        <w:t>емес</w:t>
      </w:r>
      <w:proofErr w:type="spellEnd"/>
      <w:r w:rsidRPr="00243253">
        <w:t xml:space="preserve"> </w:t>
      </w:r>
      <w:proofErr w:type="spellStart"/>
      <w:r w:rsidRPr="00243253">
        <w:t>мәліметтерін</w:t>
      </w:r>
      <w:proofErr w:type="spellEnd"/>
      <w:r w:rsidRPr="00243253">
        <w:t xml:space="preserve"> </w:t>
      </w:r>
      <w:proofErr w:type="spellStart"/>
      <w:r w:rsidRPr="00243253">
        <w:t>жою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14 </w:t>
      </w:r>
      <w:proofErr w:type="spellStart"/>
      <w:r w:rsidRPr="00243253">
        <w:t>электрондық</w:t>
      </w:r>
      <w:proofErr w:type="spellEnd"/>
      <w:r w:rsidRPr="00243253">
        <w:t xml:space="preserve"> </w:t>
      </w:r>
      <w:proofErr w:type="spellStart"/>
      <w:r w:rsidRPr="00243253">
        <w:t>тақтаны</w:t>
      </w:r>
      <w:proofErr w:type="spellEnd"/>
      <w:r w:rsidRPr="00243253">
        <w:t xml:space="preserve"> </w:t>
      </w:r>
      <w:proofErr w:type="spellStart"/>
      <w:r w:rsidRPr="00243253">
        <w:t>жөндеу</w:t>
      </w:r>
      <w:proofErr w:type="spellEnd"/>
      <w:r w:rsidRPr="00243253">
        <w:t xml:space="preserve"> / </w:t>
      </w:r>
      <w:proofErr w:type="spellStart"/>
      <w:r w:rsidRPr="00243253">
        <w:t>ауыстыру</w:t>
      </w:r>
      <w:proofErr w:type="spellEnd"/>
      <w:r w:rsidRPr="00243253">
        <w:t xml:space="preserve"> (</w:t>
      </w:r>
      <w:proofErr w:type="spellStart"/>
      <w:r w:rsidRPr="00243253">
        <w:t>форматтаушы</w:t>
      </w:r>
      <w:proofErr w:type="spellEnd"/>
      <w:r w:rsidRPr="00243253">
        <w:t xml:space="preserve"> / </w:t>
      </w:r>
      <w:proofErr w:type="spellStart"/>
      <w:r w:rsidRPr="00243253">
        <w:t>қуат</w:t>
      </w:r>
      <w:proofErr w:type="spellEnd"/>
      <w:r w:rsidRPr="00243253">
        <w:t xml:space="preserve">) </w:t>
      </w:r>
      <w:proofErr w:type="spellStart"/>
      <w:r w:rsidRPr="00243253">
        <w:t>қажет</w:t>
      </w:r>
      <w:proofErr w:type="spellEnd"/>
      <w:r w:rsidRPr="00243253">
        <w:t xml:space="preserve"> </w:t>
      </w:r>
      <w:proofErr w:type="spellStart"/>
      <w:r w:rsidRPr="00243253">
        <w:t>болған</w:t>
      </w:r>
      <w:proofErr w:type="spellEnd"/>
      <w:r w:rsidRPr="00243253">
        <w:t xml:space="preserve"> </w:t>
      </w:r>
      <w:proofErr w:type="spellStart"/>
      <w:r w:rsidRPr="00243253">
        <w:t>жағдайда</w:t>
      </w:r>
      <w:proofErr w:type="spellEnd"/>
      <w:r w:rsidRPr="00243253">
        <w:t xml:space="preserve"> USB/</w:t>
      </w:r>
      <w:proofErr w:type="spellStart"/>
      <w:r w:rsidRPr="00243253">
        <w:t>желіні</w:t>
      </w:r>
      <w:proofErr w:type="spellEnd"/>
      <w:r w:rsidRPr="00243253">
        <w:t xml:space="preserve"> </w:t>
      </w:r>
      <w:proofErr w:type="spellStart"/>
      <w:r w:rsidRPr="00243253">
        <w:t>қосу</w:t>
      </w:r>
      <w:proofErr w:type="spellEnd"/>
      <w:r w:rsidRPr="00243253">
        <w:t xml:space="preserve">, </w:t>
      </w:r>
      <w:proofErr w:type="spellStart"/>
      <w:r w:rsidRPr="00243253">
        <w:t>анықтау</w:t>
      </w:r>
      <w:proofErr w:type="spellEnd"/>
      <w:r w:rsidRPr="00243253">
        <w:t xml:space="preserve"> </w:t>
      </w:r>
      <w:proofErr w:type="spellStart"/>
      <w:r w:rsidRPr="00243253">
        <w:t>мәселелерін</w:t>
      </w:r>
      <w:proofErr w:type="spellEnd"/>
      <w:r w:rsidRPr="00243253">
        <w:t xml:space="preserve"> </w:t>
      </w:r>
      <w:proofErr w:type="spellStart"/>
      <w:r w:rsidRPr="00243253">
        <w:t>шешу</w:t>
      </w:r>
      <w:proofErr w:type="spellEnd"/>
    </w:p>
    <w:p w:rsidR="00243253" w:rsidRPr="00243253" w:rsidRDefault="00243253" w:rsidP="00243253">
      <w:pPr>
        <w:pStyle w:val="a9"/>
      </w:pPr>
      <w:r w:rsidRPr="00243253">
        <w:t xml:space="preserve">4. </w:t>
      </w:r>
      <w:proofErr w:type="spellStart"/>
      <w:r w:rsidRPr="00243253">
        <w:t>Қызмет</w:t>
      </w:r>
      <w:proofErr w:type="spellEnd"/>
      <w:r w:rsidRPr="00243253">
        <w:t xml:space="preserve"> </w:t>
      </w:r>
      <w:proofErr w:type="spellStart"/>
      <w:r w:rsidRPr="00243253">
        <w:t>көрсету</w:t>
      </w:r>
      <w:proofErr w:type="spellEnd"/>
      <w:r w:rsidRPr="00243253">
        <w:t xml:space="preserve"> </w:t>
      </w:r>
      <w:proofErr w:type="spellStart"/>
      <w:r w:rsidRPr="00243253">
        <w:t>сапасы</w:t>
      </w:r>
      <w:proofErr w:type="spellEnd"/>
      <w:r w:rsidRPr="00243253">
        <w:t xml:space="preserve"> </w:t>
      </w:r>
      <w:proofErr w:type="spellStart"/>
      <w:r w:rsidRPr="00243253">
        <w:t>мен</w:t>
      </w:r>
      <w:proofErr w:type="spellEnd"/>
      <w:r w:rsidRPr="00243253">
        <w:t xml:space="preserve"> </w:t>
      </w:r>
      <w:proofErr w:type="spellStart"/>
      <w:r w:rsidRPr="00243253">
        <w:t>тәртібіне</w:t>
      </w:r>
      <w:proofErr w:type="spellEnd"/>
      <w:r w:rsidRPr="00243253">
        <w:t xml:space="preserve"> </w:t>
      </w:r>
      <w:proofErr w:type="spellStart"/>
      <w:r w:rsidRPr="00243253">
        <w:t>қойылатын</w:t>
      </w:r>
      <w:proofErr w:type="spellEnd"/>
      <w:r w:rsidRPr="00243253">
        <w:t xml:space="preserve"> </w:t>
      </w:r>
      <w:proofErr w:type="spellStart"/>
      <w:r w:rsidRPr="00243253">
        <w:t>талаптар</w:t>
      </w:r>
      <w:proofErr w:type="spellEnd"/>
    </w:p>
    <w:p w:rsidR="00243253" w:rsidRPr="00243253" w:rsidRDefault="00243253" w:rsidP="00243253">
      <w:pPr>
        <w:pStyle w:val="a9"/>
      </w:pPr>
      <w:proofErr w:type="gramStart"/>
      <w:r w:rsidRPr="00243253">
        <w:t xml:space="preserve">* </w:t>
      </w:r>
      <w:proofErr w:type="spellStart"/>
      <w:r w:rsidRPr="00243253">
        <w:t>Қызметтер</w:t>
      </w:r>
      <w:proofErr w:type="spellEnd"/>
      <w:r w:rsidRPr="00243253">
        <w:t xml:space="preserve"> </w:t>
      </w:r>
      <w:proofErr w:type="spellStart"/>
      <w:r w:rsidRPr="00243253">
        <w:t>Тапсырыс</w:t>
      </w:r>
      <w:proofErr w:type="spellEnd"/>
      <w:r w:rsidRPr="00243253">
        <w:t xml:space="preserve"> </w:t>
      </w:r>
      <w:proofErr w:type="spellStart"/>
      <w:r w:rsidRPr="00243253">
        <w:t>берушінің</w:t>
      </w:r>
      <w:proofErr w:type="spellEnd"/>
      <w:r w:rsidRPr="00243253">
        <w:t xml:space="preserve"> </w:t>
      </w:r>
      <w:proofErr w:type="spellStart"/>
      <w:r w:rsidRPr="00243253">
        <w:t>өтінімдері</w:t>
      </w:r>
      <w:proofErr w:type="spellEnd"/>
      <w:r w:rsidRPr="00243253">
        <w:t xml:space="preserve"> </w:t>
      </w:r>
      <w:proofErr w:type="spellStart"/>
      <w:r w:rsidRPr="00243253">
        <w:t>бойынша</w:t>
      </w:r>
      <w:proofErr w:type="spellEnd"/>
      <w:r w:rsidRPr="00243253">
        <w:t xml:space="preserve"> </w:t>
      </w:r>
      <w:proofErr w:type="spellStart"/>
      <w:r w:rsidRPr="00243253">
        <w:t>шарттың</w:t>
      </w:r>
      <w:proofErr w:type="spellEnd"/>
      <w:r w:rsidRPr="00243253">
        <w:t xml:space="preserve"> </w:t>
      </w:r>
      <w:proofErr w:type="spellStart"/>
      <w:r w:rsidRPr="00243253">
        <w:t>қолданылу</w:t>
      </w:r>
      <w:proofErr w:type="spellEnd"/>
      <w:r w:rsidRPr="00243253">
        <w:t xml:space="preserve"> </w:t>
      </w:r>
      <w:proofErr w:type="spellStart"/>
      <w:r w:rsidRPr="00243253">
        <w:t>мерзімі</w:t>
      </w:r>
      <w:proofErr w:type="spellEnd"/>
      <w:r w:rsidRPr="00243253">
        <w:t xml:space="preserve"> </w:t>
      </w:r>
      <w:proofErr w:type="spellStart"/>
      <w:r w:rsidRPr="00243253">
        <w:t>ішінде</w:t>
      </w:r>
      <w:proofErr w:type="spellEnd"/>
      <w:r w:rsidRPr="00243253">
        <w:t xml:space="preserve"> </w:t>
      </w:r>
      <w:proofErr w:type="spellStart"/>
      <w:r w:rsidRPr="00243253">
        <w:t>көрсетіледі</w:t>
      </w:r>
      <w:proofErr w:type="spellEnd"/>
      <w:r w:rsidRPr="00243253">
        <w:t>.</w:t>
      </w:r>
      <w:proofErr w:type="gramEnd"/>
    </w:p>
    <w:p w:rsidR="00243253" w:rsidRPr="00243253" w:rsidRDefault="00243253" w:rsidP="00243253">
      <w:pPr>
        <w:pStyle w:val="a9"/>
      </w:pPr>
      <w:proofErr w:type="gramStart"/>
      <w:r w:rsidRPr="00243253">
        <w:t xml:space="preserve">* </w:t>
      </w:r>
      <w:proofErr w:type="spellStart"/>
      <w:r w:rsidRPr="00243253">
        <w:t>Өтінімге</w:t>
      </w:r>
      <w:proofErr w:type="spellEnd"/>
      <w:r w:rsidRPr="00243253">
        <w:t xml:space="preserve"> </w:t>
      </w:r>
      <w:proofErr w:type="spellStart"/>
      <w:r w:rsidRPr="00243253">
        <w:t>ден</w:t>
      </w:r>
      <w:proofErr w:type="spellEnd"/>
      <w:r w:rsidRPr="00243253">
        <w:t xml:space="preserve"> </w:t>
      </w:r>
      <w:proofErr w:type="spellStart"/>
      <w:r w:rsidRPr="00243253">
        <w:t>қою</w:t>
      </w:r>
      <w:proofErr w:type="spellEnd"/>
      <w:r w:rsidRPr="00243253">
        <w:t xml:space="preserve"> </w:t>
      </w:r>
      <w:proofErr w:type="spellStart"/>
      <w:r w:rsidRPr="00243253">
        <w:t>уақыты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Тапсырыс</w:t>
      </w:r>
      <w:proofErr w:type="spellEnd"/>
      <w:r w:rsidRPr="00243253">
        <w:t xml:space="preserve"> </w:t>
      </w:r>
      <w:proofErr w:type="spellStart"/>
      <w:r w:rsidRPr="00243253">
        <w:t>берушінің</w:t>
      </w:r>
      <w:proofErr w:type="spellEnd"/>
      <w:r w:rsidRPr="00243253">
        <w:t xml:space="preserve"> </w:t>
      </w:r>
      <w:proofErr w:type="spellStart"/>
      <w:r w:rsidRPr="00243253">
        <w:t>объектісіне</w:t>
      </w:r>
      <w:proofErr w:type="spellEnd"/>
      <w:r w:rsidRPr="00243253">
        <w:t xml:space="preserve"> </w:t>
      </w:r>
      <w:proofErr w:type="spellStart"/>
      <w:r w:rsidRPr="00243253">
        <w:t>маманның</w:t>
      </w:r>
      <w:proofErr w:type="spellEnd"/>
      <w:r w:rsidRPr="00243253">
        <w:t xml:space="preserve"> </w:t>
      </w:r>
      <w:proofErr w:type="spellStart"/>
      <w:r w:rsidRPr="00243253">
        <w:t>кетуі-өтінімді</w:t>
      </w:r>
      <w:proofErr w:type="spellEnd"/>
      <w:r w:rsidRPr="00243253">
        <w:t xml:space="preserve"> </w:t>
      </w:r>
      <w:proofErr w:type="spellStart"/>
      <w:r w:rsidRPr="00243253">
        <w:t>алған</w:t>
      </w:r>
      <w:proofErr w:type="spellEnd"/>
      <w:r w:rsidRPr="00243253">
        <w:t xml:space="preserve"> </w:t>
      </w:r>
      <w:proofErr w:type="spellStart"/>
      <w:r w:rsidRPr="00243253">
        <w:t>сәттен</w:t>
      </w:r>
      <w:proofErr w:type="spellEnd"/>
      <w:r w:rsidRPr="00243253">
        <w:t xml:space="preserve"> </w:t>
      </w:r>
      <w:proofErr w:type="spellStart"/>
      <w:r w:rsidRPr="00243253">
        <w:t>бастап</w:t>
      </w:r>
      <w:proofErr w:type="spellEnd"/>
      <w:r w:rsidRPr="00243253">
        <w:t xml:space="preserve"> 24 </w:t>
      </w:r>
      <w:proofErr w:type="spellStart"/>
      <w:r w:rsidRPr="00243253">
        <w:t>сағаттан</w:t>
      </w:r>
      <w:proofErr w:type="spellEnd"/>
      <w:r w:rsidRPr="00243253">
        <w:t xml:space="preserve"> </w:t>
      </w:r>
      <w:proofErr w:type="spellStart"/>
      <w:r w:rsidRPr="00243253">
        <w:t>аспайды</w:t>
      </w:r>
      <w:proofErr w:type="spellEnd"/>
      <w:r w:rsidRPr="00243253">
        <w:t>.</w:t>
      </w:r>
      <w:proofErr w:type="gramEnd"/>
    </w:p>
    <w:p w:rsidR="00243253" w:rsidRPr="00243253" w:rsidRDefault="00243253" w:rsidP="00243253">
      <w:pPr>
        <w:pStyle w:val="a9"/>
      </w:pPr>
      <w:proofErr w:type="gramStart"/>
      <w:r w:rsidRPr="00243253">
        <w:t xml:space="preserve">* </w:t>
      </w:r>
      <w:proofErr w:type="spellStart"/>
      <w:r w:rsidRPr="00243253">
        <w:t>Жабдықты</w:t>
      </w:r>
      <w:proofErr w:type="spellEnd"/>
      <w:r w:rsidRPr="00243253">
        <w:t xml:space="preserve"> </w:t>
      </w:r>
      <w:proofErr w:type="spellStart"/>
      <w:r w:rsidRPr="00243253">
        <w:t>диагностикалау</w:t>
      </w:r>
      <w:proofErr w:type="spellEnd"/>
      <w:r w:rsidRPr="00243253">
        <w:t xml:space="preserve"> </w:t>
      </w:r>
      <w:proofErr w:type="spellStart"/>
      <w:r w:rsidRPr="00243253">
        <w:t>Тапсырыс</w:t>
      </w:r>
      <w:proofErr w:type="spellEnd"/>
      <w:r w:rsidRPr="00243253">
        <w:t xml:space="preserve"> </w:t>
      </w:r>
      <w:proofErr w:type="spellStart"/>
      <w:r w:rsidRPr="00243253">
        <w:t>берушінің</w:t>
      </w:r>
      <w:proofErr w:type="spellEnd"/>
      <w:r w:rsidRPr="00243253">
        <w:t xml:space="preserve"> </w:t>
      </w:r>
      <w:proofErr w:type="spellStart"/>
      <w:r w:rsidRPr="00243253">
        <w:t>аумағында</w:t>
      </w:r>
      <w:proofErr w:type="spellEnd"/>
      <w:r w:rsidRPr="00243253">
        <w:t xml:space="preserve"> </w:t>
      </w:r>
      <w:proofErr w:type="spellStart"/>
      <w:r w:rsidRPr="00243253">
        <w:t>жүргізіледі</w:t>
      </w:r>
      <w:proofErr w:type="spellEnd"/>
      <w:r w:rsidRPr="00243253">
        <w:t>.</w:t>
      </w:r>
      <w:proofErr w:type="gramEnd"/>
      <w:r w:rsidRPr="00243253">
        <w:t xml:space="preserve"> </w:t>
      </w:r>
      <w:proofErr w:type="spellStart"/>
      <w:proofErr w:type="gramStart"/>
      <w:r w:rsidRPr="00243253">
        <w:t>Орнында</w:t>
      </w:r>
      <w:proofErr w:type="spellEnd"/>
      <w:r w:rsidRPr="00243253">
        <w:t xml:space="preserve"> </w:t>
      </w:r>
      <w:proofErr w:type="spellStart"/>
      <w:r w:rsidRPr="00243253">
        <w:t>жөндеу</w:t>
      </w:r>
      <w:proofErr w:type="spellEnd"/>
      <w:r w:rsidRPr="00243253">
        <w:t xml:space="preserve"> </w:t>
      </w:r>
      <w:proofErr w:type="spellStart"/>
      <w:r w:rsidRPr="00243253">
        <w:t>жүргізу</w:t>
      </w:r>
      <w:proofErr w:type="spellEnd"/>
      <w:r w:rsidRPr="00243253">
        <w:t xml:space="preserve"> </w:t>
      </w:r>
      <w:proofErr w:type="spellStart"/>
      <w:r w:rsidRPr="00243253">
        <w:t>мүмкін</w:t>
      </w:r>
      <w:proofErr w:type="spellEnd"/>
      <w:r w:rsidRPr="00243253">
        <w:t xml:space="preserve"> </w:t>
      </w:r>
      <w:proofErr w:type="spellStart"/>
      <w:r w:rsidRPr="00243253">
        <w:t>болмаған</w:t>
      </w:r>
      <w:proofErr w:type="spellEnd"/>
      <w:r w:rsidRPr="00243253">
        <w:t xml:space="preserve"> </w:t>
      </w:r>
      <w:proofErr w:type="spellStart"/>
      <w:r w:rsidRPr="00243253">
        <w:t>жағдайда</w:t>
      </w:r>
      <w:proofErr w:type="spellEnd"/>
      <w:r w:rsidRPr="00243253">
        <w:t xml:space="preserve"> </w:t>
      </w:r>
      <w:proofErr w:type="spellStart"/>
      <w:r w:rsidRPr="00243253">
        <w:t>жабдықты</w:t>
      </w:r>
      <w:proofErr w:type="spellEnd"/>
      <w:r w:rsidRPr="00243253">
        <w:t xml:space="preserve"> </w:t>
      </w:r>
      <w:proofErr w:type="spellStart"/>
      <w:r w:rsidRPr="00243253">
        <w:t>сервистік</w:t>
      </w:r>
      <w:proofErr w:type="spellEnd"/>
      <w:r w:rsidRPr="00243253">
        <w:t xml:space="preserve"> </w:t>
      </w:r>
      <w:proofErr w:type="spellStart"/>
      <w:r w:rsidRPr="00243253">
        <w:t>орталыққа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кері</w:t>
      </w:r>
      <w:proofErr w:type="spellEnd"/>
      <w:r w:rsidRPr="00243253">
        <w:t xml:space="preserve"> </w:t>
      </w:r>
      <w:proofErr w:type="spellStart"/>
      <w:r w:rsidRPr="00243253">
        <w:t>тасымалдау</w:t>
      </w:r>
      <w:proofErr w:type="spellEnd"/>
      <w:r w:rsidRPr="00243253">
        <w:t xml:space="preserve"> </w:t>
      </w:r>
      <w:proofErr w:type="spellStart"/>
      <w:r w:rsidRPr="00243253">
        <w:t>күшпен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жеткізушінің</w:t>
      </w:r>
      <w:proofErr w:type="spellEnd"/>
      <w:r w:rsidRPr="00243253">
        <w:t xml:space="preserve"> </w:t>
      </w:r>
      <w:proofErr w:type="spellStart"/>
      <w:r w:rsidRPr="00243253">
        <w:t>есебінен</w:t>
      </w:r>
      <w:proofErr w:type="spellEnd"/>
      <w:r w:rsidRPr="00243253">
        <w:t xml:space="preserve"> </w:t>
      </w:r>
      <w:proofErr w:type="spellStart"/>
      <w:r w:rsidRPr="00243253">
        <w:t>жүзеге</w:t>
      </w:r>
      <w:proofErr w:type="spellEnd"/>
      <w:r w:rsidRPr="00243253">
        <w:t xml:space="preserve"> </w:t>
      </w:r>
      <w:proofErr w:type="spellStart"/>
      <w:r w:rsidRPr="00243253">
        <w:t>асырылады</w:t>
      </w:r>
      <w:proofErr w:type="spellEnd"/>
      <w:r w:rsidRPr="00243253">
        <w:t>.</w:t>
      </w:r>
      <w:proofErr w:type="gramEnd"/>
    </w:p>
    <w:p w:rsidR="00243253" w:rsidRPr="00243253" w:rsidRDefault="00243253" w:rsidP="00243253">
      <w:pPr>
        <w:pStyle w:val="a9"/>
      </w:pPr>
      <w:proofErr w:type="gramStart"/>
      <w:r w:rsidRPr="00243253">
        <w:t xml:space="preserve">* </w:t>
      </w:r>
      <w:proofErr w:type="spellStart"/>
      <w:r w:rsidRPr="00243253">
        <w:t>Жөндеу</w:t>
      </w:r>
      <w:proofErr w:type="spellEnd"/>
      <w:r w:rsidRPr="00243253">
        <w:t xml:space="preserve"> </w:t>
      </w:r>
      <w:proofErr w:type="spellStart"/>
      <w:r w:rsidRPr="00243253">
        <w:t>кезінде</w:t>
      </w:r>
      <w:proofErr w:type="spellEnd"/>
      <w:r w:rsidRPr="00243253">
        <w:t xml:space="preserve"> </w:t>
      </w:r>
      <w:proofErr w:type="spellStart"/>
      <w:r w:rsidRPr="00243253">
        <w:t>пайдаланылатын</w:t>
      </w:r>
      <w:proofErr w:type="spellEnd"/>
      <w:r w:rsidRPr="00243253">
        <w:t xml:space="preserve"> </w:t>
      </w:r>
      <w:proofErr w:type="spellStart"/>
      <w:r w:rsidRPr="00243253">
        <w:t>барлық</w:t>
      </w:r>
      <w:proofErr w:type="spellEnd"/>
      <w:r w:rsidRPr="00243253">
        <w:t xml:space="preserve"> </w:t>
      </w:r>
      <w:proofErr w:type="spellStart"/>
      <w:r w:rsidRPr="00243253">
        <w:t>қосалқы</w:t>
      </w:r>
      <w:proofErr w:type="spellEnd"/>
      <w:r w:rsidRPr="00243253">
        <w:t xml:space="preserve"> </w:t>
      </w:r>
      <w:proofErr w:type="spellStart"/>
      <w:r w:rsidRPr="00243253">
        <w:t>бөлшектер</w:t>
      </w:r>
      <w:proofErr w:type="spellEnd"/>
      <w:r w:rsidRPr="00243253">
        <w:t xml:space="preserve"> </w:t>
      </w:r>
      <w:proofErr w:type="spellStart"/>
      <w:r w:rsidRPr="00243253">
        <w:t>мен</w:t>
      </w:r>
      <w:proofErr w:type="spellEnd"/>
      <w:r w:rsidRPr="00243253">
        <w:t xml:space="preserve"> </w:t>
      </w:r>
      <w:proofErr w:type="spellStart"/>
      <w:r w:rsidRPr="00243253">
        <w:t>шығын</w:t>
      </w:r>
      <w:proofErr w:type="spellEnd"/>
      <w:r w:rsidRPr="00243253">
        <w:t xml:space="preserve"> </w:t>
      </w:r>
      <w:proofErr w:type="spellStart"/>
      <w:r w:rsidRPr="00243253">
        <w:t>материалдары</w:t>
      </w:r>
      <w:proofErr w:type="spellEnd"/>
      <w:r w:rsidRPr="00243253">
        <w:t xml:space="preserve"> </w:t>
      </w:r>
      <w:proofErr w:type="spellStart"/>
      <w:r w:rsidRPr="00243253">
        <w:t>жаңа</w:t>
      </w:r>
      <w:proofErr w:type="spellEnd"/>
      <w:r w:rsidRPr="00243253">
        <w:t xml:space="preserve">, </w:t>
      </w:r>
      <w:proofErr w:type="spellStart"/>
      <w:r w:rsidRPr="00243253">
        <w:t>сапалы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қызмет</w:t>
      </w:r>
      <w:proofErr w:type="spellEnd"/>
      <w:r w:rsidRPr="00243253">
        <w:t xml:space="preserve"> </w:t>
      </w:r>
      <w:proofErr w:type="spellStart"/>
      <w:r w:rsidRPr="00243253">
        <w:t>көрсетілетін</w:t>
      </w:r>
      <w:proofErr w:type="spellEnd"/>
      <w:r w:rsidRPr="00243253">
        <w:t xml:space="preserve"> </w:t>
      </w:r>
      <w:proofErr w:type="spellStart"/>
      <w:r w:rsidRPr="00243253">
        <w:t>техникамен</w:t>
      </w:r>
      <w:proofErr w:type="spellEnd"/>
      <w:r w:rsidRPr="00243253">
        <w:t xml:space="preserve"> </w:t>
      </w:r>
      <w:proofErr w:type="spellStart"/>
      <w:r w:rsidRPr="00243253">
        <w:t>толық</w:t>
      </w:r>
      <w:proofErr w:type="spellEnd"/>
      <w:r w:rsidRPr="00243253">
        <w:t xml:space="preserve"> </w:t>
      </w:r>
      <w:proofErr w:type="spellStart"/>
      <w:r w:rsidRPr="00243253">
        <w:t>үйлесімді</w:t>
      </w:r>
      <w:proofErr w:type="spellEnd"/>
      <w:r w:rsidRPr="00243253">
        <w:t xml:space="preserve"> </w:t>
      </w:r>
      <w:proofErr w:type="spellStart"/>
      <w:r w:rsidRPr="00243253">
        <w:t>болуы</w:t>
      </w:r>
      <w:proofErr w:type="spellEnd"/>
      <w:r w:rsidRPr="00243253">
        <w:t xml:space="preserve"> </w:t>
      </w:r>
      <w:proofErr w:type="spellStart"/>
      <w:r w:rsidRPr="00243253">
        <w:t>тиіс</w:t>
      </w:r>
      <w:proofErr w:type="spellEnd"/>
      <w:r w:rsidRPr="00243253">
        <w:t>.</w:t>
      </w:r>
      <w:proofErr w:type="gramEnd"/>
    </w:p>
    <w:p w:rsidR="00243253" w:rsidRPr="008A531E" w:rsidRDefault="00243253" w:rsidP="00243253">
      <w:pPr>
        <w:pStyle w:val="a9"/>
      </w:pPr>
      <w:proofErr w:type="spellStart"/>
      <w:proofErr w:type="gramStart"/>
      <w:r w:rsidRPr="00243253">
        <w:t>Көрсетілген</w:t>
      </w:r>
      <w:proofErr w:type="spellEnd"/>
      <w:r w:rsidRPr="00243253">
        <w:t xml:space="preserve"> </w:t>
      </w:r>
      <w:proofErr w:type="spellStart"/>
      <w:r w:rsidRPr="00243253">
        <w:t>қызметтерге</w:t>
      </w:r>
      <w:proofErr w:type="spellEnd"/>
      <w:r w:rsidRPr="00243253">
        <w:t xml:space="preserve"> </w:t>
      </w:r>
      <w:proofErr w:type="spellStart"/>
      <w:r w:rsidRPr="00243253">
        <w:t>және</w:t>
      </w:r>
      <w:proofErr w:type="spellEnd"/>
      <w:r w:rsidRPr="00243253">
        <w:t xml:space="preserve"> </w:t>
      </w:r>
      <w:proofErr w:type="spellStart"/>
      <w:r w:rsidRPr="00243253">
        <w:t>ауыстырылған</w:t>
      </w:r>
      <w:proofErr w:type="spellEnd"/>
      <w:r w:rsidRPr="00243253">
        <w:t xml:space="preserve"> </w:t>
      </w:r>
      <w:proofErr w:type="spellStart"/>
      <w:r w:rsidRPr="00243253">
        <w:t>бөлшектерге</w:t>
      </w:r>
      <w:proofErr w:type="spellEnd"/>
      <w:r w:rsidRPr="00243253">
        <w:t xml:space="preserve"> </w:t>
      </w:r>
      <w:proofErr w:type="spellStart"/>
      <w:r w:rsidRPr="00243253">
        <w:t>кепілдік</w:t>
      </w:r>
      <w:proofErr w:type="spellEnd"/>
      <w:r w:rsidRPr="00243253">
        <w:t xml:space="preserve"> </w:t>
      </w:r>
      <w:proofErr w:type="spellStart"/>
      <w:r w:rsidRPr="00243253">
        <w:t>мерзімі</w:t>
      </w:r>
      <w:proofErr w:type="spellEnd"/>
      <w:r w:rsidRPr="00243253">
        <w:t xml:space="preserve"> </w:t>
      </w:r>
      <w:proofErr w:type="spellStart"/>
      <w:r w:rsidRPr="00243253">
        <w:t>орындалған</w:t>
      </w:r>
      <w:proofErr w:type="spellEnd"/>
      <w:r w:rsidRPr="00243253">
        <w:t xml:space="preserve"> </w:t>
      </w:r>
      <w:proofErr w:type="spellStart"/>
      <w:r w:rsidRPr="00243253">
        <w:t>жұмыстар</w:t>
      </w:r>
      <w:proofErr w:type="spellEnd"/>
      <w:r w:rsidRPr="00243253">
        <w:t xml:space="preserve"> </w:t>
      </w:r>
      <w:proofErr w:type="spellStart"/>
      <w:r w:rsidRPr="00243253">
        <w:t>актісіне</w:t>
      </w:r>
      <w:proofErr w:type="spellEnd"/>
      <w:r w:rsidRPr="00243253">
        <w:t xml:space="preserve"> </w:t>
      </w:r>
      <w:proofErr w:type="spellStart"/>
      <w:r w:rsidRPr="00243253">
        <w:t>қол</w:t>
      </w:r>
      <w:proofErr w:type="spellEnd"/>
      <w:r w:rsidRPr="00243253">
        <w:t xml:space="preserve"> </w:t>
      </w:r>
      <w:proofErr w:type="spellStart"/>
      <w:r w:rsidRPr="00243253">
        <w:t>қойылғ</w:t>
      </w:r>
      <w:proofErr w:type="spellEnd"/>
      <w:r w:rsidRPr="00243253">
        <w:rPr>
          <w:lang w:val="ru-RU"/>
        </w:rPr>
        <w:t>ан</w:t>
      </w:r>
      <w:r w:rsidRPr="008A531E">
        <w:t xml:space="preserve"> </w:t>
      </w:r>
      <w:proofErr w:type="spellStart"/>
      <w:r w:rsidRPr="00243253">
        <w:rPr>
          <w:lang w:val="ru-RU"/>
        </w:rPr>
        <w:t>күннен</w:t>
      </w:r>
      <w:proofErr w:type="spellEnd"/>
      <w:r w:rsidRPr="008A531E">
        <w:t xml:space="preserve"> </w:t>
      </w:r>
      <w:proofErr w:type="spellStart"/>
      <w:r w:rsidRPr="00243253">
        <w:rPr>
          <w:lang w:val="ru-RU"/>
        </w:rPr>
        <w:t>бастап</w:t>
      </w:r>
      <w:proofErr w:type="spellEnd"/>
      <w:r w:rsidRPr="008A531E">
        <w:t xml:space="preserve"> </w:t>
      </w:r>
      <w:proofErr w:type="spellStart"/>
      <w:r w:rsidRPr="00243253">
        <w:rPr>
          <w:lang w:val="ru-RU"/>
        </w:rPr>
        <w:t>кемінде</w:t>
      </w:r>
      <w:proofErr w:type="spellEnd"/>
      <w:r w:rsidRPr="008A531E">
        <w:t xml:space="preserve"> </w:t>
      </w:r>
      <w:r w:rsidR="00FF3A4C">
        <w:rPr>
          <w:lang w:val="kk-KZ"/>
        </w:rPr>
        <w:t>12</w:t>
      </w:r>
      <w:r w:rsidRPr="008A531E">
        <w:t xml:space="preserve"> </w:t>
      </w:r>
      <w:proofErr w:type="spellStart"/>
      <w:r w:rsidRPr="00243253">
        <w:rPr>
          <w:lang w:val="ru-RU"/>
        </w:rPr>
        <w:t>айды</w:t>
      </w:r>
      <w:proofErr w:type="spellEnd"/>
      <w:r w:rsidRPr="008A531E">
        <w:t xml:space="preserve"> </w:t>
      </w:r>
      <w:proofErr w:type="spellStart"/>
      <w:r w:rsidRPr="00243253">
        <w:rPr>
          <w:lang w:val="ru-RU"/>
        </w:rPr>
        <w:t>құрауы</w:t>
      </w:r>
      <w:proofErr w:type="spellEnd"/>
      <w:r w:rsidRPr="008A531E">
        <w:t xml:space="preserve"> </w:t>
      </w:r>
      <w:proofErr w:type="spellStart"/>
      <w:r w:rsidRPr="00243253">
        <w:rPr>
          <w:lang w:val="ru-RU"/>
        </w:rPr>
        <w:t>тиіс</w:t>
      </w:r>
      <w:proofErr w:type="spellEnd"/>
      <w:r w:rsidRPr="008A531E">
        <w:t>.</w:t>
      </w:r>
      <w:proofErr w:type="gramEnd"/>
    </w:p>
    <w:sectPr w:rsidR="00243253" w:rsidRPr="008A531E" w:rsidSect="00034616">
      <w:pgSz w:w="12240" w:h="15840"/>
      <w:pgMar w:top="1123" w:right="1123" w:bottom="1123" w:left="112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6C960F1"/>
    <w:multiLevelType w:val="hybridMultilevel"/>
    <w:tmpl w:val="7FB0066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570A1F"/>
    <w:multiLevelType w:val="hybridMultilevel"/>
    <w:tmpl w:val="DCC87B4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43253"/>
    <w:rsid w:val="0029639D"/>
    <w:rsid w:val="00326F90"/>
    <w:rsid w:val="007F6B5A"/>
    <w:rsid w:val="008A531E"/>
    <w:rsid w:val="00931E7A"/>
    <w:rsid w:val="00AA1D8D"/>
    <w:rsid w:val="00B47730"/>
    <w:rsid w:val="00CB0664"/>
    <w:rsid w:val="00FC693F"/>
    <w:rsid w:val="00FF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222222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222222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F198E8-07A7-46E6-85D1-AB112FF0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6574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Fixme</cp:lastModifiedBy>
  <cp:revision>5</cp:revision>
  <dcterms:created xsi:type="dcterms:W3CDTF">2013-12-23T23:15:00Z</dcterms:created>
  <dcterms:modified xsi:type="dcterms:W3CDTF">2026-10-22T16:44:00Z</dcterms:modified>
  <cp:category/>
</cp:coreProperties>
</file>